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0184" w14:textId="77777777" w:rsidR="000C4CB5" w:rsidRPr="0025334A" w:rsidRDefault="004E746A">
      <w:pPr>
        <w:spacing w:after="50" w:line="247" w:lineRule="auto"/>
        <w:ind w:firstLine="0"/>
        <w:jc w:val="left"/>
      </w:pPr>
      <w:r w:rsidRPr="0025334A">
        <w:t>Serviciul Achiziții Publice</w:t>
      </w:r>
    </w:p>
    <w:p w14:paraId="2CFA1067" w14:textId="5EDD8D95" w:rsidR="000C4CB5" w:rsidRPr="0025334A" w:rsidRDefault="004E746A">
      <w:pPr>
        <w:spacing w:after="50" w:line="247" w:lineRule="auto"/>
        <w:ind w:firstLine="0"/>
      </w:pPr>
      <w:r w:rsidRPr="0025334A">
        <w:t xml:space="preserve">Nr. </w:t>
      </w:r>
      <w:r w:rsidR="00C56061" w:rsidRPr="00C56061">
        <w:rPr>
          <w:b/>
          <w:bCs/>
        </w:rPr>
        <w:t>138484/ 15.10.2026</w:t>
      </w:r>
    </w:p>
    <w:tbl>
      <w:tblPr>
        <w:tblW w:w="0" w:type="auto"/>
        <w:jc w:val="center"/>
        <w:tblLook w:val="04A0" w:firstRow="1" w:lastRow="0" w:firstColumn="1" w:lastColumn="0" w:noHBand="0" w:noVBand="1"/>
      </w:tblPr>
      <w:tblGrid>
        <w:gridCol w:w="4876"/>
        <w:gridCol w:w="4876"/>
      </w:tblGrid>
      <w:tr w:rsidR="0025334A" w:rsidRPr="0025334A" w14:paraId="6F0940FE" w14:textId="77777777">
        <w:trPr>
          <w:jc w:val="center"/>
        </w:trPr>
        <w:tc>
          <w:tcPr>
            <w:tcW w:w="4876" w:type="dxa"/>
            <w:tcBorders>
              <w:top w:val="nil"/>
              <w:left w:val="nil"/>
              <w:bottom w:val="nil"/>
              <w:right w:val="nil"/>
            </w:tcBorders>
            <w:vAlign w:val="center"/>
          </w:tcPr>
          <w:p w14:paraId="1054052E" w14:textId="77777777" w:rsidR="000C4CB5" w:rsidRPr="0025334A" w:rsidRDefault="000C4CB5">
            <w:pPr>
              <w:ind w:firstLine="0"/>
              <w:jc w:val="left"/>
            </w:pPr>
          </w:p>
        </w:tc>
        <w:tc>
          <w:tcPr>
            <w:tcW w:w="4876" w:type="dxa"/>
            <w:tcBorders>
              <w:top w:val="nil"/>
              <w:left w:val="nil"/>
              <w:bottom w:val="nil"/>
              <w:right w:val="nil"/>
            </w:tcBorders>
            <w:vAlign w:val="center"/>
          </w:tcPr>
          <w:p w14:paraId="02576D50" w14:textId="77777777" w:rsidR="000C4CB5" w:rsidRPr="0025334A" w:rsidRDefault="004E746A">
            <w:pPr>
              <w:ind w:firstLine="0"/>
              <w:jc w:val="center"/>
            </w:pPr>
            <w:proofErr w:type="spellStart"/>
            <w:r w:rsidRPr="0025334A">
              <w:rPr>
                <w:b/>
              </w:rPr>
              <w:t>Aprobat</w:t>
            </w:r>
            <w:proofErr w:type="spellEnd"/>
            <w:r w:rsidRPr="0025334A">
              <w:rPr>
                <w:b/>
              </w:rPr>
              <w:t>,</w:t>
            </w:r>
            <w:r w:rsidRPr="0025334A">
              <w:rPr>
                <w:b/>
              </w:rPr>
              <w:br/>
              <w:t>Director General,</w:t>
            </w:r>
            <w:r w:rsidRPr="0025334A">
              <w:rPr>
                <w:b/>
              </w:rPr>
              <w:br/>
            </w:r>
            <w:proofErr w:type="spellStart"/>
            <w:r w:rsidRPr="0025334A">
              <w:rPr>
                <w:b/>
              </w:rPr>
              <w:t>Albuț</w:t>
            </w:r>
            <w:proofErr w:type="spellEnd"/>
            <w:r w:rsidRPr="0025334A">
              <w:rPr>
                <w:b/>
              </w:rPr>
              <w:t xml:space="preserve"> Alexandra</w:t>
            </w:r>
            <w:r w:rsidRPr="0025334A">
              <w:rPr>
                <w:b/>
              </w:rPr>
              <w:br/>
              <w:t>__________________</w:t>
            </w:r>
          </w:p>
        </w:tc>
      </w:tr>
    </w:tbl>
    <w:p w14:paraId="510F538D" w14:textId="77777777" w:rsidR="000C4CB5" w:rsidRPr="0025334A" w:rsidRDefault="004E746A">
      <w:pPr>
        <w:spacing w:before="240" w:after="50" w:line="247" w:lineRule="auto"/>
        <w:ind w:firstLine="0"/>
        <w:jc w:val="center"/>
      </w:pPr>
      <w:r w:rsidRPr="0025334A">
        <w:rPr>
          <w:b/>
          <w:sz w:val="26"/>
        </w:rPr>
        <w:t>SECȚIUNEA II</w:t>
      </w:r>
    </w:p>
    <w:p w14:paraId="54051BC4" w14:textId="77777777" w:rsidR="000C4CB5" w:rsidRPr="0025334A" w:rsidRDefault="004E746A">
      <w:pPr>
        <w:spacing w:before="40" w:after="50" w:line="247" w:lineRule="auto"/>
        <w:ind w:firstLine="0"/>
        <w:jc w:val="center"/>
      </w:pPr>
      <w:r w:rsidRPr="0025334A">
        <w:rPr>
          <w:b/>
          <w:sz w:val="36"/>
        </w:rPr>
        <w:t>CAIET DE SARCINI</w:t>
      </w:r>
    </w:p>
    <w:p w14:paraId="63071C59" w14:textId="77777777" w:rsidR="000C4CB5" w:rsidRDefault="004E746A">
      <w:pPr>
        <w:spacing w:after="50" w:line="247" w:lineRule="auto"/>
        <w:ind w:firstLine="0"/>
        <w:jc w:val="center"/>
        <w:rPr>
          <w:b/>
          <w:sz w:val="26"/>
        </w:rPr>
      </w:pPr>
      <w:proofErr w:type="spellStart"/>
      <w:r w:rsidRPr="0025334A">
        <w:rPr>
          <w:b/>
          <w:sz w:val="26"/>
        </w:rPr>
        <w:t>pentru</w:t>
      </w:r>
      <w:proofErr w:type="spellEnd"/>
      <w:r w:rsidRPr="0025334A">
        <w:rPr>
          <w:b/>
          <w:sz w:val="26"/>
        </w:rPr>
        <w:t xml:space="preserve"> </w:t>
      </w:r>
      <w:proofErr w:type="spellStart"/>
      <w:r w:rsidRPr="0025334A">
        <w:rPr>
          <w:b/>
          <w:sz w:val="26"/>
        </w:rPr>
        <w:t>achiziția</w:t>
      </w:r>
      <w:proofErr w:type="spellEnd"/>
      <w:r w:rsidRPr="0025334A">
        <w:rPr>
          <w:b/>
          <w:sz w:val="26"/>
        </w:rPr>
        <w:t xml:space="preserve"> de „</w:t>
      </w:r>
      <w:proofErr w:type="spellStart"/>
      <w:r w:rsidRPr="0025334A">
        <w:rPr>
          <w:b/>
          <w:sz w:val="26"/>
        </w:rPr>
        <w:t>Servicii</w:t>
      </w:r>
      <w:proofErr w:type="spellEnd"/>
      <w:r w:rsidRPr="0025334A">
        <w:rPr>
          <w:b/>
          <w:sz w:val="26"/>
        </w:rPr>
        <w:t xml:space="preserve"> de catering </w:t>
      </w:r>
      <w:proofErr w:type="spellStart"/>
      <w:r w:rsidRPr="0025334A">
        <w:rPr>
          <w:b/>
          <w:sz w:val="26"/>
        </w:rPr>
        <w:t>și</w:t>
      </w:r>
      <w:proofErr w:type="spellEnd"/>
      <w:r w:rsidRPr="0025334A">
        <w:rPr>
          <w:b/>
          <w:sz w:val="26"/>
        </w:rPr>
        <w:t xml:space="preserve"> </w:t>
      </w:r>
      <w:proofErr w:type="spellStart"/>
      <w:r w:rsidRPr="0025334A">
        <w:rPr>
          <w:b/>
          <w:sz w:val="26"/>
        </w:rPr>
        <w:t>servicii</w:t>
      </w:r>
      <w:proofErr w:type="spellEnd"/>
      <w:r w:rsidRPr="0025334A">
        <w:rPr>
          <w:b/>
          <w:sz w:val="26"/>
        </w:rPr>
        <w:t xml:space="preserve"> </w:t>
      </w:r>
      <w:proofErr w:type="spellStart"/>
      <w:r w:rsidRPr="0025334A">
        <w:rPr>
          <w:b/>
          <w:sz w:val="26"/>
        </w:rPr>
        <w:t>conexe</w:t>
      </w:r>
      <w:proofErr w:type="spellEnd"/>
      <w:r w:rsidRPr="0025334A">
        <w:rPr>
          <w:b/>
          <w:sz w:val="26"/>
        </w:rPr>
        <w:t xml:space="preserve">” </w:t>
      </w:r>
      <w:proofErr w:type="spellStart"/>
      <w:r w:rsidRPr="0025334A">
        <w:rPr>
          <w:b/>
          <w:sz w:val="26"/>
        </w:rPr>
        <w:t>pentru</w:t>
      </w:r>
      <w:proofErr w:type="spellEnd"/>
      <w:r w:rsidRPr="0025334A">
        <w:rPr>
          <w:b/>
          <w:sz w:val="26"/>
        </w:rPr>
        <w:t xml:space="preserve"> </w:t>
      </w:r>
      <w:proofErr w:type="spellStart"/>
      <w:r w:rsidRPr="0025334A">
        <w:rPr>
          <w:b/>
          <w:sz w:val="26"/>
        </w:rPr>
        <w:t>structurile</w:t>
      </w:r>
      <w:proofErr w:type="spellEnd"/>
      <w:r w:rsidRPr="0025334A">
        <w:rPr>
          <w:b/>
          <w:sz w:val="26"/>
        </w:rPr>
        <w:t xml:space="preserve"> DGASPC Bacău</w:t>
      </w:r>
    </w:p>
    <w:p w14:paraId="7F0FF110" w14:textId="77777777" w:rsidR="0069761A" w:rsidRDefault="0069761A">
      <w:pPr>
        <w:spacing w:after="50" w:line="247" w:lineRule="auto"/>
        <w:ind w:firstLine="0"/>
        <w:jc w:val="center"/>
        <w:rPr>
          <w:b/>
          <w:sz w:val="26"/>
        </w:rPr>
      </w:pPr>
    </w:p>
    <w:p w14:paraId="0F7FDAAF" w14:textId="77777777" w:rsidR="0069761A" w:rsidRDefault="0069761A">
      <w:pPr>
        <w:spacing w:after="50" w:line="247" w:lineRule="auto"/>
        <w:ind w:firstLine="0"/>
        <w:jc w:val="center"/>
        <w:rPr>
          <w:b/>
          <w:sz w:val="26"/>
        </w:rPr>
      </w:pPr>
    </w:p>
    <w:p w14:paraId="76A09147" w14:textId="77777777" w:rsidR="0069761A" w:rsidRPr="0025334A" w:rsidRDefault="0069761A">
      <w:pPr>
        <w:spacing w:after="50" w:line="247" w:lineRule="auto"/>
        <w:ind w:firstLine="0"/>
        <w:jc w:val="center"/>
      </w:pPr>
    </w:p>
    <w:tbl>
      <w:tblPr>
        <w:tblStyle w:val="TableGrid"/>
        <w:tblW w:w="0" w:type="auto"/>
        <w:jc w:val="center"/>
        <w:tblLook w:val="04A0" w:firstRow="1" w:lastRow="0" w:firstColumn="1" w:lastColumn="0" w:noHBand="0" w:noVBand="1"/>
      </w:tblPr>
      <w:tblGrid>
        <w:gridCol w:w="2948"/>
        <w:gridCol w:w="6350"/>
      </w:tblGrid>
      <w:tr w:rsidR="0025334A" w:rsidRPr="0025334A" w14:paraId="6672E2C3" w14:textId="77777777" w:rsidTr="00D134DF">
        <w:trPr>
          <w:tblHeader/>
          <w:jc w:val="center"/>
        </w:trPr>
        <w:tc>
          <w:tcPr>
            <w:tcW w:w="2948" w:type="dxa"/>
            <w:vAlign w:val="center"/>
          </w:tcPr>
          <w:p w14:paraId="22D75C9F" w14:textId="77777777" w:rsidR="000C4CB5" w:rsidRPr="0025334A" w:rsidRDefault="004E746A">
            <w:pPr>
              <w:ind w:firstLine="0"/>
              <w:jc w:val="center"/>
            </w:pPr>
            <w:r w:rsidRPr="0025334A">
              <w:rPr>
                <w:b/>
                <w:sz w:val="21"/>
              </w:rPr>
              <w:t>Element</w:t>
            </w:r>
          </w:p>
        </w:tc>
        <w:tc>
          <w:tcPr>
            <w:tcW w:w="6350" w:type="dxa"/>
            <w:vAlign w:val="center"/>
          </w:tcPr>
          <w:p w14:paraId="3B0914E2" w14:textId="77777777" w:rsidR="000C4CB5" w:rsidRPr="0025334A" w:rsidRDefault="004E746A">
            <w:pPr>
              <w:ind w:firstLine="0"/>
              <w:jc w:val="center"/>
            </w:pPr>
            <w:r w:rsidRPr="0025334A">
              <w:rPr>
                <w:b/>
                <w:sz w:val="21"/>
              </w:rPr>
              <w:t xml:space="preserve">Date </w:t>
            </w:r>
            <w:proofErr w:type="spellStart"/>
            <w:r w:rsidRPr="0025334A">
              <w:rPr>
                <w:b/>
                <w:sz w:val="21"/>
              </w:rPr>
              <w:t>principale</w:t>
            </w:r>
            <w:proofErr w:type="spellEnd"/>
          </w:p>
        </w:tc>
      </w:tr>
      <w:tr w:rsidR="0025334A" w:rsidRPr="0025334A" w14:paraId="4ABA2B2D" w14:textId="77777777" w:rsidTr="00D134DF">
        <w:trPr>
          <w:jc w:val="center"/>
        </w:trPr>
        <w:tc>
          <w:tcPr>
            <w:tcW w:w="2948" w:type="dxa"/>
            <w:vAlign w:val="center"/>
          </w:tcPr>
          <w:p w14:paraId="607249AD" w14:textId="77777777" w:rsidR="000C4CB5" w:rsidRPr="0025334A" w:rsidRDefault="004E746A">
            <w:pPr>
              <w:ind w:firstLine="0"/>
              <w:jc w:val="left"/>
            </w:pPr>
            <w:proofErr w:type="spellStart"/>
            <w:r w:rsidRPr="0025334A">
              <w:rPr>
                <w:sz w:val="21"/>
              </w:rPr>
              <w:t>Autoritate</w:t>
            </w:r>
            <w:proofErr w:type="spellEnd"/>
            <w:r w:rsidRPr="0025334A">
              <w:rPr>
                <w:sz w:val="21"/>
              </w:rPr>
              <w:t xml:space="preserve"> </w:t>
            </w:r>
            <w:proofErr w:type="spellStart"/>
            <w:r w:rsidRPr="0025334A">
              <w:rPr>
                <w:sz w:val="21"/>
              </w:rPr>
              <w:t>contractantă</w:t>
            </w:r>
            <w:proofErr w:type="spellEnd"/>
          </w:p>
        </w:tc>
        <w:tc>
          <w:tcPr>
            <w:tcW w:w="6350" w:type="dxa"/>
            <w:vAlign w:val="center"/>
          </w:tcPr>
          <w:p w14:paraId="1B814ED6" w14:textId="77777777" w:rsidR="000C4CB5" w:rsidRPr="0025334A" w:rsidRDefault="004E746A">
            <w:pPr>
              <w:ind w:firstLine="0"/>
              <w:jc w:val="left"/>
            </w:pPr>
            <w:proofErr w:type="spellStart"/>
            <w:r w:rsidRPr="0025334A">
              <w:rPr>
                <w:sz w:val="21"/>
              </w:rPr>
              <w:t>Direcția</w:t>
            </w:r>
            <w:proofErr w:type="spellEnd"/>
            <w:r w:rsidRPr="0025334A">
              <w:rPr>
                <w:sz w:val="21"/>
              </w:rPr>
              <w:t xml:space="preserve"> </w:t>
            </w:r>
            <w:proofErr w:type="spellStart"/>
            <w:r w:rsidRPr="0025334A">
              <w:rPr>
                <w:sz w:val="21"/>
              </w:rPr>
              <w:t>Generală</w:t>
            </w:r>
            <w:proofErr w:type="spellEnd"/>
            <w:r w:rsidRPr="0025334A">
              <w:rPr>
                <w:sz w:val="21"/>
              </w:rPr>
              <w:t xml:space="preserve"> de </w:t>
            </w:r>
            <w:proofErr w:type="spellStart"/>
            <w:r w:rsidRPr="0025334A">
              <w:rPr>
                <w:sz w:val="21"/>
              </w:rPr>
              <w:t>Asistență</w:t>
            </w:r>
            <w:proofErr w:type="spellEnd"/>
            <w:r w:rsidRPr="0025334A">
              <w:rPr>
                <w:sz w:val="21"/>
              </w:rPr>
              <w:t xml:space="preserve"> </w:t>
            </w:r>
            <w:proofErr w:type="spellStart"/>
            <w:r w:rsidRPr="0025334A">
              <w:rPr>
                <w:sz w:val="21"/>
              </w:rPr>
              <w:t>Socială</w:t>
            </w:r>
            <w:proofErr w:type="spellEnd"/>
            <w:r w:rsidRPr="0025334A">
              <w:rPr>
                <w:sz w:val="21"/>
              </w:rPr>
              <w:t xml:space="preserve"> </w:t>
            </w:r>
            <w:proofErr w:type="spellStart"/>
            <w:r w:rsidRPr="0025334A">
              <w:rPr>
                <w:sz w:val="21"/>
              </w:rPr>
              <w:t>și</w:t>
            </w:r>
            <w:proofErr w:type="spellEnd"/>
            <w:r w:rsidRPr="0025334A">
              <w:rPr>
                <w:sz w:val="21"/>
              </w:rPr>
              <w:t xml:space="preserve"> </w:t>
            </w:r>
            <w:proofErr w:type="spellStart"/>
            <w:r w:rsidRPr="0025334A">
              <w:rPr>
                <w:sz w:val="21"/>
              </w:rPr>
              <w:t>Protecția</w:t>
            </w:r>
            <w:proofErr w:type="spellEnd"/>
            <w:r w:rsidRPr="0025334A">
              <w:rPr>
                <w:sz w:val="21"/>
              </w:rPr>
              <w:t xml:space="preserve"> </w:t>
            </w:r>
            <w:proofErr w:type="spellStart"/>
            <w:r w:rsidRPr="0025334A">
              <w:rPr>
                <w:sz w:val="21"/>
              </w:rPr>
              <w:t>Copilului</w:t>
            </w:r>
            <w:proofErr w:type="spellEnd"/>
            <w:r w:rsidRPr="0025334A">
              <w:rPr>
                <w:sz w:val="21"/>
              </w:rPr>
              <w:t xml:space="preserve"> Bacău</w:t>
            </w:r>
          </w:p>
        </w:tc>
      </w:tr>
      <w:tr w:rsidR="0025334A" w:rsidRPr="0025334A" w14:paraId="7EBA3EE1" w14:textId="77777777" w:rsidTr="00D134DF">
        <w:trPr>
          <w:jc w:val="center"/>
        </w:trPr>
        <w:tc>
          <w:tcPr>
            <w:tcW w:w="2948" w:type="dxa"/>
            <w:vAlign w:val="center"/>
          </w:tcPr>
          <w:p w14:paraId="63174978" w14:textId="77777777" w:rsidR="000C4CB5" w:rsidRPr="0025334A" w:rsidRDefault="004E746A">
            <w:pPr>
              <w:ind w:firstLine="0"/>
              <w:jc w:val="left"/>
            </w:pPr>
            <w:proofErr w:type="spellStart"/>
            <w:r w:rsidRPr="0025334A">
              <w:rPr>
                <w:sz w:val="21"/>
              </w:rPr>
              <w:t>Obiect</w:t>
            </w:r>
            <w:proofErr w:type="spellEnd"/>
          </w:p>
        </w:tc>
        <w:tc>
          <w:tcPr>
            <w:tcW w:w="6350" w:type="dxa"/>
            <w:vAlign w:val="center"/>
          </w:tcPr>
          <w:p w14:paraId="0F6A5E8F" w14:textId="77777777" w:rsidR="000C4CB5" w:rsidRPr="0025334A" w:rsidRDefault="004E746A">
            <w:pPr>
              <w:ind w:firstLine="0"/>
              <w:jc w:val="left"/>
            </w:pPr>
            <w:proofErr w:type="spellStart"/>
            <w:r w:rsidRPr="0025334A">
              <w:rPr>
                <w:sz w:val="21"/>
              </w:rPr>
              <w:t>Servicii</w:t>
            </w:r>
            <w:proofErr w:type="spellEnd"/>
            <w:r w:rsidRPr="0025334A">
              <w:rPr>
                <w:sz w:val="21"/>
              </w:rPr>
              <w:t xml:space="preserve"> de catering </w:t>
            </w:r>
            <w:proofErr w:type="spellStart"/>
            <w:r w:rsidRPr="0025334A">
              <w:rPr>
                <w:sz w:val="21"/>
              </w:rPr>
              <w:t>și</w:t>
            </w:r>
            <w:proofErr w:type="spellEnd"/>
            <w:r w:rsidRPr="0025334A">
              <w:rPr>
                <w:sz w:val="21"/>
              </w:rPr>
              <w:t xml:space="preserve"> </w:t>
            </w:r>
            <w:proofErr w:type="spellStart"/>
            <w:r w:rsidRPr="0025334A">
              <w:rPr>
                <w:sz w:val="21"/>
              </w:rPr>
              <w:t>servicii</w:t>
            </w:r>
            <w:proofErr w:type="spellEnd"/>
            <w:r w:rsidRPr="0025334A">
              <w:rPr>
                <w:sz w:val="21"/>
              </w:rPr>
              <w:t xml:space="preserve"> </w:t>
            </w:r>
            <w:proofErr w:type="spellStart"/>
            <w:r w:rsidRPr="0025334A">
              <w:rPr>
                <w:sz w:val="21"/>
              </w:rPr>
              <w:t>conexe</w:t>
            </w:r>
            <w:proofErr w:type="spellEnd"/>
            <w:r w:rsidRPr="0025334A">
              <w:rPr>
                <w:sz w:val="21"/>
              </w:rPr>
              <w:t xml:space="preserve"> </w:t>
            </w:r>
            <w:proofErr w:type="spellStart"/>
            <w:r w:rsidRPr="0025334A">
              <w:rPr>
                <w:sz w:val="21"/>
              </w:rPr>
              <w:t>pentru</w:t>
            </w:r>
            <w:proofErr w:type="spellEnd"/>
            <w:r w:rsidRPr="0025334A">
              <w:rPr>
                <w:sz w:val="21"/>
              </w:rPr>
              <w:t xml:space="preserve"> </w:t>
            </w:r>
            <w:proofErr w:type="spellStart"/>
            <w:r w:rsidRPr="0025334A">
              <w:rPr>
                <w:sz w:val="21"/>
              </w:rPr>
              <w:t>Centrele</w:t>
            </w:r>
            <w:proofErr w:type="spellEnd"/>
            <w:r w:rsidRPr="0025334A">
              <w:rPr>
                <w:sz w:val="21"/>
              </w:rPr>
              <w:t xml:space="preserve"> Maternal </w:t>
            </w:r>
            <w:proofErr w:type="spellStart"/>
            <w:r w:rsidRPr="0025334A">
              <w:rPr>
                <w:sz w:val="21"/>
              </w:rPr>
              <w:t>și</w:t>
            </w:r>
            <w:proofErr w:type="spellEnd"/>
            <w:r w:rsidRPr="0025334A">
              <w:rPr>
                <w:sz w:val="21"/>
              </w:rPr>
              <w:t xml:space="preserve"> Artemis, CIAPAD „</w:t>
            </w:r>
            <w:proofErr w:type="spellStart"/>
            <w:r w:rsidRPr="0025334A">
              <w:rPr>
                <w:sz w:val="21"/>
              </w:rPr>
              <w:t>Condorul</w:t>
            </w:r>
            <w:proofErr w:type="spellEnd"/>
            <w:r w:rsidRPr="0025334A">
              <w:rPr>
                <w:sz w:val="21"/>
              </w:rPr>
              <w:t xml:space="preserve">” </w:t>
            </w:r>
            <w:proofErr w:type="spellStart"/>
            <w:r w:rsidRPr="0025334A">
              <w:rPr>
                <w:sz w:val="21"/>
              </w:rPr>
              <w:t>și</w:t>
            </w:r>
            <w:proofErr w:type="spellEnd"/>
            <w:r w:rsidRPr="0025334A">
              <w:rPr>
                <w:sz w:val="21"/>
              </w:rPr>
              <w:t xml:space="preserve"> CIAPAD „Henri Coandă”</w:t>
            </w:r>
          </w:p>
        </w:tc>
      </w:tr>
      <w:tr w:rsidR="0025334A" w:rsidRPr="0025334A" w14:paraId="5A79119D" w14:textId="77777777" w:rsidTr="00D134DF">
        <w:trPr>
          <w:jc w:val="center"/>
        </w:trPr>
        <w:tc>
          <w:tcPr>
            <w:tcW w:w="2948" w:type="dxa"/>
            <w:vAlign w:val="center"/>
          </w:tcPr>
          <w:p w14:paraId="4A0B4103" w14:textId="77777777" w:rsidR="000C4CB5" w:rsidRPr="0025334A" w:rsidRDefault="004E746A">
            <w:pPr>
              <w:ind w:firstLine="0"/>
              <w:jc w:val="left"/>
            </w:pPr>
            <w:r w:rsidRPr="0025334A">
              <w:rPr>
                <w:sz w:val="21"/>
              </w:rPr>
              <w:t>CPV principal</w:t>
            </w:r>
          </w:p>
        </w:tc>
        <w:tc>
          <w:tcPr>
            <w:tcW w:w="6350" w:type="dxa"/>
            <w:vAlign w:val="center"/>
          </w:tcPr>
          <w:p w14:paraId="2CC9F2EC" w14:textId="77777777" w:rsidR="000C4CB5" w:rsidRPr="0025334A" w:rsidRDefault="004E746A">
            <w:pPr>
              <w:ind w:firstLine="0"/>
              <w:jc w:val="left"/>
            </w:pPr>
            <w:r w:rsidRPr="0025334A">
              <w:rPr>
                <w:sz w:val="21"/>
              </w:rPr>
              <w:t xml:space="preserve">55520000-1 – </w:t>
            </w:r>
            <w:proofErr w:type="spellStart"/>
            <w:r w:rsidRPr="0025334A">
              <w:rPr>
                <w:sz w:val="21"/>
              </w:rPr>
              <w:t>Servicii</w:t>
            </w:r>
            <w:proofErr w:type="spellEnd"/>
            <w:r w:rsidRPr="0025334A">
              <w:rPr>
                <w:sz w:val="21"/>
              </w:rPr>
              <w:t xml:space="preserve"> de catering (Rev. 2)</w:t>
            </w:r>
          </w:p>
        </w:tc>
      </w:tr>
      <w:tr w:rsidR="0025334A" w:rsidRPr="0025334A" w14:paraId="0E700049" w14:textId="77777777" w:rsidTr="00D134DF">
        <w:trPr>
          <w:jc w:val="center"/>
        </w:trPr>
        <w:tc>
          <w:tcPr>
            <w:tcW w:w="2948" w:type="dxa"/>
            <w:vAlign w:val="center"/>
          </w:tcPr>
          <w:p w14:paraId="71A5919E" w14:textId="77777777" w:rsidR="000C4CB5" w:rsidRPr="0025334A" w:rsidRDefault="004E746A">
            <w:pPr>
              <w:ind w:firstLine="0"/>
              <w:jc w:val="left"/>
            </w:pPr>
            <w:r w:rsidRPr="0025334A">
              <w:rPr>
                <w:sz w:val="21"/>
              </w:rPr>
              <w:t xml:space="preserve">CPV </w:t>
            </w:r>
            <w:proofErr w:type="spellStart"/>
            <w:r w:rsidRPr="0025334A">
              <w:rPr>
                <w:sz w:val="21"/>
              </w:rPr>
              <w:t>secundare</w:t>
            </w:r>
            <w:proofErr w:type="spellEnd"/>
          </w:p>
        </w:tc>
        <w:tc>
          <w:tcPr>
            <w:tcW w:w="6350" w:type="dxa"/>
            <w:vAlign w:val="center"/>
          </w:tcPr>
          <w:p w14:paraId="77D05594" w14:textId="77777777" w:rsidR="000C4CB5" w:rsidRPr="0025334A" w:rsidRDefault="004E746A">
            <w:pPr>
              <w:ind w:firstLine="0"/>
              <w:jc w:val="left"/>
            </w:pPr>
            <w:r w:rsidRPr="0025334A">
              <w:rPr>
                <w:sz w:val="21"/>
              </w:rPr>
              <w:t xml:space="preserve">55521200-0 – </w:t>
            </w:r>
            <w:proofErr w:type="spellStart"/>
            <w:r w:rsidRPr="0025334A">
              <w:rPr>
                <w:sz w:val="21"/>
              </w:rPr>
              <w:t>Servicii</w:t>
            </w:r>
            <w:proofErr w:type="spellEnd"/>
            <w:r w:rsidRPr="0025334A">
              <w:rPr>
                <w:sz w:val="21"/>
              </w:rPr>
              <w:t xml:space="preserve"> de </w:t>
            </w:r>
            <w:proofErr w:type="spellStart"/>
            <w:r w:rsidRPr="0025334A">
              <w:rPr>
                <w:sz w:val="21"/>
              </w:rPr>
              <w:t>livrare</w:t>
            </w:r>
            <w:proofErr w:type="spellEnd"/>
            <w:r w:rsidRPr="0025334A">
              <w:rPr>
                <w:sz w:val="21"/>
              </w:rPr>
              <w:t xml:space="preserve"> a </w:t>
            </w:r>
            <w:proofErr w:type="spellStart"/>
            <w:r w:rsidRPr="0025334A">
              <w:rPr>
                <w:sz w:val="21"/>
              </w:rPr>
              <w:t>mâncării</w:t>
            </w:r>
            <w:proofErr w:type="spellEnd"/>
            <w:r w:rsidRPr="0025334A">
              <w:rPr>
                <w:sz w:val="21"/>
              </w:rPr>
              <w:t xml:space="preserve">; 79920000-9 – </w:t>
            </w:r>
            <w:proofErr w:type="spellStart"/>
            <w:r w:rsidRPr="0025334A">
              <w:rPr>
                <w:sz w:val="21"/>
              </w:rPr>
              <w:t>Servicii</w:t>
            </w:r>
            <w:proofErr w:type="spellEnd"/>
            <w:r w:rsidRPr="0025334A">
              <w:rPr>
                <w:sz w:val="21"/>
              </w:rPr>
              <w:t xml:space="preserve"> de </w:t>
            </w:r>
            <w:proofErr w:type="spellStart"/>
            <w:r w:rsidRPr="0025334A">
              <w:rPr>
                <w:sz w:val="21"/>
              </w:rPr>
              <w:t>ambalare</w:t>
            </w:r>
            <w:proofErr w:type="spellEnd"/>
            <w:r w:rsidRPr="0025334A">
              <w:rPr>
                <w:sz w:val="21"/>
              </w:rPr>
              <w:t xml:space="preserve"> </w:t>
            </w:r>
            <w:proofErr w:type="spellStart"/>
            <w:r w:rsidRPr="0025334A">
              <w:rPr>
                <w:sz w:val="21"/>
              </w:rPr>
              <w:t>și</w:t>
            </w:r>
            <w:proofErr w:type="spellEnd"/>
            <w:r w:rsidRPr="0025334A">
              <w:rPr>
                <w:sz w:val="21"/>
              </w:rPr>
              <w:t xml:space="preserve"> </w:t>
            </w:r>
            <w:proofErr w:type="spellStart"/>
            <w:r w:rsidRPr="0025334A">
              <w:rPr>
                <w:sz w:val="21"/>
              </w:rPr>
              <w:t>servicii</w:t>
            </w:r>
            <w:proofErr w:type="spellEnd"/>
            <w:r w:rsidRPr="0025334A">
              <w:rPr>
                <w:sz w:val="21"/>
              </w:rPr>
              <w:t xml:space="preserve"> </w:t>
            </w:r>
            <w:proofErr w:type="spellStart"/>
            <w:r w:rsidRPr="0025334A">
              <w:rPr>
                <w:sz w:val="21"/>
              </w:rPr>
              <w:t>conexe</w:t>
            </w:r>
            <w:proofErr w:type="spellEnd"/>
          </w:p>
        </w:tc>
      </w:tr>
      <w:tr w:rsidR="0025334A" w:rsidRPr="0025334A" w14:paraId="085048BF" w14:textId="77777777" w:rsidTr="00D134DF">
        <w:trPr>
          <w:jc w:val="center"/>
        </w:trPr>
        <w:tc>
          <w:tcPr>
            <w:tcW w:w="2948" w:type="dxa"/>
            <w:vAlign w:val="center"/>
          </w:tcPr>
          <w:p w14:paraId="79C7AB2F" w14:textId="77777777" w:rsidR="000C4CB5" w:rsidRPr="0025334A" w:rsidRDefault="004E746A">
            <w:pPr>
              <w:ind w:firstLine="0"/>
              <w:jc w:val="left"/>
            </w:pPr>
            <w:proofErr w:type="spellStart"/>
            <w:r w:rsidRPr="0025334A">
              <w:rPr>
                <w:sz w:val="21"/>
              </w:rPr>
              <w:t>Durata</w:t>
            </w:r>
            <w:proofErr w:type="spellEnd"/>
            <w:r w:rsidRPr="0025334A">
              <w:rPr>
                <w:sz w:val="21"/>
              </w:rPr>
              <w:t xml:space="preserve"> </w:t>
            </w:r>
            <w:proofErr w:type="spellStart"/>
            <w:r w:rsidRPr="0025334A">
              <w:rPr>
                <w:sz w:val="21"/>
              </w:rPr>
              <w:t>acordului-cadru</w:t>
            </w:r>
            <w:proofErr w:type="spellEnd"/>
          </w:p>
        </w:tc>
        <w:tc>
          <w:tcPr>
            <w:tcW w:w="6350" w:type="dxa"/>
            <w:vAlign w:val="center"/>
          </w:tcPr>
          <w:p w14:paraId="7BFF32E4" w14:textId="77777777" w:rsidR="000C4CB5" w:rsidRPr="0025334A" w:rsidRDefault="004E746A">
            <w:pPr>
              <w:ind w:firstLine="0"/>
              <w:jc w:val="left"/>
            </w:pPr>
            <w:r w:rsidRPr="0025334A">
              <w:rPr>
                <w:sz w:val="21"/>
              </w:rPr>
              <w:t xml:space="preserve">12 </w:t>
            </w:r>
            <w:proofErr w:type="spellStart"/>
            <w:r w:rsidRPr="0025334A">
              <w:rPr>
                <w:sz w:val="21"/>
              </w:rPr>
              <w:t>luni</w:t>
            </w:r>
            <w:proofErr w:type="spellEnd"/>
            <w:r w:rsidRPr="0025334A">
              <w:rPr>
                <w:sz w:val="21"/>
              </w:rPr>
              <w:t xml:space="preserve"> de la data </w:t>
            </w:r>
            <w:proofErr w:type="spellStart"/>
            <w:r w:rsidRPr="0025334A">
              <w:rPr>
                <w:sz w:val="21"/>
              </w:rPr>
              <w:t>intrării</w:t>
            </w:r>
            <w:proofErr w:type="spellEnd"/>
            <w:r w:rsidRPr="0025334A">
              <w:rPr>
                <w:sz w:val="21"/>
              </w:rPr>
              <w:t xml:space="preserve"> </w:t>
            </w:r>
            <w:proofErr w:type="spellStart"/>
            <w:r w:rsidRPr="0025334A">
              <w:rPr>
                <w:sz w:val="21"/>
              </w:rPr>
              <w:t>în</w:t>
            </w:r>
            <w:proofErr w:type="spellEnd"/>
            <w:r w:rsidRPr="0025334A">
              <w:rPr>
                <w:sz w:val="21"/>
              </w:rPr>
              <w:t xml:space="preserve"> </w:t>
            </w:r>
            <w:proofErr w:type="spellStart"/>
            <w:r w:rsidRPr="0025334A">
              <w:rPr>
                <w:sz w:val="21"/>
              </w:rPr>
              <w:t>vigoare</w:t>
            </w:r>
            <w:proofErr w:type="spellEnd"/>
          </w:p>
        </w:tc>
      </w:tr>
      <w:tr w:rsidR="0025334A" w:rsidRPr="0025334A" w14:paraId="09282D66" w14:textId="77777777" w:rsidTr="00D134DF">
        <w:trPr>
          <w:jc w:val="center"/>
        </w:trPr>
        <w:tc>
          <w:tcPr>
            <w:tcW w:w="2948" w:type="dxa"/>
            <w:vAlign w:val="center"/>
          </w:tcPr>
          <w:p w14:paraId="0B037ADE" w14:textId="77777777" w:rsidR="000C4CB5" w:rsidRPr="0025334A" w:rsidRDefault="004E746A">
            <w:pPr>
              <w:ind w:firstLine="0"/>
              <w:jc w:val="left"/>
            </w:pPr>
            <w:proofErr w:type="spellStart"/>
            <w:r w:rsidRPr="0025334A">
              <w:rPr>
                <w:sz w:val="21"/>
              </w:rPr>
              <w:t>Unitatea</w:t>
            </w:r>
            <w:proofErr w:type="spellEnd"/>
            <w:r w:rsidRPr="0025334A">
              <w:rPr>
                <w:sz w:val="21"/>
              </w:rPr>
              <w:t xml:space="preserve"> de </w:t>
            </w:r>
            <w:proofErr w:type="spellStart"/>
            <w:r w:rsidRPr="0025334A">
              <w:rPr>
                <w:sz w:val="21"/>
              </w:rPr>
              <w:t>contractare</w:t>
            </w:r>
            <w:proofErr w:type="spellEnd"/>
            <w:r w:rsidRPr="0025334A">
              <w:rPr>
                <w:sz w:val="21"/>
              </w:rPr>
              <w:t xml:space="preserve"> </w:t>
            </w:r>
            <w:proofErr w:type="spellStart"/>
            <w:r w:rsidRPr="0025334A">
              <w:rPr>
                <w:sz w:val="21"/>
              </w:rPr>
              <w:t>și</w:t>
            </w:r>
            <w:proofErr w:type="spellEnd"/>
            <w:r w:rsidRPr="0025334A">
              <w:rPr>
                <w:sz w:val="21"/>
              </w:rPr>
              <w:t xml:space="preserve"> </w:t>
            </w:r>
            <w:proofErr w:type="spellStart"/>
            <w:r w:rsidRPr="0025334A">
              <w:rPr>
                <w:sz w:val="21"/>
              </w:rPr>
              <w:t>decontare</w:t>
            </w:r>
            <w:proofErr w:type="spellEnd"/>
          </w:p>
        </w:tc>
        <w:tc>
          <w:tcPr>
            <w:tcW w:w="6350" w:type="dxa"/>
            <w:vAlign w:val="center"/>
          </w:tcPr>
          <w:p w14:paraId="1F8D41F6" w14:textId="77777777" w:rsidR="000C4CB5" w:rsidRPr="0025334A" w:rsidRDefault="004E746A">
            <w:pPr>
              <w:ind w:firstLine="0"/>
              <w:jc w:val="left"/>
            </w:pPr>
            <w:proofErr w:type="spellStart"/>
            <w:r w:rsidRPr="0025334A">
              <w:rPr>
                <w:sz w:val="21"/>
              </w:rPr>
              <w:t>Meniu</w:t>
            </w:r>
            <w:proofErr w:type="spellEnd"/>
            <w:r w:rsidRPr="0025334A">
              <w:rPr>
                <w:sz w:val="21"/>
              </w:rPr>
              <w:t xml:space="preserve"> </w:t>
            </w:r>
            <w:proofErr w:type="spellStart"/>
            <w:r w:rsidRPr="0025334A">
              <w:rPr>
                <w:sz w:val="21"/>
              </w:rPr>
              <w:t>zilnic</w:t>
            </w:r>
            <w:proofErr w:type="spellEnd"/>
            <w:r w:rsidRPr="0025334A">
              <w:rPr>
                <w:sz w:val="21"/>
              </w:rPr>
              <w:t xml:space="preserve"> </w:t>
            </w:r>
            <w:proofErr w:type="spellStart"/>
            <w:r w:rsidRPr="0025334A">
              <w:rPr>
                <w:sz w:val="21"/>
              </w:rPr>
              <w:t>complet</w:t>
            </w:r>
            <w:proofErr w:type="spellEnd"/>
            <w:r w:rsidRPr="0025334A">
              <w:rPr>
                <w:sz w:val="21"/>
              </w:rPr>
              <w:t>/</w:t>
            </w:r>
            <w:proofErr w:type="spellStart"/>
            <w:r w:rsidRPr="0025334A">
              <w:rPr>
                <w:sz w:val="21"/>
              </w:rPr>
              <w:t>beneficiar</w:t>
            </w:r>
            <w:proofErr w:type="spellEnd"/>
            <w:r w:rsidRPr="0025334A">
              <w:rPr>
                <w:sz w:val="21"/>
              </w:rPr>
              <w:t xml:space="preserve"> (</w:t>
            </w:r>
            <w:proofErr w:type="spellStart"/>
            <w:r w:rsidRPr="0025334A">
              <w:rPr>
                <w:sz w:val="21"/>
              </w:rPr>
              <w:t>meniu</w:t>
            </w:r>
            <w:proofErr w:type="spellEnd"/>
            <w:r w:rsidRPr="0025334A">
              <w:rPr>
                <w:sz w:val="21"/>
              </w:rPr>
              <w:t>-zi)</w:t>
            </w:r>
          </w:p>
        </w:tc>
      </w:tr>
      <w:tr w:rsidR="0025334A" w:rsidRPr="0025334A" w14:paraId="3D04FF9A" w14:textId="77777777" w:rsidTr="00D134DF">
        <w:trPr>
          <w:jc w:val="center"/>
        </w:trPr>
        <w:tc>
          <w:tcPr>
            <w:tcW w:w="2948" w:type="dxa"/>
            <w:vAlign w:val="center"/>
          </w:tcPr>
          <w:p w14:paraId="656249EA" w14:textId="77777777" w:rsidR="000C4CB5" w:rsidRPr="0025334A" w:rsidRDefault="004E746A">
            <w:pPr>
              <w:ind w:firstLine="0"/>
              <w:jc w:val="left"/>
            </w:pPr>
            <w:proofErr w:type="spellStart"/>
            <w:r w:rsidRPr="0025334A">
              <w:rPr>
                <w:sz w:val="21"/>
              </w:rPr>
              <w:t>Cantitate</w:t>
            </w:r>
            <w:proofErr w:type="spellEnd"/>
            <w:r w:rsidRPr="0025334A">
              <w:rPr>
                <w:sz w:val="21"/>
              </w:rPr>
              <w:t xml:space="preserve"> </w:t>
            </w:r>
            <w:proofErr w:type="spellStart"/>
            <w:r w:rsidRPr="0025334A">
              <w:rPr>
                <w:sz w:val="21"/>
              </w:rPr>
              <w:t>maximă</w:t>
            </w:r>
            <w:proofErr w:type="spellEnd"/>
          </w:p>
        </w:tc>
        <w:tc>
          <w:tcPr>
            <w:tcW w:w="6350" w:type="dxa"/>
            <w:vAlign w:val="center"/>
          </w:tcPr>
          <w:p w14:paraId="06BA8821" w14:textId="77777777" w:rsidR="000C4CB5" w:rsidRPr="0025334A" w:rsidRDefault="004E746A">
            <w:pPr>
              <w:ind w:firstLine="0"/>
              <w:jc w:val="left"/>
            </w:pPr>
            <w:r w:rsidRPr="0025334A">
              <w:rPr>
                <w:sz w:val="21"/>
              </w:rPr>
              <w:t xml:space="preserve">47.450 </w:t>
            </w:r>
            <w:proofErr w:type="spellStart"/>
            <w:r w:rsidRPr="0025334A">
              <w:rPr>
                <w:sz w:val="21"/>
              </w:rPr>
              <w:t>meniuri-zile</w:t>
            </w:r>
            <w:proofErr w:type="spellEnd"/>
          </w:p>
        </w:tc>
      </w:tr>
      <w:tr w:rsidR="0025334A" w:rsidRPr="0025334A" w14:paraId="44BA816A" w14:textId="77777777" w:rsidTr="00D134DF">
        <w:trPr>
          <w:jc w:val="center"/>
        </w:trPr>
        <w:tc>
          <w:tcPr>
            <w:tcW w:w="2948" w:type="dxa"/>
            <w:vAlign w:val="center"/>
          </w:tcPr>
          <w:p w14:paraId="03CE97D5" w14:textId="77777777" w:rsidR="000C4CB5" w:rsidRPr="0025334A" w:rsidRDefault="004E746A">
            <w:pPr>
              <w:ind w:firstLine="0"/>
              <w:jc w:val="left"/>
            </w:pPr>
            <w:proofErr w:type="spellStart"/>
            <w:r w:rsidRPr="0025334A">
              <w:rPr>
                <w:sz w:val="21"/>
              </w:rPr>
              <w:t>Prestare</w:t>
            </w:r>
            <w:proofErr w:type="spellEnd"/>
          </w:p>
        </w:tc>
        <w:tc>
          <w:tcPr>
            <w:tcW w:w="6350" w:type="dxa"/>
            <w:vAlign w:val="center"/>
          </w:tcPr>
          <w:p w14:paraId="27A37489" w14:textId="77777777" w:rsidR="000C4CB5" w:rsidRPr="0025334A" w:rsidRDefault="004E746A">
            <w:pPr>
              <w:ind w:firstLine="0"/>
              <w:jc w:val="left"/>
            </w:pPr>
            <w:proofErr w:type="spellStart"/>
            <w:r w:rsidRPr="0025334A">
              <w:rPr>
                <w:sz w:val="21"/>
              </w:rPr>
              <w:t>Zilnic</w:t>
            </w:r>
            <w:proofErr w:type="spellEnd"/>
            <w:r w:rsidRPr="0025334A">
              <w:rPr>
                <w:sz w:val="21"/>
              </w:rPr>
              <w:t xml:space="preserve">, 7 </w:t>
            </w:r>
            <w:proofErr w:type="spellStart"/>
            <w:r w:rsidRPr="0025334A">
              <w:rPr>
                <w:sz w:val="21"/>
              </w:rPr>
              <w:t>zile</w:t>
            </w:r>
            <w:proofErr w:type="spellEnd"/>
            <w:r w:rsidRPr="0025334A">
              <w:rPr>
                <w:sz w:val="21"/>
              </w:rPr>
              <w:t xml:space="preserve"> din 7, </w:t>
            </w:r>
            <w:proofErr w:type="spellStart"/>
            <w:r w:rsidRPr="0025334A">
              <w:rPr>
                <w:sz w:val="21"/>
              </w:rPr>
              <w:t>inclusiv</w:t>
            </w:r>
            <w:proofErr w:type="spellEnd"/>
            <w:r w:rsidRPr="0025334A">
              <w:rPr>
                <w:sz w:val="21"/>
              </w:rPr>
              <w:t xml:space="preserve"> </w:t>
            </w:r>
            <w:proofErr w:type="spellStart"/>
            <w:r w:rsidRPr="0025334A">
              <w:rPr>
                <w:sz w:val="21"/>
              </w:rPr>
              <w:t>în</w:t>
            </w:r>
            <w:proofErr w:type="spellEnd"/>
            <w:r w:rsidRPr="0025334A">
              <w:rPr>
                <w:sz w:val="21"/>
              </w:rPr>
              <w:t xml:space="preserve"> weekend </w:t>
            </w:r>
            <w:proofErr w:type="spellStart"/>
            <w:r w:rsidRPr="0025334A">
              <w:rPr>
                <w:sz w:val="21"/>
              </w:rPr>
              <w:t>și</w:t>
            </w:r>
            <w:proofErr w:type="spellEnd"/>
            <w:r w:rsidRPr="0025334A">
              <w:rPr>
                <w:sz w:val="21"/>
              </w:rPr>
              <w:t xml:space="preserve"> </w:t>
            </w:r>
            <w:proofErr w:type="spellStart"/>
            <w:r w:rsidRPr="0025334A">
              <w:rPr>
                <w:sz w:val="21"/>
              </w:rPr>
              <w:t>sărbători</w:t>
            </w:r>
            <w:proofErr w:type="spellEnd"/>
            <w:r w:rsidRPr="0025334A">
              <w:rPr>
                <w:sz w:val="21"/>
              </w:rPr>
              <w:t xml:space="preserve"> </w:t>
            </w:r>
            <w:proofErr w:type="spellStart"/>
            <w:r w:rsidRPr="0025334A">
              <w:rPr>
                <w:sz w:val="21"/>
              </w:rPr>
              <w:t>legale</w:t>
            </w:r>
            <w:proofErr w:type="spellEnd"/>
          </w:p>
        </w:tc>
      </w:tr>
    </w:tbl>
    <w:p w14:paraId="69437EC0" w14:textId="347132AC" w:rsidR="00D134DF" w:rsidRDefault="00D134DF">
      <w:pPr>
        <w:spacing w:after="50"/>
      </w:pPr>
      <w:r>
        <w:t xml:space="preserve"> </w:t>
      </w:r>
    </w:p>
    <w:p w14:paraId="75B1CFDD" w14:textId="77777777" w:rsidR="00D134DF" w:rsidRDefault="00D134DF">
      <w:pPr>
        <w:spacing w:after="200" w:line="276" w:lineRule="auto"/>
        <w:ind w:firstLine="0"/>
        <w:jc w:val="left"/>
      </w:pPr>
      <w:r>
        <w:br w:type="page"/>
      </w:r>
    </w:p>
    <w:p w14:paraId="5A889D32" w14:textId="77777777" w:rsidR="00D74C5D" w:rsidRDefault="00D74C5D">
      <w:pPr>
        <w:spacing w:after="200" w:line="276" w:lineRule="auto"/>
        <w:ind w:firstLine="0"/>
        <w:jc w:val="left"/>
      </w:pPr>
    </w:p>
    <w:p w14:paraId="0D7EB494" w14:textId="77777777" w:rsidR="00D74C5D" w:rsidRDefault="00D74C5D">
      <w:pPr>
        <w:spacing w:after="200" w:line="276" w:lineRule="auto"/>
        <w:ind w:firstLine="0"/>
        <w:jc w:val="left"/>
      </w:pPr>
    </w:p>
    <w:sdt>
      <w:sdtPr>
        <w:rPr>
          <w:rFonts w:eastAsia="Times New Roman" w:cstheme="minorBidi"/>
          <w:b w:val="0"/>
          <w:szCs w:val="22"/>
        </w:rPr>
        <w:id w:val="-1324972079"/>
        <w:docPartObj>
          <w:docPartGallery w:val="Table of Contents"/>
          <w:docPartUnique/>
        </w:docPartObj>
      </w:sdtPr>
      <w:sdtEndPr>
        <w:rPr>
          <w:bCs/>
          <w:noProof/>
        </w:rPr>
      </w:sdtEndPr>
      <w:sdtContent>
        <w:p w14:paraId="62F5C608" w14:textId="3E8D9469" w:rsidR="00D74C5D" w:rsidRDefault="00D74C5D">
          <w:pPr>
            <w:pStyle w:val="TOCHeading"/>
          </w:pPr>
          <w:r>
            <w:t>Table of Contents</w:t>
          </w:r>
        </w:p>
        <w:p w14:paraId="79B9408A" w14:textId="21F78E49" w:rsidR="00C65317" w:rsidRDefault="00D74C5D">
          <w:pPr>
            <w:pStyle w:val="TOC1"/>
            <w:rPr>
              <w:rFonts w:asciiTheme="minorHAnsi" w:eastAsiaTheme="minorEastAsia" w:hAnsiTheme="minorHAnsi" w:cstheme="minorBidi"/>
              <w:b w:val="0"/>
              <w:bCs w:val="0"/>
              <w:caps w:val="0"/>
              <w:noProof/>
              <w:kern w:val="2"/>
              <w:szCs w:val="24"/>
              <w:lang w:val="ro-RO" w:eastAsia="ro-RO"/>
              <w14:ligatures w14:val="standardContextual"/>
            </w:rPr>
          </w:pPr>
          <w:r>
            <w:fldChar w:fldCharType="begin"/>
          </w:r>
          <w:r>
            <w:instrText xml:space="preserve"> TOC \o "1-3" \h \z \u </w:instrText>
          </w:r>
          <w:r>
            <w:fldChar w:fldCharType="separate"/>
          </w:r>
          <w:hyperlink w:anchor="_Toc242951444" w:history="1">
            <w:r w:rsidR="00C65317" w:rsidRPr="001F5726">
              <w:rPr>
                <w:rStyle w:val="Hyperlink"/>
                <w:rFonts w:eastAsiaTheme="majorEastAsia"/>
                <w:noProof/>
              </w:rPr>
              <w:t>1. INTRODUCERE</w:t>
            </w:r>
            <w:r w:rsidR="00C65317">
              <w:rPr>
                <w:noProof/>
                <w:webHidden/>
              </w:rPr>
              <w:tab/>
            </w:r>
            <w:r w:rsidR="00C65317">
              <w:rPr>
                <w:noProof/>
                <w:webHidden/>
              </w:rPr>
              <w:fldChar w:fldCharType="begin"/>
            </w:r>
            <w:r w:rsidR="00C65317">
              <w:rPr>
                <w:noProof/>
                <w:webHidden/>
              </w:rPr>
              <w:instrText xml:space="preserve"> PAGEREF _Toc242951444 \h </w:instrText>
            </w:r>
            <w:r w:rsidR="00C65317">
              <w:rPr>
                <w:noProof/>
                <w:webHidden/>
              </w:rPr>
            </w:r>
            <w:r w:rsidR="00C65317">
              <w:rPr>
                <w:noProof/>
                <w:webHidden/>
              </w:rPr>
              <w:fldChar w:fldCharType="separate"/>
            </w:r>
            <w:r w:rsidR="000D2543">
              <w:rPr>
                <w:noProof/>
                <w:webHidden/>
              </w:rPr>
              <w:t>4</w:t>
            </w:r>
            <w:r w:rsidR="00C65317">
              <w:rPr>
                <w:noProof/>
                <w:webHidden/>
              </w:rPr>
              <w:fldChar w:fldCharType="end"/>
            </w:r>
          </w:hyperlink>
        </w:p>
        <w:p w14:paraId="52EDE39F" w14:textId="7877D405"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445" w:history="1">
            <w:r w:rsidRPr="001F5726">
              <w:rPr>
                <w:rStyle w:val="Hyperlink"/>
                <w:rFonts w:eastAsiaTheme="majorEastAsia"/>
                <w:noProof/>
              </w:rPr>
              <w:t>2. CONTEXTUL REALIZĂRII ACESTEI ACHIZIȚII DE SERVICII</w:t>
            </w:r>
            <w:r>
              <w:rPr>
                <w:noProof/>
                <w:webHidden/>
              </w:rPr>
              <w:tab/>
            </w:r>
            <w:r>
              <w:rPr>
                <w:noProof/>
                <w:webHidden/>
              </w:rPr>
              <w:fldChar w:fldCharType="begin"/>
            </w:r>
            <w:r>
              <w:rPr>
                <w:noProof/>
                <w:webHidden/>
              </w:rPr>
              <w:instrText xml:space="preserve"> PAGEREF _Toc242951445 \h </w:instrText>
            </w:r>
            <w:r>
              <w:rPr>
                <w:noProof/>
                <w:webHidden/>
              </w:rPr>
            </w:r>
            <w:r>
              <w:rPr>
                <w:noProof/>
                <w:webHidden/>
              </w:rPr>
              <w:fldChar w:fldCharType="separate"/>
            </w:r>
            <w:r w:rsidR="000D2543">
              <w:rPr>
                <w:noProof/>
                <w:webHidden/>
              </w:rPr>
              <w:t>4</w:t>
            </w:r>
            <w:r>
              <w:rPr>
                <w:noProof/>
                <w:webHidden/>
              </w:rPr>
              <w:fldChar w:fldCharType="end"/>
            </w:r>
          </w:hyperlink>
        </w:p>
        <w:p w14:paraId="0B421D69" w14:textId="3096630D"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46" w:history="1">
            <w:r w:rsidRPr="001F5726">
              <w:rPr>
                <w:rStyle w:val="Hyperlink"/>
                <w:rFonts w:eastAsiaTheme="majorEastAsia"/>
              </w:rPr>
              <w:t>2.1. Informații despre Autoritatea Contractantă</w:t>
            </w:r>
            <w:r>
              <w:rPr>
                <w:webHidden/>
              </w:rPr>
              <w:tab/>
            </w:r>
            <w:r>
              <w:rPr>
                <w:webHidden/>
              </w:rPr>
              <w:fldChar w:fldCharType="begin"/>
            </w:r>
            <w:r>
              <w:rPr>
                <w:webHidden/>
              </w:rPr>
              <w:instrText xml:space="preserve"> PAGEREF _Toc242951446 \h </w:instrText>
            </w:r>
            <w:r>
              <w:rPr>
                <w:webHidden/>
              </w:rPr>
            </w:r>
            <w:r>
              <w:rPr>
                <w:webHidden/>
              </w:rPr>
              <w:fldChar w:fldCharType="separate"/>
            </w:r>
            <w:r w:rsidR="000D2543">
              <w:rPr>
                <w:webHidden/>
              </w:rPr>
              <w:t>4</w:t>
            </w:r>
            <w:r>
              <w:rPr>
                <w:webHidden/>
              </w:rPr>
              <w:fldChar w:fldCharType="end"/>
            </w:r>
          </w:hyperlink>
        </w:p>
        <w:p w14:paraId="026F0609" w14:textId="2A03F35C"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47" w:history="1">
            <w:r w:rsidRPr="001F5726">
              <w:rPr>
                <w:rStyle w:val="Hyperlink"/>
                <w:rFonts w:eastAsiaTheme="majorEastAsia"/>
              </w:rPr>
              <w:t>2.2. Informații despre contextul care a determinat achiziționarea serviciilor</w:t>
            </w:r>
            <w:r>
              <w:rPr>
                <w:webHidden/>
              </w:rPr>
              <w:tab/>
            </w:r>
            <w:r>
              <w:rPr>
                <w:webHidden/>
              </w:rPr>
              <w:fldChar w:fldCharType="begin"/>
            </w:r>
            <w:r>
              <w:rPr>
                <w:webHidden/>
              </w:rPr>
              <w:instrText xml:space="preserve"> PAGEREF _Toc242951447 \h </w:instrText>
            </w:r>
            <w:r>
              <w:rPr>
                <w:webHidden/>
              </w:rPr>
            </w:r>
            <w:r>
              <w:rPr>
                <w:webHidden/>
              </w:rPr>
              <w:fldChar w:fldCharType="separate"/>
            </w:r>
            <w:r w:rsidR="000D2543">
              <w:rPr>
                <w:webHidden/>
              </w:rPr>
              <w:t>4</w:t>
            </w:r>
            <w:r>
              <w:rPr>
                <w:webHidden/>
              </w:rPr>
              <w:fldChar w:fldCharType="end"/>
            </w:r>
          </w:hyperlink>
        </w:p>
        <w:p w14:paraId="78474648" w14:textId="1A015A56"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48" w:history="1">
            <w:r w:rsidRPr="001F5726">
              <w:rPr>
                <w:rStyle w:val="Hyperlink"/>
                <w:rFonts w:eastAsiaTheme="majorEastAsia"/>
              </w:rPr>
              <w:t>2.3. Informații despre beneficiile anticipate de Autoritatea Contractantă</w:t>
            </w:r>
            <w:r>
              <w:rPr>
                <w:webHidden/>
              </w:rPr>
              <w:tab/>
            </w:r>
            <w:r>
              <w:rPr>
                <w:webHidden/>
              </w:rPr>
              <w:fldChar w:fldCharType="begin"/>
            </w:r>
            <w:r>
              <w:rPr>
                <w:webHidden/>
              </w:rPr>
              <w:instrText xml:space="preserve"> PAGEREF _Toc242951448 \h </w:instrText>
            </w:r>
            <w:r>
              <w:rPr>
                <w:webHidden/>
              </w:rPr>
            </w:r>
            <w:r>
              <w:rPr>
                <w:webHidden/>
              </w:rPr>
              <w:fldChar w:fldCharType="separate"/>
            </w:r>
            <w:r w:rsidR="000D2543">
              <w:rPr>
                <w:webHidden/>
              </w:rPr>
              <w:t>5</w:t>
            </w:r>
            <w:r>
              <w:rPr>
                <w:webHidden/>
              </w:rPr>
              <w:fldChar w:fldCharType="end"/>
            </w:r>
          </w:hyperlink>
        </w:p>
        <w:p w14:paraId="61602F25" w14:textId="53306A5F"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49" w:history="1">
            <w:r w:rsidRPr="001F5726">
              <w:rPr>
                <w:rStyle w:val="Hyperlink"/>
                <w:rFonts w:eastAsiaTheme="majorEastAsia"/>
              </w:rPr>
              <w:t>2.4. Factori interesați și rolul acestora</w:t>
            </w:r>
            <w:r>
              <w:rPr>
                <w:webHidden/>
              </w:rPr>
              <w:tab/>
            </w:r>
            <w:r>
              <w:rPr>
                <w:webHidden/>
              </w:rPr>
              <w:fldChar w:fldCharType="begin"/>
            </w:r>
            <w:r>
              <w:rPr>
                <w:webHidden/>
              </w:rPr>
              <w:instrText xml:space="preserve"> PAGEREF _Toc242951449 \h </w:instrText>
            </w:r>
            <w:r>
              <w:rPr>
                <w:webHidden/>
              </w:rPr>
            </w:r>
            <w:r>
              <w:rPr>
                <w:webHidden/>
              </w:rPr>
              <w:fldChar w:fldCharType="separate"/>
            </w:r>
            <w:r w:rsidR="000D2543">
              <w:rPr>
                <w:webHidden/>
              </w:rPr>
              <w:t>5</w:t>
            </w:r>
            <w:r>
              <w:rPr>
                <w:webHidden/>
              </w:rPr>
              <w:fldChar w:fldCharType="end"/>
            </w:r>
          </w:hyperlink>
        </w:p>
        <w:p w14:paraId="41FD7A14" w14:textId="22181CBA"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450" w:history="1">
            <w:r w:rsidRPr="001F5726">
              <w:rPr>
                <w:rStyle w:val="Hyperlink"/>
                <w:rFonts w:eastAsiaTheme="majorEastAsia"/>
                <w:noProof/>
              </w:rPr>
              <w:t>3. SERVICIILE DE CATERING SOLICITATE</w:t>
            </w:r>
            <w:r>
              <w:rPr>
                <w:noProof/>
                <w:webHidden/>
              </w:rPr>
              <w:tab/>
            </w:r>
            <w:r>
              <w:rPr>
                <w:noProof/>
                <w:webHidden/>
              </w:rPr>
              <w:fldChar w:fldCharType="begin"/>
            </w:r>
            <w:r>
              <w:rPr>
                <w:noProof/>
                <w:webHidden/>
              </w:rPr>
              <w:instrText xml:space="preserve"> PAGEREF _Toc242951450 \h </w:instrText>
            </w:r>
            <w:r>
              <w:rPr>
                <w:noProof/>
                <w:webHidden/>
              </w:rPr>
            </w:r>
            <w:r>
              <w:rPr>
                <w:noProof/>
                <w:webHidden/>
              </w:rPr>
              <w:fldChar w:fldCharType="separate"/>
            </w:r>
            <w:r w:rsidR="000D2543">
              <w:rPr>
                <w:noProof/>
                <w:webHidden/>
              </w:rPr>
              <w:t>5</w:t>
            </w:r>
            <w:r>
              <w:rPr>
                <w:noProof/>
                <w:webHidden/>
              </w:rPr>
              <w:fldChar w:fldCharType="end"/>
            </w:r>
          </w:hyperlink>
        </w:p>
        <w:p w14:paraId="344130BA" w14:textId="768266A5"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51" w:history="1">
            <w:r w:rsidRPr="001F5726">
              <w:rPr>
                <w:rStyle w:val="Hyperlink"/>
                <w:rFonts w:eastAsiaTheme="majorEastAsia"/>
              </w:rPr>
              <w:t>3.1. Obiectul serviciului și activitățile incluse</w:t>
            </w:r>
            <w:r>
              <w:rPr>
                <w:webHidden/>
              </w:rPr>
              <w:tab/>
            </w:r>
            <w:r>
              <w:rPr>
                <w:webHidden/>
              </w:rPr>
              <w:fldChar w:fldCharType="begin"/>
            </w:r>
            <w:r>
              <w:rPr>
                <w:webHidden/>
              </w:rPr>
              <w:instrText xml:space="preserve"> PAGEREF _Toc242951451 \h </w:instrText>
            </w:r>
            <w:r>
              <w:rPr>
                <w:webHidden/>
              </w:rPr>
            </w:r>
            <w:r>
              <w:rPr>
                <w:webHidden/>
              </w:rPr>
              <w:fldChar w:fldCharType="separate"/>
            </w:r>
            <w:r w:rsidR="000D2543">
              <w:rPr>
                <w:webHidden/>
              </w:rPr>
              <w:t>5</w:t>
            </w:r>
            <w:r>
              <w:rPr>
                <w:webHidden/>
              </w:rPr>
              <w:fldChar w:fldCharType="end"/>
            </w:r>
          </w:hyperlink>
        </w:p>
        <w:p w14:paraId="43F712C8" w14:textId="7D804045"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52" w:history="1">
            <w:r w:rsidRPr="001F5726">
              <w:rPr>
                <w:rStyle w:val="Hyperlink"/>
                <w:rFonts w:eastAsiaTheme="majorEastAsia"/>
                <w:noProof/>
              </w:rPr>
              <w:t>3.1.1. Structurile beneficiare, locațiile și particularitățile acestora</w:t>
            </w:r>
            <w:r>
              <w:rPr>
                <w:noProof/>
                <w:webHidden/>
              </w:rPr>
              <w:tab/>
            </w:r>
            <w:r>
              <w:rPr>
                <w:noProof/>
                <w:webHidden/>
              </w:rPr>
              <w:fldChar w:fldCharType="begin"/>
            </w:r>
            <w:r>
              <w:rPr>
                <w:noProof/>
                <w:webHidden/>
              </w:rPr>
              <w:instrText xml:space="preserve"> PAGEREF _Toc242951452 \h </w:instrText>
            </w:r>
            <w:r>
              <w:rPr>
                <w:noProof/>
                <w:webHidden/>
              </w:rPr>
            </w:r>
            <w:r>
              <w:rPr>
                <w:noProof/>
                <w:webHidden/>
              </w:rPr>
              <w:fldChar w:fldCharType="separate"/>
            </w:r>
            <w:r w:rsidR="000D2543">
              <w:rPr>
                <w:noProof/>
                <w:webHidden/>
              </w:rPr>
              <w:t>6</w:t>
            </w:r>
            <w:r>
              <w:rPr>
                <w:noProof/>
                <w:webHidden/>
              </w:rPr>
              <w:fldChar w:fldCharType="end"/>
            </w:r>
          </w:hyperlink>
        </w:p>
        <w:p w14:paraId="789859DF" w14:textId="62EF5DEB"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53" w:history="1">
            <w:r w:rsidRPr="001F5726">
              <w:rPr>
                <w:rStyle w:val="Hyperlink"/>
                <w:rFonts w:eastAsiaTheme="majorEastAsia"/>
              </w:rPr>
              <w:t xml:space="preserve">3.2. </w:t>
            </w:r>
            <w:r w:rsidRPr="001F5726">
              <w:rPr>
                <w:rStyle w:val="Hyperlink"/>
                <w:rFonts w:eastAsiaTheme="majorEastAsia"/>
                <w:bCs/>
              </w:rPr>
              <w:t>Durata, cantitățile și valorile estimate</w:t>
            </w:r>
            <w:r>
              <w:rPr>
                <w:webHidden/>
              </w:rPr>
              <w:tab/>
            </w:r>
            <w:r>
              <w:rPr>
                <w:webHidden/>
              </w:rPr>
              <w:fldChar w:fldCharType="begin"/>
            </w:r>
            <w:r>
              <w:rPr>
                <w:webHidden/>
              </w:rPr>
              <w:instrText xml:space="preserve"> PAGEREF _Toc242951453 \h </w:instrText>
            </w:r>
            <w:r>
              <w:rPr>
                <w:webHidden/>
              </w:rPr>
            </w:r>
            <w:r>
              <w:rPr>
                <w:webHidden/>
              </w:rPr>
              <w:fldChar w:fldCharType="separate"/>
            </w:r>
            <w:r w:rsidR="000D2543">
              <w:rPr>
                <w:webHidden/>
              </w:rPr>
              <w:t>6</w:t>
            </w:r>
            <w:r>
              <w:rPr>
                <w:webHidden/>
              </w:rPr>
              <w:fldChar w:fldCharType="end"/>
            </w:r>
          </w:hyperlink>
        </w:p>
        <w:p w14:paraId="07BCAA57" w14:textId="678D3112"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54" w:history="1">
            <w:r w:rsidRPr="001F5726">
              <w:rPr>
                <w:rStyle w:val="Hyperlink"/>
                <w:rFonts w:eastAsiaTheme="majorEastAsia"/>
                <w:noProof/>
              </w:rPr>
              <w:t>Parametrii acordului-cadru</w:t>
            </w:r>
            <w:r>
              <w:rPr>
                <w:noProof/>
                <w:webHidden/>
              </w:rPr>
              <w:tab/>
            </w:r>
            <w:r>
              <w:rPr>
                <w:noProof/>
                <w:webHidden/>
              </w:rPr>
              <w:fldChar w:fldCharType="begin"/>
            </w:r>
            <w:r>
              <w:rPr>
                <w:noProof/>
                <w:webHidden/>
              </w:rPr>
              <w:instrText xml:space="preserve"> PAGEREF _Toc242951454 \h </w:instrText>
            </w:r>
            <w:r>
              <w:rPr>
                <w:noProof/>
                <w:webHidden/>
              </w:rPr>
            </w:r>
            <w:r>
              <w:rPr>
                <w:noProof/>
                <w:webHidden/>
              </w:rPr>
              <w:fldChar w:fldCharType="separate"/>
            </w:r>
            <w:r w:rsidR="000D2543">
              <w:rPr>
                <w:noProof/>
                <w:webHidden/>
              </w:rPr>
              <w:t>7</w:t>
            </w:r>
            <w:r>
              <w:rPr>
                <w:noProof/>
                <w:webHidden/>
              </w:rPr>
              <w:fldChar w:fldCharType="end"/>
            </w:r>
          </w:hyperlink>
        </w:p>
        <w:p w14:paraId="6BDF757D" w14:textId="5B746EAC"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55" w:history="1">
            <w:r w:rsidRPr="001F5726">
              <w:rPr>
                <w:rStyle w:val="Hyperlink"/>
                <w:rFonts w:eastAsiaTheme="majorEastAsia"/>
              </w:rPr>
              <w:t>3.3. Cantități / valori minime și maxime ale acordului-cadru și contractelor subsecvente</w:t>
            </w:r>
            <w:r>
              <w:rPr>
                <w:webHidden/>
              </w:rPr>
              <w:tab/>
            </w:r>
            <w:r>
              <w:rPr>
                <w:webHidden/>
              </w:rPr>
              <w:fldChar w:fldCharType="begin"/>
            </w:r>
            <w:r>
              <w:rPr>
                <w:webHidden/>
              </w:rPr>
              <w:instrText xml:space="preserve"> PAGEREF _Toc242951455 \h </w:instrText>
            </w:r>
            <w:r>
              <w:rPr>
                <w:webHidden/>
              </w:rPr>
            </w:r>
            <w:r>
              <w:rPr>
                <w:webHidden/>
              </w:rPr>
              <w:fldChar w:fldCharType="separate"/>
            </w:r>
            <w:r w:rsidR="000D2543">
              <w:rPr>
                <w:webHidden/>
              </w:rPr>
              <w:t>7</w:t>
            </w:r>
            <w:r>
              <w:rPr>
                <w:webHidden/>
              </w:rPr>
              <w:fldChar w:fldCharType="end"/>
            </w:r>
          </w:hyperlink>
        </w:p>
        <w:p w14:paraId="76AB2ADA" w14:textId="0BB2469C"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56" w:history="1">
            <w:r w:rsidRPr="001F5726">
              <w:rPr>
                <w:rStyle w:val="Hyperlink"/>
                <w:rFonts w:eastAsiaTheme="majorEastAsia"/>
              </w:rPr>
              <w:t>3.4. Comanda zilnică</w:t>
            </w:r>
            <w:r>
              <w:rPr>
                <w:webHidden/>
              </w:rPr>
              <w:tab/>
            </w:r>
            <w:r>
              <w:rPr>
                <w:webHidden/>
              </w:rPr>
              <w:fldChar w:fldCharType="begin"/>
            </w:r>
            <w:r>
              <w:rPr>
                <w:webHidden/>
              </w:rPr>
              <w:instrText xml:space="preserve"> PAGEREF _Toc242951456 \h </w:instrText>
            </w:r>
            <w:r>
              <w:rPr>
                <w:webHidden/>
              </w:rPr>
            </w:r>
            <w:r>
              <w:rPr>
                <w:webHidden/>
              </w:rPr>
              <w:fldChar w:fldCharType="separate"/>
            </w:r>
            <w:r w:rsidR="000D2543">
              <w:rPr>
                <w:webHidden/>
              </w:rPr>
              <w:t>8</w:t>
            </w:r>
            <w:r>
              <w:rPr>
                <w:webHidden/>
              </w:rPr>
              <w:fldChar w:fldCharType="end"/>
            </w:r>
          </w:hyperlink>
        </w:p>
        <w:p w14:paraId="1F97E382" w14:textId="59091AC2"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57" w:history="1">
            <w:r w:rsidRPr="001F5726">
              <w:rPr>
                <w:rStyle w:val="Hyperlink"/>
                <w:rFonts w:eastAsiaTheme="majorEastAsia"/>
              </w:rPr>
              <w:t>3.5. Structura și alcătuirea meniului zilnic</w:t>
            </w:r>
            <w:r>
              <w:rPr>
                <w:webHidden/>
              </w:rPr>
              <w:tab/>
            </w:r>
            <w:r>
              <w:rPr>
                <w:webHidden/>
              </w:rPr>
              <w:fldChar w:fldCharType="begin"/>
            </w:r>
            <w:r>
              <w:rPr>
                <w:webHidden/>
              </w:rPr>
              <w:instrText xml:space="preserve"> PAGEREF _Toc242951457 \h </w:instrText>
            </w:r>
            <w:r>
              <w:rPr>
                <w:webHidden/>
              </w:rPr>
            </w:r>
            <w:r>
              <w:rPr>
                <w:webHidden/>
              </w:rPr>
              <w:fldChar w:fldCharType="separate"/>
            </w:r>
            <w:r w:rsidR="000D2543">
              <w:rPr>
                <w:webHidden/>
              </w:rPr>
              <w:t>9</w:t>
            </w:r>
            <w:r>
              <w:rPr>
                <w:webHidden/>
              </w:rPr>
              <w:fldChar w:fldCharType="end"/>
            </w:r>
          </w:hyperlink>
        </w:p>
        <w:p w14:paraId="20FFC4E0" w14:textId="3CE90A9A"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58" w:history="1">
            <w:r w:rsidRPr="001F5726">
              <w:rPr>
                <w:rStyle w:val="Hyperlink"/>
                <w:rFonts w:eastAsiaTheme="majorEastAsia"/>
                <w:noProof/>
              </w:rPr>
              <w:t>Elaborarea, transmiterea și aprobarea meniurilor</w:t>
            </w:r>
            <w:r>
              <w:rPr>
                <w:noProof/>
                <w:webHidden/>
              </w:rPr>
              <w:tab/>
            </w:r>
            <w:r>
              <w:rPr>
                <w:noProof/>
                <w:webHidden/>
              </w:rPr>
              <w:fldChar w:fldCharType="begin"/>
            </w:r>
            <w:r>
              <w:rPr>
                <w:noProof/>
                <w:webHidden/>
              </w:rPr>
              <w:instrText xml:space="preserve"> PAGEREF _Toc242951458 \h </w:instrText>
            </w:r>
            <w:r>
              <w:rPr>
                <w:noProof/>
                <w:webHidden/>
              </w:rPr>
            </w:r>
            <w:r>
              <w:rPr>
                <w:noProof/>
                <w:webHidden/>
              </w:rPr>
              <w:fldChar w:fldCharType="separate"/>
            </w:r>
            <w:r w:rsidR="000D2543">
              <w:rPr>
                <w:noProof/>
                <w:webHidden/>
              </w:rPr>
              <w:t>11</w:t>
            </w:r>
            <w:r>
              <w:rPr>
                <w:noProof/>
                <w:webHidden/>
              </w:rPr>
              <w:fldChar w:fldCharType="end"/>
            </w:r>
          </w:hyperlink>
        </w:p>
        <w:p w14:paraId="0F308644" w14:textId="200ED739"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59" w:history="1">
            <w:r w:rsidRPr="001F5726">
              <w:rPr>
                <w:rStyle w:val="Hyperlink"/>
                <w:rFonts w:eastAsiaTheme="majorEastAsia"/>
                <w:noProof/>
              </w:rPr>
              <w:t>Gramaje și fișe tehnologice</w:t>
            </w:r>
            <w:r>
              <w:rPr>
                <w:noProof/>
                <w:webHidden/>
              </w:rPr>
              <w:tab/>
            </w:r>
            <w:r>
              <w:rPr>
                <w:noProof/>
                <w:webHidden/>
              </w:rPr>
              <w:fldChar w:fldCharType="begin"/>
            </w:r>
            <w:r>
              <w:rPr>
                <w:noProof/>
                <w:webHidden/>
              </w:rPr>
              <w:instrText xml:space="preserve"> PAGEREF _Toc242951459 \h </w:instrText>
            </w:r>
            <w:r>
              <w:rPr>
                <w:noProof/>
                <w:webHidden/>
              </w:rPr>
            </w:r>
            <w:r>
              <w:rPr>
                <w:noProof/>
                <w:webHidden/>
              </w:rPr>
              <w:fldChar w:fldCharType="separate"/>
            </w:r>
            <w:r w:rsidR="000D2543">
              <w:rPr>
                <w:noProof/>
                <w:webHidden/>
              </w:rPr>
              <w:t>12</w:t>
            </w:r>
            <w:r>
              <w:rPr>
                <w:noProof/>
                <w:webHidden/>
              </w:rPr>
              <w:fldChar w:fldCharType="end"/>
            </w:r>
          </w:hyperlink>
        </w:p>
        <w:p w14:paraId="539B9DB8" w14:textId="2394C3E9"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60" w:history="1">
            <w:r w:rsidRPr="001F5726">
              <w:rPr>
                <w:rStyle w:val="Hyperlink"/>
                <w:rFonts w:eastAsiaTheme="majorEastAsia"/>
              </w:rPr>
              <w:t>3.6. Regimuri alimentare și texturi adaptate</w:t>
            </w:r>
            <w:r>
              <w:rPr>
                <w:webHidden/>
              </w:rPr>
              <w:tab/>
            </w:r>
            <w:r>
              <w:rPr>
                <w:webHidden/>
              </w:rPr>
              <w:fldChar w:fldCharType="begin"/>
            </w:r>
            <w:r>
              <w:rPr>
                <w:webHidden/>
              </w:rPr>
              <w:instrText xml:space="preserve"> PAGEREF _Toc242951460 \h </w:instrText>
            </w:r>
            <w:r>
              <w:rPr>
                <w:webHidden/>
              </w:rPr>
            </w:r>
            <w:r>
              <w:rPr>
                <w:webHidden/>
              </w:rPr>
              <w:fldChar w:fldCharType="separate"/>
            </w:r>
            <w:r w:rsidR="000D2543">
              <w:rPr>
                <w:webHidden/>
              </w:rPr>
              <w:t>12</w:t>
            </w:r>
            <w:r>
              <w:rPr>
                <w:webHidden/>
              </w:rPr>
              <w:fldChar w:fldCharType="end"/>
            </w:r>
          </w:hyperlink>
        </w:p>
        <w:p w14:paraId="13FE6C78" w14:textId="50701716"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61" w:history="1">
            <w:r w:rsidRPr="001F5726">
              <w:rPr>
                <w:rStyle w:val="Hyperlink"/>
                <w:rFonts w:eastAsiaTheme="majorEastAsia"/>
              </w:rPr>
              <w:t>3.7. Materii prime și produse alimentare. Cerinte specifice.</w:t>
            </w:r>
            <w:r>
              <w:rPr>
                <w:webHidden/>
              </w:rPr>
              <w:tab/>
            </w:r>
            <w:r>
              <w:rPr>
                <w:webHidden/>
              </w:rPr>
              <w:fldChar w:fldCharType="begin"/>
            </w:r>
            <w:r>
              <w:rPr>
                <w:webHidden/>
              </w:rPr>
              <w:instrText xml:space="preserve"> PAGEREF _Toc242951461 \h </w:instrText>
            </w:r>
            <w:r>
              <w:rPr>
                <w:webHidden/>
              </w:rPr>
            </w:r>
            <w:r>
              <w:rPr>
                <w:webHidden/>
              </w:rPr>
              <w:fldChar w:fldCharType="separate"/>
            </w:r>
            <w:r w:rsidR="000D2543">
              <w:rPr>
                <w:webHidden/>
              </w:rPr>
              <w:t>13</w:t>
            </w:r>
            <w:r>
              <w:rPr>
                <w:webHidden/>
              </w:rPr>
              <w:fldChar w:fldCharType="end"/>
            </w:r>
          </w:hyperlink>
        </w:p>
        <w:p w14:paraId="2293FC28" w14:textId="65D050B5"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62" w:history="1">
            <w:r w:rsidRPr="001F5726">
              <w:rPr>
                <w:rStyle w:val="Hyperlink"/>
                <w:rFonts w:eastAsiaTheme="majorEastAsia"/>
                <w:noProof/>
              </w:rPr>
              <w:t>3.7.1. Cerinte specifice privind alimentele</w:t>
            </w:r>
            <w:r>
              <w:rPr>
                <w:noProof/>
                <w:webHidden/>
              </w:rPr>
              <w:tab/>
            </w:r>
            <w:r>
              <w:rPr>
                <w:noProof/>
                <w:webHidden/>
              </w:rPr>
              <w:fldChar w:fldCharType="begin"/>
            </w:r>
            <w:r>
              <w:rPr>
                <w:noProof/>
                <w:webHidden/>
              </w:rPr>
              <w:instrText xml:space="preserve"> PAGEREF _Toc242951462 \h </w:instrText>
            </w:r>
            <w:r>
              <w:rPr>
                <w:noProof/>
                <w:webHidden/>
              </w:rPr>
            </w:r>
            <w:r>
              <w:rPr>
                <w:noProof/>
                <w:webHidden/>
              </w:rPr>
              <w:fldChar w:fldCharType="separate"/>
            </w:r>
            <w:r w:rsidR="000D2543">
              <w:rPr>
                <w:noProof/>
                <w:webHidden/>
              </w:rPr>
              <w:t>14</w:t>
            </w:r>
            <w:r>
              <w:rPr>
                <w:noProof/>
                <w:webHidden/>
              </w:rPr>
              <w:fldChar w:fldCharType="end"/>
            </w:r>
          </w:hyperlink>
        </w:p>
        <w:p w14:paraId="223D45BA" w14:textId="551548AE"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63" w:history="1">
            <w:r w:rsidRPr="001F5726">
              <w:rPr>
                <w:rStyle w:val="Hyperlink"/>
                <w:rFonts w:eastAsiaTheme="majorEastAsia"/>
              </w:rPr>
              <w:t>3.8. Prepararea hranei</w:t>
            </w:r>
            <w:r>
              <w:rPr>
                <w:webHidden/>
              </w:rPr>
              <w:tab/>
            </w:r>
            <w:r>
              <w:rPr>
                <w:webHidden/>
              </w:rPr>
              <w:fldChar w:fldCharType="begin"/>
            </w:r>
            <w:r>
              <w:rPr>
                <w:webHidden/>
              </w:rPr>
              <w:instrText xml:space="preserve"> PAGEREF _Toc242951463 \h </w:instrText>
            </w:r>
            <w:r>
              <w:rPr>
                <w:webHidden/>
              </w:rPr>
            </w:r>
            <w:r>
              <w:rPr>
                <w:webHidden/>
              </w:rPr>
              <w:fldChar w:fldCharType="separate"/>
            </w:r>
            <w:r w:rsidR="000D2543">
              <w:rPr>
                <w:webHidden/>
              </w:rPr>
              <w:t>16</w:t>
            </w:r>
            <w:r>
              <w:rPr>
                <w:webHidden/>
              </w:rPr>
              <w:fldChar w:fldCharType="end"/>
            </w:r>
          </w:hyperlink>
        </w:p>
        <w:p w14:paraId="23A8B714" w14:textId="7D608CD2"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64" w:history="1">
            <w:r w:rsidRPr="001F5726">
              <w:rPr>
                <w:rStyle w:val="Hyperlink"/>
                <w:rFonts w:eastAsiaTheme="majorEastAsia"/>
                <w:noProof/>
              </w:rPr>
              <w:t>1.</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Unitatea de preparare.</w:t>
            </w:r>
            <w:r>
              <w:rPr>
                <w:noProof/>
                <w:webHidden/>
              </w:rPr>
              <w:tab/>
            </w:r>
            <w:r>
              <w:rPr>
                <w:noProof/>
                <w:webHidden/>
              </w:rPr>
              <w:fldChar w:fldCharType="begin"/>
            </w:r>
            <w:r>
              <w:rPr>
                <w:noProof/>
                <w:webHidden/>
              </w:rPr>
              <w:instrText xml:space="preserve"> PAGEREF _Toc242951464 \h </w:instrText>
            </w:r>
            <w:r>
              <w:rPr>
                <w:noProof/>
                <w:webHidden/>
              </w:rPr>
            </w:r>
            <w:r>
              <w:rPr>
                <w:noProof/>
                <w:webHidden/>
              </w:rPr>
              <w:fldChar w:fldCharType="separate"/>
            </w:r>
            <w:r w:rsidR="000D2543">
              <w:rPr>
                <w:noProof/>
                <w:webHidden/>
              </w:rPr>
              <w:t>16</w:t>
            </w:r>
            <w:r>
              <w:rPr>
                <w:noProof/>
                <w:webHidden/>
              </w:rPr>
              <w:fldChar w:fldCharType="end"/>
            </w:r>
          </w:hyperlink>
        </w:p>
        <w:p w14:paraId="1A84512F" w14:textId="3DD45374"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65" w:history="1">
            <w:r w:rsidRPr="001F5726">
              <w:rPr>
                <w:rStyle w:val="Hyperlink"/>
                <w:rFonts w:eastAsiaTheme="majorEastAsia"/>
                <w:noProof/>
              </w:rPr>
              <w:t>2.</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Fluxul tehnologic.</w:t>
            </w:r>
            <w:r>
              <w:rPr>
                <w:noProof/>
                <w:webHidden/>
              </w:rPr>
              <w:tab/>
            </w:r>
            <w:r>
              <w:rPr>
                <w:noProof/>
                <w:webHidden/>
              </w:rPr>
              <w:fldChar w:fldCharType="begin"/>
            </w:r>
            <w:r>
              <w:rPr>
                <w:noProof/>
                <w:webHidden/>
              </w:rPr>
              <w:instrText xml:space="preserve"> PAGEREF _Toc242951465 \h </w:instrText>
            </w:r>
            <w:r>
              <w:rPr>
                <w:noProof/>
                <w:webHidden/>
              </w:rPr>
            </w:r>
            <w:r>
              <w:rPr>
                <w:noProof/>
                <w:webHidden/>
              </w:rPr>
              <w:fldChar w:fldCharType="separate"/>
            </w:r>
            <w:r w:rsidR="000D2543">
              <w:rPr>
                <w:noProof/>
                <w:webHidden/>
              </w:rPr>
              <w:t>16</w:t>
            </w:r>
            <w:r>
              <w:rPr>
                <w:noProof/>
                <w:webHidden/>
              </w:rPr>
              <w:fldChar w:fldCharType="end"/>
            </w:r>
          </w:hyperlink>
        </w:p>
        <w:p w14:paraId="612B4686" w14:textId="2E13F007"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66" w:history="1">
            <w:r w:rsidRPr="001F5726">
              <w:rPr>
                <w:rStyle w:val="Hyperlink"/>
                <w:rFonts w:eastAsiaTheme="majorEastAsia"/>
                <w:noProof/>
              </w:rPr>
              <w:t>3.</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Ziua preparării și reutilizarea</w:t>
            </w:r>
            <w:r>
              <w:rPr>
                <w:noProof/>
                <w:webHidden/>
              </w:rPr>
              <w:tab/>
            </w:r>
            <w:r>
              <w:rPr>
                <w:noProof/>
                <w:webHidden/>
              </w:rPr>
              <w:fldChar w:fldCharType="begin"/>
            </w:r>
            <w:r>
              <w:rPr>
                <w:noProof/>
                <w:webHidden/>
              </w:rPr>
              <w:instrText xml:space="preserve"> PAGEREF _Toc242951466 \h </w:instrText>
            </w:r>
            <w:r>
              <w:rPr>
                <w:noProof/>
                <w:webHidden/>
              </w:rPr>
            </w:r>
            <w:r>
              <w:rPr>
                <w:noProof/>
                <w:webHidden/>
              </w:rPr>
              <w:fldChar w:fldCharType="separate"/>
            </w:r>
            <w:r w:rsidR="000D2543">
              <w:rPr>
                <w:noProof/>
                <w:webHidden/>
              </w:rPr>
              <w:t>16</w:t>
            </w:r>
            <w:r>
              <w:rPr>
                <w:noProof/>
                <w:webHidden/>
              </w:rPr>
              <w:fldChar w:fldCharType="end"/>
            </w:r>
          </w:hyperlink>
        </w:p>
        <w:p w14:paraId="543D6356" w14:textId="717A696E"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67" w:history="1">
            <w:r w:rsidRPr="001F5726">
              <w:rPr>
                <w:rStyle w:val="Hyperlink"/>
                <w:rFonts w:eastAsiaTheme="majorEastAsia"/>
                <w:noProof/>
              </w:rPr>
              <w:t>4.</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Spatiile de servire a mesei si vesela</w:t>
            </w:r>
            <w:r>
              <w:rPr>
                <w:noProof/>
                <w:webHidden/>
              </w:rPr>
              <w:tab/>
            </w:r>
            <w:r>
              <w:rPr>
                <w:noProof/>
                <w:webHidden/>
              </w:rPr>
              <w:fldChar w:fldCharType="begin"/>
            </w:r>
            <w:r>
              <w:rPr>
                <w:noProof/>
                <w:webHidden/>
              </w:rPr>
              <w:instrText xml:space="preserve"> PAGEREF _Toc242951467 \h </w:instrText>
            </w:r>
            <w:r>
              <w:rPr>
                <w:noProof/>
                <w:webHidden/>
              </w:rPr>
            </w:r>
            <w:r>
              <w:rPr>
                <w:noProof/>
                <w:webHidden/>
              </w:rPr>
              <w:fldChar w:fldCharType="separate"/>
            </w:r>
            <w:r w:rsidR="000D2543">
              <w:rPr>
                <w:noProof/>
                <w:webHidden/>
              </w:rPr>
              <w:t>17</w:t>
            </w:r>
            <w:r>
              <w:rPr>
                <w:noProof/>
                <w:webHidden/>
              </w:rPr>
              <w:fldChar w:fldCharType="end"/>
            </w:r>
          </w:hyperlink>
        </w:p>
        <w:p w14:paraId="5218C038" w14:textId="24DE197D"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68" w:history="1">
            <w:r w:rsidRPr="001F5726">
              <w:rPr>
                <w:rStyle w:val="Hyperlink"/>
                <w:rFonts w:eastAsiaTheme="majorEastAsia"/>
              </w:rPr>
              <w:t>3.9. Igiena și siguranța alimentară, probe și trasabilitate</w:t>
            </w:r>
            <w:r>
              <w:rPr>
                <w:webHidden/>
              </w:rPr>
              <w:tab/>
            </w:r>
            <w:r>
              <w:rPr>
                <w:webHidden/>
              </w:rPr>
              <w:fldChar w:fldCharType="begin"/>
            </w:r>
            <w:r>
              <w:rPr>
                <w:webHidden/>
              </w:rPr>
              <w:instrText xml:space="preserve"> PAGEREF _Toc242951468 \h </w:instrText>
            </w:r>
            <w:r>
              <w:rPr>
                <w:webHidden/>
              </w:rPr>
            </w:r>
            <w:r>
              <w:rPr>
                <w:webHidden/>
              </w:rPr>
              <w:fldChar w:fldCharType="separate"/>
            </w:r>
            <w:r w:rsidR="000D2543">
              <w:rPr>
                <w:webHidden/>
              </w:rPr>
              <w:t>17</w:t>
            </w:r>
            <w:r>
              <w:rPr>
                <w:webHidden/>
              </w:rPr>
              <w:fldChar w:fldCharType="end"/>
            </w:r>
          </w:hyperlink>
        </w:p>
        <w:p w14:paraId="1A93065A" w14:textId="3605EA82"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69" w:history="1">
            <w:r w:rsidRPr="001F5726">
              <w:rPr>
                <w:rStyle w:val="Hyperlink"/>
                <w:rFonts w:eastAsiaTheme="majorEastAsia"/>
                <w:noProof/>
              </w:rPr>
              <w:t>1.</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Igiena personalului și a echipamentelor.</w:t>
            </w:r>
            <w:r>
              <w:rPr>
                <w:noProof/>
                <w:webHidden/>
              </w:rPr>
              <w:tab/>
            </w:r>
            <w:r>
              <w:rPr>
                <w:noProof/>
                <w:webHidden/>
              </w:rPr>
              <w:fldChar w:fldCharType="begin"/>
            </w:r>
            <w:r>
              <w:rPr>
                <w:noProof/>
                <w:webHidden/>
              </w:rPr>
              <w:instrText xml:space="preserve"> PAGEREF _Toc242951469 \h </w:instrText>
            </w:r>
            <w:r>
              <w:rPr>
                <w:noProof/>
                <w:webHidden/>
              </w:rPr>
            </w:r>
            <w:r>
              <w:rPr>
                <w:noProof/>
                <w:webHidden/>
              </w:rPr>
              <w:fldChar w:fldCharType="separate"/>
            </w:r>
            <w:r w:rsidR="000D2543">
              <w:rPr>
                <w:noProof/>
                <w:webHidden/>
              </w:rPr>
              <w:t>17</w:t>
            </w:r>
            <w:r>
              <w:rPr>
                <w:noProof/>
                <w:webHidden/>
              </w:rPr>
              <w:fldChar w:fldCharType="end"/>
            </w:r>
          </w:hyperlink>
        </w:p>
        <w:p w14:paraId="156774A7" w14:textId="21B32EC3"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70" w:history="1">
            <w:r w:rsidRPr="001F5726">
              <w:rPr>
                <w:rStyle w:val="Hyperlink"/>
                <w:rFonts w:eastAsiaTheme="majorEastAsia"/>
                <w:noProof/>
              </w:rPr>
              <w:t>2.</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Probe alimentare.</w:t>
            </w:r>
            <w:r>
              <w:rPr>
                <w:noProof/>
                <w:webHidden/>
              </w:rPr>
              <w:tab/>
            </w:r>
            <w:r>
              <w:rPr>
                <w:noProof/>
                <w:webHidden/>
              </w:rPr>
              <w:fldChar w:fldCharType="begin"/>
            </w:r>
            <w:r>
              <w:rPr>
                <w:noProof/>
                <w:webHidden/>
              </w:rPr>
              <w:instrText xml:space="preserve"> PAGEREF _Toc242951470 \h </w:instrText>
            </w:r>
            <w:r>
              <w:rPr>
                <w:noProof/>
                <w:webHidden/>
              </w:rPr>
            </w:r>
            <w:r>
              <w:rPr>
                <w:noProof/>
                <w:webHidden/>
              </w:rPr>
              <w:fldChar w:fldCharType="separate"/>
            </w:r>
            <w:r w:rsidR="000D2543">
              <w:rPr>
                <w:noProof/>
                <w:webHidden/>
              </w:rPr>
              <w:t>17</w:t>
            </w:r>
            <w:r>
              <w:rPr>
                <w:noProof/>
                <w:webHidden/>
              </w:rPr>
              <w:fldChar w:fldCharType="end"/>
            </w:r>
          </w:hyperlink>
        </w:p>
        <w:p w14:paraId="3CF2E8DC" w14:textId="4681A6BF"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71" w:history="1">
            <w:r w:rsidRPr="001F5726">
              <w:rPr>
                <w:rStyle w:val="Hyperlink"/>
                <w:rFonts w:eastAsiaTheme="majorEastAsia"/>
                <w:noProof/>
              </w:rPr>
              <w:t>3.</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Trasabilitate.</w:t>
            </w:r>
            <w:r>
              <w:rPr>
                <w:noProof/>
                <w:webHidden/>
              </w:rPr>
              <w:tab/>
            </w:r>
            <w:r>
              <w:rPr>
                <w:noProof/>
                <w:webHidden/>
              </w:rPr>
              <w:fldChar w:fldCharType="begin"/>
            </w:r>
            <w:r>
              <w:rPr>
                <w:noProof/>
                <w:webHidden/>
              </w:rPr>
              <w:instrText xml:space="preserve"> PAGEREF _Toc242951471 \h </w:instrText>
            </w:r>
            <w:r>
              <w:rPr>
                <w:noProof/>
                <w:webHidden/>
              </w:rPr>
            </w:r>
            <w:r>
              <w:rPr>
                <w:noProof/>
                <w:webHidden/>
              </w:rPr>
              <w:fldChar w:fldCharType="separate"/>
            </w:r>
            <w:r w:rsidR="000D2543">
              <w:rPr>
                <w:noProof/>
                <w:webHidden/>
              </w:rPr>
              <w:t>17</w:t>
            </w:r>
            <w:r>
              <w:rPr>
                <w:noProof/>
                <w:webHidden/>
              </w:rPr>
              <w:fldChar w:fldCharType="end"/>
            </w:r>
          </w:hyperlink>
        </w:p>
        <w:p w14:paraId="4DDC109E" w14:textId="11332E31" w:rsidR="00C65317" w:rsidRDefault="00C65317">
          <w:pPr>
            <w:pStyle w:val="TOC3"/>
            <w:tabs>
              <w:tab w:val="left" w:pos="880"/>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72" w:history="1">
            <w:r w:rsidRPr="001F5726">
              <w:rPr>
                <w:rStyle w:val="Hyperlink"/>
                <w:rFonts w:eastAsiaTheme="majorEastAsia"/>
                <w:noProof/>
              </w:rPr>
              <w:t>4.</w:t>
            </w:r>
            <w:r>
              <w:rPr>
                <w:rFonts w:asciiTheme="minorHAnsi" w:eastAsiaTheme="minorEastAsia" w:hAnsiTheme="minorHAnsi" w:cstheme="minorBidi"/>
                <w:i w:val="0"/>
                <w:iCs w:val="0"/>
                <w:noProof/>
                <w:kern w:val="2"/>
                <w:sz w:val="24"/>
                <w:szCs w:val="24"/>
                <w:lang w:val="ro-RO" w:eastAsia="ro-RO"/>
                <w14:ligatures w14:val="standardContextual"/>
              </w:rPr>
              <w:tab/>
            </w:r>
            <w:r w:rsidRPr="001F5726">
              <w:rPr>
                <w:rStyle w:val="Hyperlink"/>
                <w:rFonts w:eastAsiaTheme="majorEastAsia"/>
                <w:noProof/>
              </w:rPr>
              <w:t>Managementul incidentelor de siguranță alimentară și procedura de retragere</w:t>
            </w:r>
            <w:r>
              <w:rPr>
                <w:noProof/>
                <w:webHidden/>
              </w:rPr>
              <w:tab/>
            </w:r>
            <w:r>
              <w:rPr>
                <w:noProof/>
                <w:webHidden/>
              </w:rPr>
              <w:fldChar w:fldCharType="begin"/>
            </w:r>
            <w:r>
              <w:rPr>
                <w:noProof/>
                <w:webHidden/>
              </w:rPr>
              <w:instrText xml:space="preserve"> PAGEREF _Toc242951472 \h </w:instrText>
            </w:r>
            <w:r>
              <w:rPr>
                <w:noProof/>
                <w:webHidden/>
              </w:rPr>
            </w:r>
            <w:r>
              <w:rPr>
                <w:noProof/>
                <w:webHidden/>
              </w:rPr>
              <w:fldChar w:fldCharType="separate"/>
            </w:r>
            <w:r w:rsidR="000D2543">
              <w:rPr>
                <w:noProof/>
                <w:webHidden/>
              </w:rPr>
              <w:t>18</w:t>
            </w:r>
            <w:r>
              <w:rPr>
                <w:noProof/>
                <w:webHidden/>
              </w:rPr>
              <w:fldChar w:fldCharType="end"/>
            </w:r>
          </w:hyperlink>
        </w:p>
        <w:p w14:paraId="0E766F4B" w14:textId="05E4A0F4"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73" w:history="1">
            <w:r w:rsidRPr="001F5726">
              <w:rPr>
                <w:rStyle w:val="Hyperlink"/>
                <w:rFonts w:eastAsiaTheme="majorEastAsia"/>
                <w:noProof/>
              </w:rPr>
              <w:t>2. Situații de urgență și retragerea produselor</w:t>
            </w:r>
            <w:r>
              <w:rPr>
                <w:noProof/>
                <w:webHidden/>
              </w:rPr>
              <w:tab/>
            </w:r>
            <w:r>
              <w:rPr>
                <w:noProof/>
                <w:webHidden/>
              </w:rPr>
              <w:fldChar w:fldCharType="begin"/>
            </w:r>
            <w:r>
              <w:rPr>
                <w:noProof/>
                <w:webHidden/>
              </w:rPr>
              <w:instrText xml:space="preserve"> PAGEREF _Toc242951473 \h </w:instrText>
            </w:r>
            <w:r>
              <w:rPr>
                <w:noProof/>
                <w:webHidden/>
              </w:rPr>
            </w:r>
            <w:r>
              <w:rPr>
                <w:noProof/>
                <w:webHidden/>
              </w:rPr>
              <w:fldChar w:fldCharType="separate"/>
            </w:r>
            <w:r w:rsidR="000D2543">
              <w:rPr>
                <w:noProof/>
                <w:webHidden/>
              </w:rPr>
              <w:t>18</w:t>
            </w:r>
            <w:r>
              <w:rPr>
                <w:noProof/>
                <w:webHidden/>
              </w:rPr>
              <w:fldChar w:fldCharType="end"/>
            </w:r>
          </w:hyperlink>
        </w:p>
        <w:p w14:paraId="70984751" w14:textId="16D32305"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74" w:history="1">
            <w:r w:rsidRPr="001F5726">
              <w:rPr>
                <w:rStyle w:val="Hyperlink"/>
                <w:rFonts w:eastAsiaTheme="majorEastAsia"/>
              </w:rPr>
              <w:t>3.10. Porționarea, ambalarea și etichetarea</w:t>
            </w:r>
            <w:r>
              <w:rPr>
                <w:webHidden/>
              </w:rPr>
              <w:tab/>
            </w:r>
            <w:r>
              <w:rPr>
                <w:webHidden/>
              </w:rPr>
              <w:fldChar w:fldCharType="begin"/>
            </w:r>
            <w:r>
              <w:rPr>
                <w:webHidden/>
              </w:rPr>
              <w:instrText xml:space="preserve"> PAGEREF _Toc242951474 \h </w:instrText>
            </w:r>
            <w:r>
              <w:rPr>
                <w:webHidden/>
              </w:rPr>
            </w:r>
            <w:r>
              <w:rPr>
                <w:webHidden/>
              </w:rPr>
              <w:fldChar w:fldCharType="separate"/>
            </w:r>
            <w:r w:rsidR="000D2543">
              <w:rPr>
                <w:webHidden/>
              </w:rPr>
              <w:t>19</w:t>
            </w:r>
            <w:r>
              <w:rPr>
                <w:webHidden/>
              </w:rPr>
              <w:fldChar w:fldCharType="end"/>
            </w:r>
          </w:hyperlink>
        </w:p>
        <w:p w14:paraId="1CF4DBAC" w14:textId="5BAF629E"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75" w:history="1">
            <w:r w:rsidRPr="001F5726">
              <w:rPr>
                <w:rStyle w:val="Hyperlink"/>
                <w:rFonts w:eastAsiaTheme="majorEastAsia"/>
              </w:rPr>
              <w:t>3.11. Transportul și menținerea temperaturii</w:t>
            </w:r>
            <w:r>
              <w:rPr>
                <w:webHidden/>
              </w:rPr>
              <w:tab/>
            </w:r>
            <w:r>
              <w:rPr>
                <w:webHidden/>
              </w:rPr>
              <w:fldChar w:fldCharType="begin"/>
            </w:r>
            <w:r>
              <w:rPr>
                <w:webHidden/>
              </w:rPr>
              <w:instrText xml:space="preserve"> PAGEREF _Toc242951475 \h </w:instrText>
            </w:r>
            <w:r>
              <w:rPr>
                <w:webHidden/>
              </w:rPr>
            </w:r>
            <w:r>
              <w:rPr>
                <w:webHidden/>
              </w:rPr>
              <w:fldChar w:fldCharType="separate"/>
            </w:r>
            <w:r w:rsidR="000D2543">
              <w:rPr>
                <w:webHidden/>
              </w:rPr>
              <w:t>19</w:t>
            </w:r>
            <w:r>
              <w:rPr>
                <w:webHidden/>
              </w:rPr>
              <w:fldChar w:fldCharType="end"/>
            </w:r>
          </w:hyperlink>
        </w:p>
        <w:p w14:paraId="789C2907" w14:textId="7C80CFA7"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76" w:history="1">
            <w:r w:rsidRPr="001F5726">
              <w:rPr>
                <w:rStyle w:val="Hyperlink"/>
                <w:rFonts w:eastAsiaTheme="majorEastAsia"/>
              </w:rPr>
              <w:t>3.12. Livrarea si predarea</w:t>
            </w:r>
            <w:r>
              <w:rPr>
                <w:webHidden/>
              </w:rPr>
              <w:tab/>
            </w:r>
            <w:r>
              <w:rPr>
                <w:webHidden/>
              </w:rPr>
              <w:fldChar w:fldCharType="begin"/>
            </w:r>
            <w:r>
              <w:rPr>
                <w:webHidden/>
              </w:rPr>
              <w:instrText xml:space="preserve"> PAGEREF _Toc242951476 \h </w:instrText>
            </w:r>
            <w:r>
              <w:rPr>
                <w:webHidden/>
              </w:rPr>
            </w:r>
            <w:r>
              <w:rPr>
                <w:webHidden/>
              </w:rPr>
              <w:fldChar w:fldCharType="separate"/>
            </w:r>
            <w:r w:rsidR="000D2543">
              <w:rPr>
                <w:webHidden/>
              </w:rPr>
              <w:t>20</w:t>
            </w:r>
            <w:r>
              <w:rPr>
                <w:webHidden/>
              </w:rPr>
              <w:fldChar w:fldCharType="end"/>
            </w:r>
          </w:hyperlink>
        </w:p>
        <w:p w14:paraId="19DEDFB1" w14:textId="668A80C2"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77" w:history="1">
            <w:r w:rsidRPr="001F5726">
              <w:rPr>
                <w:rStyle w:val="Hyperlink"/>
                <w:rFonts w:eastAsiaTheme="majorEastAsia"/>
              </w:rPr>
              <w:t>3.13. Personalul și resursele Prestatorului</w:t>
            </w:r>
            <w:r>
              <w:rPr>
                <w:webHidden/>
              </w:rPr>
              <w:tab/>
            </w:r>
            <w:r>
              <w:rPr>
                <w:webHidden/>
              </w:rPr>
              <w:fldChar w:fldCharType="begin"/>
            </w:r>
            <w:r>
              <w:rPr>
                <w:webHidden/>
              </w:rPr>
              <w:instrText xml:space="preserve"> PAGEREF _Toc242951477 \h </w:instrText>
            </w:r>
            <w:r>
              <w:rPr>
                <w:webHidden/>
              </w:rPr>
            </w:r>
            <w:r>
              <w:rPr>
                <w:webHidden/>
              </w:rPr>
              <w:fldChar w:fldCharType="separate"/>
            </w:r>
            <w:r w:rsidR="000D2543">
              <w:rPr>
                <w:webHidden/>
              </w:rPr>
              <w:t>21</w:t>
            </w:r>
            <w:r>
              <w:rPr>
                <w:webHidden/>
              </w:rPr>
              <w:fldChar w:fldCharType="end"/>
            </w:r>
          </w:hyperlink>
        </w:p>
        <w:p w14:paraId="16383D61" w14:textId="793D8731"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78" w:history="1">
            <w:r w:rsidRPr="001F5726">
              <w:rPr>
                <w:rStyle w:val="Hyperlink"/>
                <w:rFonts w:eastAsiaTheme="majorEastAsia"/>
                <w:noProof/>
              </w:rPr>
              <w:t>1. Dimensionarea și rolurile personalului</w:t>
            </w:r>
            <w:r>
              <w:rPr>
                <w:noProof/>
                <w:webHidden/>
              </w:rPr>
              <w:tab/>
            </w:r>
            <w:r>
              <w:rPr>
                <w:noProof/>
                <w:webHidden/>
              </w:rPr>
              <w:fldChar w:fldCharType="begin"/>
            </w:r>
            <w:r>
              <w:rPr>
                <w:noProof/>
                <w:webHidden/>
              </w:rPr>
              <w:instrText xml:space="preserve"> PAGEREF _Toc242951478 \h </w:instrText>
            </w:r>
            <w:r>
              <w:rPr>
                <w:noProof/>
                <w:webHidden/>
              </w:rPr>
            </w:r>
            <w:r>
              <w:rPr>
                <w:noProof/>
                <w:webHidden/>
              </w:rPr>
              <w:fldChar w:fldCharType="separate"/>
            </w:r>
            <w:r w:rsidR="000D2543">
              <w:rPr>
                <w:noProof/>
                <w:webHidden/>
              </w:rPr>
              <w:t>22</w:t>
            </w:r>
            <w:r>
              <w:rPr>
                <w:noProof/>
                <w:webHidden/>
              </w:rPr>
              <w:fldChar w:fldCharType="end"/>
            </w:r>
          </w:hyperlink>
        </w:p>
        <w:p w14:paraId="06976EEF" w14:textId="4E8922F4"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79" w:history="1">
            <w:r w:rsidRPr="001F5726">
              <w:rPr>
                <w:rStyle w:val="Hyperlink"/>
                <w:rFonts w:eastAsiaTheme="majorEastAsia"/>
                <w:noProof/>
              </w:rPr>
              <w:t>2. Aptitudinea, instruirea și înlocuirea personalului</w:t>
            </w:r>
            <w:r>
              <w:rPr>
                <w:noProof/>
                <w:webHidden/>
              </w:rPr>
              <w:tab/>
            </w:r>
            <w:r>
              <w:rPr>
                <w:noProof/>
                <w:webHidden/>
              </w:rPr>
              <w:fldChar w:fldCharType="begin"/>
            </w:r>
            <w:r>
              <w:rPr>
                <w:noProof/>
                <w:webHidden/>
              </w:rPr>
              <w:instrText xml:space="preserve"> PAGEREF _Toc242951479 \h </w:instrText>
            </w:r>
            <w:r>
              <w:rPr>
                <w:noProof/>
                <w:webHidden/>
              </w:rPr>
            </w:r>
            <w:r>
              <w:rPr>
                <w:noProof/>
                <w:webHidden/>
              </w:rPr>
              <w:fldChar w:fldCharType="separate"/>
            </w:r>
            <w:r w:rsidR="000D2543">
              <w:rPr>
                <w:noProof/>
                <w:webHidden/>
              </w:rPr>
              <w:t>23</w:t>
            </w:r>
            <w:r>
              <w:rPr>
                <w:noProof/>
                <w:webHidden/>
              </w:rPr>
              <w:fldChar w:fldCharType="end"/>
            </w:r>
          </w:hyperlink>
        </w:p>
        <w:p w14:paraId="7A877F3E" w14:textId="17FECF93" w:rsidR="00C65317" w:rsidRDefault="00C65317">
          <w:pPr>
            <w:pStyle w:val="TOC3"/>
            <w:tabs>
              <w:tab w:val="right" w:leader="dot" w:pos="9742"/>
            </w:tabs>
            <w:rPr>
              <w:rFonts w:asciiTheme="minorHAnsi" w:eastAsiaTheme="minorEastAsia" w:hAnsiTheme="minorHAnsi" w:cstheme="minorBidi"/>
              <w:i w:val="0"/>
              <w:iCs w:val="0"/>
              <w:noProof/>
              <w:kern w:val="2"/>
              <w:sz w:val="24"/>
              <w:szCs w:val="24"/>
              <w:lang w:val="ro-RO" w:eastAsia="ro-RO"/>
              <w14:ligatures w14:val="standardContextual"/>
            </w:rPr>
          </w:pPr>
          <w:hyperlink w:anchor="_Toc242951480" w:history="1">
            <w:r w:rsidRPr="001F5726">
              <w:rPr>
                <w:rStyle w:val="Hyperlink"/>
                <w:rFonts w:eastAsiaTheme="majorEastAsia"/>
                <w:noProof/>
              </w:rPr>
              <w:t>3. Resurse tehnice și subcontractare</w:t>
            </w:r>
            <w:r>
              <w:rPr>
                <w:noProof/>
                <w:webHidden/>
              </w:rPr>
              <w:tab/>
            </w:r>
            <w:r>
              <w:rPr>
                <w:noProof/>
                <w:webHidden/>
              </w:rPr>
              <w:fldChar w:fldCharType="begin"/>
            </w:r>
            <w:r>
              <w:rPr>
                <w:noProof/>
                <w:webHidden/>
              </w:rPr>
              <w:instrText xml:space="preserve"> PAGEREF _Toc242951480 \h </w:instrText>
            </w:r>
            <w:r>
              <w:rPr>
                <w:noProof/>
                <w:webHidden/>
              </w:rPr>
            </w:r>
            <w:r>
              <w:rPr>
                <w:noProof/>
                <w:webHidden/>
              </w:rPr>
              <w:fldChar w:fldCharType="separate"/>
            </w:r>
            <w:r w:rsidR="000D2543">
              <w:rPr>
                <w:noProof/>
                <w:webHidden/>
              </w:rPr>
              <w:t>24</w:t>
            </w:r>
            <w:r>
              <w:rPr>
                <w:noProof/>
                <w:webHidden/>
              </w:rPr>
              <w:fldChar w:fldCharType="end"/>
            </w:r>
          </w:hyperlink>
        </w:p>
        <w:p w14:paraId="3B29651C" w14:textId="0562A161"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81" w:history="1">
            <w:r w:rsidRPr="001F5726">
              <w:rPr>
                <w:rStyle w:val="Hyperlink"/>
                <w:rFonts w:eastAsiaTheme="majorEastAsia"/>
              </w:rPr>
              <w:t>3.14. Autorizații, avize și înregistrări obligatorii</w:t>
            </w:r>
            <w:r>
              <w:rPr>
                <w:webHidden/>
              </w:rPr>
              <w:tab/>
            </w:r>
            <w:r>
              <w:rPr>
                <w:webHidden/>
              </w:rPr>
              <w:fldChar w:fldCharType="begin"/>
            </w:r>
            <w:r>
              <w:rPr>
                <w:webHidden/>
              </w:rPr>
              <w:instrText xml:space="preserve"> PAGEREF _Toc242951481 \h </w:instrText>
            </w:r>
            <w:r>
              <w:rPr>
                <w:webHidden/>
              </w:rPr>
            </w:r>
            <w:r>
              <w:rPr>
                <w:webHidden/>
              </w:rPr>
              <w:fldChar w:fldCharType="separate"/>
            </w:r>
            <w:r w:rsidR="000D2543">
              <w:rPr>
                <w:webHidden/>
              </w:rPr>
              <w:t>25</w:t>
            </w:r>
            <w:r>
              <w:rPr>
                <w:webHidden/>
              </w:rPr>
              <w:fldChar w:fldCharType="end"/>
            </w:r>
          </w:hyperlink>
        </w:p>
        <w:p w14:paraId="3E18B91D" w14:textId="2A002A9E"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82" w:history="1">
            <w:r w:rsidRPr="001F5726">
              <w:rPr>
                <w:rStyle w:val="Hyperlink"/>
                <w:rFonts w:eastAsiaTheme="majorEastAsia"/>
              </w:rPr>
              <w:t>3.15. Continuitatea serviciului și situațiile de urgență</w:t>
            </w:r>
            <w:r>
              <w:rPr>
                <w:webHidden/>
              </w:rPr>
              <w:tab/>
            </w:r>
            <w:r>
              <w:rPr>
                <w:webHidden/>
              </w:rPr>
              <w:fldChar w:fldCharType="begin"/>
            </w:r>
            <w:r>
              <w:rPr>
                <w:webHidden/>
              </w:rPr>
              <w:instrText xml:space="preserve"> PAGEREF _Toc242951482 \h </w:instrText>
            </w:r>
            <w:r>
              <w:rPr>
                <w:webHidden/>
              </w:rPr>
            </w:r>
            <w:r>
              <w:rPr>
                <w:webHidden/>
              </w:rPr>
              <w:fldChar w:fldCharType="separate"/>
            </w:r>
            <w:r w:rsidR="000D2543">
              <w:rPr>
                <w:webHidden/>
              </w:rPr>
              <w:t>25</w:t>
            </w:r>
            <w:r>
              <w:rPr>
                <w:webHidden/>
              </w:rPr>
              <w:fldChar w:fldCharType="end"/>
            </w:r>
          </w:hyperlink>
        </w:p>
        <w:p w14:paraId="5582747C" w14:textId="51F2818E"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83" w:history="1">
            <w:r w:rsidRPr="001F5726">
              <w:rPr>
                <w:rStyle w:val="Hyperlink"/>
                <w:rFonts w:eastAsiaTheme="majorEastAsia"/>
              </w:rPr>
              <w:t>3.16. Protecția mediului, gestionarea deșeurilor și prevenirea risipei alimentare</w:t>
            </w:r>
            <w:r>
              <w:rPr>
                <w:webHidden/>
              </w:rPr>
              <w:tab/>
            </w:r>
            <w:r>
              <w:rPr>
                <w:webHidden/>
              </w:rPr>
              <w:fldChar w:fldCharType="begin"/>
            </w:r>
            <w:r>
              <w:rPr>
                <w:webHidden/>
              </w:rPr>
              <w:instrText xml:space="preserve"> PAGEREF _Toc242951483 \h </w:instrText>
            </w:r>
            <w:r>
              <w:rPr>
                <w:webHidden/>
              </w:rPr>
            </w:r>
            <w:r>
              <w:rPr>
                <w:webHidden/>
              </w:rPr>
              <w:fldChar w:fldCharType="separate"/>
            </w:r>
            <w:r w:rsidR="000D2543">
              <w:rPr>
                <w:webHidden/>
              </w:rPr>
              <w:t>25</w:t>
            </w:r>
            <w:r>
              <w:rPr>
                <w:webHidden/>
              </w:rPr>
              <w:fldChar w:fldCharType="end"/>
            </w:r>
          </w:hyperlink>
        </w:p>
        <w:p w14:paraId="08BBA8EB" w14:textId="2A5A8740"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484" w:history="1">
            <w:r w:rsidRPr="001F5726">
              <w:rPr>
                <w:rStyle w:val="Hyperlink"/>
                <w:rFonts w:eastAsiaTheme="majorEastAsia"/>
                <w:noProof/>
              </w:rPr>
              <w:t>4. ATRIBUȚIILE ȘI RESPONSABILITĂȚILE PĂRȚILOR</w:t>
            </w:r>
            <w:r>
              <w:rPr>
                <w:noProof/>
                <w:webHidden/>
              </w:rPr>
              <w:tab/>
            </w:r>
            <w:r>
              <w:rPr>
                <w:noProof/>
                <w:webHidden/>
              </w:rPr>
              <w:fldChar w:fldCharType="begin"/>
            </w:r>
            <w:r>
              <w:rPr>
                <w:noProof/>
                <w:webHidden/>
              </w:rPr>
              <w:instrText xml:space="preserve"> PAGEREF _Toc242951484 \h </w:instrText>
            </w:r>
            <w:r>
              <w:rPr>
                <w:noProof/>
                <w:webHidden/>
              </w:rPr>
            </w:r>
            <w:r>
              <w:rPr>
                <w:noProof/>
                <w:webHidden/>
              </w:rPr>
              <w:fldChar w:fldCharType="separate"/>
            </w:r>
            <w:r w:rsidR="000D2543">
              <w:rPr>
                <w:noProof/>
                <w:webHidden/>
              </w:rPr>
              <w:t>26</w:t>
            </w:r>
            <w:r>
              <w:rPr>
                <w:noProof/>
                <w:webHidden/>
              </w:rPr>
              <w:fldChar w:fldCharType="end"/>
            </w:r>
          </w:hyperlink>
        </w:p>
        <w:p w14:paraId="224BFA1E" w14:textId="13527758"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85" w:history="1">
            <w:r w:rsidRPr="001F5726">
              <w:rPr>
                <w:rStyle w:val="Hyperlink"/>
                <w:rFonts w:eastAsiaTheme="majorEastAsia"/>
              </w:rPr>
              <w:t>4.1. Obligațiile Prestatorului</w:t>
            </w:r>
            <w:r>
              <w:rPr>
                <w:webHidden/>
              </w:rPr>
              <w:tab/>
            </w:r>
            <w:r>
              <w:rPr>
                <w:webHidden/>
              </w:rPr>
              <w:fldChar w:fldCharType="begin"/>
            </w:r>
            <w:r>
              <w:rPr>
                <w:webHidden/>
              </w:rPr>
              <w:instrText xml:space="preserve"> PAGEREF _Toc242951485 \h </w:instrText>
            </w:r>
            <w:r>
              <w:rPr>
                <w:webHidden/>
              </w:rPr>
            </w:r>
            <w:r>
              <w:rPr>
                <w:webHidden/>
              </w:rPr>
              <w:fldChar w:fldCharType="separate"/>
            </w:r>
            <w:r w:rsidR="000D2543">
              <w:rPr>
                <w:webHidden/>
              </w:rPr>
              <w:t>26</w:t>
            </w:r>
            <w:r>
              <w:rPr>
                <w:webHidden/>
              </w:rPr>
              <w:fldChar w:fldCharType="end"/>
            </w:r>
          </w:hyperlink>
        </w:p>
        <w:p w14:paraId="57C713F5" w14:textId="258C2227"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86" w:history="1">
            <w:r w:rsidRPr="001F5726">
              <w:rPr>
                <w:rStyle w:val="Hyperlink"/>
                <w:rFonts w:eastAsiaTheme="majorEastAsia"/>
              </w:rPr>
              <w:t>4.2. Obligațiile Autorității Contractante și ale centrelor beneficiare</w:t>
            </w:r>
            <w:r>
              <w:rPr>
                <w:webHidden/>
              </w:rPr>
              <w:tab/>
            </w:r>
            <w:r>
              <w:rPr>
                <w:webHidden/>
              </w:rPr>
              <w:fldChar w:fldCharType="begin"/>
            </w:r>
            <w:r>
              <w:rPr>
                <w:webHidden/>
              </w:rPr>
              <w:instrText xml:space="preserve"> PAGEREF _Toc242951486 \h </w:instrText>
            </w:r>
            <w:r>
              <w:rPr>
                <w:webHidden/>
              </w:rPr>
            </w:r>
            <w:r>
              <w:rPr>
                <w:webHidden/>
              </w:rPr>
              <w:fldChar w:fldCharType="separate"/>
            </w:r>
            <w:r w:rsidR="000D2543">
              <w:rPr>
                <w:webHidden/>
              </w:rPr>
              <w:t>26</w:t>
            </w:r>
            <w:r>
              <w:rPr>
                <w:webHidden/>
              </w:rPr>
              <w:fldChar w:fldCharType="end"/>
            </w:r>
          </w:hyperlink>
        </w:p>
        <w:p w14:paraId="0B558DA7" w14:textId="0181E726"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87" w:history="1">
            <w:r w:rsidRPr="001F5726">
              <w:rPr>
                <w:rStyle w:val="Hyperlink"/>
                <w:rFonts w:eastAsiaTheme="majorEastAsia"/>
              </w:rPr>
              <w:t>4.3. Delimitarea responsabilităților</w:t>
            </w:r>
            <w:r>
              <w:rPr>
                <w:webHidden/>
              </w:rPr>
              <w:tab/>
            </w:r>
            <w:r>
              <w:rPr>
                <w:webHidden/>
              </w:rPr>
              <w:fldChar w:fldCharType="begin"/>
            </w:r>
            <w:r>
              <w:rPr>
                <w:webHidden/>
              </w:rPr>
              <w:instrText xml:space="preserve"> PAGEREF _Toc242951487 \h </w:instrText>
            </w:r>
            <w:r>
              <w:rPr>
                <w:webHidden/>
              </w:rPr>
            </w:r>
            <w:r>
              <w:rPr>
                <w:webHidden/>
              </w:rPr>
              <w:fldChar w:fldCharType="separate"/>
            </w:r>
            <w:r w:rsidR="000D2543">
              <w:rPr>
                <w:webHidden/>
              </w:rPr>
              <w:t>27</w:t>
            </w:r>
            <w:r>
              <w:rPr>
                <w:webHidden/>
              </w:rPr>
              <w:fldChar w:fldCharType="end"/>
            </w:r>
          </w:hyperlink>
        </w:p>
        <w:p w14:paraId="6C27E581" w14:textId="1C33A17C"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488" w:history="1">
            <w:r w:rsidRPr="001F5726">
              <w:rPr>
                <w:rStyle w:val="Hyperlink"/>
                <w:rFonts w:eastAsiaTheme="majorEastAsia"/>
                <w:noProof/>
              </w:rPr>
              <w:t>5. DOCUMENTAȚII ȘI EVIDENȚE CE TREBUIE FURNIZATE AUTORITĂȚII CONTRACTANTE</w:t>
            </w:r>
            <w:r>
              <w:rPr>
                <w:noProof/>
                <w:webHidden/>
              </w:rPr>
              <w:tab/>
            </w:r>
            <w:r>
              <w:rPr>
                <w:noProof/>
                <w:webHidden/>
              </w:rPr>
              <w:fldChar w:fldCharType="begin"/>
            </w:r>
            <w:r>
              <w:rPr>
                <w:noProof/>
                <w:webHidden/>
              </w:rPr>
              <w:instrText xml:space="preserve"> PAGEREF _Toc242951488 \h </w:instrText>
            </w:r>
            <w:r>
              <w:rPr>
                <w:noProof/>
                <w:webHidden/>
              </w:rPr>
            </w:r>
            <w:r>
              <w:rPr>
                <w:noProof/>
                <w:webHidden/>
              </w:rPr>
              <w:fldChar w:fldCharType="separate"/>
            </w:r>
            <w:r w:rsidR="000D2543">
              <w:rPr>
                <w:noProof/>
                <w:webHidden/>
              </w:rPr>
              <w:t>27</w:t>
            </w:r>
            <w:r>
              <w:rPr>
                <w:noProof/>
                <w:webHidden/>
              </w:rPr>
              <w:fldChar w:fldCharType="end"/>
            </w:r>
          </w:hyperlink>
        </w:p>
        <w:p w14:paraId="519C7BA6" w14:textId="7F93C94F"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89" w:history="1">
            <w:r w:rsidRPr="001F5726">
              <w:rPr>
                <w:rStyle w:val="Hyperlink"/>
                <w:rFonts w:eastAsiaTheme="majorEastAsia"/>
              </w:rPr>
              <w:t>5.1. Documente și informații prezentate în ofertă și înainte de începerea prestării</w:t>
            </w:r>
            <w:r>
              <w:rPr>
                <w:webHidden/>
              </w:rPr>
              <w:tab/>
            </w:r>
            <w:r>
              <w:rPr>
                <w:webHidden/>
              </w:rPr>
              <w:fldChar w:fldCharType="begin"/>
            </w:r>
            <w:r>
              <w:rPr>
                <w:webHidden/>
              </w:rPr>
              <w:instrText xml:space="preserve"> PAGEREF _Toc242951489 \h </w:instrText>
            </w:r>
            <w:r>
              <w:rPr>
                <w:webHidden/>
              </w:rPr>
            </w:r>
            <w:r>
              <w:rPr>
                <w:webHidden/>
              </w:rPr>
              <w:fldChar w:fldCharType="separate"/>
            </w:r>
            <w:r w:rsidR="000D2543">
              <w:rPr>
                <w:webHidden/>
              </w:rPr>
              <w:t>27</w:t>
            </w:r>
            <w:r>
              <w:rPr>
                <w:webHidden/>
              </w:rPr>
              <w:fldChar w:fldCharType="end"/>
            </w:r>
          </w:hyperlink>
        </w:p>
        <w:p w14:paraId="7B407DD2" w14:textId="5EF14F7A"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0" w:history="1">
            <w:r w:rsidRPr="001F5726">
              <w:rPr>
                <w:rStyle w:val="Hyperlink"/>
                <w:rFonts w:eastAsiaTheme="majorEastAsia"/>
              </w:rPr>
              <w:t>5.2. Documente și evidențe operaționale pe durata executării</w:t>
            </w:r>
            <w:r>
              <w:rPr>
                <w:webHidden/>
              </w:rPr>
              <w:tab/>
            </w:r>
            <w:r>
              <w:rPr>
                <w:webHidden/>
              </w:rPr>
              <w:fldChar w:fldCharType="begin"/>
            </w:r>
            <w:r>
              <w:rPr>
                <w:webHidden/>
              </w:rPr>
              <w:instrText xml:space="preserve"> PAGEREF _Toc242951490 \h </w:instrText>
            </w:r>
            <w:r>
              <w:rPr>
                <w:webHidden/>
              </w:rPr>
            </w:r>
            <w:r>
              <w:rPr>
                <w:webHidden/>
              </w:rPr>
              <w:fldChar w:fldCharType="separate"/>
            </w:r>
            <w:r w:rsidR="000D2543">
              <w:rPr>
                <w:webHidden/>
              </w:rPr>
              <w:t>27</w:t>
            </w:r>
            <w:r>
              <w:rPr>
                <w:webHidden/>
              </w:rPr>
              <w:fldChar w:fldCharType="end"/>
            </w:r>
          </w:hyperlink>
        </w:p>
        <w:p w14:paraId="7427DE6B" w14:textId="38FEAEA5"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491" w:history="1">
            <w:r w:rsidRPr="001F5726">
              <w:rPr>
                <w:rStyle w:val="Hyperlink"/>
                <w:rFonts w:eastAsiaTheme="majorEastAsia"/>
                <w:noProof/>
              </w:rPr>
              <w:t>6. RECEPȚIA, VERIFICAREA ȘI GESTIONAREA NECONFORMITĂȚILOR</w:t>
            </w:r>
            <w:r>
              <w:rPr>
                <w:noProof/>
                <w:webHidden/>
              </w:rPr>
              <w:tab/>
            </w:r>
            <w:r>
              <w:rPr>
                <w:noProof/>
                <w:webHidden/>
              </w:rPr>
              <w:fldChar w:fldCharType="begin"/>
            </w:r>
            <w:r>
              <w:rPr>
                <w:noProof/>
                <w:webHidden/>
              </w:rPr>
              <w:instrText xml:space="preserve"> PAGEREF _Toc242951491 \h </w:instrText>
            </w:r>
            <w:r>
              <w:rPr>
                <w:noProof/>
                <w:webHidden/>
              </w:rPr>
            </w:r>
            <w:r>
              <w:rPr>
                <w:noProof/>
                <w:webHidden/>
              </w:rPr>
              <w:fldChar w:fldCharType="separate"/>
            </w:r>
            <w:r w:rsidR="000D2543">
              <w:rPr>
                <w:noProof/>
                <w:webHidden/>
              </w:rPr>
              <w:t>28</w:t>
            </w:r>
            <w:r>
              <w:rPr>
                <w:noProof/>
                <w:webHidden/>
              </w:rPr>
              <w:fldChar w:fldCharType="end"/>
            </w:r>
          </w:hyperlink>
        </w:p>
        <w:p w14:paraId="388C95E6" w14:textId="21A00B65"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2" w:history="1">
            <w:r w:rsidRPr="001F5726">
              <w:rPr>
                <w:rStyle w:val="Hyperlink"/>
                <w:rFonts w:eastAsiaTheme="majorEastAsia"/>
              </w:rPr>
              <w:t>6.1. Recepția zilnică și verificarea cantitativă/calitatativă</w:t>
            </w:r>
            <w:r>
              <w:rPr>
                <w:webHidden/>
              </w:rPr>
              <w:tab/>
            </w:r>
            <w:r>
              <w:rPr>
                <w:webHidden/>
              </w:rPr>
              <w:fldChar w:fldCharType="begin"/>
            </w:r>
            <w:r>
              <w:rPr>
                <w:webHidden/>
              </w:rPr>
              <w:instrText xml:space="preserve"> PAGEREF _Toc242951492 \h </w:instrText>
            </w:r>
            <w:r>
              <w:rPr>
                <w:webHidden/>
              </w:rPr>
            </w:r>
            <w:r>
              <w:rPr>
                <w:webHidden/>
              </w:rPr>
              <w:fldChar w:fldCharType="separate"/>
            </w:r>
            <w:r w:rsidR="000D2543">
              <w:rPr>
                <w:webHidden/>
              </w:rPr>
              <w:t>28</w:t>
            </w:r>
            <w:r>
              <w:rPr>
                <w:webHidden/>
              </w:rPr>
              <w:fldChar w:fldCharType="end"/>
            </w:r>
          </w:hyperlink>
        </w:p>
        <w:p w14:paraId="045F691B" w14:textId="5B737081"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3" w:history="1">
            <w:r w:rsidRPr="001F5726">
              <w:rPr>
                <w:rStyle w:val="Hyperlink"/>
                <w:rFonts w:eastAsiaTheme="majorEastAsia"/>
              </w:rPr>
              <w:t>6.2. Recepția lunară</w:t>
            </w:r>
            <w:r>
              <w:rPr>
                <w:webHidden/>
              </w:rPr>
              <w:tab/>
            </w:r>
            <w:r>
              <w:rPr>
                <w:webHidden/>
              </w:rPr>
              <w:fldChar w:fldCharType="begin"/>
            </w:r>
            <w:r>
              <w:rPr>
                <w:webHidden/>
              </w:rPr>
              <w:instrText xml:space="preserve"> PAGEREF _Toc242951493 \h </w:instrText>
            </w:r>
            <w:r>
              <w:rPr>
                <w:webHidden/>
              </w:rPr>
            </w:r>
            <w:r>
              <w:rPr>
                <w:webHidden/>
              </w:rPr>
              <w:fldChar w:fldCharType="separate"/>
            </w:r>
            <w:r w:rsidR="000D2543">
              <w:rPr>
                <w:webHidden/>
              </w:rPr>
              <w:t>28</w:t>
            </w:r>
            <w:r>
              <w:rPr>
                <w:webHidden/>
              </w:rPr>
              <w:fldChar w:fldCharType="end"/>
            </w:r>
          </w:hyperlink>
        </w:p>
        <w:p w14:paraId="5B4FEE66" w14:textId="572CEC76"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4" w:history="1">
            <w:r w:rsidRPr="001F5726">
              <w:rPr>
                <w:rStyle w:val="Hyperlink"/>
                <w:rFonts w:eastAsiaTheme="majorEastAsia"/>
              </w:rPr>
              <w:t>6.3. Verificări suplimentare și controlul conformității</w:t>
            </w:r>
            <w:r>
              <w:rPr>
                <w:webHidden/>
              </w:rPr>
              <w:tab/>
            </w:r>
            <w:r>
              <w:rPr>
                <w:webHidden/>
              </w:rPr>
              <w:fldChar w:fldCharType="begin"/>
            </w:r>
            <w:r>
              <w:rPr>
                <w:webHidden/>
              </w:rPr>
              <w:instrText xml:space="preserve"> PAGEREF _Toc242951494 \h </w:instrText>
            </w:r>
            <w:r>
              <w:rPr>
                <w:webHidden/>
              </w:rPr>
            </w:r>
            <w:r>
              <w:rPr>
                <w:webHidden/>
              </w:rPr>
              <w:fldChar w:fldCharType="separate"/>
            </w:r>
            <w:r w:rsidR="000D2543">
              <w:rPr>
                <w:webHidden/>
              </w:rPr>
              <w:t>29</w:t>
            </w:r>
            <w:r>
              <w:rPr>
                <w:webHidden/>
              </w:rPr>
              <w:fldChar w:fldCharType="end"/>
            </w:r>
          </w:hyperlink>
        </w:p>
        <w:p w14:paraId="2479A4BC" w14:textId="3154BE5F"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5" w:history="1">
            <w:r w:rsidRPr="001F5726">
              <w:rPr>
                <w:rStyle w:val="Hyperlink"/>
                <w:rFonts w:eastAsiaTheme="majorEastAsia"/>
              </w:rPr>
              <w:t>6.4. Neconformități, refuz, remediere și incidente</w:t>
            </w:r>
            <w:r>
              <w:rPr>
                <w:webHidden/>
              </w:rPr>
              <w:tab/>
            </w:r>
            <w:r>
              <w:rPr>
                <w:webHidden/>
              </w:rPr>
              <w:fldChar w:fldCharType="begin"/>
            </w:r>
            <w:r>
              <w:rPr>
                <w:webHidden/>
              </w:rPr>
              <w:instrText xml:space="preserve"> PAGEREF _Toc242951495 \h </w:instrText>
            </w:r>
            <w:r>
              <w:rPr>
                <w:webHidden/>
              </w:rPr>
            </w:r>
            <w:r>
              <w:rPr>
                <w:webHidden/>
              </w:rPr>
              <w:fldChar w:fldCharType="separate"/>
            </w:r>
            <w:r w:rsidR="000D2543">
              <w:rPr>
                <w:webHidden/>
              </w:rPr>
              <w:t>29</w:t>
            </w:r>
            <w:r>
              <w:rPr>
                <w:webHidden/>
              </w:rPr>
              <w:fldChar w:fldCharType="end"/>
            </w:r>
          </w:hyperlink>
        </w:p>
        <w:p w14:paraId="69B1866D" w14:textId="04699860"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496" w:history="1">
            <w:r w:rsidRPr="001F5726">
              <w:rPr>
                <w:rStyle w:val="Hyperlink"/>
                <w:rFonts w:eastAsiaTheme="majorEastAsia"/>
                <w:noProof/>
              </w:rPr>
              <w:t>7. MANAGEMENTUL/GESTIONAREA ACORDULUI-CADRU ȘI AL CONTRACTELOR SUBSECVENTE</w:t>
            </w:r>
            <w:r>
              <w:rPr>
                <w:noProof/>
                <w:webHidden/>
              </w:rPr>
              <w:tab/>
            </w:r>
            <w:r>
              <w:rPr>
                <w:noProof/>
                <w:webHidden/>
              </w:rPr>
              <w:fldChar w:fldCharType="begin"/>
            </w:r>
            <w:r>
              <w:rPr>
                <w:noProof/>
                <w:webHidden/>
              </w:rPr>
              <w:instrText xml:space="preserve"> PAGEREF _Toc242951496 \h </w:instrText>
            </w:r>
            <w:r>
              <w:rPr>
                <w:noProof/>
                <w:webHidden/>
              </w:rPr>
            </w:r>
            <w:r>
              <w:rPr>
                <w:noProof/>
                <w:webHidden/>
              </w:rPr>
              <w:fldChar w:fldCharType="separate"/>
            </w:r>
            <w:r w:rsidR="000D2543">
              <w:rPr>
                <w:noProof/>
                <w:webHidden/>
              </w:rPr>
              <w:t>29</w:t>
            </w:r>
            <w:r>
              <w:rPr>
                <w:noProof/>
                <w:webHidden/>
              </w:rPr>
              <w:fldChar w:fldCharType="end"/>
            </w:r>
          </w:hyperlink>
        </w:p>
        <w:p w14:paraId="5A7F0466" w14:textId="4CD16A51"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7" w:history="1">
            <w:r w:rsidRPr="001F5726">
              <w:rPr>
                <w:rStyle w:val="Hyperlink"/>
                <w:rFonts w:eastAsiaTheme="majorEastAsia"/>
              </w:rPr>
              <w:t>7.1. Raportare și comunicare operațională</w:t>
            </w:r>
            <w:r>
              <w:rPr>
                <w:webHidden/>
              </w:rPr>
              <w:tab/>
            </w:r>
            <w:r>
              <w:rPr>
                <w:webHidden/>
              </w:rPr>
              <w:fldChar w:fldCharType="begin"/>
            </w:r>
            <w:r>
              <w:rPr>
                <w:webHidden/>
              </w:rPr>
              <w:instrText xml:space="preserve"> PAGEREF _Toc242951497 \h </w:instrText>
            </w:r>
            <w:r>
              <w:rPr>
                <w:webHidden/>
              </w:rPr>
            </w:r>
            <w:r>
              <w:rPr>
                <w:webHidden/>
              </w:rPr>
              <w:fldChar w:fldCharType="separate"/>
            </w:r>
            <w:r w:rsidR="000D2543">
              <w:rPr>
                <w:webHidden/>
              </w:rPr>
              <w:t>29</w:t>
            </w:r>
            <w:r>
              <w:rPr>
                <w:webHidden/>
              </w:rPr>
              <w:fldChar w:fldCharType="end"/>
            </w:r>
          </w:hyperlink>
        </w:p>
        <w:p w14:paraId="55D8A01C" w14:textId="29FFAA08"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8" w:history="1">
            <w:r w:rsidRPr="001F5726">
              <w:rPr>
                <w:rStyle w:val="Hyperlink"/>
                <w:rFonts w:eastAsiaTheme="majorEastAsia"/>
              </w:rPr>
              <w:t>7.2.</w:t>
            </w:r>
            <w:r>
              <w:rPr>
                <w:rFonts w:asciiTheme="minorHAnsi" w:eastAsiaTheme="minorEastAsia" w:hAnsiTheme="minorHAnsi" w:cstheme="minorBidi"/>
                <w:smallCaps w:val="0"/>
                <w:kern w:val="2"/>
                <w:lang w:eastAsia="ro-RO"/>
                <w14:ligatures w14:val="standardContextual"/>
              </w:rPr>
              <w:tab/>
            </w:r>
            <w:r w:rsidRPr="001F5726">
              <w:rPr>
                <w:rStyle w:val="Hyperlink"/>
                <w:rFonts w:eastAsiaTheme="majorEastAsia"/>
              </w:rPr>
              <w:t>Pretul contractului</w:t>
            </w:r>
            <w:r>
              <w:rPr>
                <w:webHidden/>
              </w:rPr>
              <w:tab/>
            </w:r>
            <w:r>
              <w:rPr>
                <w:webHidden/>
              </w:rPr>
              <w:fldChar w:fldCharType="begin"/>
            </w:r>
            <w:r>
              <w:rPr>
                <w:webHidden/>
              </w:rPr>
              <w:instrText xml:space="preserve"> PAGEREF _Toc242951498 \h </w:instrText>
            </w:r>
            <w:r>
              <w:rPr>
                <w:webHidden/>
              </w:rPr>
            </w:r>
            <w:r>
              <w:rPr>
                <w:webHidden/>
              </w:rPr>
              <w:fldChar w:fldCharType="separate"/>
            </w:r>
            <w:r w:rsidR="000D2543">
              <w:rPr>
                <w:webHidden/>
              </w:rPr>
              <w:t>30</w:t>
            </w:r>
            <w:r>
              <w:rPr>
                <w:webHidden/>
              </w:rPr>
              <w:fldChar w:fldCharType="end"/>
            </w:r>
          </w:hyperlink>
        </w:p>
        <w:p w14:paraId="728330F4" w14:textId="147590A2"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499" w:history="1">
            <w:r w:rsidRPr="001F5726">
              <w:rPr>
                <w:rStyle w:val="Hyperlink"/>
                <w:rFonts w:eastAsiaTheme="majorEastAsia"/>
              </w:rPr>
              <w:t>7.2. Managementul calității și monitorizarea prestației</w:t>
            </w:r>
            <w:r>
              <w:rPr>
                <w:webHidden/>
              </w:rPr>
              <w:tab/>
            </w:r>
            <w:r>
              <w:rPr>
                <w:webHidden/>
              </w:rPr>
              <w:fldChar w:fldCharType="begin"/>
            </w:r>
            <w:r>
              <w:rPr>
                <w:webHidden/>
              </w:rPr>
              <w:instrText xml:space="preserve"> PAGEREF _Toc242951499 \h </w:instrText>
            </w:r>
            <w:r>
              <w:rPr>
                <w:webHidden/>
              </w:rPr>
            </w:r>
            <w:r>
              <w:rPr>
                <w:webHidden/>
              </w:rPr>
              <w:fldChar w:fldCharType="separate"/>
            </w:r>
            <w:r w:rsidR="000D2543">
              <w:rPr>
                <w:webHidden/>
              </w:rPr>
              <w:t>30</w:t>
            </w:r>
            <w:r>
              <w:rPr>
                <w:webHidden/>
              </w:rPr>
              <w:fldChar w:fldCharType="end"/>
            </w:r>
          </w:hyperlink>
        </w:p>
        <w:p w14:paraId="2DF9F83A" w14:textId="3FE64E54"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00" w:history="1">
            <w:r w:rsidRPr="001F5726">
              <w:rPr>
                <w:rStyle w:val="Hyperlink"/>
                <w:rFonts w:eastAsiaTheme="majorEastAsia"/>
              </w:rPr>
              <w:t>7.3. Monitorizarea cantităților și a contractelor subsecvente</w:t>
            </w:r>
            <w:r>
              <w:rPr>
                <w:webHidden/>
              </w:rPr>
              <w:tab/>
            </w:r>
            <w:r>
              <w:rPr>
                <w:webHidden/>
              </w:rPr>
              <w:fldChar w:fldCharType="begin"/>
            </w:r>
            <w:r>
              <w:rPr>
                <w:webHidden/>
              </w:rPr>
              <w:instrText xml:space="preserve"> PAGEREF _Toc242951500 \h </w:instrText>
            </w:r>
            <w:r>
              <w:rPr>
                <w:webHidden/>
              </w:rPr>
            </w:r>
            <w:r>
              <w:rPr>
                <w:webHidden/>
              </w:rPr>
              <w:fldChar w:fldCharType="separate"/>
            </w:r>
            <w:r w:rsidR="000D2543">
              <w:rPr>
                <w:webHidden/>
              </w:rPr>
              <w:t>30</w:t>
            </w:r>
            <w:r>
              <w:rPr>
                <w:webHidden/>
              </w:rPr>
              <w:fldChar w:fldCharType="end"/>
            </w:r>
          </w:hyperlink>
        </w:p>
        <w:p w14:paraId="69B49F03" w14:textId="1C1A087F"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01" w:history="1">
            <w:r w:rsidRPr="001F5726">
              <w:rPr>
                <w:rStyle w:val="Hyperlink"/>
                <w:rFonts w:eastAsiaTheme="majorEastAsia"/>
              </w:rPr>
              <w:t>7.4. Indicatori de performanță</w:t>
            </w:r>
            <w:r>
              <w:rPr>
                <w:webHidden/>
              </w:rPr>
              <w:tab/>
            </w:r>
            <w:r>
              <w:rPr>
                <w:webHidden/>
              </w:rPr>
              <w:fldChar w:fldCharType="begin"/>
            </w:r>
            <w:r>
              <w:rPr>
                <w:webHidden/>
              </w:rPr>
              <w:instrText xml:space="preserve"> PAGEREF _Toc242951501 \h </w:instrText>
            </w:r>
            <w:r>
              <w:rPr>
                <w:webHidden/>
              </w:rPr>
            </w:r>
            <w:r>
              <w:rPr>
                <w:webHidden/>
              </w:rPr>
              <w:fldChar w:fldCharType="separate"/>
            </w:r>
            <w:r w:rsidR="000D2543">
              <w:rPr>
                <w:webHidden/>
              </w:rPr>
              <w:t>31</w:t>
            </w:r>
            <w:r>
              <w:rPr>
                <w:webHidden/>
              </w:rPr>
              <w:fldChar w:fldCharType="end"/>
            </w:r>
          </w:hyperlink>
        </w:p>
        <w:p w14:paraId="51451D0A" w14:textId="6DD0C3AB"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02" w:history="1">
            <w:r w:rsidRPr="001F5726">
              <w:rPr>
                <w:rStyle w:val="Hyperlink"/>
                <w:rFonts w:eastAsiaTheme="majorEastAsia"/>
              </w:rPr>
              <w:t>7.5. Confidențialitatea și protecția datelor</w:t>
            </w:r>
            <w:r>
              <w:rPr>
                <w:webHidden/>
              </w:rPr>
              <w:tab/>
            </w:r>
            <w:r>
              <w:rPr>
                <w:webHidden/>
              </w:rPr>
              <w:fldChar w:fldCharType="begin"/>
            </w:r>
            <w:r>
              <w:rPr>
                <w:webHidden/>
              </w:rPr>
              <w:instrText xml:space="preserve"> PAGEREF _Toc242951502 \h </w:instrText>
            </w:r>
            <w:r>
              <w:rPr>
                <w:webHidden/>
              </w:rPr>
            </w:r>
            <w:r>
              <w:rPr>
                <w:webHidden/>
              </w:rPr>
              <w:fldChar w:fldCharType="separate"/>
            </w:r>
            <w:r w:rsidR="000D2543">
              <w:rPr>
                <w:webHidden/>
              </w:rPr>
              <w:t>31</w:t>
            </w:r>
            <w:r>
              <w:rPr>
                <w:webHidden/>
              </w:rPr>
              <w:fldChar w:fldCharType="end"/>
            </w:r>
          </w:hyperlink>
        </w:p>
        <w:p w14:paraId="6377F880" w14:textId="08B798E7"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03" w:history="1">
            <w:r w:rsidRPr="001F5726">
              <w:rPr>
                <w:rStyle w:val="Hyperlink"/>
                <w:rFonts w:eastAsiaTheme="majorEastAsia"/>
              </w:rPr>
              <w:t>7.6. Managementul riscurilor operaționale</w:t>
            </w:r>
            <w:r>
              <w:rPr>
                <w:webHidden/>
              </w:rPr>
              <w:tab/>
            </w:r>
            <w:r>
              <w:rPr>
                <w:webHidden/>
              </w:rPr>
              <w:fldChar w:fldCharType="begin"/>
            </w:r>
            <w:r>
              <w:rPr>
                <w:webHidden/>
              </w:rPr>
              <w:instrText xml:space="preserve"> PAGEREF _Toc242951503 \h </w:instrText>
            </w:r>
            <w:r>
              <w:rPr>
                <w:webHidden/>
              </w:rPr>
            </w:r>
            <w:r>
              <w:rPr>
                <w:webHidden/>
              </w:rPr>
              <w:fldChar w:fldCharType="separate"/>
            </w:r>
            <w:r w:rsidR="000D2543">
              <w:rPr>
                <w:webHidden/>
              </w:rPr>
              <w:t>31</w:t>
            </w:r>
            <w:r>
              <w:rPr>
                <w:webHidden/>
              </w:rPr>
              <w:fldChar w:fldCharType="end"/>
            </w:r>
          </w:hyperlink>
        </w:p>
        <w:p w14:paraId="0C85279C" w14:textId="4DD5EC2C"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04" w:history="1">
            <w:r w:rsidRPr="001F5726">
              <w:rPr>
                <w:rStyle w:val="Hyperlink"/>
                <w:rFonts w:eastAsiaTheme="majorEastAsia"/>
                <w:noProof/>
              </w:rPr>
              <w:t>8. MODALITĂȚI ȘI CONDIȚII DE PLATĂ</w:t>
            </w:r>
            <w:r>
              <w:rPr>
                <w:noProof/>
                <w:webHidden/>
              </w:rPr>
              <w:tab/>
            </w:r>
            <w:r>
              <w:rPr>
                <w:noProof/>
                <w:webHidden/>
              </w:rPr>
              <w:fldChar w:fldCharType="begin"/>
            </w:r>
            <w:r>
              <w:rPr>
                <w:noProof/>
                <w:webHidden/>
              </w:rPr>
              <w:instrText xml:space="preserve"> PAGEREF _Toc242951504 \h </w:instrText>
            </w:r>
            <w:r>
              <w:rPr>
                <w:noProof/>
                <w:webHidden/>
              </w:rPr>
            </w:r>
            <w:r>
              <w:rPr>
                <w:noProof/>
                <w:webHidden/>
              </w:rPr>
              <w:fldChar w:fldCharType="separate"/>
            </w:r>
            <w:r w:rsidR="000D2543">
              <w:rPr>
                <w:noProof/>
                <w:webHidden/>
              </w:rPr>
              <w:t>31</w:t>
            </w:r>
            <w:r>
              <w:rPr>
                <w:noProof/>
                <w:webHidden/>
              </w:rPr>
              <w:fldChar w:fldCharType="end"/>
            </w:r>
          </w:hyperlink>
        </w:p>
        <w:p w14:paraId="6B4D4EBB" w14:textId="7462C741"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05" w:history="1">
            <w:r w:rsidRPr="001F5726">
              <w:rPr>
                <w:rStyle w:val="Hyperlink"/>
                <w:rFonts w:eastAsiaTheme="majorEastAsia"/>
              </w:rPr>
              <w:t>8.1. Structura de decontare</w:t>
            </w:r>
            <w:r>
              <w:rPr>
                <w:webHidden/>
              </w:rPr>
              <w:tab/>
            </w:r>
            <w:r>
              <w:rPr>
                <w:webHidden/>
              </w:rPr>
              <w:fldChar w:fldCharType="begin"/>
            </w:r>
            <w:r>
              <w:rPr>
                <w:webHidden/>
              </w:rPr>
              <w:instrText xml:space="preserve"> PAGEREF _Toc242951505 \h </w:instrText>
            </w:r>
            <w:r>
              <w:rPr>
                <w:webHidden/>
              </w:rPr>
            </w:r>
            <w:r>
              <w:rPr>
                <w:webHidden/>
              </w:rPr>
              <w:fldChar w:fldCharType="separate"/>
            </w:r>
            <w:r w:rsidR="000D2543">
              <w:rPr>
                <w:webHidden/>
              </w:rPr>
              <w:t>31</w:t>
            </w:r>
            <w:r>
              <w:rPr>
                <w:webHidden/>
              </w:rPr>
              <w:fldChar w:fldCharType="end"/>
            </w:r>
          </w:hyperlink>
        </w:p>
        <w:p w14:paraId="0FD24B94" w14:textId="15C2FC0B"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06" w:history="1">
            <w:r w:rsidRPr="001F5726">
              <w:rPr>
                <w:rStyle w:val="Hyperlink"/>
                <w:rFonts w:eastAsiaTheme="majorEastAsia"/>
              </w:rPr>
              <w:t>8.2. Facturarea și plata serviciilor prestate</w:t>
            </w:r>
            <w:r>
              <w:rPr>
                <w:webHidden/>
              </w:rPr>
              <w:tab/>
            </w:r>
            <w:r>
              <w:rPr>
                <w:webHidden/>
              </w:rPr>
              <w:fldChar w:fldCharType="begin"/>
            </w:r>
            <w:r>
              <w:rPr>
                <w:webHidden/>
              </w:rPr>
              <w:instrText xml:space="preserve"> PAGEREF _Toc242951506 \h </w:instrText>
            </w:r>
            <w:r>
              <w:rPr>
                <w:webHidden/>
              </w:rPr>
            </w:r>
            <w:r>
              <w:rPr>
                <w:webHidden/>
              </w:rPr>
              <w:fldChar w:fldCharType="separate"/>
            </w:r>
            <w:r w:rsidR="000D2543">
              <w:rPr>
                <w:webHidden/>
              </w:rPr>
              <w:t>32</w:t>
            </w:r>
            <w:r>
              <w:rPr>
                <w:webHidden/>
              </w:rPr>
              <w:fldChar w:fldCharType="end"/>
            </w:r>
          </w:hyperlink>
        </w:p>
        <w:p w14:paraId="11AA391F" w14:textId="20ABEDBE"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07" w:history="1">
            <w:r w:rsidRPr="001F5726">
              <w:rPr>
                <w:rStyle w:val="Hyperlink"/>
                <w:rFonts w:eastAsiaTheme="majorEastAsia"/>
                <w:noProof/>
              </w:rPr>
              <w:t>9. GARANȚIA DE BUNĂ EXECUȚIE A CONTRACTULUI:</w:t>
            </w:r>
            <w:r>
              <w:rPr>
                <w:noProof/>
                <w:webHidden/>
              </w:rPr>
              <w:tab/>
            </w:r>
            <w:r>
              <w:rPr>
                <w:noProof/>
                <w:webHidden/>
              </w:rPr>
              <w:fldChar w:fldCharType="begin"/>
            </w:r>
            <w:r>
              <w:rPr>
                <w:noProof/>
                <w:webHidden/>
              </w:rPr>
              <w:instrText xml:space="preserve"> PAGEREF _Toc242951507 \h </w:instrText>
            </w:r>
            <w:r>
              <w:rPr>
                <w:noProof/>
                <w:webHidden/>
              </w:rPr>
            </w:r>
            <w:r>
              <w:rPr>
                <w:noProof/>
                <w:webHidden/>
              </w:rPr>
              <w:fldChar w:fldCharType="separate"/>
            </w:r>
            <w:r w:rsidR="000D2543">
              <w:rPr>
                <w:noProof/>
                <w:webHidden/>
              </w:rPr>
              <w:t>34</w:t>
            </w:r>
            <w:r>
              <w:rPr>
                <w:noProof/>
                <w:webHidden/>
              </w:rPr>
              <w:fldChar w:fldCharType="end"/>
            </w:r>
          </w:hyperlink>
        </w:p>
        <w:p w14:paraId="4A5E1142" w14:textId="7D7092B8"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08" w:history="1">
            <w:r w:rsidRPr="001F5726">
              <w:rPr>
                <w:rStyle w:val="Hyperlink"/>
                <w:rFonts w:eastAsiaTheme="majorEastAsia"/>
                <w:noProof/>
              </w:rPr>
              <w:t>10. CADRUL LEGAL APLICABIL</w:t>
            </w:r>
            <w:r>
              <w:rPr>
                <w:noProof/>
                <w:webHidden/>
              </w:rPr>
              <w:tab/>
            </w:r>
            <w:r>
              <w:rPr>
                <w:noProof/>
                <w:webHidden/>
              </w:rPr>
              <w:fldChar w:fldCharType="begin"/>
            </w:r>
            <w:r>
              <w:rPr>
                <w:noProof/>
                <w:webHidden/>
              </w:rPr>
              <w:instrText xml:space="preserve"> PAGEREF _Toc242951508 \h </w:instrText>
            </w:r>
            <w:r>
              <w:rPr>
                <w:noProof/>
                <w:webHidden/>
              </w:rPr>
            </w:r>
            <w:r>
              <w:rPr>
                <w:noProof/>
                <w:webHidden/>
              </w:rPr>
              <w:fldChar w:fldCharType="separate"/>
            </w:r>
            <w:r w:rsidR="000D2543">
              <w:rPr>
                <w:noProof/>
                <w:webHidden/>
              </w:rPr>
              <w:t>34</w:t>
            </w:r>
            <w:r>
              <w:rPr>
                <w:noProof/>
                <w:webHidden/>
              </w:rPr>
              <w:fldChar w:fldCharType="end"/>
            </w:r>
          </w:hyperlink>
        </w:p>
        <w:p w14:paraId="15C8F742" w14:textId="0768947D"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09" w:history="1">
            <w:r w:rsidRPr="001F5726">
              <w:rPr>
                <w:rStyle w:val="Hyperlink"/>
                <w:rFonts w:eastAsiaTheme="majorEastAsia"/>
              </w:rPr>
              <w:t>1. Cadrul normativ de referință</w:t>
            </w:r>
            <w:r>
              <w:rPr>
                <w:webHidden/>
              </w:rPr>
              <w:tab/>
            </w:r>
            <w:r>
              <w:rPr>
                <w:webHidden/>
              </w:rPr>
              <w:fldChar w:fldCharType="begin"/>
            </w:r>
            <w:r>
              <w:rPr>
                <w:webHidden/>
              </w:rPr>
              <w:instrText xml:space="preserve"> PAGEREF _Toc242951509 \h </w:instrText>
            </w:r>
            <w:r>
              <w:rPr>
                <w:webHidden/>
              </w:rPr>
            </w:r>
            <w:r>
              <w:rPr>
                <w:webHidden/>
              </w:rPr>
              <w:fldChar w:fldCharType="separate"/>
            </w:r>
            <w:r w:rsidR="000D2543">
              <w:rPr>
                <w:webHidden/>
              </w:rPr>
              <w:t>34</w:t>
            </w:r>
            <w:r>
              <w:rPr>
                <w:webHidden/>
              </w:rPr>
              <w:fldChar w:fldCharType="end"/>
            </w:r>
          </w:hyperlink>
        </w:p>
        <w:p w14:paraId="59C25021" w14:textId="109633ED"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10" w:history="1">
            <w:r w:rsidRPr="001F5726">
              <w:rPr>
                <w:rStyle w:val="Hyperlink"/>
                <w:rFonts w:eastAsiaTheme="majorEastAsia"/>
              </w:rPr>
              <w:t>3. Dispoziții finale privind aplicarea cerințelor</w:t>
            </w:r>
            <w:r>
              <w:rPr>
                <w:webHidden/>
              </w:rPr>
              <w:tab/>
            </w:r>
            <w:r>
              <w:rPr>
                <w:webHidden/>
              </w:rPr>
              <w:fldChar w:fldCharType="begin"/>
            </w:r>
            <w:r>
              <w:rPr>
                <w:webHidden/>
              </w:rPr>
              <w:instrText xml:space="preserve"> PAGEREF _Toc242951510 \h </w:instrText>
            </w:r>
            <w:r>
              <w:rPr>
                <w:webHidden/>
              </w:rPr>
            </w:r>
            <w:r>
              <w:rPr>
                <w:webHidden/>
              </w:rPr>
              <w:fldChar w:fldCharType="separate"/>
            </w:r>
            <w:r w:rsidR="000D2543">
              <w:rPr>
                <w:webHidden/>
              </w:rPr>
              <w:t>35</w:t>
            </w:r>
            <w:r>
              <w:rPr>
                <w:webHidden/>
              </w:rPr>
              <w:fldChar w:fldCharType="end"/>
            </w:r>
          </w:hyperlink>
        </w:p>
        <w:p w14:paraId="0E88E1D3" w14:textId="1CD5A303"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1" w:history="1">
            <w:r w:rsidRPr="001F5726">
              <w:rPr>
                <w:rStyle w:val="Hyperlink"/>
                <w:rFonts w:eastAsiaTheme="majorEastAsia"/>
                <w:noProof/>
              </w:rPr>
              <w:t>11. CERINȚE PRIVIND PROPUNEREA TEHNICĂ</w:t>
            </w:r>
            <w:r>
              <w:rPr>
                <w:noProof/>
                <w:webHidden/>
              </w:rPr>
              <w:tab/>
            </w:r>
            <w:r>
              <w:rPr>
                <w:noProof/>
                <w:webHidden/>
              </w:rPr>
              <w:fldChar w:fldCharType="begin"/>
            </w:r>
            <w:r>
              <w:rPr>
                <w:noProof/>
                <w:webHidden/>
              </w:rPr>
              <w:instrText xml:space="preserve"> PAGEREF _Toc242951511 \h </w:instrText>
            </w:r>
            <w:r>
              <w:rPr>
                <w:noProof/>
                <w:webHidden/>
              </w:rPr>
            </w:r>
            <w:r>
              <w:rPr>
                <w:noProof/>
                <w:webHidden/>
              </w:rPr>
              <w:fldChar w:fldCharType="separate"/>
            </w:r>
            <w:r w:rsidR="000D2543">
              <w:rPr>
                <w:noProof/>
                <w:webHidden/>
              </w:rPr>
              <w:t>35</w:t>
            </w:r>
            <w:r>
              <w:rPr>
                <w:noProof/>
                <w:webHidden/>
              </w:rPr>
              <w:fldChar w:fldCharType="end"/>
            </w:r>
          </w:hyperlink>
        </w:p>
        <w:p w14:paraId="344C1B58" w14:textId="6089A857"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2" w:history="1">
            <w:r w:rsidRPr="001F5726">
              <w:rPr>
                <w:rStyle w:val="Hyperlink"/>
                <w:rFonts w:eastAsiaTheme="majorEastAsia"/>
                <w:noProof/>
              </w:rPr>
              <w:t>12. CERINȚELE PRIVIND REALIZAREA PROPUNERII FINANCIARE:</w:t>
            </w:r>
            <w:r>
              <w:rPr>
                <w:noProof/>
                <w:webHidden/>
              </w:rPr>
              <w:tab/>
            </w:r>
            <w:r>
              <w:rPr>
                <w:noProof/>
                <w:webHidden/>
              </w:rPr>
              <w:fldChar w:fldCharType="begin"/>
            </w:r>
            <w:r>
              <w:rPr>
                <w:noProof/>
                <w:webHidden/>
              </w:rPr>
              <w:instrText xml:space="preserve"> PAGEREF _Toc242951512 \h </w:instrText>
            </w:r>
            <w:r>
              <w:rPr>
                <w:noProof/>
                <w:webHidden/>
              </w:rPr>
            </w:r>
            <w:r>
              <w:rPr>
                <w:noProof/>
                <w:webHidden/>
              </w:rPr>
              <w:fldChar w:fldCharType="separate"/>
            </w:r>
            <w:r w:rsidR="000D2543">
              <w:rPr>
                <w:noProof/>
                <w:webHidden/>
              </w:rPr>
              <w:t>36</w:t>
            </w:r>
            <w:r>
              <w:rPr>
                <w:noProof/>
                <w:webHidden/>
              </w:rPr>
              <w:fldChar w:fldCharType="end"/>
            </w:r>
          </w:hyperlink>
        </w:p>
        <w:p w14:paraId="66C1C194" w14:textId="13CF5DFF"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3" w:history="1">
            <w:r w:rsidRPr="001F5726">
              <w:rPr>
                <w:rStyle w:val="Hyperlink"/>
                <w:rFonts w:eastAsiaTheme="majorEastAsia"/>
                <w:noProof/>
              </w:rPr>
              <w:t>11. ANEXE</w:t>
            </w:r>
            <w:r>
              <w:rPr>
                <w:noProof/>
                <w:webHidden/>
              </w:rPr>
              <w:tab/>
            </w:r>
            <w:r>
              <w:rPr>
                <w:noProof/>
                <w:webHidden/>
              </w:rPr>
              <w:fldChar w:fldCharType="begin"/>
            </w:r>
            <w:r>
              <w:rPr>
                <w:noProof/>
                <w:webHidden/>
              </w:rPr>
              <w:instrText xml:space="preserve"> PAGEREF _Toc242951513 \h </w:instrText>
            </w:r>
            <w:r>
              <w:rPr>
                <w:noProof/>
                <w:webHidden/>
              </w:rPr>
            </w:r>
            <w:r>
              <w:rPr>
                <w:noProof/>
                <w:webHidden/>
              </w:rPr>
              <w:fldChar w:fldCharType="separate"/>
            </w:r>
            <w:r w:rsidR="000D2543">
              <w:rPr>
                <w:noProof/>
                <w:webHidden/>
              </w:rPr>
              <w:t>37</w:t>
            </w:r>
            <w:r>
              <w:rPr>
                <w:noProof/>
                <w:webHidden/>
              </w:rPr>
              <w:fldChar w:fldCharType="end"/>
            </w:r>
          </w:hyperlink>
        </w:p>
        <w:p w14:paraId="322C36F7" w14:textId="17B903B0"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4" w:history="1">
            <w:r w:rsidRPr="001F5726">
              <w:rPr>
                <w:rStyle w:val="Hyperlink"/>
                <w:rFonts w:eastAsiaTheme="majorEastAsia"/>
                <w:noProof/>
              </w:rPr>
              <w:t>ANEXA NR. 1 – CENTRE, LOCAȚII ȘI PROGRAM ORIENTATIV</w:t>
            </w:r>
            <w:r>
              <w:rPr>
                <w:noProof/>
                <w:webHidden/>
              </w:rPr>
              <w:tab/>
            </w:r>
            <w:r>
              <w:rPr>
                <w:noProof/>
                <w:webHidden/>
              </w:rPr>
              <w:fldChar w:fldCharType="begin"/>
            </w:r>
            <w:r>
              <w:rPr>
                <w:noProof/>
                <w:webHidden/>
              </w:rPr>
              <w:instrText xml:space="preserve"> PAGEREF _Toc242951514 \h </w:instrText>
            </w:r>
            <w:r>
              <w:rPr>
                <w:noProof/>
                <w:webHidden/>
              </w:rPr>
            </w:r>
            <w:r>
              <w:rPr>
                <w:noProof/>
                <w:webHidden/>
              </w:rPr>
              <w:fldChar w:fldCharType="separate"/>
            </w:r>
            <w:r w:rsidR="000D2543">
              <w:rPr>
                <w:noProof/>
                <w:webHidden/>
              </w:rPr>
              <w:t>38</w:t>
            </w:r>
            <w:r>
              <w:rPr>
                <w:noProof/>
                <w:webHidden/>
              </w:rPr>
              <w:fldChar w:fldCharType="end"/>
            </w:r>
          </w:hyperlink>
        </w:p>
        <w:p w14:paraId="6545604B" w14:textId="3A9DAA8A"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5" w:history="1">
            <w:r w:rsidRPr="001F5726">
              <w:rPr>
                <w:rStyle w:val="Hyperlink"/>
                <w:rFonts w:eastAsiaTheme="majorEastAsia"/>
                <w:noProof/>
              </w:rPr>
              <w:t>ANEXA NR. 2 – CANTITĂȚI MINIME ȘI MAXIME</w:t>
            </w:r>
            <w:r>
              <w:rPr>
                <w:noProof/>
                <w:webHidden/>
              </w:rPr>
              <w:tab/>
            </w:r>
            <w:r>
              <w:rPr>
                <w:noProof/>
                <w:webHidden/>
              </w:rPr>
              <w:fldChar w:fldCharType="begin"/>
            </w:r>
            <w:r>
              <w:rPr>
                <w:noProof/>
                <w:webHidden/>
              </w:rPr>
              <w:instrText xml:space="preserve"> PAGEREF _Toc242951515 \h </w:instrText>
            </w:r>
            <w:r>
              <w:rPr>
                <w:noProof/>
                <w:webHidden/>
              </w:rPr>
            </w:r>
            <w:r>
              <w:rPr>
                <w:noProof/>
                <w:webHidden/>
              </w:rPr>
              <w:fldChar w:fldCharType="separate"/>
            </w:r>
            <w:r w:rsidR="000D2543">
              <w:rPr>
                <w:noProof/>
                <w:webHidden/>
              </w:rPr>
              <w:t>38</w:t>
            </w:r>
            <w:r>
              <w:rPr>
                <w:noProof/>
                <w:webHidden/>
              </w:rPr>
              <w:fldChar w:fldCharType="end"/>
            </w:r>
          </w:hyperlink>
        </w:p>
        <w:p w14:paraId="318C10C9" w14:textId="348E11EC"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6" w:history="1">
            <w:r w:rsidRPr="001F5726">
              <w:rPr>
                <w:rStyle w:val="Hyperlink"/>
                <w:rFonts w:eastAsiaTheme="majorEastAsia"/>
                <w:noProof/>
              </w:rPr>
              <w:t>ANEXA NR. 4 – STRUCTURA MENIULUI ZILNIC ȘI REGULI MINIME DE DIVERSIFICARE</w:t>
            </w:r>
            <w:r>
              <w:rPr>
                <w:noProof/>
                <w:webHidden/>
              </w:rPr>
              <w:tab/>
            </w:r>
            <w:r>
              <w:rPr>
                <w:noProof/>
                <w:webHidden/>
              </w:rPr>
              <w:fldChar w:fldCharType="begin"/>
            </w:r>
            <w:r>
              <w:rPr>
                <w:noProof/>
                <w:webHidden/>
              </w:rPr>
              <w:instrText xml:space="preserve"> PAGEREF _Toc242951516 \h </w:instrText>
            </w:r>
            <w:r>
              <w:rPr>
                <w:noProof/>
                <w:webHidden/>
              </w:rPr>
            </w:r>
            <w:r>
              <w:rPr>
                <w:noProof/>
                <w:webHidden/>
              </w:rPr>
              <w:fldChar w:fldCharType="separate"/>
            </w:r>
            <w:r w:rsidR="000D2543">
              <w:rPr>
                <w:noProof/>
                <w:webHidden/>
              </w:rPr>
              <w:t>39</w:t>
            </w:r>
            <w:r>
              <w:rPr>
                <w:noProof/>
                <w:webHidden/>
              </w:rPr>
              <w:fldChar w:fldCharType="end"/>
            </w:r>
          </w:hyperlink>
        </w:p>
        <w:p w14:paraId="656CCC4E" w14:textId="754B96B7"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7" w:history="1">
            <w:r w:rsidRPr="001F5726">
              <w:rPr>
                <w:rStyle w:val="Hyperlink"/>
                <w:rFonts w:eastAsiaTheme="majorEastAsia"/>
                <w:noProof/>
                <w:highlight w:val="yellow"/>
              </w:rPr>
              <w:t>ANEXA NR. 5 – MODEL DE MENIU SĂPTĂMÂNAL</w:t>
            </w:r>
            <w:r>
              <w:rPr>
                <w:noProof/>
                <w:webHidden/>
              </w:rPr>
              <w:tab/>
            </w:r>
            <w:r>
              <w:rPr>
                <w:noProof/>
                <w:webHidden/>
              </w:rPr>
              <w:fldChar w:fldCharType="begin"/>
            </w:r>
            <w:r>
              <w:rPr>
                <w:noProof/>
                <w:webHidden/>
              </w:rPr>
              <w:instrText xml:space="preserve"> PAGEREF _Toc242951517 \h </w:instrText>
            </w:r>
            <w:r>
              <w:rPr>
                <w:noProof/>
                <w:webHidden/>
              </w:rPr>
            </w:r>
            <w:r>
              <w:rPr>
                <w:noProof/>
                <w:webHidden/>
              </w:rPr>
              <w:fldChar w:fldCharType="separate"/>
            </w:r>
            <w:r w:rsidR="000D2543">
              <w:rPr>
                <w:noProof/>
                <w:webHidden/>
              </w:rPr>
              <w:t>40</w:t>
            </w:r>
            <w:r>
              <w:rPr>
                <w:noProof/>
                <w:webHidden/>
              </w:rPr>
              <w:fldChar w:fldCharType="end"/>
            </w:r>
          </w:hyperlink>
        </w:p>
        <w:p w14:paraId="19E6ABA6" w14:textId="46882941"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8" w:history="1">
            <w:r w:rsidRPr="001F5726">
              <w:rPr>
                <w:rStyle w:val="Hyperlink"/>
                <w:rFonts w:eastAsiaTheme="majorEastAsia"/>
                <w:noProof/>
              </w:rPr>
              <w:t>ANEXA NR. 6 – MODEL DE COMANDĂ ZILNICĂ ȘI LIVRARE/RECEPȚIE</w:t>
            </w:r>
            <w:r>
              <w:rPr>
                <w:noProof/>
                <w:webHidden/>
              </w:rPr>
              <w:tab/>
            </w:r>
            <w:r>
              <w:rPr>
                <w:noProof/>
                <w:webHidden/>
              </w:rPr>
              <w:fldChar w:fldCharType="begin"/>
            </w:r>
            <w:r>
              <w:rPr>
                <w:noProof/>
                <w:webHidden/>
              </w:rPr>
              <w:instrText xml:space="preserve"> PAGEREF _Toc242951518 \h </w:instrText>
            </w:r>
            <w:r>
              <w:rPr>
                <w:noProof/>
                <w:webHidden/>
              </w:rPr>
            </w:r>
            <w:r>
              <w:rPr>
                <w:noProof/>
                <w:webHidden/>
              </w:rPr>
              <w:fldChar w:fldCharType="separate"/>
            </w:r>
            <w:r w:rsidR="000D2543">
              <w:rPr>
                <w:noProof/>
                <w:webHidden/>
              </w:rPr>
              <w:t>41</w:t>
            </w:r>
            <w:r>
              <w:rPr>
                <w:noProof/>
                <w:webHidden/>
              </w:rPr>
              <w:fldChar w:fldCharType="end"/>
            </w:r>
          </w:hyperlink>
        </w:p>
        <w:p w14:paraId="4153B494" w14:textId="4D1226FB"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19" w:history="1">
            <w:r w:rsidRPr="001F5726">
              <w:rPr>
                <w:rStyle w:val="Hyperlink"/>
                <w:rFonts w:eastAsiaTheme="majorEastAsia"/>
                <w:noProof/>
              </w:rPr>
              <w:t>ANEXA NR. 7 – MODEL DE FIȘĂ DE LIVRARE ȘI RECEPȚIE ZILNICĂ</w:t>
            </w:r>
            <w:r>
              <w:rPr>
                <w:noProof/>
                <w:webHidden/>
              </w:rPr>
              <w:tab/>
            </w:r>
            <w:r>
              <w:rPr>
                <w:noProof/>
                <w:webHidden/>
              </w:rPr>
              <w:fldChar w:fldCharType="begin"/>
            </w:r>
            <w:r>
              <w:rPr>
                <w:noProof/>
                <w:webHidden/>
              </w:rPr>
              <w:instrText xml:space="preserve"> PAGEREF _Toc242951519 \h </w:instrText>
            </w:r>
            <w:r>
              <w:rPr>
                <w:noProof/>
                <w:webHidden/>
              </w:rPr>
            </w:r>
            <w:r>
              <w:rPr>
                <w:noProof/>
                <w:webHidden/>
              </w:rPr>
              <w:fldChar w:fldCharType="separate"/>
            </w:r>
            <w:r w:rsidR="000D2543">
              <w:rPr>
                <w:noProof/>
                <w:webHidden/>
              </w:rPr>
              <w:t>41</w:t>
            </w:r>
            <w:r>
              <w:rPr>
                <w:noProof/>
                <w:webHidden/>
              </w:rPr>
              <w:fldChar w:fldCharType="end"/>
            </w:r>
          </w:hyperlink>
        </w:p>
        <w:p w14:paraId="43437139" w14:textId="3F77308A"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20" w:history="1">
            <w:r w:rsidRPr="001F5726">
              <w:rPr>
                <w:rStyle w:val="Hyperlink"/>
                <w:rFonts w:eastAsiaTheme="majorEastAsia"/>
                <w:noProof/>
                <w:highlight w:val="yellow"/>
              </w:rPr>
              <w:t>ANEXA NR. 8 – MODEL DE RAPORT DE NECONFORMITATE / INCIDENT</w:t>
            </w:r>
            <w:r>
              <w:rPr>
                <w:noProof/>
                <w:webHidden/>
              </w:rPr>
              <w:tab/>
            </w:r>
            <w:r>
              <w:rPr>
                <w:noProof/>
                <w:webHidden/>
              </w:rPr>
              <w:fldChar w:fldCharType="begin"/>
            </w:r>
            <w:r>
              <w:rPr>
                <w:noProof/>
                <w:webHidden/>
              </w:rPr>
              <w:instrText xml:space="preserve"> PAGEREF _Toc242951520 \h </w:instrText>
            </w:r>
            <w:r>
              <w:rPr>
                <w:noProof/>
                <w:webHidden/>
              </w:rPr>
            </w:r>
            <w:r>
              <w:rPr>
                <w:noProof/>
                <w:webHidden/>
              </w:rPr>
              <w:fldChar w:fldCharType="separate"/>
            </w:r>
            <w:r w:rsidR="000D2543">
              <w:rPr>
                <w:noProof/>
                <w:webHidden/>
              </w:rPr>
              <w:t>42</w:t>
            </w:r>
            <w:r>
              <w:rPr>
                <w:noProof/>
                <w:webHidden/>
              </w:rPr>
              <w:fldChar w:fldCharType="end"/>
            </w:r>
          </w:hyperlink>
        </w:p>
        <w:p w14:paraId="0D5B8149" w14:textId="123E2AD7"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21" w:history="1">
            <w:r w:rsidRPr="001F5726">
              <w:rPr>
                <w:rStyle w:val="Hyperlink"/>
                <w:rFonts w:eastAsiaTheme="majorEastAsia"/>
                <w:noProof/>
              </w:rPr>
              <w:t>ANEXA NR. 9 – CENTRALIZATOR LUNAR DE RECEPȚIE ȘI DECONTARE</w:t>
            </w:r>
            <w:r>
              <w:rPr>
                <w:noProof/>
                <w:webHidden/>
              </w:rPr>
              <w:tab/>
            </w:r>
            <w:r>
              <w:rPr>
                <w:noProof/>
                <w:webHidden/>
              </w:rPr>
              <w:fldChar w:fldCharType="begin"/>
            </w:r>
            <w:r>
              <w:rPr>
                <w:noProof/>
                <w:webHidden/>
              </w:rPr>
              <w:instrText xml:space="preserve"> PAGEREF _Toc242951521 \h </w:instrText>
            </w:r>
            <w:r>
              <w:rPr>
                <w:noProof/>
                <w:webHidden/>
              </w:rPr>
            </w:r>
            <w:r>
              <w:rPr>
                <w:noProof/>
                <w:webHidden/>
              </w:rPr>
              <w:fldChar w:fldCharType="separate"/>
            </w:r>
            <w:r w:rsidR="000D2543">
              <w:rPr>
                <w:noProof/>
                <w:webHidden/>
              </w:rPr>
              <w:t>43</w:t>
            </w:r>
            <w:r>
              <w:rPr>
                <w:noProof/>
                <w:webHidden/>
              </w:rPr>
              <w:fldChar w:fldCharType="end"/>
            </w:r>
          </w:hyperlink>
        </w:p>
        <w:p w14:paraId="0A7B7E60" w14:textId="354F65F9" w:rsidR="00C65317" w:rsidRDefault="00C65317">
          <w:pPr>
            <w:pStyle w:val="TOC1"/>
            <w:rPr>
              <w:rFonts w:asciiTheme="minorHAnsi" w:eastAsiaTheme="minorEastAsia" w:hAnsiTheme="minorHAnsi" w:cstheme="minorBidi"/>
              <w:b w:val="0"/>
              <w:bCs w:val="0"/>
              <w:caps w:val="0"/>
              <w:noProof/>
              <w:kern w:val="2"/>
              <w:szCs w:val="24"/>
              <w:lang w:val="ro-RO" w:eastAsia="ro-RO"/>
              <w14:ligatures w14:val="standardContextual"/>
            </w:rPr>
          </w:pPr>
          <w:hyperlink w:anchor="_Toc242951522" w:history="1">
            <w:r w:rsidRPr="001F5726">
              <w:rPr>
                <w:rStyle w:val="Hyperlink"/>
                <w:rFonts w:eastAsiaTheme="majorEastAsia"/>
                <w:noProof/>
              </w:rPr>
              <w:t>Anexa nr. 10 - LISTA DE PREPARATE</w:t>
            </w:r>
            <w:r>
              <w:rPr>
                <w:noProof/>
                <w:webHidden/>
              </w:rPr>
              <w:tab/>
            </w:r>
            <w:r>
              <w:rPr>
                <w:noProof/>
                <w:webHidden/>
              </w:rPr>
              <w:fldChar w:fldCharType="begin"/>
            </w:r>
            <w:r>
              <w:rPr>
                <w:noProof/>
                <w:webHidden/>
              </w:rPr>
              <w:instrText xml:space="preserve"> PAGEREF _Toc242951522 \h </w:instrText>
            </w:r>
            <w:r>
              <w:rPr>
                <w:noProof/>
                <w:webHidden/>
              </w:rPr>
            </w:r>
            <w:r>
              <w:rPr>
                <w:noProof/>
                <w:webHidden/>
              </w:rPr>
              <w:fldChar w:fldCharType="separate"/>
            </w:r>
            <w:r w:rsidR="000D2543">
              <w:rPr>
                <w:noProof/>
                <w:webHidden/>
              </w:rPr>
              <w:t>44</w:t>
            </w:r>
            <w:r>
              <w:rPr>
                <w:noProof/>
                <w:webHidden/>
              </w:rPr>
              <w:fldChar w:fldCharType="end"/>
            </w:r>
          </w:hyperlink>
        </w:p>
        <w:p w14:paraId="3EABECD6" w14:textId="3ED16E2F"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23" w:history="1">
            <w:r w:rsidRPr="001F5726">
              <w:rPr>
                <w:rStyle w:val="Hyperlink"/>
                <w:rFonts w:eastAsiaTheme="majorEastAsia"/>
              </w:rPr>
              <w:t>LISTA DE PREPARATE - MENIURI STANDARD</w:t>
            </w:r>
            <w:r>
              <w:rPr>
                <w:webHidden/>
              </w:rPr>
              <w:tab/>
            </w:r>
            <w:r>
              <w:rPr>
                <w:webHidden/>
              </w:rPr>
              <w:fldChar w:fldCharType="begin"/>
            </w:r>
            <w:r>
              <w:rPr>
                <w:webHidden/>
              </w:rPr>
              <w:instrText xml:space="preserve"> PAGEREF _Toc242951523 \h </w:instrText>
            </w:r>
            <w:r>
              <w:rPr>
                <w:webHidden/>
              </w:rPr>
            </w:r>
            <w:r>
              <w:rPr>
                <w:webHidden/>
              </w:rPr>
              <w:fldChar w:fldCharType="separate"/>
            </w:r>
            <w:r w:rsidR="000D2543">
              <w:rPr>
                <w:webHidden/>
              </w:rPr>
              <w:t>44</w:t>
            </w:r>
            <w:r>
              <w:rPr>
                <w:webHidden/>
              </w:rPr>
              <w:fldChar w:fldCharType="end"/>
            </w:r>
          </w:hyperlink>
        </w:p>
        <w:p w14:paraId="64A99DEA" w14:textId="66B66263"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24" w:history="1">
            <w:r w:rsidRPr="001F5726">
              <w:rPr>
                <w:rStyle w:val="Hyperlink"/>
                <w:rFonts w:eastAsiaTheme="majorEastAsia"/>
              </w:rPr>
              <w:t>LISTA DE PREPARATE - MENIURI REGIM HEPATIC ȘI CIROZĂ</w:t>
            </w:r>
            <w:r>
              <w:rPr>
                <w:webHidden/>
              </w:rPr>
              <w:tab/>
            </w:r>
            <w:r>
              <w:rPr>
                <w:webHidden/>
              </w:rPr>
              <w:fldChar w:fldCharType="begin"/>
            </w:r>
            <w:r>
              <w:rPr>
                <w:webHidden/>
              </w:rPr>
              <w:instrText xml:space="preserve"> PAGEREF _Toc242951524 \h </w:instrText>
            </w:r>
            <w:r>
              <w:rPr>
                <w:webHidden/>
              </w:rPr>
            </w:r>
            <w:r>
              <w:rPr>
                <w:webHidden/>
              </w:rPr>
              <w:fldChar w:fldCharType="separate"/>
            </w:r>
            <w:r w:rsidR="000D2543">
              <w:rPr>
                <w:webHidden/>
              </w:rPr>
              <w:t>55</w:t>
            </w:r>
            <w:r>
              <w:rPr>
                <w:webHidden/>
              </w:rPr>
              <w:fldChar w:fldCharType="end"/>
            </w:r>
          </w:hyperlink>
        </w:p>
        <w:p w14:paraId="5A1C017C" w14:textId="7BE91CAD" w:rsidR="00C65317" w:rsidRDefault="00C65317">
          <w:pPr>
            <w:pStyle w:val="TOC2"/>
            <w:rPr>
              <w:rFonts w:asciiTheme="minorHAnsi" w:eastAsiaTheme="minorEastAsia" w:hAnsiTheme="minorHAnsi" w:cstheme="minorBidi"/>
              <w:smallCaps w:val="0"/>
              <w:kern w:val="2"/>
              <w:lang w:eastAsia="ro-RO"/>
              <w14:ligatures w14:val="standardContextual"/>
            </w:rPr>
          </w:pPr>
          <w:hyperlink w:anchor="_Toc242951525" w:history="1">
            <w:r w:rsidRPr="001F5726">
              <w:rPr>
                <w:rStyle w:val="Hyperlink"/>
                <w:rFonts w:eastAsiaTheme="majorEastAsia"/>
              </w:rPr>
              <w:t>LISTA DE PREPARATE - MENIURI REGIM DIABET</w:t>
            </w:r>
            <w:r>
              <w:rPr>
                <w:webHidden/>
              </w:rPr>
              <w:tab/>
            </w:r>
            <w:r>
              <w:rPr>
                <w:webHidden/>
              </w:rPr>
              <w:fldChar w:fldCharType="begin"/>
            </w:r>
            <w:r>
              <w:rPr>
                <w:webHidden/>
              </w:rPr>
              <w:instrText xml:space="preserve"> PAGEREF _Toc242951525 \h </w:instrText>
            </w:r>
            <w:r>
              <w:rPr>
                <w:webHidden/>
              </w:rPr>
            </w:r>
            <w:r>
              <w:rPr>
                <w:webHidden/>
              </w:rPr>
              <w:fldChar w:fldCharType="separate"/>
            </w:r>
            <w:r w:rsidR="000D2543">
              <w:rPr>
                <w:webHidden/>
              </w:rPr>
              <w:t>59</w:t>
            </w:r>
            <w:r>
              <w:rPr>
                <w:webHidden/>
              </w:rPr>
              <w:fldChar w:fldCharType="end"/>
            </w:r>
          </w:hyperlink>
        </w:p>
        <w:p w14:paraId="09BB13B3" w14:textId="7F71C5F7" w:rsidR="00D74C5D" w:rsidRDefault="00D74C5D">
          <w:r>
            <w:rPr>
              <w:b/>
              <w:bCs/>
              <w:noProof/>
            </w:rPr>
            <w:fldChar w:fldCharType="end"/>
          </w:r>
        </w:p>
      </w:sdtContent>
    </w:sdt>
    <w:p w14:paraId="13AC8B84" w14:textId="77777777" w:rsidR="00D74C5D" w:rsidRDefault="00D74C5D">
      <w:pPr>
        <w:spacing w:after="200" w:line="276" w:lineRule="auto"/>
        <w:ind w:firstLine="0"/>
        <w:jc w:val="left"/>
      </w:pPr>
    </w:p>
    <w:p w14:paraId="32E91FAE" w14:textId="77777777" w:rsidR="000C4CB5" w:rsidRPr="0025334A" w:rsidRDefault="000C4CB5">
      <w:pPr>
        <w:spacing w:after="50"/>
      </w:pPr>
    </w:p>
    <w:p w14:paraId="5D6279E5" w14:textId="77777777" w:rsidR="000C4CB5" w:rsidRPr="0025334A" w:rsidRDefault="004E746A" w:rsidP="0025334A">
      <w:pPr>
        <w:pStyle w:val="Heading1"/>
      </w:pPr>
      <w:bookmarkStart w:id="0" w:name="_Toc242951444"/>
      <w:r w:rsidRPr="0025334A">
        <w:lastRenderedPageBreak/>
        <w:t>1. INTRODUCERE</w:t>
      </w:r>
      <w:bookmarkEnd w:id="0"/>
    </w:p>
    <w:p w14:paraId="25EB207B" w14:textId="77777777" w:rsidR="000C4CB5" w:rsidRPr="0025334A" w:rsidRDefault="004E746A">
      <w:pPr>
        <w:spacing w:after="50" w:line="247" w:lineRule="auto"/>
      </w:pPr>
      <w:proofErr w:type="spellStart"/>
      <w:r w:rsidRPr="0025334A">
        <w:t>Caietul</w:t>
      </w:r>
      <w:proofErr w:type="spellEnd"/>
      <w:r w:rsidRPr="0025334A">
        <w:t xml:space="preserve"> de </w:t>
      </w:r>
      <w:proofErr w:type="spellStart"/>
      <w:r w:rsidRPr="0025334A">
        <w:t>sarcini</w:t>
      </w:r>
      <w:proofErr w:type="spellEnd"/>
      <w:r w:rsidRPr="0025334A">
        <w:t xml:space="preserve"> face </w:t>
      </w:r>
      <w:proofErr w:type="spellStart"/>
      <w:r w:rsidRPr="0025334A">
        <w:t>parte</w:t>
      </w:r>
      <w:proofErr w:type="spellEnd"/>
      <w:r w:rsidRPr="0025334A">
        <w:t xml:space="preserve"> </w:t>
      </w:r>
      <w:proofErr w:type="spellStart"/>
      <w:r w:rsidRPr="0025334A">
        <w:t>integrantă</w:t>
      </w:r>
      <w:proofErr w:type="spellEnd"/>
      <w:r w:rsidRPr="0025334A">
        <w:t xml:space="preserve"> din </w:t>
      </w:r>
      <w:proofErr w:type="spellStart"/>
      <w:r w:rsidRPr="0025334A">
        <w:t>documentația</w:t>
      </w:r>
      <w:proofErr w:type="spellEnd"/>
      <w:r w:rsidRPr="0025334A">
        <w:t xml:space="preserve"> de </w:t>
      </w:r>
      <w:proofErr w:type="spellStart"/>
      <w:r w:rsidRPr="0025334A">
        <w:t>atribuire</w:t>
      </w:r>
      <w:proofErr w:type="spellEnd"/>
      <w:r w:rsidRPr="0025334A">
        <w:t xml:space="preserve"> </w:t>
      </w:r>
      <w:proofErr w:type="spellStart"/>
      <w:r w:rsidRPr="0025334A">
        <w:t>și</w:t>
      </w:r>
      <w:proofErr w:type="spellEnd"/>
      <w:r w:rsidRPr="0025334A">
        <w:t xml:space="preserve"> </w:t>
      </w:r>
      <w:proofErr w:type="spellStart"/>
      <w:r w:rsidRPr="0025334A">
        <w:t>constituie</w:t>
      </w:r>
      <w:proofErr w:type="spellEnd"/>
      <w:r w:rsidRPr="0025334A">
        <w:t xml:space="preserve"> </w:t>
      </w:r>
      <w:proofErr w:type="spellStart"/>
      <w:r w:rsidRPr="0025334A">
        <w:t>ansamblul</w:t>
      </w:r>
      <w:proofErr w:type="spellEnd"/>
      <w:r w:rsidRPr="0025334A">
        <w:t xml:space="preserve"> </w:t>
      </w:r>
      <w:proofErr w:type="spellStart"/>
      <w:r w:rsidRPr="0025334A">
        <w:t>cerințelor</w:t>
      </w:r>
      <w:proofErr w:type="spellEnd"/>
      <w:r w:rsidRPr="0025334A">
        <w:t xml:space="preserve"> </w:t>
      </w:r>
      <w:proofErr w:type="spellStart"/>
      <w:r w:rsidRPr="0025334A">
        <w:t>tehnice</w:t>
      </w:r>
      <w:proofErr w:type="spellEnd"/>
      <w:r w:rsidRPr="0025334A">
        <w:t xml:space="preserve">, </w:t>
      </w:r>
      <w:proofErr w:type="spellStart"/>
      <w:r w:rsidRPr="0025334A">
        <w:t>funcționale</w:t>
      </w:r>
      <w:proofErr w:type="spellEnd"/>
      <w:r w:rsidRPr="0025334A">
        <w:t xml:space="preserve">, </w:t>
      </w:r>
      <w:proofErr w:type="spellStart"/>
      <w:r w:rsidRPr="0025334A">
        <w:t>sanitare</w:t>
      </w:r>
      <w:proofErr w:type="spellEnd"/>
      <w:r w:rsidRPr="0025334A">
        <w:t xml:space="preserve">, </w:t>
      </w:r>
      <w:proofErr w:type="spellStart"/>
      <w:r w:rsidRPr="0025334A">
        <w:t>nutriționale</w:t>
      </w:r>
      <w:proofErr w:type="spellEnd"/>
      <w:r w:rsidRPr="0025334A">
        <w:t xml:space="preserve">, </w:t>
      </w:r>
      <w:proofErr w:type="spellStart"/>
      <w:r w:rsidRPr="0025334A">
        <w:t>logistice</w:t>
      </w:r>
      <w:proofErr w:type="spellEnd"/>
      <w:r w:rsidRPr="0025334A">
        <w:t xml:space="preserve">, de </w:t>
      </w:r>
      <w:proofErr w:type="spellStart"/>
      <w:r w:rsidRPr="0025334A">
        <w:t>calitate</w:t>
      </w:r>
      <w:proofErr w:type="spellEnd"/>
      <w:r w:rsidRPr="0025334A">
        <w:t xml:space="preserve">, </w:t>
      </w:r>
      <w:proofErr w:type="spellStart"/>
      <w:r w:rsidRPr="0025334A">
        <w:t>recepție</w:t>
      </w:r>
      <w:proofErr w:type="spellEnd"/>
      <w:r w:rsidRPr="0025334A">
        <w:t xml:space="preserve">, control </w:t>
      </w:r>
      <w:proofErr w:type="spellStart"/>
      <w:r w:rsidRPr="0025334A">
        <w:t>și</w:t>
      </w:r>
      <w:proofErr w:type="spellEnd"/>
      <w:r w:rsidRPr="0025334A">
        <w:t xml:space="preserve"> </w:t>
      </w:r>
      <w:proofErr w:type="spellStart"/>
      <w:r w:rsidRPr="0025334A">
        <w:t>raportare</w:t>
      </w:r>
      <w:proofErr w:type="spellEnd"/>
      <w:r w:rsidRPr="0025334A">
        <w:t xml:space="preserve"> pe </w:t>
      </w:r>
      <w:proofErr w:type="spellStart"/>
      <w:r w:rsidRPr="0025334A">
        <w:t>baza</w:t>
      </w:r>
      <w:proofErr w:type="spellEnd"/>
      <w:r w:rsidRPr="0025334A">
        <w:t xml:space="preserve"> </w:t>
      </w:r>
      <w:proofErr w:type="spellStart"/>
      <w:r w:rsidRPr="0025334A">
        <w:t>cărora</w:t>
      </w:r>
      <w:proofErr w:type="spellEnd"/>
      <w:r w:rsidRPr="0025334A">
        <w:t xml:space="preserve"> </w:t>
      </w:r>
      <w:proofErr w:type="spellStart"/>
      <w:r w:rsidRPr="0025334A">
        <w:t>operatorii</w:t>
      </w:r>
      <w:proofErr w:type="spellEnd"/>
      <w:r w:rsidRPr="0025334A">
        <w:t xml:space="preserve"> economici </w:t>
      </w:r>
      <w:proofErr w:type="spellStart"/>
      <w:r w:rsidRPr="0025334A">
        <w:t>elaborează</w:t>
      </w:r>
      <w:proofErr w:type="spellEnd"/>
      <w:r w:rsidRPr="0025334A">
        <w:t xml:space="preserve"> </w:t>
      </w:r>
      <w:proofErr w:type="spellStart"/>
      <w:r w:rsidRPr="0025334A">
        <w:t>propunerea</w:t>
      </w:r>
      <w:proofErr w:type="spellEnd"/>
      <w:r w:rsidRPr="0025334A">
        <w:t xml:space="preserve"> </w:t>
      </w:r>
      <w:proofErr w:type="spellStart"/>
      <w:r w:rsidRPr="0025334A">
        <w:t>tehnică</w:t>
      </w:r>
      <w:proofErr w:type="spellEnd"/>
      <w:r w:rsidRPr="0025334A">
        <w:t xml:space="preserve"> </w:t>
      </w:r>
      <w:proofErr w:type="spellStart"/>
      <w:r w:rsidRPr="0025334A">
        <w:t>pentru</w:t>
      </w:r>
      <w:proofErr w:type="spellEnd"/>
      <w:r w:rsidRPr="0025334A">
        <w:t xml:space="preserve"> </w:t>
      </w:r>
      <w:proofErr w:type="spellStart"/>
      <w:r w:rsidRPr="0025334A">
        <w:t>prestarea</w:t>
      </w:r>
      <w:proofErr w:type="spellEnd"/>
      <w:r w:rsidRPr="0025334A">
        <w:t xml:space="preserve"> </w:t>
      </w:r>
      <w:proofErr w:type="spellStart"/>
      <w:r w:rsidRPr="0025334A">
        <w:t>serviciilor</w:t>
      </w:r>
      <w:proofErr w:type="spellEnd"/>
      <w:r w:rsidRPr="0025334A">
        <w:t xml:space="preserve"> de catering </w:t>
      </w:r>
      <w:proofErr w:type="spellStart"/>
      <w:r w:rsidRPr="0025334A">
        <w:t>și</w:t>
      </w:r>
      <w:proofErr w:type="spellEnd"/>
      <w:r w:rsidRPr="0025334A">
        <w:t xml:space="preserve"> a </w:t>
      </w:r>
      <w:proofErr w:type="spellStart"/>
      <w:r w:rsidRPr="0025334A">
        <w:t>serviciilor</w:t>
      </w:r>
      <w:proofErr w:type="spellEnd"/>
      <w:r w:rsidRPr="0025334A">
        <w:t xml:space="preserve"> </w:t>
      </w:r>
      <w:proofErr w:type="spellStart"/>
      <w:r w:rsidRPr="0025334A">
        <w:t>conexe</w:t>
      </w:r>
      <w:proofErr w:type="spellEnd"/>
      <w:r w:rsidRPr="0025334A">
        <w:t xml:space="preserve">. </w:t>
      </w:r>
      <w:proofErr w:type="spellStart"/>
      <w:r w:rsidRPr="0025334A">
        <w:t>Cerințele</w:t>
      </w:r>
      <w:proofErr w:type="spellEnd"/>
      <w:r w:rsidRPr="0025334A">
        <w:t xml:space="preserve"> sunt formulate </w:t>
      </w:r>
      <w:proofErr w:type="spellStart"/>
      <w:r w:rsidRPr="0025334A">
        <w:t>prin</w:t>
      </w:r>
      <w:proofErr w:type="spellEnd"/>
      <w:r w:rsidRPr="0025334A">
        <w:t xml:space="preserve"> </w:t>
      </w:r>
      <w:proofErr w:type="spellStart"/>
      <w:r w:rsidRPr="0025334A">
        <w:t>raportare</w:t>
      </w:r>
      <w:proofErr w:type="spellEnd"/>
      <w:r w:rsidRPr="0025334A">
        <w:t xml:space="preserve"> la </w:t>
      </w:r>
      <w:proofErr w:type="spellStart"/>
      <w:r w:rsidRPr="0025334A">
        <w:t>necesitatea</w:t>
      </w:r>
      <w:proofErr w:type="spellEnd"/>
      <w:r w:rsidRPr="0025334A">
        <w:t xml:space="preserve"> </w:t>
      </w:r>
      <w:proofErr w:type="spellStart"/>
      <w:r w:rsidRPr="0025334A">
        <w:t>reală</w:t>
      </w:r>
      <w:proofErr w:type="spellEnd"/>
      <w:r w:rsidRPr="0025334A">
        <w:t xml:space="preserve"> a </w:t>
      </w:r>
      <w:proofErr w:type="spellStart"/>
      <w:r w:rsidRPr="0025334A">
        <w:t>celor</w:t>
      </w:r>
      <w:proofErr w:type="spellEnd"/>
      <w:r w:rsidRPr="0025334A">
        <w:t xml:space="preserve"> </w:t>
      </w:r>
      <w:proofErr w:type="spellStart"/>
      <w:r w:rsidRPr="0025334A">
        <w:t>trei</w:t>
      </w:r>
      <w:proofErr w:type="spellEnd"/>
      <w:r w:rsidRPr="0025334A">
        <w:t xml:space="preserve"> </w:t>
      </w:r>
      <w:proofErr w:type="spellStart"/>
      <w:r w:rsidRPr="0025334A">
        <w:t>structuri</w:t>
      </w:r>
      <w:proofErr w:type="spellEnd"/>
      <w:r w:rsidRPr="0025334A">
        <w:t xml:space="preserve"> </w:t>
      </w:r>
      <w:proofErr w:type="spellStart"/>
      <w:r w:rsidRPr="0025334A">
        <w:t>beneficiare</w:t>
      </w:r>
      <w:proofErr w:type="spellEnd"/>
      <w:r w:rsidRPr="0025334A">
        <w:t xml:space="preserve">, la </w:t>
      </w:r>
      <w:proofErr w:type="spellStart"/>
      <w:r w:rsidRPr="0025334A">
        <w:t>protecția</w:t>
      </w:r>
      <w:proofErr w:type="spellEnd"/>
      <w:r w:rsidRPr="0025334A">
        <w:t xml:space="preserve"> </w:t>
      </w:r>
      <w:proofErr w:type="spellStart"/>
      <w:r w:rsidRPr="0025334A">
        <w:t>beneficiarilor</w:t>
      </w:r>
      <w:proofErr w:type="spellEnd"/>
      <w:r w:rsidRPr="0025334A">
        <w:t xml:space="preserve"> </w:t>
      </w:r>
      <w:proofErr w:type="spellStart"/>
      <w:r w:rsidRPr="0025334A">
        <w:t>vulnerabili</w:t>
      </w:r>
      <w:proofErr w:type="spellEnd"/>
      <w:r w:rsidRPr="0025334A">
        <w:t xml:space="preserve">, la </w:t>
      </w:r>
      <w:proofErr w:type="spellStart"/>
      <w:r w:rsidRPr="0025334A">
        <w:t>continuitatea</w:t>
      </w:r>
      <w:proofErr w:type="spellEnd"/>
      <w:r w:rsidRPr="0025334A">
        <w:t xml:space="preserve"> </w:t>
      </w:r>
      <w:proofErr w:type="spellStart"/>
      <w:r w:rsidRPr="0025334A">
        <w:t>serviciului</w:t>
      </w:r>
      <w:proofErr w:type="spellEnd"/>
      <w:r w:rsidRPr="0025334A">
        <w:t xml:space="preserve"> </w:t>
      </w:r>
      <w:proofErr w:type="spellStart"/>
      <w:r w:rsidRPr="0025334A">
        <w:t>și</w:t>
      </w:r>
      <w:proofErr w:type="spellEnd"/>
      <w:r w:rsidRPr="0025334A">
        <w:t xml:space="preserve"> la </w:t>
      </w:r>
      <w:proofErr w:type="spellStart"/>
      <w:r w:rsidRPr="0025334A">
        <w:t>obligațiile</w:t>
      </w:r>
      <w:proofErr w:type="spellEnd"/>
      <w:r w:rsidRPr="0025334A">
        <w:t xml:space="preserve"> de </w:t>
      </w:r>
      <w:proofErr w:type="spellStart"/>
      <w:r w:rsidRPr="0025334A">
        <w:t>siguranță</w:t>
      </w:r>
      <w:proofErr w:type="spellEnd"/>
      <w:r w:rsidRPr="0025334A">
        <w:t xml:space="preserve"> </w:t>
      </w:r>
      <w:proofErr w:type="spellStart"/>
      <w:r w:rsidRPr="0025334A">
        <w:t>alimentară</w:t>
      </w:r>
      <w:proofErr w:type="spellEnd"/>
      <w:r w:rsidRPr="0025334A">
        <w:t>.</w:t>
      </w:r>
    </w:p>
    <w:p w14:paraId="4849E3CD" w14:textId="77777777" w:rsidR="000C4CB5" w:rsidRPr="0025334A" w:rsidRDefault="004E746A">
      <w:pPr>
        <w:spacing w:after="50" w:line="247" w:lineRule="auto"/>
      </w:pPr>
      <w:proofErr w:type="spellStart"/>
      <w:r w:rsidRPr="0025334A">
        <w:t>În</w:t>
      </w:r>
      <w:proofErr w:type="spellEnd"/>
      <w:r w:rsidRPr="0025334A">
        <w:t xml:space="preserve"> </w:t>
      </w:r>
      <w:proofErr w:type="spellStart"/>
      <w:r w:rsidRPr="0025334A">
        <w:t>cadrul</w:t>
      </w:r>
      <w:proofErr w:type="spellEnd"/>
      <w:r w:rsidRPr="0025334A">
        <w:t xml:space="preserve"> </w:t>
      </w:r>
      <w:proofErr w:type="spellStart"/>
      <w:r w:rsidRPr="0025334A">
        <w:t>prezentei</w:t>
      </w:r>
      <w:proofErr w:type="spellEnd"/>
      <w:r w:rsidRPr="0025334A">
        <w:t xml:space="preserve"> </w:t>
      </w:r>
      <w:proofErr w:type="spellStart"/>
      <w:r w:rsidRPr="0025334A">
        <w:t>achiziții</w:t>
      </w:r>
      <w:proofErr w:type="spellEnd"/>
      <w:r w:rsidRPr="0025334A">
        <w:t xml:space="preserve">, DGASPC Bacău </w:t>
      </w:r>
      <w:proofErr w:type="spellStart"/>
      <w:r w:rsidRPr="0025334A">
        <w:t>îndeplinește</w:t>
      </w:r>
      <w:proofErr w:type="spellEnd"/>
      <w:r w:rsidRPr="0025334A">
        <w:t xml:space="preserve"> </w:t>
      </w:r>
      <w:proofErr w:type="spellStart"/>
      <w:r w:rsidRPr="0025334A">
        <w:t>rolul</w:t>
      </w:r>
      <w:proofErr w:type="spellEnd"/>
      <w:r w:rsidRPr="0025334A">
        <w:t xml:space="preserve"> de </w:t>
      </w:r>
      <w:proofErr w:type="spellStart"/>
      <w:r w:rsidRPr="0025334A">
        <w:t>autoritate</w:t>
      </w:r>
      <w:proofErr w:type="spellEnd"/>
      <w:r w:rsidRPr="0025334A">
        <w:t xml:space="preserve"> </w:t>
      </w:r>
      <w:proofErr w:type="spellStart"/>
      <w:r w:rsidRPr="0025334A">
        <w:t>contractantă</w:t>
      </w:r>
      <w:proofErr w:type="spellEnd"/>
      <w:r w:rsidRPr="0025334A">
        <w:t xml:space="preserve">. </w:t>
      </w:r>
      <w:proofErr w:type="spellStart"/>
      <w:r w:rsidRPr="0025334A">
        <w:t>Serviciile</w:t>
      </w:r>
      <w:proofErr w:type="spellEnd"/>
      <w:r w:rsidRPr="0025334A">
        <w:t xml:space="preserve"> se </w:t>
      </w:r>
      <w:proofErr w:type="spellStart"/>
      <w:r w:rsidRPr="0025334A">
        <w:t>prestează</w:t>
      </w:r>
      <w:proofErr w:type="spellEnd"/>
      <w:r w:rsidRPr="0025334A">
        <w:t xml:space="preserve"> </w:t>
      </w:r>
      <w:proofErr w:type="spellStart"/>
      <w:r w:rsidRPr="0025334A">
        <w:t>în</w:t>
      </w:r>
      <w:proofErr w:type="spellEnd"/>
      <w:r w:rsidRPr="0025334A">
        <w:t xml:space="preserve"> </w:t>
      </w:r>
      <w:proofErr w:type="spellStart"/>
      <w:r w:rsidRPr="0025334A">
        <w:t>baza</w:t>
      </w:r>
      <w:proofErr w:type="spellEnd"/>
      <w:r w:rsidRPr="0025334A">
        <w:t xml:space="preserve"> </w:t>
      </w:r>
      <w:proofErr w:type="spellStart"/>
      <w:r w:rsidRPr="0025334A">
        <w:t>unui</w:t>
      </w:r>
      <w:proofErr w:type="spellEnd"/>
      <w:r w:rsidRPr="0025334A">
        <w:t xml:space="preserve"> </w:t>
      </w:r>
      <w:proofErr w:type="spellStart"/>
      <w:r w:rsidRPr="0025334A">
        <w:t>acord-cadru</w:t>
      </w:r>
      <w:proofErr w:type="spellEnd"/>
      <w:r w:rsidRPr="0025334A">
        <w:t xml:space="preserve"> cu </w:t>
      </w:r>
      <w:proofErr w:type="spellStart"/>
      <w:r w:rsidRPr="0025334A">
        <w:t>cantități</w:t>
      </w:r>
      <w:proofErr w:type="spellEnd"/>
      <w:r w:rsidRPr="0025334A">
        <w:t xml:space="preserve"> </w:t>
      </w:r>
      <w:proofErr w:type="spellStart"/>
      <w:r w:rsidRPr="0025334A">
        <w:t>și</w:t>
      </w:r>
      <w:proofErr w:type="spellEnd"/>
      <w:r w:rsidRPr="0025334A">
        <w:t xml:space="preserve"> </w:t>
      </w:r>
      <w:proofErr w:type="spellStart"/>
      <w:r w:rsidRPr="0025334A">
        <w:t>valori</w:t>
      </w:r>
      <w:proofErr w:type="spellEnd"/>
      <w:r w:rsidRPr="0025334A">
        <w:t xml:space="preserve"> </w:t>
      </w:r>
      <w:proofErr w:type="spellStart"/>
      <w:r w:rsidRPr="0025334A">
        <w:t>minime</w:t>
      </w:r>
      <w:proofErr w:type="spellEnd"/>
      <w:r w:rsidRPr="0025334A">
        <w:t xml:space="preserve"> </w:t>
      </w:r>
      <w:proofErr w:type="spellStart"/>
      <w:r w:rsidRPr="0025334A">
        <w:t>și</w:t>
      </w:r>
      <w:proofErr w:type="spellEnd"/>
      <w:r w:rsidRPr="0025334A">
        <w:t xml:space="preserve"> </w:t>
      </w:r>
      <w:proofErr w:type="spellStart"/>
      <w:r w:rsidRPr="0025334A">
        <w:t>maxime</w:t>
      </w:r>
      <w:proofErr w:type="spellEnd"/>
      <w:r w:rsidRPr="0025334A">
        <w:t xml:space="preserve"> estimate </w:t>
      </w:r>
      <w:proofErr w:type="spellStart"/>
      <w:r w:rsidRPr="0025334A">
        <w:t>și</w:t>
      </w:r>
      <w:proofErr w:type="spellEnd"/>
      <w:r w:rsidRPr="0025334A">
        <w:t xml:space="preserve"> </w:t>
      </w:r>
      <w:proofErr w:type="spellStart"/>
      <w:r w:rsidRPr="0025334A">
        <w:t>prin</w:t>
      </w:r>
      <w:proofErr w:type="spellEnd"/>
      <w:r w:rsidRPr="0025334A">
        <w:t xml:space="preserve"> </w:t>
      </w:r>
      <w:proofErr w:type="spellStart"/>
      <w:r w:rsidRPr="0025334A">
        <w:t>contracte</w:t>
      </w:r>
      <w:proofErr w:type="spellEnd"/>
      <w:r w:rsidRPr="0025334A">
        <w:t xml:space="preserve"> </w:t>
      </w:r>
      <w:proofErr w:type="spellStart"/>
      <w:r w:rsidRPr="0025334A">
        <w:t>subsecvente</w:t>
      </w:r>
      <w:proofErr w:type="spellEnd"/>
      <w:r w:rsidRPr="0025334A">
        <w:t xml:space="preserve"> </w:t>
      </w:r>
      <w:proofErr w:type="spellStart"/>
      <w:r w:rsidRPr="0025334A">
        <w:t>încheiate</w:t>
      </w:r>
      <w:proofErr w:type="spellEnd"/>
      <w:r w:rsidRPr="0025334A">
        <w:t xml:space="preserve"> pe </w:t>
      </w:r>
      <w:proofErr w:type="spellStart"/>
      <w:r w:rsidRPr="0025334A">
        <w:t>durata</w:t>
      </w:r>
      <w:proofErr w:type="spellEnd"/>
      <w:r w:rsidRPr="0025334A">
        <w:t xml:space="preserve"> de </w:t>
      </w:r>
      <w:proofErr w:type="spellStart"/>
      <w:r w:rsidRPr="0025334A">
        <w:t>valabilitate</w:t>
      </w:r>
      <w:proofErr w:type="spellEnd"/>
      <w:r w:rsidRPr="0025334A">
        <w:t xml:space="preserve"> a </w:t>
      </w:r>
      <w:proofErr w:type="spellStart"/>
      <w:r w:rsidRPr="0025334A">
        <w:t>acordului-cadru</w:t>
      </w:r>
      <w:proofErr w:type="spellEnd"/>
      <w:r w:rsidRPr="0025334A">
        <w:t xml:space="preserve">. </w:t>
      </w:r>
      <w:proofErr w:type="spellStart"/>
      <w:r w:rsidRPr="0025334A">
        <w:t>Durata</w:t>
      </w:r>
      <w:proofErr w:type="spellEnd"/>
      <w:r w:rsidRPr="0025334A">
        <w:t xml:space="preserve"> </w:t>
      </w:r>
      <w:proofErr w:type="spellStart"/>
      <w:r w:rsidRPr="0025334A">
        <w:t>acordului-cadru</w:t>
      </w:r>
      <w:proofErr w:type="spellEnd"/>
      <w:r w:rsidRPr="0025334A">
        <w:t xml:space="preserve"> </w:t>
      </w:r>
      <w:proofErr w:type="spellStart"/>
      <w:r w:rsidRPr="0025334A">
        <w:t>este</w:t>
      </w:r>
      <w:proofErr w:type="spellEnd"/>
      <w:r w:rsidRPr="0025334A">
        <w:t xml:space="preserve"> de 12 </w:t>
      </w:r>
      <w:proofErr w:type="spellStart"/>
      <w:r w:rsidRPr="0025334A">
        <w:t>luni</w:t>
      </w:r>
      <w:proofErr w:type="spellEnd"/>
      <w:r w:rsidRPr="0025334A">
        <w:t xml:space="preserve"> de la data </w:t>
      </w:r>
      <w:proofErr w:type="spellStart"/>
      <w:r w:rsidRPr="0025334A">
        <w:t>intrării</w:t>
      </w:r>
      <w:proofErr w:type="spellEnd"/>
      <w:r w:rsidRPr="0025334A">
        <w:t xml:space="preserve"> sale </w:t>
      </w:r>
      <w:proofErr w:type="spellStart"/>
      <w:r w:rsidRPr="0025334A">
        <w:t>în</w:t>
      </w:r>
      <w:proofErr w:type="spellEnd"/>
      <w:r w:rsidRPr="0025334A">
        <w:t xml:space="preserve"> </w:t>
      </w:r>
      <w:proofErr w:type="spellStart"/>
      <w:r w:rsidRPr="0025334A">
        <w:t>vigoare</w:t>
      </w:r>
      <w:proofErr w:type="spellEnd"/>
      <w:r w:rsidRPr="0025334A">
        <w:t xml:space="preserve">. </w:t>
      </w:r>
      <w:proofErr w:type="spellStart"/>
      <w:r w:rsidRPr="0025334A">
        <w:t>Caietul</w:t>
      </w:r>
      <w:proofErr w:type="spellEnd"/>
      <w:r w:rsidRPr="0025334A">
        <w:t xml:space="preserve"> de </w:t>
      </w:r>
      <w:proofErr w:type="spellStart"/>
      <w:r w:rsidRPr="0025334A">
        <w:t>sarcini</w:t>
      </w:r>
      <w:proofErr w:type="spellEnd"/>
      <w:r w:rsidRPr="0025334A">
        <w:t xml:space="preserve"> nu </w:t>
      </w:r>
      <w:proofErr w:type="spellStart"/>
      <w:r w:rsidRPr="0025334A">
        <w:t>stabilește</w:t>
      </w:r>
      <w:proofErr w:type="spellEnd"/>
      <w:r w:rsidRPr="0025334A">
        <w:t xml:space="preserve"> </w:t>
      </w:r>
      <w:proofErr w:type="spellStart"/>
      <w:r w:rsidRPr="0025334A">
        <w:t>numărul</w:t>
      </w:r>
      <w:proofErr w:type="spellEnd"/>
      <w:r w:rsidRPr="0025334A">
        <w:t xml:space="preserve"> </w:t>
      </w:r>
      <w:proofErr w:type="spellStart"/>
      <w:r w:rsidRPr="0025334A">
        <w:t>operatorilor</w:t>
      </w:r>
      <w:proofErr w:type="spellEnd"/>
      <w:r w:rsidRPr="0025334A">
        <w:t xml:space="preserve"> economici </w:t>
      </w:r>
      <w:proofErr w:type="spellStart"/>
      <w:r w:rsidRPr="0025334A">
        <w:t>semnatari</w:t>
      </w:r>
      <w:proofErr w:type="spellEnd"/>
      <w:r w:rsidRPr="0025334A">
        <w:t xml:space="preserve">, </w:t>
      </w:r>
      <w:proofErr w:type="spellStart"/>
      <w:r w:rsidRPr="0025334A">
        <w:t>mecanismul</w:t>
      </w:r>
      <w:proofErr w:type="spellEnd"/>
      <w:r w:rsidRPr="0025334A">
        <w:t xml:space="preserve"> juridic de </w:t>
      </w:r>
      <w:proofErr w:type="spellStart"/>
      <w:r w:rsidRPr="0025334A">
        <w:t>atribuire</w:t>
      </w:r>
      <w:proofErr w:type="spellEnd"/>
      <w:r w:rsidRPr="0025334A">
        <w:t xml:space="preserve"> a </w:t>
      </w:r>
      <w:proofErr w:type="spellStart"/>
      <w:r w:rsidRPr="0025334A">
        <w:t>contractelor</w:t>
      </w:r>
      <w:proofErr w:type="spellEnd"/>
      <w:r w:rsidRPr="0025334A">
        <w:t xml:space="preserve"> </w:t>
      </w:r>
      <w:proofErr w:type="spellStart"/>
      <w:r w:rsidRPr="0025334A">
        <w:t>subsecvente</w:t>
      </w:r>
      <w:proofErr w:type="spellEnd"/>
      <w:r w:rsidRPr="0025334A">
        <w:t xml:space="preserve">, </w:t>
      </w:r>
      <w:proofErr w:type="spellStart"/>
      <w:r w:rsidRPr="0025334A">
        <w:t>criteriul</w:t>
      </w:r>
      <w:proofErr w:type="spellEnd"/>
      <w:r w:rsidRPr="0025334A">
        <w:t xml:space="preserve"> de </w:t>
      </w:r>
      <w:proofErr w:type="spellStart"/>
      <w:r w:rsidRPr="0025334A">
        <w:t>atribuire</w:t>
      </w:r>
      <w:proofErr w:type="spellEnd"/>
      <w:r w:rsidRPr="0025334A">
        <w:t xml:space="preserve">, </w:t>
      </w:r>
      <w:proofErr w:type="spellStart"/>
      <w:r w:rsidRPr="0025334A">
        <w:t>factorii</w:t>
      </w:r>
      <w:proofErr w:type="spellEnd"/>
      <w:r w:rsidRPr="0025334A">
        <w:t xml:space="preserve"> de </w:t>
      </w:r>
      <w:proofErr w:type="spellStart"/>
      <w:r w:rsidRPr="0025334A">
        <w:t>evaluare</w:t>
      </w:r>
      <w:proofErr w:type="spellEnd"/>
      <w:r w:rsidRPr="0025334A">
        <w:t xml:space="preserve">, </w:t>
      </w:r>
      <w:proofErr w:type="spellStart"/>
      <w:r w:rsidRPr="0025334A">
        <w:t>garanțiile</w:t>
      </w:r>
      <w:proofErr w:type="spellEnd"/>
      <w:r w:rsidRPr="0025334A">
        <w:t xml:space="preserve"> </w:t>
      </w:r>
      <w:proofErr w:type="spellStart"/>
      <w:r w:rsidRPr="0025334A">
        <w:t>sau</w:t>
      </w:r>
      <w:proofErr w:type="spellEnd"/>
      <w:r w:rsidRPr="0025334A">
        <w:t xml:space="preserve"> </w:t>
      </w:r>
      <w:proofErr w:type="spellStart"/>
      <w:r w:rsidRPr="0025334A">
        <w:t>cerințele</w:t>
      </w:r>
      <w:proofErr w:type="spellEnd"/>
      <w:r w:rsidRPr="0025334A">
        <w:t xml:space="preserve"> de </w:t>
      </w:r>
      <w:proofErr w:type="spellStart"/>
      <w:r w:rsidRPr="0025334A">
        <w:t>calificare</w:t>
      </w:r>
      <w:proofErr w:type="spellEnd"/>
      <w:r w:rsidRPr="0025334A">
        <w:t xml:space="preserve">; </w:t>
      </w:r>
      <w:proofErr w:type="spellStart"/>
      <w:r w:rsidRPr="0025334A">
        <w:t>aceste</w:t>
      </w:r>
      <w:proofErr w:type="spellEnd"/>
      <w:r w:rsidRPr="0025334A">
        <w:t xml:space="preserve"> </w:t>
      </w:r>
      <w:proofErr w:type="spellStart"/>
      <w:r w:rsidRPr="0025334A">
        <w:t>elemente</w:t>
      </w:r>
      <w:proofErr w:type="spellEnd"/>
      <w:r w:rsidRPr="0025334A">
        <w:t xml:space="preserve"> se </w:t>
      </w:r>
      <w:proofErr w:type="spellStart"/>
      <w:r w:rsidRPr="0025334A">
        <w:t>fundamentează</w:t>
      </w:r>
      <w:proofErr w:type="spellEnd"/>
      <w:r w:rsidRPr="0025334A">
        <w:t xml:space="preserve"> </w:t>
      </w:r>
      <w:proofErr w:type="spellStart"/>
      <w:r w:rsidRPr="0025334A">
        <w:t>și</w:t>
      </w:r>
      <w:proofErr w:type="spellEnd"/>
      <w:r w:rsidRPr="0025334A">
        <w:t xml:space="preserve"> se </w:t>
      </w:r>
      <w:proofErr w:type="spellStart"/>
      <w:r w:rsidRPr="0025334A">
        <w:t>aprobă</w:t>
      </w:r>
      <w:proofErr w:type="spellEnd"/>
      <w:r w:rsidRPr="0025334A">
        <w:t xml:space="preserve"> </w:t>
      </w:r>
      <w:proofErr w:type="spellStart"/>
      <w:r w:rsidRPr="0025334A">
        <w:t>prin</w:t>
      </w:r>
      <w:proofErr w:type="spellEnd"/>
      <w:r w:rsidRPr="0025334A">
        <w:t xml:space="preserve"> </w:t>
      </w:r>
      <w:proofErr w:type="spellStart"/>
      <w:r w:rsidRPr="0025334A">
        <w:t>Strategia</w:t>
      </w:r>
      <w:proofErr w:type="spellEnd"/>
      <w:r w:rsidRPr="0025334A">
        <w:t xml:space="preserve"> de </w:t>
      </w:r>
      <w:proofErr w:type="spellStart"/>
      <w:r w:rsidRPr="0025334A">
        <w:t>contractare</w:t>
      </w:r>
      <w:proofErr w:type="spellEnd"/>
      <w:r w:rsidRPr="0025334A">
        <w:t xml:space="preserve"> </w:t>
      </w:r>
      <w:proofErr w:type="spellStart"/>
      <w:r w:rsidRPr="0025334A">
        <w:t>și</w:t>
      </w:r>
      <w:proofErr w:type="spellEnd"/>
      <w:r w:rsidRPr="0025334A">
        <w:t xml:space="preserve"> </w:t>
      </w:r>
      <w:proofErr w:type="spellStart"/>
      <w:r w:rsidRPr="0025334A">
        <w:t>celelalte</w:t>
      </w:r>
      <w:proofErr w:type="spellEnd"/>
      <w:r w:rsidRPr="0025334A">
        <w:t xml:space="preserve"> </w:t>
      </w:r>
      <w:proofErr w:type="spellStart"/>
      <w:r w:rsidRPr="0025334A">
        <w:t>documente</w:t>
      </w:r>
      <w:proofErr w:type="spellEnd"/>
      <w:r w:rsidRPr="0025334A">
        <w:t xml:space="preserve"> ale </w:t>
      </w:r>
      <w:proofErr w:type="spellStart"/>
      <w:r w:rsidRPr="0025334A">
        <w:t>procedurii</w:t>
      </w:r>
      <w:proofErr w:type="spellEnd"/>
      <w:r w:rsidRPr="0025334A">
        <w:t>.</w:t>
      </w:r>
    </w:p>
    <w:p w14:paraId="55B51680" w14:textId="77777777" w:rsidR="000C4CB5" w:rsidRPr="0025334A" w:rsidRDefault="004E746A">
      <w:pPr>
        <w:spacing w:after="50" w:line="247" w:lineRule="auto"/>
      </w:pPr>
      <w:proofErr w:type="spellStart"/>
      <w:r w:rsidRPr="0025334A">
        <w:t>Cerințele</w:t>
      </w:r>
      <w:proofErr w:type="spellEnd"/>
      <w:r w:rsidRPr="0025334A">
        <w:t xml:space="preserve"> sunt </w:t>
      </w:r>
      <w:proofErr w:type="spellStart"/>
      <w:r w:rsidRPr="0025334A">
        <w:t>minime</w:t>
      </w:r>
      <w:proofErr w:type="spellEnd"/>
      <w:r w:rsidRPr="0025334A">
        <w:t xml:space="preserve"> </w:t>
      </w:r>
      <w:proofErr w:type="spellStart"/>
      <w:r w:rsidRPr="0025334A">
        <w:t>și</w:t>
      </w:r>
      <w:proofErr w:type="spellEnd"/>
      <w:r w:rsidRPr="0025334A">
        <w:t xml:space="preserve"> </w:t>
      </w:r>
      <w:proofErr w:type="spellStart"/>
      <w:r w:rsidRPr="0025334A">
        <w:t>obligatorii</w:t>
      </w:r>
      <w:proofErr w:type="spellEnd"/>
      <w:r w:rsidRPr="0025334A">
        <w:t xml:space="preserve">. Orice </w:t>
      </w:r>
      <w:proofErr w:type="spellStart"/>
      <w:r w:rsidRPr="0025334A">
        <w:t>caracteristică</w:t>
      </w:r>
      <w:proofErr w:type="spellEnd"/>
      <w:r w:rsidRPr="0025334A">
        <w:t xml:space="preserve">, </w:t>
      </w:r>
      <w:proofErr w:type="spellStart"/>
      <w:r w:rsidRPr="0025334A">
        <w:t>metodă</w:t>
      </w:r>
      <w:proofErr w:type="spellEnd"/>
      <w:r w:rsidRPr="0025334A">
        <w:t xml:space="preserve">, </w:t>
      </w:r>
      <w:proofErr w:type="spellStart"/>
      <w:r w:rsidRPr="0025334A">
        <w:t>resursă</w:t>
      </w:r>
      <w:proofErr w:type="spellEnd"/>
      <w:r w:rsidRPr="0025334A">
        <w:t xml:space="preserve"> </w:t>
      </w:r>
      <w:proofErr w:type="spellStart"/>
      <w:r w:rsidRPr="0025334A">
        <w:t>sau</w:t>
      </w:r>
      <w:proofErr w:type="spellEnd"/>
      <w:r w:rsidRPr="0025334A">
        <w:t xml:space="preserve"> </w:t>
      </w:r>
      <w:proofErr w:type="spellStart"/>
      <w:r w:rsidRPr="0025334A">
        <w:t>nivel</w:t>
      </w:r>
      <w:proofErr w:type="spellEnd"/>
      <w:r w:rsidRPr="0025334A">
        <w:t xml:space="preserve"> de </w:t>
      </w:r>
      <w:proofErr w:type="spellStart"/>
      <w:r w:rsidRPr="0025334A">
        <w:t>performanță</w:t>
      </w:r>
      <w:proofErr w:type="spellEnd"/>
      <w:r w:rsidRPr="0025334A">
        <w:t xml:space="preserve"> superior </w:t>
      </w:r>
      <w:proofErr w:type="spellStart"/>
      <w:r w:rsidRPr="0025334A">
        <w:t>asumat</w:t>
      </w:r>
      <w:proofErr w:type="spellEnd"/>
      <w:r w:rsidRPr="0025334A">
        <w:t xml:space="preserve"> </w:t>
      </w:r>
      <w:proofErr w:type="spellStart"/>
      <w:r w:rsidRPr="0025334A">
        <w:t>expres</w:t>
      </w:r>
      <w:proofErr w:type="spellEnd"/>
      <w:r w:rsidRPr="0025334A">
        <w:t xml:space="preserve"> </w:t>
      </w:r>
      <w:proofErr w:type="spellStart"/>
      <w:r w:rsidRPr="0025334A">
        <w:t>prin</w:t>
      </w:r>
      <w:proofErr w:type="spellEnd"/>
      <w:r w:rsidRPr="0025334A">
        <w:t xml:space="preserve"> </w:t>
      </w:r>
      <w:proofErr w:type="spellStart"/>
      <w:r w:rsidRPr="0025334A">
        <w:t>propunerea</w:t>
      </w:r>
      <w:proofErr w:type="spellEnd"/>
      <w:r w:rsidRPr="0025334A">
        <w:t xml:space="preserve"> </w:t>
      </w:r>
      <w:proofErr w:type="spellStart"/>
      <w:r w:rsidRPr="0025334A">
        <w:t>tehnică</w:t>
      </w:r>
      <w:proofErr w:type="spellEnd"/>
      <w:r w:rsidRPr="0025334A">
        <w:t xml:space="preserve"> </w:t>
      </w:r>
      <w:proofErr w:type="spellStart"/>
      <w:r w:rsidRPr="0025334A">
        <w:t>acceptată</w:t>
      </w:r>
      <w:proofErr w:type="spellEnd"/>
      <w:r w:rsidRPr="0025334A">
        <w:t xml:space="preserve"> </w:t>
      </w:r>
      <w:proofErr w:type="spellStart"/>
      <w:r w:rsidRPr="0025334A">
        <w:t>devine</w:t>
      </w:r>
      <w:proofErr w:type="spellEnd"/>
      <w:r w:rsidRPr="0025334A">
        <w:t xml:space="preserve"> </w:t>
      </w:r>
      <w:proofErr w:type="spellStart"/>
      <w:r w:rsidRPr="0025334A">
        <w:t>obligație</w:t>
      </w:r>
      <w:proofErr w:type="spellEnd"/>
      <w:r w:rsidRPr="0025334A">
        <w:t xml:space="preserve"> </w:t>
      </w:r>
      <w:proofErr w:type="spellStart"/>
      <w:r w:rsidRPr="0025334A">
        <w:t>contractuală</w:t>
      </w:r>
      <w:proofErr w:type="spellEnd"/>
      <w:r w:rsidRPr="0025334A">
        <w:t xml:space="preserve">, </w:t>
      </w:r>
      <w:proofErr w:type="spellStart"/>
      <w:r w:rsidRPr="0025334A">
        <w:t>dacă</w:t>
      </w:r>
      <w:proofErr w:type="spellEnd"/>
      <w:r w:rsidRPr="0025334A">
        <w:t xml:space="preserve"> </w:t>
      </w:r>
      <w:proofErr w:type="spellStart"/>
      <w:r w:rsidRPr="0025334A">
        <w:t>documentația</w:t>
      </w:r>
      <w:proofErr w:type="spellEnd"/>
      <w:r w:rsidRPr="0025334A">
        <w:t xml:space="preserve"> de </w:t>
      </w:r>
      <w:proofErr w:type="spellStart"/>
      <w:r w:rsidRPr="0025334A">
        <w:t>atribuire</w:t>
      </w:r>
      <w:proofErr w:type="spellEnd"/>
      <w:r w:rsidRPr="0025334A">
        <w:t xml:space="preserve"> </w:t>
      </w:r>
      <w:proofErr w:type="spellStart"/>
      <w:r w:rsidRPr="0025334A">
        <w:t>prevede</w:t>
      </w:r>
      <w:proofErr w:type="spellEnd"/>
      <w:r w:rsidRPr="0025334A">
        <w:t xml:space="preserve"> </w:t>
      </w:r>
      <w:proofErr w:type="spellStart"/>
      <w:r w:rsidRPr="0025334A">
        <w:t>valorificarea</w:t>
      </w:r>
      <w:proofErr w:type="spellEnd"/>
      <w:r w:rsidRPr="0025334A">
        <w:t xml:space="preserve"> </w:t>
      </w:r>
      <w:proofErr w:type="spellStart"/>
      <w:r w:rsidRPr="0025334A">
        <w:t>respectivei</w:t>
      </w:r>
      <w:proofErr w:type="spellEnd"/>
      <w:r w:rsidRPr="0025334A">
        <w:t xml:space="preserve"> </w:t>
      </w:r>
      <w:proofErr w:type="spellStart"/>
      <w:r w:rsidRPr="0025334A">
        <w:t>asumări</w:t>
      </w:r>
      <w:proofErr w:type="spellEnd"/>
      <w:r w:rsidRPr="0025334A">
        <w:t xml:space="preserve">. </w:t>
      </w:r>
      <w:proofErr w:type="spellStart"/>
      <w:r w:rsidRPr="0025334A">
        <w:t>Nicio</w:t>
      </w:r>
      <w:proofErr w:type="spellEnd"/>
      <w:r w:rsidRPr="0025334A">
        <w:t xml:space="preserve"> </w:t>
      </w:r>
      <w:proofErr w:type="spellStart"/>
      <w:r w:rsidRPr="0025334A">
        <w:t>interpretare</w:t>
      </w:r>
      <w:proofErr w:type="spellEnd"/>
      <w:r w:rsidRPr="0025334A">
        <w:t xml:space="preserve"> a </w:t>
      </w:r>
      <w:proofErr w:type="spellStart"/>
      <w:r w:rsidRPr="0025334A">
        <w:t>documentației</w:t>
      </w:r>
      <w:proofErr w:type="spellEnd"/>
      <w:r w:rsidRPr="0025334A">
        <w:t xml:space="preserve"> nu </w:t>
      </w:r>
      <w:proofErr w:type="spellStart"/>
      <w:r w:rsidRPr="0025334A">
        <w:t>poate</w:t>
      </w:r>
      <w:proofErr w:type="spellEnd"/>
      <w:r w:rsidRPr="0025334A">
        <w:t xml:space="preserve"> conduce la </w:t>
      </w:r>
      <w:proofErr w:type="spellStart"/>
      <w:r w:rsidRPr="0025334A">
        <w:t>diminuarea</w:t>
      </w:r>
      <w:proofErr w:type="spellEnd"/>
      <w:r w:rsidRPr="0025334A">
        <w:t xml:space="preserve"> </w:t>
      </w:r>
      <w:proofErr w:type="spellStart"/>
      <w:r w:rsidRPr="0025334A">
        <w:t>siguranței</w:t>
      </w:r>
      <w:proofErr w:type="spellEnd"/>
      <w:r w:rsidRPr="0025334A">
        <w:t xml:space="preserve"> </w:t>
      </w:r>
      <w:proofErr w:type="spellStart"/>
      <w:r w:rsidRPr="0025334A">
        <w:t>alimentare</w:t>
      </w:r>
      <w:proofErr w:type="spellEnd"/>
      <w:r w:rsidRPr="0025334A">
        <w:t xml:space="preserve">, la </w:t>
      </w:r>
      <w:proofErr w:type="spellStart"/>
      <w:r w:rsidRPr="0025334A">
        <w:t>reducerea</w:t>
      </w:r>
      <w:proofErr w:type="spellEnd"/>
      <w:r w:rsidRPr="0025334A">
        <w:t xml:space="preserve"> </w:t>
      </w:r>
      <w:proofErr w:type="spellStart"/>
      <w:r w:rsidRPr="0025334A">
        <w:t>gramajelor</w:t>
      </w:r>
      <w:proofErr w:type="spellEnd"/>
      <w:r w:rsidRPr="0025334A">
        <w:t xml:space="preserve"> </w:t>
      </w:r>
      <w:proofErr w:type="spellStart"/>
      <w:r w:rsidRPr="0025334A">
        <w:t>aprobate</w:t>
      </w:r>
      <w:proofErr w:type="spellEnd"/>
      <w:r w:rsidRPr="0025334A">
        <w:t xml:space="preserve">, la </w:t>
      </w:r>
      <w:proofErr w:type="spellStart"/>
      <w:r w:rsidRPr="0025334A">
        <w:t>afectarea</w:t>
      </w:r>
      <w:proofErr w:type="spellEnd"/>
      <w:r w:rsidRPr="0025334A">
        <w:t xml:space="preserve"> </w:t>
      </w:r>
      <w:proofErr w:type="spellStart"/>
      <w:r w:rsidRPr="0025334A">
        <w:t>regimurilor</w:t>
      </w:r>
      <w:proofErr w:type="spellEnd"/>
      <w:r w:rsidRPr="0025334A">
        <w:t xml:space="preserve"> </w:t>
      </w:r>
      <w:proofErr w:type="spellStart"/>
      <w:r w:rsidRPr="0025334A">
        <w:t>medicale</w:t>
      </w:r>
      <w:proofErr w:type="spellEnd"/>
      <w:r w:rsidRPr="0025334A">
        <w:t xml:space="preserve"> </w:t>
      </w:r>
      <w:proofErr w:type="spellStart"/>
      <w:r w:rsidRPr="0025334A">
        <w:t>sau</w:t>
      </w:r>
      <w:proofErr w:type="spellEnd"/>
      <w:r w:rsidRPr="0025334A">
        <w:t xml:space="preserve"> la </w:t>
      </w:r>
      <w:proofErr w:type="spellStart"/>
      <w:r w:rsidRPr="0025334A">
        <w:t>transferarea</w:t>
      </w:r>
      <w:proofErr w:type="spellEnd"/>
      <w:r w:rsidRPr="0025334A">
        <w:t xml:space="preserve"> </w:t>
      </w:r>
      <w:proofErr w:type="spellStart"/>
      <w:r w:rsidRPr="0025334A">
        <w:t>către</w:t>
      </w:r>
      <w:proofErr w:type="spellEnd"/>
      <w:r w:rsidRPr="0025334A">
        <w:t xml:space="preserve"> </w:t>
      </w:r>
      <w:proofErr w:type="spellStart"/>
      <w:r w:rsidRPr="0025334A">
        <w:t>centre</w:t>
      </w:r>
      <w:proofErr w:type="spellEnd"/>
      <w:r w:rsidRPr="0025334A">
        <w:t xml:space="preserve"> a </w:t>
      </w:r>
      <w:proofErr w:type="spellStart"/>
      <w:r w:rsidRPr="0025334A">
        <w:t>unor</w:t>
      </w:r>
      <w:proofErr w:type="spellEnd"/>
      <w:r w:rsidRPr="0025334A">
        <w:t xml:space="preserve"> </w:t>
      </w:r>
      <w:proofErr w:type="spellStart"/>
      <w:r w:rsidRPr="0025334A">
        <w:t>costuri</w:t>
      </w:r>
      <w:proofErr w:type="spellEnd"/>
      <w:r w:rsidRPr="0025334A">
        <w:t xml:space="preserve"> </w:t>
      </w:r>
      <w:proofErr w:type="spellStart"/>
      <w:r w:rsidRPr="0025334A">
        <w:t>și</w:t>
      </w:r>
      <w:proofErr w:type="spellEnd"/>
      <w:r w:rsidRPr="0025334A">
        <w:t xml:space="preserve"> </w:t>
      </w:r>
      <w:proofErr w:type="spellStart"/>
      <w:r w:rsidRPr="0025334A">
        <w:t>responsabilități</w:t>
      </w:r>
      <w:proofErr w:type="spellEnd"/>
      <w:r w:rsidRPr="0025334A">
        <w:t xml:space="preserve"> </w:t>
      </w:r>
      <w:proofErr w:type="spellStart"/>
      <w:r w:rsidRPr="0025334A">
        <w:t>incluse</w:t>
      </w:r>
      <w:proofErr w:type="spellEnd"/>
      <w:r w:rsidRPr="0025334A">
        <w:t xml:space="preserve"> </w:t>
      </w:r>
      <w:proofErr w:type="spellStart"/>
      <w:r w:rsidRPr="0025334A">
        <w:t>în</w:t>
      </w:r>
      <w:proofErr w:type="spellEnd"/>
      <w:r w:rsidRPr="0025334A">
        <w:t xml:space="preserve"> </w:t>
      </w:r>
      <w:proofErr w:type="spellStart"/>
      <w:r w:rsidRPr="0025334A">
        <w:t>serviciul</w:t>
      </w:r>
      <w:proofErr w:type="spellEnd"/>
      <w:r w:rsidRPr="0025334A">
        <w:t xml:space="preserve"> </w:t>
      </w:r>
      <w:proofErr w:type="spellStart"/>
      <w:r w:rsidRPr="0025334A">
        <w:t>contractat</w:t>
      </w:r>
      <w:proofErr w:type="spellEnd"/>
      <w:r w:rsidRPr="0025334A">
        <w:t>.</w:t>
      </w:r>
    </w:p>
    <w:p w14:paraId="1F2CFCFA" w14:textId="77777777" w:rsidR="000C4CB5" w:rsidRPr="0025334A" w:rsidRDefault="004E746A">
      <w:pPr>
        <w:spacing w:after="50" w:line="247" w:lineRule="auto"/>
      </w:pPr>
      <w:r w:rsidRPr="0025334A">
        <w:t xml:space="preserve">Orice </w:t>
      </w:r>
      <w:proofErr w:type="spellStart"/>
      <w:r w:rsidRPr="0025334A">
        <w:t>referire</w:t>
      </w:r>
      <w:proofErr w:type="spellEnd"/>
      <w:r w:rsidRPr="0025334A">
        <w:t xml:space="preserve"> la un standard, </w:t>
      </w:r>
      <w:proofErr w:type="spellStart"/>
      <w:r w:rsidRPr="0025334A">
        <w:t>procedeu</w:t>
      </w:r>
      <w:proofErr w:type="spellEnd"/>
      <w:r w:rsidRPr="0025334A">
        <w:t xml:space="preserve">, </w:t>
      </w:r>
      <w:proofErr w:type="spellStart"/>
      <w:r w:rsidRPr="0025334A">
        <w:t>certificat</w:t>
      </w:r>
      <w:proofErr w:type="spellEnd"/>
      <w:r w:rsidRPr="0025334A">
        <w:t xml:space="preserve">, </w:t>
      </w:r>
      <w:proofErr w:type="spellStart"/>
      <w:r w:rsidRPr="0025334A">
        <w:t>autorizație</w:t>
      </w:r>
      <w:proofErr w:type="spellEnd"/>
      <w:r w:rsidRPr="0025334A">
        <w:t xml:space="preserve">, </w:t>
      </w:r>
      <w:proofErr w:type="spellStart"/>
      <w:r w:rsidRPr="0025334A">
        <w:t>marcă</w:t>
      </w:r>
      <w:proofErr w:type="spellEnd"/>
      <w:r w:rsidRPr="0025334A">
        <w:t xml:space="preserve">, </w:t>
      </w:r>
      <w:proofErr w:type="spellStart"/>
      <w:r w:rsidRPr="0025334A">
        <w:t>denumire</w:t>
      </w:r>
      <w:proofErr w:type="spellEnd"/>
      <w:r w:rsidRPr="0025334A">
        <w:t xml:space="preserve"> </w:t>
      </w:r>
      <w:proofErr w:type="spellStart"/>
      <w:r w:rsidRPr="0025334A">
        <w:t>comercială</w:t>
      </w:r>
      <w:proofErr w:type="spellEnd"/>
      <w:r w:rsidRPr="0025334A">
        <w:t xml:space="preserve"> </w:t>
      </w:r>
      <w:proofErr w:type="spellStart"/>
      <w:r w:rsidRPr="0025334A">
        <w:t>sau</w:t>
      </w:r>
      <w:proofErr w:type="spellEnd"/>
      <w:r w:rsidRPr="0025334A">
        <w:t xml:space="preserve"> organism de </w:t>
      </w:r>
      <w:proofErr w:type="spellStart"/>
      <w:r w:rsidRPr="0025334A">
        <w:t>evaluare</w:t>
      </w:r>
      <w:proofErr w:type="spellEnd"/>
      <w:r w:rsidRPr="0025334A">
        <w:t xml:space="preserve"> a </w:t>
      </w:r>
      <w:proofErr w:type="spellStart"/>
      <w:r w:rsidRPr="0025334A">
        <w:t>conformității</w:t>
      </w:r>
      <w:proofErr w:type="spellEnd"/>
      <w:r w:rsidRPr="0025334A">
        <w:t xml:space="preserve"> se </w:t>
      </w:r>
      <w:proofErr w:type="spellStart"/>
      <w:r w:rsidRPr="0025334A">
        <w:t>interpretează</w:t>
      </w:r>
      <w:proofErr w:type="spellEnd"/>
      <w:r w:rsidRPr="0025334A">
        <w:t xml:space="preserve"> </w:t>
      </w:r>
      <w:proofErr w:type="spellStart"/>
      <w:r w:rsidRPr="0025334A">
        <w:t>împreună</w:t>
      </w:r>
      <w:proofErr w:type="spellEnd"/>
      <w:r w:rsidRPr="0025334A">
        <w:t xml:space="preserve"> cu </w:t>
      </w:r>
      <w:proofErr w:type="spellStart"/>
      <w:r w:rsidRPr="0025334A">
        <w:t>mențiunea</w:t>
      </w:r>
      <w:proofErr w:type="spellEnd"/>
      <w:r w:rsidRPr="0025334A">
        <w:t xml:space="preserve"> „</w:t>
      </w:r>
      <w:proofErr w:type="spellStart"/>
      <w:r w:rsidRPr="0025334A">
        <w:t>sau</w:t>
      </w:r>
      <w:proofErr w:type="spellEnd"/>
      <w:r w:rsidRPr="0025334A">
        <w:t xml:space="preserve"> </w:t>
      </w:r>
      <w:proofErr w:type="spellStart"/>
      <w:r w:rsidRPr="0025334A">
        <w:t>echivalent</w:t>
      </w:r>
      <w:proofErr w:type="spellEnd"/>
      <w:r w:rsidRPr="0025334A">
        <w:t xml:space="preserve">”,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legislației</w:t>
      </w:r>
      <w:proofErr w:type="spellEnd"/>
      <w:r w:rsidRPr="0025334A">
        <w:t xml:space="preserve"> </w:t>
      </w:r>
      <w:proofErr w:type="spellStart"/>
      <w:r w:rsidRPr="0025334A">
        <w:t>aplicabile</w:t>
      </w:r>
      <w:proofErr w:type="spellEnd"/>
      <w:r w:rsidRPr="0025334A">
        <w:t xml:space="preserve">. </w:t>
      </w:r>
      <w:proofErr w:type="spellStart"/>
      <w:r w:rsidRPr="0025334A">
        <w:t>Referințele</w:t>
      </w:r>
      <w:proofErr w:type="spellEnd"/>
      <w:r w:rsidRPr="0025334A">
        <w:t xml:space="preserve"> </w:t>
      </w:r>
      <w:proofErr w:type="spellStart"/>
      <w:r w:rsidRPr="0025334A">
        <w:t>comerciale</w:t>
      </w:r>
      <w:proofErr w:type="spellEnd"/>
      <w:r w:rsidRPr="0025334A">
        <w:t xml:space="preserve">, </w:t>
      </w:r>
      <w:proofErr w:type="spellStart"/>
      <w:r w:rsidRPr="0025334A">
        <w:t>atunci</w:t>
      </w:r>
      <w:proofErr w:type="spellEnd"/>
      <w:r w:rsidRPr="0025334A">
        <w:t xml:space="preserve"> </w:t>
      </w:r>
      <w:proofErr w:type="spellStart"/>
      <w:r w:rsidRPr="0025334A">
        <w:t>când</w:t>
      </w:r>
      <w:proofErr w:type="spellEnd"/>
      <w:r w:rsidRPr="0025334A">
        <w:t xml:space="preserve"> sunt </w:t>
      </w:r>
      <w:proofErr w:type="spellStart"/>
      <w:r w:rsidRPr="0025334A">
        <w:t>utilizate</w:t>
      </w:r>
      <w:proofErr w:type="spellEnd"/>
      <w:r w:rsidRPr="0025334A">
        <w:t xml:space="preserve"> cu </w:t>
      </w:r>
      <w:proofErr w:type="spellStart"/>
      <w:r w:rsidRPr="0025334A">
        <w:t>titlu</w:t>
      </w:r>
      <w:proofErr w:type="spellEnd"/>
      <w:r w:rsidRPr="0025334A">
        <w:t xml:space="preserve"> </w:t>
      </w:r>
      <w:proofErr w:type="spellStart"/>
      <w:r w:rsidRPr="0025334A">
        <w:t>orientativ</w:t>
      </w:r>
      <w:proofErr w:type="spellEnd"/>
      <w:r w:rsidRPr="0025334A">
        <w:t xml:space="preserve"> </w:t>
      </w:r>
      <w:proofErr w:type="spellStart"/>
      <w:r w:rsidRPr="0025334A">
        <w:t>pentru</w:t>
      </w:r>
      <w:proofErr w:type="spellEnd"/>
      <w:r w:rsidRPr="0025334A">
        <w:t xml:space="preserve"> </w:t>
      </w:r>
      <w:proofErr w:type="spellStart"/>
      <w:r w:rsidRPr="0025334A">
        <w:t>identificarea</w:t>
      </w:r>
      <w:proofErr w:type="spellEnd"/>
      <w:r w:rsidRPr="0025334A">
        <w:t xml:space="preserve"> </w:t>
      </w:r>
      <w:proofErr w:type="spellStart"/>
      <w:r w:rsidRPr="0025334A">
        <w:t>mai</w:t>
      </w:r>
      <w:proofErr w:type="spellEnd"/>
      <w:r w:rsidRPr="0025334A">
        <w:t xml:space="preserve"> </w:t>
      </w:r>
      <w:proofErr w:type="spellStart"/>
      <w:r w:rsidRPr="0025334A">
        <w:t>ușoară</w:t>
      </w:r>
      <w:proofErr w:type="spellEnd"/>
      <w:r w:rsidRPr="0025334A">
        <w:t xml:space="preserve"> a </w:t>
      </w:r>
      <w:proofErr w:type="spellStart"/>
      <w:r w:rsidRPr="0025334A">
        <w:t>unui</w:t>
      </w:r>
      <w:proofErr w:type="spellEnd"/>
      <w:r w:rsidRPr="0025334A">
        <w:t xml:space="preserve"> tip de </w:t>
      </w:r>
      <w:proofErr w:type="spellStart"/>
      <w:r w:rsidRPr="0025334A">
        <w:t>produs</w:t>
      </w:r>
      <w:proofErr w:type="spellEnd"/>
      <w:r w:rsidRPr="0025334A">
        <w:t xml:space="preserve">, nu </w:t>
      </w:r>
      <w:proofErr w:type="spellStart"/>
      <w:r w:rsidRPr="0025334A">
        <w:t>impun</w:t>
      </w:r>
      <w:proofErr w:type="spellEnd"/>
      <w:r w:rsidRPr="0025334A">
        <w:t xml:space="preserve"> </w:t>
      </w:r>
      <w:proofErr w:type="spellStart"/>
      <w:r w:rsidRPr="0025334A">
        <w:t>utilizarea</w:t>
      </w:r>
      <w:proofErr w:type="spellEnd"/>
      <w:r w:rsidRPr="0025334A">
        <w:t xml:space="preserve"> </w:t>
      </w:r>
      <w:proofErr w:type="spellStart"/>
      <w:r w:rsidRPr="0025334A">
        <w:t>mărcii</w:t>
      </w:r>
      <w:proofErr w:type="spellEnd"/>
      <w:r w:rsidRPr="0025334A">
        <w:t xml:space="preserve"> </w:t>
      </w:r>
      <w:proofErr w:type="spellStart"/>
      <w:r w:rsidRPr="0025334A">
        <w:t>sau</w:t>
      </w:r>
      <w:proofErr w:type="spellEnd"/>
      <w:r w:rsidRPr="0025334A">
        <w:t xml:space="preserve"> </w:t>
      </w:r>
      <w:proofErr w:type="spellStart"/>
      <w:r w:rsidRPr="0025334A">
        <w:t>producătorului</w:t>
      </w:r>
      <w:proofErr w:type="spellEnd"/>
      <w:r w:rsidRPr="0025334A">
        <w:t xml:space="preserve"> </w:t>
      </w:r>
      <w:proofErr w:type="spellStart"/>
      <w:r w:rsidRPr="0025334A">
        <w:t>indicat</w:t>
      </w:r>
      <w:proofErr w:type="spellEnd"/>
      <w:r w:rsidRPr="0025334A">
        <w:t>.</w:t>
      </w:r>
    </w:p>
    <w:p w14:paraId="1BF1B972" w14:textId="77777777" w:rsidR="000C4CB5" w:rsidRPr="0025334A" w:rsidRDefault="004E746A">
      <w:pPr>
        <w:spacing w:after="50" w:line="247" w:lineRule="auto"/>
      </w:pPr>
      <w:r w:rsidRPr="0025334A">
        <w:t xml:space="preserve">Prin </w:t>
      </w:r>
      <w:proofErr w:type="spellStart"/>
      <w:r w:rsidRPr="0025334A">
        <w:t>produs</w:t>
      </w:r>
      <w:proofErr w:type="spellEnd"/>
      <w:r w:rsidRPr="0025334A">
        <w:t xml:space="preserve"> </w:t>
      </w:r>
      <w:proofErr w:type="spellStart"/>
      <w:r w:rsidRPr="0025334A">
        <w:t>echivalent</w:t>
      </w:r>
      <w:proofErr w:type="spellEnd"/>
      <w:r w:rsidRPr="0025334A">
        <w:t xml:space="preserve"> se </w:t>
      </w:r>
      <w:proofErr w:type="spellStart"/>
      <w:r w:rsidRPr="0025334A">
        <w:t>înțelege</w:t>
      </w:r>
      <w:proofErr w:type="spellEnd"/>
      <w:r w:rsidRPr="0025334A">
        <w:t xml:space="preserve"> un </w:t>
      </w:r>
      <w:proofErr w:type="spellStart"/>
      <w:r w:rsidRPr="0025334A">
        <w:t>produs</w:t>
      </w:r>
      <w:proofErr w:type="spellEnd"/>
      <w:r w:rsidRPr="0025334A">
        <w:t xml:space="preserve"> care </w:t>
      </w:r>
      <w:proofErr w:type="spellStart"/>
      <w:r w:rsidRPr="0025334A">
        <w:t>îndeplinește</w:t>
      </w:r>
      <w:proofErr w:type="spellEnd"/>
      <w:r w:rsidRPr="0025334A">
        <w:t xml:space="preserve"> cel </w:t>
      </w:r>
      <w:proofErr w:type="spellStart"/>
      <w:r w:rsidRPr="0025334A">
        <w:t>puțin</w:t>
      </w:r>
      <w:proofErr w:type="spellEnd"/>
      <w:r w:rsidRPr="0025334A">
        <w:t xml:space="preserve"> </w:t>
      </w:r>
      <w:proofErr w:type="spellStart"/>
      <w:r w:rsidRPr="0025334A">
        <w:t>caracteristicile</w:t>
      </w:r>
      <w:proofErr w:type="spellEnd"/>
      <w:r w:rsidRPr="0025334A">
        <w:t xml:space="preserve"> </w:t>
      </w:r>
      <w:proofErr w:type="spellStart"/>
      <w:r w:rsidRPr="0025334A">
        <w:t>minime</w:t>
      </w:r>
      <w:proofErr w:type="spellEnd"/>
      <w:r w:rsidRPr="0025334A">
        <w:t xml:space="preserve"> </w:t>
      </w:r>
      <w:proofErr w:type="spellStart"/>
      <w:r w:rsidRPr="0025334A">
        <w:t>obiective</w:t>
      </w:r>
      <w:proofErr w:type="spellEnd"/>
      <w:r w:rsidRPr="0025334A">
        <w:t xml:space="preserve"> </w:t>
      </w:r>
      <w:proofErr w:type="spellStart"/>
      <w:r w:rsidRPr="0025334A">
        <w:t>și</w:t>
      </w:r>
      <w:proofErr w:type="spellEnd"/>
      <w:r w:rsidRPr="0025334A">
        <w:t xml:space="preserve"> </w:t>
      </w:r>
      <w:proofErr w:type="spellStart"/>
      <w:r w:rsidRPr="0025334A">
        <w:t>verificabile</w:t>
      </w:r>
      <w:proofErr w:type="spellEnd"/>
      <w:r w:rsidRPr="0025334A">
        <w:t xml:space="preserve"> </w:t>
      </w:r>
      <w:proofErr w:type="spellStart"/>
      <w:r w:rsidRPr="0025334A">
        <w:t>prevăzute</w:t>
      </w:r>
      <w:proofErr w:type="spellEnd"/>
      <w:r w:rsidRPr="0025334A">
        <w:t xml:space="preserve"> </w:t>
      </w:r>
      <w:proofErr w:type="spellStart"/>
      <w:r w:rsidRPr="0025334A">
        <w:t>în</w:t>
      </w:r>
      <w:proofErr w:type="spellEnd"/>
      <w:r w:rsidRPr="0025334A">
        <w:t xml:space="preserve"> </w:t>
      </w:r>
      <w:proofErr w:type="spellStart"/>
      <w:r w:rsidRPr="0025334A">
        <w:t>caietul</w:t>
      </w:r>
      <w:proofErr w:type="spellEnd"/>
      <w:r w:rsidRPr="0025334A">
        <w:t xml:space="preserve"> de </w:t>
      </w:r>
      <w:proofErr w:type="spellStart"/>
      <w:r w:rsidRPr="0025334A">
        <w:t>sarcini</w:t>
      </w:r>
      <w:proofErr w:type="spellEnd"/>
      <w:r w:rsidRPr="0025334A">
        <w:t xml:space="preserve"> </w:t>
      </w:r>
      <w:proofErr w:type="spellStart"/>
      <w:r w:rsidRPr="0025334A">
        <w:t>pentru</w:t>
      </w:r>
      <w:proofErr w:type="spellEnd"/>
      <w:r w:rsidRPr="0025334A">
        <w:t xml:space="preserve"> </w:t>
      </w:r>
      <w:proofErr w:type="spellStart"/>
      <w:r w:rsidRPr="0025334A">
        <w:t>categoria</w:t>
      </w:r>
      <w:proofErr w:type="spellEnd"/>
      <w:r w:rsidRPr="0025334A">
        <w:t xml:space="preserve"> </w:t>
      </w:r>
      <w:proofErr w:type="spellStart"/>
      <w:r w:rsidRPr="0025334A">
        <w:t>respectivă</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w:t>
      </w:r>
      <w:proofErr w:type="spellStart"/>
      <w:r w:rsidRPr="0025334A">
        <w:t>compoziție</w:t>
      </w:r>
      <w:proofErr w:type="spellEnd"/>
      <w:r w:rsidRPr="0025334A">
        <w:t xml:space="preserve">, </w:t>
      </w:r>
      <w:proofErr w:type="spellStart"/>
      <w:r w:rsidRPr="0025334A">
        <w:t>conținut</w:t>
      </w:r>
      <w:proofErr w:type="spellEnd"/>
      <w:r w:rsidRPr="0025334A">
        <w:t xml:space="preserve"> de ingredient principal, </w:t>
      </w:r>
      <w:proofErr w:type="spellStart"/>
      <w:r w:rsidRPr="0025334A">
        <w:t>gramaj</w:t>
      </w:r>
      <w:proofErr w:type="spellEnd"/>
      <w:r w:rsidRPr="0025334A">
        <w:t xml:space="preserve">, </w:t>
      </w:r>
      <w:proofErr w:type="spellStart"/>
      <w:r w:rsidRPr="0025334A">
        <w:t>caracteristici</w:t>
      </w:r>
      <w:proofErr w:type="spellEnd"/>
      <w:r w:rsidRPr="0025334A">
        <w:t xml:space="preserve"> </w:t>
      </w:r>
      <w:proofErr w:type="spellStart"/>
      <w:r w:rsidRPr="0025334A">
        <w:t>organoleptice</w:t>
      </w:r>
      <w:proofErr w:type="spellEnd"/>
      <w:r w:rsidRPr="0025334A">
        <w:t xml:space="preserve">, </w:t>
      </w:r>
      <w:proofErr w:type="spellStart"/>
      <w:r w:rsidRPr="0025334A">
        <w:t>valoare</w:t>
      </w:r>
      <w:proofErr w:type="spellEnd"/>
      <w:r w:rsidRPr="0025334A">
        <w:t xml:space="preserve"> </w:t>
      </w:r>
      <w:proofErr w:type="spellStart"/>
      <w:r w:rsidRPr="0025334A">
        <w:t>nutritivă</w:t>
      </w:r>
      <w:proofErr w:type="spellEnd"/>
      <w:r w:rsidRPr="0025334A">
        <w:t xml:space="preserve">, </w:t>
      </w:r>
      <w:proofErr w:type="spellStart"/>
      <w:r w:rsidRPr="0025334A">
        <w:t>condiții</w:t>
      </w:r>
      <w:proofErr w:type="spellEnd"/>
      <w:r w:rsidRPr="0025334A">
        <w:t xml:space="preserve"> de </w:t>
      </w:r>
      <w:proofErr w:type="spellStart"/>
      <w:r w:rsidRPr="0025334A">
        <w:t>păstrare</w:t>
      </w:r>
      <w:proofErr w:type="spellEnd"/>
      <w:r w:rsidRPr="0025334A">
        <w:t xml:space="preserve">, </w:t>
      </w:r>
      <w:proofErr w:type="spellStart"/>
      <w:r w:rsidRPr="0025334A">
        <w:t>ambalare</w:t>
      </w:r>
      <w:proofErr w:type="spellEnd"/>
      <w:r w:rsidRPr="0025334A">
        <w:t xml:space="preserve">, </w:t>
      </w:r>
      <w:proofErr w:type="spellStart"/>
      <w:r w:rsidRPr="0025334A">
        <w:t>etichetare</w:t>
      </w:r>
      <w:proofErr w:type="spellEnd"/>
      <w:r w:rsidRPr="0025334A">
        <w:t xml:space="preserve"> </w:t>
      </w:r>
      <w:proofErr w:type="spellStart"/>
      <w:r w:rsidRPr="0025334A">
        <w:t>și</w:t>
      </w:r>
      <w:proofErr w:type="spellEnd"/>
      <w:r w:rsidRPr="0025334A">
        <w:t xml:space="preserve"> termen de </w:t>
      </w:r>
      <w:proofErr w:type="spellStart"/>
      <w:r w:rsidRPr="0025334A">
        <w:t>valabilitate</w:t>
      </w:r>
      <w:proofErr w:type="spellEnd"/>
      <w:r w:rsidRPr="0025334A">
        <w:t xml:space="preserve">. </w:t>
      </w:r>
      <w:proofErr w:type="spellStart"/>
      <w:r w:rsidRPr="0025334A">
        <w:t>Echivalența</w:t>
      </w:r>
      <w:proofErr w:type="spellEnd"/>
      <w:r w:rsidRPr="0025334A">
        <w:t xml:space="preserve"> se </w:t>
      </w:r>
      <w:proofErr w:type="spellStart"/>
      <w:r w:rsidRPr="0025334A">
        <w:t>apreciază</w:t>
      </w:r>
      <w:proofErr w:type="spellEnd"/>
      <w:r w:rsidRPr="0025334A">
        <w:t xml:space="preserve"> </w:t>
      </w:r>
      <w:proofErr w:type="spellStart"/>
      <w:r w:rsidRPr="0025334A">
        <w:t>prin</w:t>
      </w:r>
      <w:proofErr w:type="spellEnd"/>
      <w:r w:rsidRPr="0025334A">
        <w:t xml:space="preserve"> </w:t>
      </w:r>
      <w:proofErr w:type="spellStart"/>
      <w:r w:rsidRPr="0025334A">
        <w:t>raportare</w:t>
      </w:r>
      <w:proofErr w:type="spellEnd"/>
      <w:r w:rsidRPr="0025334A">
        <w:t xml:space="preserve"> la </w:t>
      </w:r>
      <w:proofErr w:type="spellStart"/>
      <w:r w:rsidRPr="0025334A">
        <w:t>aceste</w:t>
      </w:r>
      <w:proofErr w:type="spellEnd"/>
      <w:r w:rsidRPr="0025334A">
        <w:t xml:space="preserve"> </w:t>
      </w:r>
      <w:proofErr w:type="spellStart"/>
      <w:r w:rsidRPr="0025334A">
        <w:t>caracteristici</w:t>
      </w:r>
      <w:proofErr w:type="spellEnd"/>
      <w:r w:rsidRPr="0025334A">
        <w:t xml:space="preserve">, nu </w:t>
      </w:r>
      <w:proofErr w:type="spellStart"/>
      <w:r w:rsidRPr="0025334A">
        <w:t>prin</w:t>
      </w:r>
      <w:proofErr w:type="spellEnd"/>
      <w:r w:rsidRPr="0025334A">
        <w:t xml:space="preserve"> </w:t>
      </w:r>
      <w:proofErr w:type="spellStart"/>
      <w:r w:rsidRPr="0025334A">
        <w:t>notorietatea</w:t>
      </w:r>
      <w:proofErr w:type="spellEnd"/>
      <w:r w:rsidRPr="0025334A">
        <w:t xml:space="preserve"> </w:t>
      </w:r>
      <w:proofErr w:type="spellStart"/>
      <w:r w:rsidRPr="0025334A">
        <w:t>mărcii</w:t>
      </w:r>
      <w:proofErr w:type="spellEnd"/>
      <w:r w:rsidRPr="0025334A">
        <w:t xml:space="preserve">, </w:t>
      </w:r>
      <w:proofErr w:type="spellStart"/>
      <w:r w:rsidRPr="0025334A">
        <w:t>prețul</w:t>
      </w:r>
      <w:proofErr w:type="spellEnd"/>
      <w:r w:rsidRPr="0025334A">
        <w:t xml:space="preserve"> </w:t>
      </w:r>
      <w:proofErr w:type="spellStart"/>
      <w:r w:rsidRPr="0025334A">
        <w:t>comercial</w:t>
      </w:r>
      <w:proofErr w:type="spellEnd"/>
      <w:r w:rsidRPr="0025334A">
        <w:t xml:space="preserve"> </w:t>
      </w:r>
      <w:proofErr w:type="spellStart"/>
      <w:r w:rsidRPr="0025334A">
        <w:t>sau</w:t>
      </w:r>
      <w:proofErr w:type="spellEnd"/>
      <w:r w:rsidRPr="0025334A">
        <w:t xml:space="preserve"> </w:t>
      </w:r>
      <w:proofErr w:type="spellStart"/>
      <w:r w:rsidRPr="0025334A">
        <w:t>identitatea</w:t>
      </w:r>
      <w:proofErr w:type="spellEnd"/>
      <w:r w:rsidRPr="0025334A">
        <w:t xml:space="preserve"> </w:t>
      </w:r>
      <w:proofErr w:type="spellStart"/>
      <w:r w:rsidRPr="0025334A">
        <w:t>producătorului</w:t>
      </w:r>
      <w:proofErr w:type="spellEnd"/>
      <w:r w:rsidRPr="0025334A">
        <w:t>.</w:t>
      </w:r>
    </w:p>
    <w:p w14:paraId="507429F4" w14:textId="611F3C11" w:rsidR="000C4CB5" w:rsidRPr="0025334A" w:rsidRDefault="0025334A">
      <w:pPr>
        <w:spacing w:after="50" w:line="247" w:lineRule="auto"/>
      </w:pPr>
      <w:r w:rsidRPr="0025334A">
        <w:t xml:space="preserve"> </w:t>
      </w:r>
    </w:p>
    <w:p w14:paraId="137A539B" w14:textId="77777777" w:rsidR="000C4CB5" w:rsidRPr="0025334A" w:rsidRDefault="004E746A" w:rsidP="0025334A">
      <w:pPr>
        <w:pStyle w:val="Heading1"/>
      </w:pPr>
      <w:bookmarkStart w:id="1" w:name="_Toc242951445"/>
      <w:r w:rsidRPr="0025334A">
        <w:t>2. CONTEXTUL REALIZĂRII ACESTEI ACHIZIȚII DE SERVICII</w:t>
      </w:r>
      <w:bookmarkEnd w:id="1"/>
    </w:p>
    <w:p w14:paraId="56E60C3E" w14:textId="77777777" w:rsidR="000C4CB5" w:rsidRPr="0025334A" w:rsidRDefault="004E746A" w:rsidP="0025334A">
      <w:pPr>
        <w:pStyle w:val="Heading2"/>
        <w:rPr>
          <w:color w:val="auto"/>
        </w:rPr>
      </w:pPr>
      <w:bookmarkStart w:id="2" w:name="_Toc242951446"/>
      <w:r w:rsidRPr="0025334A">
        <w:rPr>
          <w:color w:val="auto"/>
        </w:rPr>
        <w:t xml:space="preserve">2.1. </w:t>
      </w:r>
      <w:proofErr w:type="spellStart"/>
      <w:r w:rsidRPr="0025334A">
        <w:rPr>
          <w:color w:val="auto"/>
        </w:rPr>
        <w:t>Informații</w:t>
      </w:r>
      <w:proofErr w:type="spellEnd"/>
      <w:r w:rsidRPr="0025334A">
        <w:rPr>
          <w:color w:val="auto"/>
        </w:rPr>
        <w:t xml:space="preserve"> </w:t>
      </w:r>
      <w:proofErr w:type="spellStart"/>
      <w:r w:rsidRPr="0025334A">
        <w:rPr>
          <w:color w:val="auto"/>
        </w:rPr>
        <w:t>despre</w:t>
      </w:r>
      <w:proofErr w:type="spellEnd"/>
      <w:r w:rsidRPr="0025334A">
        <w:rPr>
          <w:color w:val="auto"/>
        </w:rPr>
        <w:t xml:space="preserve"> </w:t>
      </w:r>
      <w:proofErr w:type="spellStart"/>
      <w:r w:rsidRPr="0025334A">
        <w:rPr>
          <w:color w:val="auto"/>
        </w:rPr>
        <w:t>Autoritatea</w:t>
      </w:r>
      <w:proofErr w:type="spellEnd"/>
      <w:r w:rsidRPr="0025334A">
        <w:rPr>
          <w:color w:val="auto"/>
        </w:rPr>
        <w:t xml:space="preserve"> </w:t>
      </w:r>
      <w:proofErr w:type="spellStart"/>
      <w:r w:rsidRPr="0025334A">
        <w:rPr>
          <w:color w:val="auto"/>
        </w:rPr>
        <w:t>Contractantă</w:t>
      </w:r>
      <w:bookmarkEnd w:id="2"/>
      <w:proofErr w:type="spellEnd"/>
    </w:p>
    <w:p w14:paraId="5270836F" w14:textId="77777777" w:rsidR="000C4CB5" w:rsidRPr="0025334A" w:rsidRDefault="004E746A">
      <w:pPr>
        <w:spacing w:after="50" w:line="247" w:lineRule="auto"/>
      </w:pPr>
      <w:r w:rsidRPr="0025334A">
        <w:t xml:space="preserve">DGASPC Bacău </w:t>
      </w:r>
      <w:proofErr w:type="spellStart"/>
      <w:r w:rsidRPr="0025334A">
        <w:t>furnizează</w:t>
      </w:r>
      <w:proofErr w:type="spellEnd"/>
      <w:r w:rsidRPr="0025334A">
        <w:t xml:space="preserve"> </w:t>
      </w:r>
      <w:proofErr w:type="spellStart"/>
      <w:r w:rsidRPr="0025334A">
        <w:t>servicii</w:t>
      </w:r>
      <w:proofErr w:type="spellEnd"/>
      <w:r w:rsidRPr="0025334A">
        <w:t xml:space="preserve"> </w:t>
      </w:r>
      <w:proofErr w:type="spellStart"/>
      <w:r w:rsidRPr="0025334A">
        <w:t>sociale</w:t>
      </w:r>
      <w:proofErr w:type="spellEnd"/>
      <w:r w:rsidRPr="0025334A">
        <w:t xml:space="preserve"> </w:t>
      </w:r>
      <w:proofErr w:type="spellStart"/>
      <w:r w:rsidRPr="0025334A">
        <w:t>unor</w:t>
      </w:r>
      <w:proofErr w:type="spellEnd"/>
      <w:r w:rsidRPr="0025334A">
        <w:t xml:space="preserve"> </w:t>
      </w:r>
      <w:proofErr w:type="spellStart"/>
      <w:r w:rsidRPr="0025334A">
        <w:t>categorii</w:t>
      </w:r>
      <w:proofErr w:type="spellEnd"/>
      <w:r w:rsidRPr="0025334A">
        <w:t xml:space="preserve"> </w:t>
      </w:r>
      <w:proofErr w:type="spellStart"/>
      <w:r w:rsidRPr="0025334A">
        <w:t>vulnerabile</w:t>
      </w:r>
      <w:proofErr w:type="spellEnd"/>
      <w:r w:rsidRPr="0025334A">
        <w:t xml:space="preserve">, </w:t>
      </w:r>
      <w:proofErr w:type="spellStart"/>
      <w:r w:rsidRPr="0025334A">
        <w:t>inclusiv</w:t>
      </w:r>
      <w:proofErr w:type="spellEnd"/>
      <w:r w:rsidRPr="0025334A">
        <w:t xml:space="preserve"> </w:t>
      </w:r>
      <w:proofErr w:type="spellStart"/>
      <w:r w:rsidRPr="0025334A">
        <w:t>mame</w:t>
      </w:r>
      <w:proofErr w:type="spellEnd"/>
      <w:r w:rsidRPr="0025334A">
        <w:t xml:space="preserve"> </w:t>
      </w:r>
      <w:proofErr w:type="spellStart"/>
      <w:r w:rsidRPr="0025334A">
        <w:t>protejate</w:t>
      </w:r>
      <w:proofErr w:type="spellEnd"/>
      <w:r w:rsidRPr="0025334A">
        <w:t xml:space="preserve"> </w:t>
      </w:r>
      <w:proofErr w:type="spellStart"/>
      <w:r w:rsidRPr="0025334A">
        <w:t>împreună</w:t>
      </w:r>
      <w:proofErr w:type="spellEnd"/>
      <w:r w:rsidRPr="0025334A">
        <w:t xml:space="preserve"> cu </w:t>
      </w:r>
      <w:proofErr w:type="spellStart"/>
      <w:r w:rsidRPr="0025334A">
        <w:t>copiii</w:t>
      </w:r>
      <w:proofErr w:type="spellEnd"/>
      <w:r w:rsidRPr="0025334A">
        <w:t xml:space="preserve"> </w:t>
      </w:r>
      <w:proofErr w:type="spellStart"/>
      <w:r w:rsidRPr="0025334A">
        <w:t>acestora</w:t>
      </w:r>
      <w:proofErr w:type="spellEnd"/>
      <w:r w:rsidRPr="0025334A">
        <w:t xml:space="preserve"> </w:t>
      </w:r>
      <w:proofErr w:type="spellStart"/>
      <w:r w:rsidRPr="0025334A">
        <w:t>și</w:t>
      </w:r>
      <w:proofErr w:type="spellEnd"/>
      <w:r w:rsidRPr="0025334A">
        <w:t xml:space="preserve"> </w:t>
      </w:r>
      <w:proofErr w:type="spellStart"/>
      <w:r w:rsidRPr="0025334A">
        <w:t>persoane</w:t>
      </w:r>
      <w:proofErr w:type="spellEnd"/>
      <w:r w:rsidRPr="0025334A">
        <w:t xml:space="preserve"> </w:t>
      </w:r>
      <w:proofErr w:type="spellStart"/>
      <w:r w:rsidRPr="0025334A">
        <w:t>adulte</w:t>
      </w:r>
      <w:proofErr w:type="spellEnd"/>
      <w:r w:rsidRPr="0025334A">
        <w:t xml:space="preserve"> cu </w:t>
      </w:r>
      <w:proofErr w:type="spellStart"/>
      <w:r w:rsidRPr="0025334A">
        <w:t>dizabilități</w:t>
      </w:r>
      <w:proofErr w:type="spellEnd"/>
      <w:r w:rsidRPr="0025334A">
        <w:t xml:space="preserve">. </w:t>
      </w:r>
      <w:proofErr w:type="spellStart"/>
      <w:r w:rsidRPr="0025334A">
        <w:t>Alimentația</w:t>
      </w:r>
      <w:proofErr w:type="spellEnd"/>
      <w:r w:rsidRPr="0025334A">
        <w:t xml:space="preserve"> </w:t>
      </w:r>
      <w:proofErr w:type="spellStart"/>
      <w:r w:rsidRPr="0025334A">
        <w:t>este</w:t>
      </w:r>
      <w:proofErr w:type="spellEnd"/>
      <w:r w:rsidRPr="0025334A">
        <w:t xml:space="preserve"> o </w:t>
      </w:r>
      <w:proofErr w:type="spellStart"/>
      <w:r w:rsidRPr="0025334A">
        <w:t>componentă</w:t>
      </w:r>
      <w:proofErr w:type="spellEnd"/>
      <w:r w:rsidRPr="0025334A">
        <w:t xml:space="preserve"> </w:t>
      </w:r>
      <w:proofErr w:type="spellStart"/>
      <w:r w:rsidRPr="0025334A">
        <w:t>esențială</w:t>
      </w:r>
      <w:proofErr w:type="spellEnd"/>
      <w:r w:rsidRPr="0025334A">
        <w:t xml:space="preserve"> a </w:t>
      </w:r>
      <w:proofErr w:type="spellStart"/>
      <w:r w:rsidRPr="0025334A">
        <w:t>îngrijirii</w:t>
      </w:r>
      <w:proofErr w:type="spellEnd"/>
      <w:r w:rsidRPr="0025334A">
        <w:t xml:space="preserve">, </w:t>
      </w:r>
      <w:proofErr w:type="spellStart"/>
      <w:r w:rsidRPr="0025334A">
        <w:t>iar</w:t>
      </w:r>
      <w:proofErr w:type="spellEnd"/>
      <w:r w:rsidRPr="0025334A">
        <w:t xml:space="preserve"> </w:t>
      </w:r>
      <w:proofErr w:type="spellStart"/>
      <w:r w:rsidRPr="0025334A">
        <w:t>întreruperea</w:t>
      </w:r>
      <w:proofErr w:type="spellEnd"/>
      <w:r w:rsidRPr="0025334A">
        <w:t xml:space="preserve"> </w:t>
      </w:r>
      <w:proofErr w:type="spellStart"/>
      <w:r w:rsidRPr="0025334A">
        <w:t>sau</w:t>
      </w:r>
      <w:proofErr w:type="spellEnd"/>
      <w:r w:rsidRPr="0025334A">
        <w:t xml:space="preserve"> </w:t>
      </w:r>
      <w:proofErr w:type="spellStart"/>
      <w:r w:rsidRPr="0025334A">
        <w:t>prestarea</w:t>
      </w:r>
      <w:proofErr w:type="spellEnd"/>
      <w:r w:rsidRPr="0025334A">
        <w:t xml:space="preserve"> </w:t>
      </w:r>
      <w:proofErr w:type="spellStart"/>
      <w:r w:rsidRPr="0025334A">
        <w:t>defectuoasă</w:t>
      </w:r>
      <w:proofErr w:type="spellEnd"/>
      <w:r w:rsidRPr="0025334A">
        <w:t xml:space="preserve"> </w:t>
      </w:r>
      <w:proofErr w:type="spellStart"/>
      <w:r w:rsidRPr="0025334A">
        <w:t>poate</w:t>
      </w:r>
      <w:proofErr w:type="spellEnd"/>
      <w:r w:rsidRPr="0025334A">
        <w:t xml:space="preserve"> produce </w:t>
      </w:r>
      <w:proofErr w:type="spellStart"/>
      <w:r w:rsidRPr="0025334A">
        <w:t>consecințe</w:t>
      </w:r>
      <w:proofErr w:type="spellEnd"/>
      <w:r w:rsidRPr="0025334A">
        <w:t xml:space="preserve"> </w:t>
      </w:r>
      <w:proofErr w:type="spellStart"/>
      <w:r w:rsidRPr="0025334A">
        <w:t>directe</w:t>
      </w:r>
      <w:proofErr w:type="spellEnd"/>
      <w:r w:rsidRPr="0025334A">
        <w:t xml:space="preserve"> </w:t>
      </w:r>
      <w:proofErr w:type="spellStart"/>
      <w:r w:rsidRPr="0025334A">
        <w:t>asupra</w:t>
      </w:r>
      <w:proofErr w:type="spellEnd"/>
      <w:r w:rsidRPr="0025334A">
        <w:t xml:space="preserve"> </w:t>
      </w:r>
      <w:proofErr w:type="spellStart"/>
      <w:r w:rsidRPr="0025334A">
        <w:t>sănătății</w:t>
      </w:r>
      <w:proofErr w:type="spellEnd"/>
      <w:r w:rsidRPr="0025334A">
        <w:t xml:space="preserve">, </w:t>
      </w:r>
      <w:proofErr w:type="spellStart"/>
      <w:r w:rsidRPr="0025334A">
        <w:t>demnității</w:t>
      </w:r>
      <w:proofErr w:type="spellEnd"/>
      <w:r w:rsidRPr="0025334A">
        <w:t xml:space="preserve"> </w:t>
      </w:r>
      <w:proofErr w:type="spellStart"/>
      <w:r w:rsidRPr="0025334A">
        <w:t>și</w:t>
      </w:r>
      <w:proofErr w:type="spellEnd"/>
      <w:r w:rsidRPr="0025334A">
        <w:t xml:space="preserve"> </w:t>
      </w:r>
      <w:proofErr w:type="spellStart"/>
      <w:r w:rsidRPr="0025334A">
        <w:t>funcționării</w:t>
      </w:r>
      <w:proofErr w:type="spellEnd"/>
      <w:r w:rsidRPr="0025334A">
        <w:t xml:space="preserve"> </w:t>
      </w:r>
      <w:proofErr w:type="spellStart"/>
      <w:r w:rsidRPr="0025334A">
        <w:t>centrelor</w:t>
      </w:r>
      <w:proofErr w:type="spellEnd"/>
      <w:r w:rsidRPr="0025334A">
        <w:t>.</w:t>
      </w:r>
    </w:p>
    <w:p w14:paraId="416F1C28" w14:textId="77777777" w:rsidR="000C4CB5" w:rsidRPr="0025334A" w:rsidRDefault="004E746A">
      <w:pPr>
        <w:spacing w:after="50" w:line="247" w:lineRule="auto"/>
      </w:pPr>
      <w:proofErr w:type="spellStart"/>
      <w:r w:rsidRPr="0025334A">
        <w:t>Necesitatea</w:t>
      </w:r>
      <w:proofErr w:type="spellEnd"/>
      <w:r w:rsidRPr="0025334A">
        <w:t xml:space="preserve"> </w:t>
      </w:r>
      <w:proofErr w:type="spellStart"/>
      <w:r w:rsidRPr="0025334A">
        <w:t>este</w:t>
      </w:r>
      <w:proofErr w:type="spellEnd"/>
      <w:r w:rsidRPr="0025334A">
        <w:t xml:space="preserve"> </w:t>
      </w:r>
      <w:proofErr w:type="spellStart"/>
      <w:r w:rsidRPr="0025334A">
        <w:t>continuă</w:t>
      </w:r>
      <w:proofErr w:type="spellEnd"/>
      <w:r w:rsidRPr="0025334A">
        <w:t xml:space="preserve"> pe </w:t>
      </w:r>
      <w:proofErr w:type="spellStart"/>
      <w:r w:rsidRPr="0025334A">
        <w:t>durata</w:t>
      </w:r>
      <w:proofErr w:type="spellEnd"/>
      <w:r w:rsidRPr="0025334A">
        <w:t xml:space="preserve"> </w:t>
      </w:r>
      <w:proofErr w:type="spellStart"/>
      <w:r w:rsidRPr="0025334A">
        <w:t>acordului-cadru</w:t>
      </w:r>
      <w:proofErr w:type="spellEnd"/>
      <w:r w:rsidRPr="0025334A">
        <w:t xml:space="preserve">, </w:t>
      </w:r>
      <w:proofErr w:type="spellStart"/>
      <w:r w:rsidRPr="0025334A">
        <w:t>inclusiv</w:t>
      </w:r>
      <w:proofErr w:type="spellEnd"/>
      <w:r w:rsidRPr="0025334A">
        <w:t xml:space="preserve"> </w:t>
      </w:r>
      <w:proofErr w:type="spellStart"/>
      <w:r w:rsidRPr="0025334A">
        <w:t>în</w:t>
      </w:r>
      <w:proofErr w:type="spellEnd"/>
      <w:r w:rsidRPr="0025334A">
        <w:t xml:space="preserve"> </w:t>
      </w:r>
      <w:proofErr w:type="spellStart"/>
      <w:r w:rsidRPr="0025334A">
        <w:t>zilele</w:t>
      </w:r>
      <w:proofErr w:type="spellEnd"/>
      <w:r w:rsidRPr="0025334A">
        <w:t xml:space="preserve"> de </w:t>
      </w:r>
      <w:proofErr w:type="spellStart"/>
      <w:r w:rsidRPr="0025334A">
        <w:t>sâmbătă</w:t>
      </w:r>
      <w:proofErr w:type="spellEnd"/>
      <w:r w:rsidRPr="0025334A">
        <w:t xml:space="preserve">, </w:t>
      </w:r>
      <w:proofErr w:type="spellStart"/>
      <w:r w:rsidRPr="0025334A">
        <w:t>duminică</w:t>
      </w:r>
      <w:proofErr w:type="spellEnd"/>
      <w:r w:rsidRPr="0025334A">
        <w:t xml:space="preserve">, </w:t>
      </w:r>
      <w:proofErr w:type="spellStart"/>
      <w:r w:rsidRPr="0025334A">
        <w:t>sărbători</w:t>
      </w:r>
      <w:proofErr w:type="spellEnd"/>
      <w:r w:rsidRPr="0025334A">
        <w:t xml:space="preserve"> </w:t>
      </w:r>
      <w:proofErr w:type="spellStart"/>
      <w:r w:rsidRPr="0025334A">
        <w:t>legale</w:t>
      </w:r>
      <w:proofErr w:type="spellEnd"/>
      <w:r w:rsidRPr="0025334A">
        <w:t xml:space="preserve"> </w:t>
      </w:r>
      <w:proofErr w:type="spellStart"/>
      <w:r w:rsidRPr="0025334A">
        <w:t>și</w:t>
      </w:r>
      <w:proofErr w:type="spellEnd"/>
      <w:r w:rsidRPr="0025334A">
        <w:t xml:space="preserve"> </w:t>
      </w:r>
      <w:proofErr w:type="spellStart"/>
      <w:r w:rsidRPr="0025334A">
        <w:t>alte</w:t>
      </w:r>
      <w:proofErr w:type="spellEnd"/>
      <w:r w:rsidRPr="0025334A">
        <w:t xml:space="preserve"> </w:t>
      </w:r>
      <w:proofErr w:type="spellStart"/>
      <w:r w:rsidRPr="0025334A">
        <w:t>zile</w:t>
      </w:r>
      <w:proofErr w:type="spellEnd"/>
      <w:r w:rsidRPr="0025334A">
        <w:t xml:space="preserve"> </w:t>
      </w:r>
      <w:proofErr w:type="spellStart"/>
      <w:r w:rsidRPr="0025334A">
        <w:t>nelucrătoare</w:t>
      </w:r>
      <w:proofErr w:type="spellEnd"/>
      <w:r w:rsidRPr="0025334A">
        <w:t xml:space="preserve">. </w:t>
      </w:r>
      <w:proofErr w:type="spellStart"/>
      <w:r w:rsidRPr="0025334A">
        <w:t>Numărul</w:t>
      </w:r>
      <w:proofErr w:type="spellEnd"/>
      <w:r w:rsidRPr="0025334A">
        <w:t xml:space="preserve"> </w:t>
      </w:r>
      <w:proofErr w:type="spellStart"/>
      <w:r w:rsidRPr="0025334A">
        <w:t>beneficiarilor</w:t>
      </w:r>
      <w:proofErr w:type="spellEnd"/>
      <w:r w:rsidRPr="0025334A">
        <w:t xml:space="preserve"> </w:t>
      </w:r>
      <w:proofErr w:type="spellStart"/>
      <w:r w:rsidRPr="0025334A">
        <w:t>poate</w:t>
      </w:r>
      <w:proofErr w:type="spellEnd"/>
      <w:r w:rsidRPr="0025334A">
        <w:t xml:space="preserve"> varia ca </w:t>
      </w:r>
      <w:proofErr w:type="spellStart"/>
      <w:r w:rsidRPr="0025334A">
        <w:t>urmare</w:t>
      </w:r>
      <w:proofErr w:type="spellEnd"/>
      <w:r w:rsidRPr="0025334A">
        <w:t xml:space="preserve"> a </w:t>
      </w:r>
      <w:proofErr w:type="spellStart"/>
      <w:r w:rsidRPr="0025334A">
        <w:t>admiterilor</w:t>
      </w:r>
      <w:proofErr w:type="spellEnd"/>
      <w:r w:rsidRPr="0025334A">
        <w:t xml:space="preserve">, </w:t>
      </w:r>
      <w:proofErr w:type="spellStart"/>
      <w:r w:rsidRPr="0025334A">
        <w:t>externărilor</w:t>
      </w:r>
      <w:proofErr w:type="spellEnd"/>
      <w:r w:rsidRPr="0025334A">
        <w:t xml:space="preserve">, </w:t>
      </w:r>
      <w:proofErr w:type="spellStart"/>
      <w:r w:rsidRPr="0025334A">
        <w:t>transferurilor</w:t>
      </w:r>
      <w:proofErr w:type="spellEnd"/>
      <w:r w:rsidRPr="0025334A">
        <w:t xml:space="preserve">, </w:t>
      </w:r>
      <w:proofErr w:type="spellStart"/>
      <w:r w:rsidRPr="0025334A">
        <w:t>absențelor</w:t>
      </w:r>
      <w:proofErr w:type="spellEnd"/>
      <w:r w:rsidRPr="0025334A">
        <w:t xml:space="preserve">, </w:t>
      </w:r>
      <w:proofErr w:type="spellStart"/>
      <w:r w:rsidRPr="0025334A">
        <w:t>spitalizărilor</w:t>
      </w:r>
      <w:proofErr w:type="spellEnd"/>
      <w:r w:rsidRPr="0025334A">
        <w:t xml:space="preserve">, </w:t>
      </w:r>
      <w:proofErr w:type="spellStart"/>
      <w:r w:rsidRPr="0025334A">
        <w:t>modificării</w:t>
      </w:r>
      <w:proofErr w:type="spellEnd"/>
      <w:r w:rsidRPr="0025334A">
        <w:t xml:space="preserve"> </w:t>
      </w:r>
      <w:proofErr w:type="spellStart"/>
      <w:r w:rsidRPr="0025334A">
        <w:t>măsurilor</w:t>
      </w:r>
      <w:proofErr w:type="spellEnd"/>
      <w:r w:rsidRPr="0025334A">
        <w:t xml:space="preserve"> de </w:t>
      </w:r>
      <w:proofErr w:type="spellStart"/>
      <w:r w:rsidRPr="0025334A">
        <w:t>protecție</w:t>
      </w:r>
      <w:proofErr w:type="spellEnd"/>
      <w:r w:rsidRPr="0025334A">
        <w:t xml:space="preserve"> </w:t>
      </w:r>
      <w:proofErr w:type="spellStart"/>
      <w:r w:rsidRPr="0025334A">
        <w:t>și</w:t>
      </w:r>
      <w:proofErr w:type="spellEnd"/>
      <w:r w:rsidRPr="0025334A">
        <w:t xml:space="preserve"> a </w:t>
      </w:r>
      <w:proofErr w:type="spellStart"/>
      <w:r w:rsidRPr="0025334A">
        <w:t>regimurilor</w:t>
      </w:r>
      <w:proofErr w:type="spellEnd"/>
      <w:r w:rsidRPr="0025334A">
        <w:t xml:space="preserve"> </w:t>
      </w:r>
      <w:proofErr w:type="spellStart"/>
      <w:r w:rsidRPr="0025334A">
        <w:t>medicale</w:t>
      </w:r>
      <w:proofErr w:type="spellEnd"/>
      <w:r w:rsidRPr="0025334A">
        <w:t xml:space="preserve">. </w:t>
      </w:r>
      <w:proofErr w:type="spellStart"/>
      <w:r w:rsidRPr="0025334A">
        <w:t>Serviciul</w:t>
      </w:r>
      <w:proofErr w:type="spellEnd"/>
      <w:r w:rsidRPr="0025334A">
        <w:t xml:space="preserve"> </w:t>
      </w:r>
      <w:proofErr w:type="spellStart"/>
      <w:r w:rsidRPr="0025334A">
        <w:t>trebuie</w:t>
      </w:r>
      <w:proofErr w:type="spellEnd"/>
      <w:r w:rsidRPr="0025334A">
        <w:t xml:space="preserve">, </w:t>
      </w:r>
      <w:proofErr w:type="spellStart"/>
      <w:r w:rsidRPr="0025334A">
        <w:t>în</w:t>
      </w:r>
      <w:proofErr w:type="spellEnd"/>
      <w:r w:rsidRPr="0025334A">
        <w:t xml:space="preserve"> </w:t>
      </w:r>
      <w:proofErr w:type="spellStart"/>
      <w:r w:rsidRPr="0025334A">
        <w:t>consecință</w:t>
      </w:r>
      <w:proofErr w:type="spellEnd"/>
      <w:r w:rsidRPr="0025334A">
        <w:t xml:space="preserve">, </w:t>
      </w:r>
      <w:proofErr w:type="spellStart"/>
      <w:r w:rsidRPr="0025334A">
        <w:t>să</w:t>
      </w:r>
      <w:proofErr w:type="spellEnd"/>
      <w:r w:rsidRPr="0025334A">
        <w:t xml:space="preserve"> fie </w:t>
      </w:r>
      <w:proofErr w:type="spellStart"/>
      <w:r w:rsidRPr="0025334A">
        <w:t>scalabil</w:t>
      </w:r>
      <w:proofErr w:type="spellEnd"/>
      <w:r w:rsidRPr="0025334A">
        <w:t xml:space="preserve"> </w:t>
      </w:r>
      <w:proofErr w:type="spellStart"/>
      <w:r w:rsidRPr="0025334A">
        <w:t>în</w:t>
      </w:r>
      <w:proofErr w:type="spellEnd"/>
      <w:r w:rsidRPr="0025334A">
        <w:t xml:space="preserve"> </w:t>
      </w:r>
      <w:proofErr w:type="spellStart"/>
      <w:r w:rsidRPr="0025334A">
        <w:t>limitele</w:t>
      </w:r>
      <w:proofErr w:type="spellEnd"/>
      <w:r w:rsidRPr="0025334A">
        <w:t xml:space="preserve"> </w:t>
      </w:r>
      <w:proofErr w:type="spellStart"/>
      <w:r w:rsidRPr="0025334A">
        <w:t>contractuale</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poată</w:t>
      </w:r>
      <w:proofErr w:type="spellEnd"/>
      <w:r w:rsidRPr="0025334A">
        <w:t xml:space="preserve"> </w:t>
      </w:r>
      <w:proofErr w:type="spellStart"/>
      <w:r w:rsidRPr="0025334A">
        <w:t>răspunde</w:t>
      </w:r>
      <w:proofErr w:type="spellEnd"/>
      <w:r w:rsidRPr="0025334A">
        <w:t xml:space="preserve"> </w:t>
      </w:r>
      <w:proofErr w:type="spellStart"/>
      <w:r w:rsidRPr="0025334A">
        <w:t>comenzilor</w:t>
      </w:r>
      <w:proofErr w:type="spellEnd"/>
      <w:r w:rsidRPr="0025334A">
        <w:t xml:space="preserve"> </w:t>
      </w:r>
      <w:proofErr w:type="spellStart"/>
      <w:r w:rsidRPr="0025334A">
        <w:t>zilnice</w:t>
      </w:r>
      <w:proofErr w:type="spellEnd"/>
      <w:r w:rsidRPr="0025334A">
        <w:t xml:space="preserve"> </w:t>
      </w:r>
      <w:proofErr w:type="spellStart"/>
      <w:r w:rsidRPr="0025334A">
        <w:t>fără</w:t>
      </w:r>
      <w:proofErr w:type="spellEnd"/>
      <w:r w:rsidRPr="0025334A">
        <w:t xml:space="preserve"> </w:t>
      </w:r>
      <w:proofErr w:type="spellStart"/>
      <w:r w:rsidRPr="0025334A">
        <w:t>afectarea</w:t>
      </w:r>
      <w:proofErr w:type="spellEnd"/>
      <w:r w:rsidRPr="0025334A">
        <w:t xml:space="preserve"> </w:t>
      </w:r>
      <w:proofErr w:type="spellStart"/>
      <w:r w:rsidRPr="0025334A">
        <w:t>siguranței</w:t>
      </w:r>
      <w:proofErr w:type="spellEnd"/>
      <w:r w:rsidRPr="0025334A">
        <w:t xml:space="preserve"> </w:t>
      </w:r>
      <w:proofErr w:type="spellStart"/>
      <w:r w:rsidRPr="0025334A">
        <w:t>și</w:t>
      </w:r>
      <w:proofErr w:type="spellEnd"/>
      <w:r w:rsidRPr="0025334A">
        <w:t xml:space="preserve"> </w:t>
      </w:r>
      <w:proofErr w:type="spellStart"/>
      <w:r w:rsidRPr="0025334A">
        <w:t>calității</w:t>
      </w:r>
      <w:proofErr w:type="spellEnd"/>
      <w:r w:rsidRPr="0025334A">
        <w:t>.</w:t>
      </w:r>
    </w:p>
    <w:p w14:paraId="5E97F469" w14:textId="77777777" w:rsidR="000C4CB5" w:rsidRPr="0025334A" w:rsidRDefault="004E746A" w:rsidP="0025334A">
      <w:pPr>
        <w:pStyle w:val="Heading2"/>
        <w:rPr>
          <w:color w:val="auto"/>
        </w:rPr>
      </w:pPr>
      <w:bookmarkStart w:id="3" w:name="_Toc242951447"/>
      <w:r w:rsidRPr="0025334A">
        <w:rPr>
          <w:color w:val="auto"/>
        </w:rPr>
        <w:t xml:space="preserve">2.2. </w:t>
      </w:r>
      <w:proofErr w:type="spellStart"/>
      <w:r w:rsidRPr="0025334A">
        <w:rPr>
          <w:color w:val="auto"/>
        </w:rPr>
        <w:t>Informații</w:t>
      </w:r>
      <w:proofErr w:type="spellEnd"/>
      <w:r w:rsidRPr="0025334A">
        <w:rPr>
          <w:color w:val="auto"/>
        </w:rPr>
        <w:t xml:space="preserve"> </w:t>
      </w:r>
      <w:proofErr w:type="spellStart"/>
      <w:r w:rsidRPr="0025334A">
        <w:rPr>
          <w:color w:val="auto"/>
        </w:rPr>
        <w:t>despre</w:t>
      </w:r>
      <w:proofErr w:type="spellEnd"/>
      <w:r w:rsidRPr="0025334A">
        <w:rPr>
          <w:color w:val="auto"/>
        </w:rPr>
        <w:t xml:space="preserve"> </w:t>
      </w:r>
      <w:proofErr w:type="spellStart"/>
      <w:r w:rsidRPr="0025334A">
        <w:rPr>
          <w:color w:val="auto"/>
        </w:rPr>
        <w:t>contextul</w:t>
      </w:r>
      <w:proofErr w:type="spellEnd"/>
      <w:r w:rsidRPr="0025334A">
        <w:rPr>
          <w:color w:val="auto"/>
        </w:rPr>
        <w:t xml:space="preserve"> care a </w:t>
      </w:r>
      <w:proofErr w:type="spellStart"/>
      <w:r w:rsidRPr="0025334A">
        <w:rPr>
          <w:color w:val="auto"/>
        </w:rPr>
        <w:t>determinat</w:t>
      </w:r>
      <w:proofErr w:type="spellEnd"/>
      <w:r w:rsidRPr="0025334A">
        <w:rPr>
          <w:color w:val="auto"/>
        </w:rPr>
        <w:t xml:space="preserve"> </w:t>
      </w:r>
      <w:proofErr w:type="spellStart"/>
      <w:r w:rsidRPr="0025334A">
        <w:rPr>
          <w:color w:val="auto"/>
        </w:rPr>
        <w:t>achiziționarea</w:t>
      </w:r>
      <w:proofErr w:type="spellEnd"/>
      <w:r w:rsidRPr="0025334A">
        <w:rPr>
          <w:color w:val="auto"/>
        </w:rPr>
        <w:t xml:space="preserve"> </w:t>
      </w:r>
      <w:proofErr w:type="spellStart"/>
      <w:r w:rsidRPr="0025334A">
        <w:rPr>
          <w:color w:val="auto"/>
        </w:rPr>
        <w:t>serviciilor</w:t>
      </w:r>
      <w:bookmarkEnd w:id="3"/>
      <w:proofErr w:type="spellEnd"/>
    </w:p>
    <w:p w14:paraId="06883DBC" w14:textId="77777777" w:rsidR="000C4CB5" w:rsidRPr="0025334A" w:rsidRDefault="004E746A">
      <w:pPr>
        <w:spacing w:after="50" w:line="247" w:lineRule="auto"/>
      </w:pPr>
      <w:proofErr w:type="spellStart"/>
      <w:r w:rsidRPr="0025334A">
        <w:t>Scopul</w:t>
      </w:r>
      <w:proofErr w:type="spellEnd"/>
      <w:r w:rsidRPr="0025334A">
        <w:t xml:space="preserve"> </w:t>
      </w:r>
      <w:proofErr w:type="spellStart"/>
      <w:r w:rsidRPr="0025334A">
        <w:t>achiziției</w:t>
      </w:r>
      <w:proofErr w:type="spellEnd"/>
      <w:r w:rsidRPr="0025334A">
        <w:t xml:space="preserve"> </w:t>
      </w:r>
      <w:proofErr w:type="spellStart"/>
      <w:r w:rsidRPr="0025334A">
        <w:t>îl</w:t>
      </w:r>
      <w:proofErr w:type="spellEnd"/>
      <w:r w:rsidRPr="0025334A">
        <w:t xml:space="preserve"> </w:t>
      </w:r>
      <w:proofErr w:type="spellStart"/>
      <w:r w:rsidRPr="0025334A">
        <w:t>reprezintă</w:t>
      </w:r>
      <w:proofErr w:type="spellEnd"/>
      <w:r w:rsidRPr="0025334A">
        <w:t xml:space="preserve"> </w:t>
      </w:r>
      <w:proofErr w:type="spellStart"/>
      <w:r w:rsidRPr="0025334A">
        <w:t>asigurarea</w:t>
      </w:r>
      <w:proofErr w:type="spellEnd"/>
      <w:r w:rsidRPr="0025334A">
        <w:t xml:space="preserve"> </w:t>
      </w:r>
      <w:proofErr w:type="spellStart"/>
      <w:r w:rsidRPr="0025334A">
        <w:t>continuă</w:t>
      </w:r>
      <w:proofErr w:type="spellEnd"/>
      <w:r w:rsidRPr="0025334A">
        <w:t xml:space="preserve">, </w:t>
      </w:r>
      <w:proofErr w:type="spellStart"/>
      <w:r w:rsidRPr="0025334A">
        <w:t>sigură</w:t>
      </w:r>
      <w:proofErr w:type="spellEnd"/>
      <w:r w:rsidRPr="0025334A">
        <w:t xml:space="preserve"> </w:t>
      </w:r>
      <w:proofErr w:type="spellStart"/>
      <w:r w:rsidRPr="0025334A">
        <w:t>și</w:t>
      </w:r>
      <w:proofErr w:type="spellEnd"/>
      <w:r w:rsidRPr="0025334A">
        <w:t xml:space="preserve"> </w:t>
      </w:r>
      <w:proofErr w:type="spellStart"/>
      <w:r w:rsidRPr="0025334A">
        <w:t>controlabilă</w:t>
      </w:r>
      <w:proofErr w:type="spellEnd"/>
      <w:r w:rsidRPr="0025334A">
        <w:t xml:space="preserve"> a </w:t>
      </w:r>
      <w:proofErr w:type="spellStart"/>
      <w:r w:rsidRPr="0025334A">
        <w:t>alimentației</w:t>
      </w:r>
      <w:proofErr w:type="spellEnd"/>
      <w:r w:rsidRPr="0025334A">
        <w:t xml:space="preserve"> </w:t>
      </w:r>
      <w:proofErr w:type="spellStart"/>
      <w:r w:rsidRPr="0025334A">
        <w:t>zilnice</w:t>
      </w:r>
      <w:proofErr w:type="spellEnd"/>
      <w:r w:rsidRPr="0025334A">
        <w:t xml:space="preserve"> </w:t>
      </w:r>
      <w:proofErr w:type="spellStart"/>
      <w:r w:rsidRPr="0025334A">
        <w:t>pentru</w:t>
      </w:r>
      <w:proofErr w:type="spellEnd"/>
      <w:r w:rsidRPr="0025334A">
        <w:t xml:space="preserve"> </w:t>
      </w:r>
      <w:proofErr w:type="spellStart"/>
      <w:r w:rsidRPr="0025334A">
        <w:t>beneficiarii</w:t>
      </w:r>
      <w:proofErr w:type="spellEnd"/>
      <w:r w:rsidRPr="0025334A">
        <w:t xml:space="preserve"> </w:t>
      </w:r>
      <w:proofErr w:type="spellStart"/>
      <w:r w:rsidRPr="0025334A">
        <w:t>celor</w:t>
      </w:r>
      <w:proofErr w:type="spellEnd"/>
      <w:r w:rsidRPr="0025334A">
        <w:t xml:space="preserve"> </w:t>
      </w:r>
      <w:proofErr w:type="spellStart"/>
      <w:r w:rsidRPr="0025334A">
        <w:t>trei</w:t>
      </w:r>
      <w:proofErr w:type="spellEnd"/>
      <w:r w:rsidRPr="0025334A">
        <w:t xml:space="preserve"> </w:t>
      </w:r>
      <w:proofErr w:type="spellStart"/>
      <w:r w:rsidRPr="0025334A">
        <w:t>structuri</w:t>
      </w:r>
      <w:proofErr w:type="spellEnd"/>
      <w:r w:rsidRPr="0025334A">
        <w:t xml:space="preserve"> </w:t>
      </w:r>
      <w:proofErr w:type="spellStart"/>
      <w:r w:rsidRPr="0025334A">
        <w:t>sociale</w:t>
      </w:r>
      <w:proofErr w:type="spellEnd"/>
      <w:r w:rsidRPr="0025334A">
        <w:t xml:space="preserve">, </w:t>
      </w:r>
      <w:proofErr w:type="spellStart"/>
      <w:r w:rsidRPr="0025334A">
        <w:t>printr</w:t>
      </w:r>
      <w:proofErr w:type="spellEnd"/>
      <w:r w:rsidRPr="0025334A">
        <w:t xml:space="preserve">-un </w:t>
      </w:r>
      <w:proofErr w:type="spellStart"/>
      <w:r w:rsidRPr="0025334A">
        <w:t>serviciu</w:t>
      </w:r>
      <w:proofErr w:type="spellEnd"/>
      <w:r w:rsidRPr="0025334A">
        <w:t xml:space="preserve"> </w:t>
      </w:r>
      <w:proofErr w:type="spellStart"/>
      <w:r w:rsidRPr="0025334A">
        <w:t>integrat</w:t>
      </w:r>
      <w:proofErr w:type="spellEnd"/>
      <w:r w:rsidRPr="0025334A">
        <w:t xml:space="preserve"> care </w:t>
      </w:r>
      <w:proofErr w:type="spellStart"/>
      <w:r w:rsidRPr="0025334A">
        <w:t>acoperă</w:t>
      </w:r>
      <w:proofErr w:type="spellEnd"/>
      <w:r w:rsidRPr="0025334A">
        <w:t xml:space="preserve"> </w:t>
      </w:r>
      <w:proofErr w:type="spellStart"/>
      <w:r w:rsidRPr="0025334A">
        <w:t>întregul</w:t>
      </w:r>
      <w:proofErr w:type="spellEnd"/>
      <w:r w:rsidRPr="0025334A">
        <w:t xml:space="preserve"> </w:t>
      </w:r>
      <w:proofErr w:type="spellStart"/>
      <w:r w:rsidRPr="0025334A">
        <w:t>lanț</w:t>
      </w:r>
      <w:proofErr w:type="spellEnd"/>
      <w:r w:rsidRPr="0025334A">
        <w:t xml:space="preserve"> </w:t>
      </w:r>
      <w:proofErr w:type="spellStart"/>
      <w:r w:rsidRPr="0025334A">
        <w:t>operațional</w:t>
      </w:r>
      <w:proofErr w:type="spellEnd"/>
      <w:r w:rsidRPr="0025334A">
        <w:t xml:space="preserve">: </w:t>
      </w:r>
      <w:proofErr w:type="spellStart"/>
      <w:r w:rsidRPr="0025334A">
        <w:t>planificarea</w:t>
      </w:r>
      <w:proofErr w:type="spellEnd"/>
      <w:r w:rsidRPr="0025334A">
        <w:t xml:space="preserve"> </w:t>
      </w:r>
      <w:proofErr w:type="spellStart"/>
      <w:r w:rsidRPr="0025334A">
        <w:t>meniurilor</w:t>
      </w:r>
      <w:proofErr w:type="spellEnd"/>
      <w:r w:rsidRPr="0025334A">
        <w:t xml:space="preserve">, </w:t>
      </w:r>
      <w:proofErr w:type="spellStart"/>
      <w:r w:rsidRPr="0025334A">
        <w:t>aprovizionarea</w:t>
      </w:r>
      <w:proofErr w:type="spellEnd"/>
      <w:r w:rsidRPr="0025334A">
        <w:t xml:space="preserve"> cu </w:t>
      </w:r>
      <w:proofErr w:type="spellStart"/>
      <w:r w:rsidRPr="0025334A">
        <w:t>materii</w:t>
      </w:r>
      <w:proofErr w:type="spellEnd"/>
      <w:r w:rsidRPr="0025334A">
        <w:t xml:space="preserve"> prime, </w:t>
      </w:r>
      <w:proofErr w:type="spellStart"/>
      <w:r w:rsidRPr="0025334A">
        <w:t>depozitarea</w:t>
      </w:r>
      <w:proofErr w:type="spellEnd"/>
      <w:r w:rsidRPr="0025334A">
        <w:t xml:space="preserve">, </w:t>
      </w:r>
      <w:proofErr w:type="spellStart"/>
      <w:r w:rsidRPr="0025334A">
        <w:t>prepararea</w:t>
      </w:r>
      <w:proofErr w:type="spellEnd"/>
      <w:r w:rsidRPr="0025334A">
        <w:t xml:space="preserve">, </w:t>
      </w:r>
      <w:proofErr w:type="spellStart"/>
      <w:r w:rsidRPr="0025334A">
        <w:t>porționarea</w:t>
      </w:r>
      <w:proofErr w:type="spellEnd"/>
      <w:r w:rsidRPr="0025334A">
        <w:t xml:space="preserve">, </w:t>
      </w:r>
      <w:proofErr w:type="spellStart"/>
      <w:r w:rsidRPr="0025334A">
        <w:t>ambalarea</w:t>
      </w:r>
      <w:proofErr w:type="spellEnd"/>
      <w:r w:rsidRPr="0025334A">
        <w:t xml:space="preserve">, </w:t>
      </w:r>
      <w:proofErr w:type="spellStart"/>
      <w:r w:rsidRPr="0025334A">
        <w:t>etichetarea</w:t>
      </w:r>
      <w:proofErr w:type="spellEnd"/>
      <w:r w:rsidRPr="0025334A">
        <w:t xml:space="preserve">, </w:t>
      </w:r>
      <w:proofErr w:type="spellStart"/>
      <w:r w:rsidRPr="0025334A">
        <w:t>transportul</w:t>
      </w:r>
      <w:proofErr w:type="spellEnd"/>
      <w:r w:rsidRPr="0025334A">
        <w:t xml:space="preserve">, </w:t>
      </w:r>
      <w:proofErr w:type="spellStart"/>
      <w:r w:rsidRPr="0025334A">
        <w:t>livrarea</w:t>
      </w:r>
      <w:proofErr w:type="spellEnd"/>
      <w:r w:rsidRPr="0025334A">
        <w:t xml:space="preserve">, </w:t>
      </w:r>
      <w:proofErr w:type="spellStart"/>
      <w:r w:rsidRPr="0025334A">
        <w:t>recepția</w:t>
      </w:r>
      <w:proofErr w:type="spellEnd"/>
      <w:r w:rsidRPr="0025334A">
        <w:t xml:space="preserve"> </w:t>
      </w:r>
      <w:proofErr w:type="spellStart"/>
      <w:r w:rsidRPr="0025334A">
        <w:t>și</w:t>
      </w:r>
      <w:proofErr w:type="spellEnd"/>
      <w:r w:rsidRPr="0025334A">
        <w:t xml:space="preserve"> </w:t>
      </w:r>
      <w:proofErr w:type="spellStart"/>
      <w:r w:rsidRPr="0025334A">
        <w:t>documentarea</w:t>
      </w:r>
      <w:proofErr w:type="spellEnd"/>
      <w:r w:rsidRPr="0025334A">
        <w:t xml:space="preserve"> </w:t>
      </w:r>
      <w:proofErr w:type="spellStart"/>
      <w:r w:rsidRPr="0025334A">
        <w:t>prestației</w:t>
      </w:r>
      <w:proofErr w:type="spellEnd"/>
      <w:r w:rsidRPr="0025334A">
        <w:t>.</w:t>
      </w:r>
    </w:p>
    <w:p w14:paraId="33B503C1" w14:textId="77777777" w:rsidR="000C4CB5" w:rsidRPr="0025334A" w:rsidRDefault="004E746A">
      <w:pPr>
        <w:spacing w:after="50" w:line="247" w:lineRule="auto"/>
      </w:pPr>
      <w:proofErr w:type="spellStart"/>
      <w:r w:rsidRPr="0025334A">
        <w:lastRenderedPageBreak/>
        <w:t>Achiziția</w:t>
      </w:r>
      <w:proofErr w:type="spellEnd"/>
      <w:r w:rsidRPr="0025334A">
        <w:t xml:space="preserve"> </w:t>
      </w:r>
      <w:proofErr w:type="spellStart"/>
      <w:r w:rsidRPr="0025334A">
        <w:t>urmărește</w:t>
      </w:r>
      <w:proofErr w:type="spellEnd"/>
      <w:r w:rsidRPr="0025334A">
        <w:t xml:space="preserve"> </w:t>
      </w:r>
      <w:proofErr w:type="spellStart"/>
      <w:r w:rsidRPr="0025334A">
        <w:t>menținerea</w:t>
      </w:r>
      <w:proofErr w:type="spellEnd"/>
      <w:r w:rsidRPr="0025334A">
        <w:t xml:space="preserve"> </w:t>
      </w:r>
      <w:proofErr w:type="spellStart"/>
      <w:r w:rsidRPr="0025334A">
        <w:t>unui</w:t>
      </w:r>
      <w:proofErr w:type="spellEnd"/>
      <w:r w:rsidRPr="0025334A">
        <w:t xml:space="preserve"> </w:t>
      </w:r>
      <w:proofErr w:type="spellStart"/>
      <w:r w:rsidRPr="0025334A">
        <w:t>nivel</w:t>
      </w:r>
      <w:proofErr w:type="spellEnd"/>
      <w:r w:rsidRPr="0025334A">
        <w:t xml:space="preserve"> </w:t>
      </w:r>
      <w:proofErr w:type="spellStart"/>
      <w:r w:rsidRPr="0025334A">
        <w:t>unitar</w:t>
      </w:r>
      <w:proofErr w:type="spellEnd"/>
      <w:r w:rsidRPr="0025334A">
        <w:t xml:space="preserve"> de </w:t>
      </w:r>
      <w:proofErr w:type="spellStart"/>
      <w:r w:rsidRPr="0025334A">
        <w:t>calitate</w:t>
      </w:r>
      <w:proofErr w:type="spellEnd"/>
      <w:r w:rsidRPr="0025334A">
        <w:t xml:space="preserve">, </w:t>
      </w:r>
      <w:proofErr w:type="spellStart"/>
      <w:r w:rsidRPr="0025334A">
        <w:t>adaptarea</w:t>
      </w:r>
      <w:proofErr w:type="spellEnd"/>
      <w:r w:rsidRPr="0025334A">
        <w:t xml:space="preserve"> </w:t>
      </w:r>
      <w:proofErr w:type="spellStart"/>
      <w:r w:rsidRPr="0025334A">
        <w:t>zilnică</w:t>
      </w:r>
      <w:proofErr w:type="spellEnd"/>
      <w:r w:rsidRPr="0025334A">
        <w:t xml:space="preserve"> la </w:t>
      </w:r>
      <w:proofErr w:type="spellStart"/>
      <w:r w:rsidRPr="0025334A">
        <w:t>efectivele</w:t>
      </w:r>
      <w:proofErr w:type="spellEnd"/>
      <w:r w:rsidRPr="0025334A">
        <w:t xml:space="preserve"> </w:t>
      </w:r>
      <w:proofErr w:type="spellStart"/>
      <w:r w:rsidRPr="0025334A">
        <w:t>reale</w:t>
      </w:r>
      <w:proofErr w:type="spellEnd"/>
      <w:r w:rsidRPr="0025334A">
        <w:t xml:space="preserve">, </w:t>
      </w:r>
      <w:proofErr w:type="spellStart"/>
      <w:r w:rsidRPr="0025334A">
        <w:t>asigurarea</w:t>
      </w:r>
      <w:proofErr w:type="spellEnd"/>
      <w:r w:rsidRPr="0025334A">
        <w:t xml:space="preserve"> </w:t>
      </w:r>
      <w:proofErr w:type="spellStart"/>
      <w:r w:rsidRPr="0025334A">
        <w:t>meniurilor</w:t>
      </w:r>
      <w:proofErr w:type="spellEnd"/>
      <w:r w:rsidRPr="0025334A">
        <w:t xml:space="preserve"> de </w:t>
      </w:r>
      <w:proofErr w:type="spellStart"/>
      <w:r w:rsidRPr="0025334A">
        <w:t>regim</w:t>
      </w:r>
      <w:proofErr w:type="spellEnd"/>
      <w:r w:rsidRPr="0025334A">
        <w:t xml:space="preserve"> </w:t>
      </w:r>
      <w:proofErr w:type="spellStart"/>
      <w:r w:rsidRPr="0025334A">
        <w:t>și</w:t>
      </w:r>
      <w:proofErr w:type="spellEnd"/>
      <w:r w:rsidRPr="0025334A">
        <w:t xml:space="preserve"> a </w:t>
      </w:r>
      <w:proofErr w:type="spellStart"/>
      <w:r w:rsidRPr="0025334A">
        <w:t>texturilor</w:t>
      </w:r>
      <w:proofErr w:type="spellEnd"/>
      <w:r w:rsidRPr="0025334A">
        <w:t xml:space="preserve"> </w:t>
      </w:r>
      <w:proofErr w:type="spellStart"/>
      <w:r w:rsidRPr="0025334A">
        <w:t>adaptate</w:t>
      </w:r>
      <w:proofErr w:type="spellEnd"/>
      <w:r w:rsidRPr="0025334A">
        <w:t xml:space="preserve">, </w:t>
      </w:r>
      <w:proofErr w:type="spellStart"/>
      <w:r w:rsidRPr="0025334A">
        <w:t>prevenirea</w:t>
      </w:r>
      <w:proofErr w:type="spellEnd"/>
      <w:r w:rsidRPr="0025334A">
        <w:t xml:space="preserve"> </w:t>
      </w:r>
      <w:proofErr w:type="spellStart"/>
      <w:r w:rsidRPr="0025334A">
        <w:t>întreruperilor</w:t>
      </w:r>
      <w:proofErr w:type="spellEnd"/>
      <w:r w:rsidRPr="0025334A">
        <w:t xml:space="preserve"> </w:t>
      </w:r>
      <w:proofErr w:type="spellStart"/>
      <w:r w:rsidRPr="0025334A">
        <w:t>și</w:t>
      </w:r>
      <w:proofErr w:type="spellEnd"/>
      <w:r w:rsidRPr="0025334A">
        <w:t xml:space="preserve"> </w:t>
      </w:r>
      <w:proofErr w:type="spellStart"/>
      <w:r w:rsidRPr="0025334A">
        <w:t>instituirea</w:t>
      </w:r>
      <w:proofErr w:type="spellEnd"/>
      <w:r w:rsidRPr="0025334A">
        <w:t xml:space="preserve"> </w:t>
      </w:r>
      <w:proofErr w:type="spellStart"/>
      <w:r w:rsidRPr="0025334A">
        <w:t>unor</w:t>
      </w:r>
      <w:proofErr w:type="spellEnd"/>
      <w:r w:rsidRPr="0025334A">
        <w:t xml:space="preserve"> </w:t>
      </w:r>
      <w:proofErr w:type="spellStart"/>
      <w:r w:rsidRPr="0025334A">
        <w:t>mecanisme</w:t>
      </w:r>
      <w:proofErr w:type="spellEnd"/>
      <w:r w:rsidRPr="0025334A">
        <w:t xml:space="preserve"> </w:t>
      </w:r>
      <w:proofErr w:type="spellStart"/>
      <w:r w:rsidRPr="0025334A">
        <w:t>verificabile</w:t>
      </w:r>
      <w:proofErr w:type="spellEnd"/>
      <w:r w:rsidRPr="0025334A">
        <w:t xml:space="preserve"> de </w:t>
      </w:r>
      <w:proofErr w:type="spellStart"/>
      <w:r w:rsidRPr="0025334A">
        <w:t>comandă</w:t>
      </w:r>
      <w:proofErr w:type="spellEnd"/>
      <w:r w:rsidRPr="0025334A">
        <w:t xml:space="preserve">, </w:t>
      </w:r>
      <w:proofErr w:type="spellStart"/>
      <w:r w:rsidRPr="0025334A">
        <w:t>trasabilitate</w:t>
      </w:r>
      <w:proofErr w:type="spellEnd"/>
      <w:r w:rsidRPr="0025334A">
        <w:t xml:space="preserve">, </w:t>
      </w:r>
      <w:proofErr w:type="spellStart"/>
      <w:r w:rsidRPr="0025334A">
        <w:t>recepție</w:t>
      </w:r>
      <w:proofErr w:type="spellEnd"/>
      <w:r w:rsidRPr="0025334A">
        <w:t xml:space="preserve">, control </w:t>
      </w:r>
      <w:proofErr w:type="spellStart"/>
      <w:r w:rsidRPr="0025334A">
        <w:t>și</w:t>
      </w:r>
      <w:proofErr w:type="spellEnd"/>
      <w:r w:rsidRPr="0025334A">
        <w:t xml:space="preserve"> </w:t>
      </w:r>
      <w:proofErr w:type="spellStart"/>
      <w:r w:rsidRPr="0025334A">
        <w:t>remediere</w:t>
      </w:r>
      <w:proofErr w:type="spellEnd"/>
      <w:r w:rsidRPr="0025334A">
        <w:t xml:space="preserve">. </w:t>
      </w:r>
      <w:proofErr w:type="spellStart"/>
      <w:r w:rsidRPr="0025334A">
        <w:t>Cantitățile</w:t>
      </w:r>
      <w:proofErr w:type="spellEnd"/>
      <w:r w:rsidRPr="0025334A">
        <w:t xml:space="preserve"> </w:t>
      </w:r>
      <w:proofErr w:type="spellStart"/>
      <w:r w:rsidRPr="0025334A">
        <w:t>maxime</w:t>
      </w:r>
      <w:proofErr w:type="spellEnd"/>
      <w:r w:rsidRPr="0025334A">
        <w:t xml:space="preserve"> au </w:t>
      </w:r>
      <w:proofErr w:type="spellStart"/>
      <w:r w:rsidRPr="0025334A">
        <w:t>rol</w:t>
      </w:r>
      <w:proofErr w:type="spellEnd"/>
      <w:r w:rsidRPr="0025334A">
        <w:t xml:space="preserve"> de </w:t>
      </w:r>
      <w:proofErr w:type="spellStart"/>
      <w:r w:rsidRPr="0025334A">
        <w:t>dimensionare</w:t>
      </w:r>
      <w:proofErr w:type="spellEnd"/>
      <w:r w:rsidRPr="0025334A">
        <w:t xml:space="preserve">; </w:t>
      </w: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achită</w:t>
      </w:r>
      <w:proofErr w:type="spellEnd"/>
      <w:r w:rsidRPr="0025334A">
        <w:t xml:space="preserve"> </w:t>
      </w:r>
      <w:proofErr w:type="spellStart"/>
      <w:r w:rsidRPr="0025334A">
        <w:t>exclusiv</w:t>
      </w:r>
      <w:proofErr w:type="spellEnd"/>
      <w:r w:rsidRPr="0025334A">
        <w:t xml:space="preserve"> </w:t>
      </w:r>
      <w:proofErr w:type="spellStart"/>
      <w:r w:rsidRPr="0025334A">
        <w:t>meniurile</w:t>
      </w:r>
      <w:proofErr w:type="spellEnd"/>
      <w:r w:rsidRPr="0025334A">
        <w:t xml:space="preserve"> </w:t>
      </w:r>
      <w:proofErr w:type="spellStart"/>
      <w:r w:rsidRPr="0025334A">
        <w:t>efectiv</w:t>
      </w:r>
      <w:proofErr w:type="spellEnd"/>
      <w:r w:rsidRPr="0025334A">
        <w:t xml:space="preserve"> </w:t>
      </w:r>
      <w:proofErr w:type="spellStart"/>
      <w:r w:rsidRPr="0025334A">
        <w:t>comandate</w:t>
      </w:r>
      <w:proofErr w:type="spellEnd"/>
      <w:r w:rsidRPr="0025334A">
        <w:t xml:space="preserve">, </w:t>
      </w:r>
      <w:proofErr w:type="spellStart"/>
      <w:r w:rsidRPr="0025334A">
        <w:t>livrate</w:t>
      </w:r>
      <w:proofErr w:type="spellEnd"/>
      <w:r w:rsidRPr="0025334A">
        <w:t xml:space="preserve">, </w:t>
      </w:r>
      <w:proofErr w:type="spellStart"/>
      <w:r w:rsidRPr="0025334A">
        <w:t>recepționate</w:t>
      </w:r>
      <w:proofErr w:type="spellEnd"/>
      <w:r w:rsidRPr="0025334A">
        <w:t xml:space="preserve"> </w:t>
      </w:r>
      <w:proofErr w:type="spellStart"/>
      <w:r w:rsidRPr="0025334A">
        <w:t>și</w:t>
      </w:r>
      <w:proofErr w:type="spellEnd"/>
      <w:r w:rsidRPr="0025334A">
        <w:t xml:space="preserve"> </w:t>
      </w:r>
      <w:proofErr w:type="spellStart"/>
      <w:r w:rsidRPr="0025334A">
        <w:t>acceptate</w:t>
      </w:r>
      <w:proofErr w:type="spellEnd"/>
      <w:r w:rsidRPr="0025334A">
        <w:t>.</w:t>
      </w:r>
    </w:p>
    <w:p w14:paraId="425DCE44" w14:textId="77777777" w:rsidR="000C4CB5" w:rsidRPr="0025334A" w:rsidRDefault="004E746A" w:rsidP="0025334A">
      <w:pPr>
        <w:pStyle w:val="Heading2"/>
        <w:rPr>
          <w:color w:val="auto"/>
        </w:rPr>
      </w:pPr>
      <w:bookmarkStart w:id="4" w:name="_Toc242951448"/>
      <w:r w:rsidRPr="0025334A">
        <w:rPr>
          <w:color w:val="auto"/>
        </w:rPr>
        <w:t xml:space="preserve">2.3. </w:t>
      </w:r>
      <w:proofErr w:type="spellStart"/>
      <w:r w:rsidRPr="0025334A">
        <w:rPr>
          <w:color w:val="auto"/>
        </w:rPr>
        <w:t>Informații</w:t>
      </w:r>
      <w:proofErr w:type="spellEnd"/>
      <w:r w:rsidRPr="0025334A">
        <w:rPr>
          <w:color w:val="auto"/>
        </w:rPr>
        <w:t xml:space="preserve"> </w:t>
      </w:r>
      <w:proofErr w:type="spellStart"/>
      <w:r w:rsidRPr="0025334A">
        <w:rPr>
          <w:color w:val="auto"/>
        </w:rPr>
        <w:t>despre</w:t>
      </w:r>
      <w:proofErr w:type="spellEnd"/>
      <w:r w:rsidRPr="0025334A">
        <w:rPr>
          <w:color w:val="auto"/>
        </w:rPr>
        <w:t xml:space="preserve"> </w:t>
      </w:r>
      <w:proofErr w:type="spellStart"/>
      <w:r w:rsidRPr="0025334A">
        <w:rPr>
          <w:color w:val="auto"/>
        </w:rPr>
        <w:t>beneficiile</w:t>
      </w:r>
      <w:proofErr w:type="spellEnd"/>
      <w:r w:rsidRPr="0025334A">
        <w:rPr>
          <w:color w:val="auto"/>
        </w:rPr>
        <w:t xml:space="preserve"> anticipate de </w:t>
      </w:r>
      <w:proofErr w:type="spellStart"/>
      <w:r w:rsidRPr="0025334A">
        <w:rPr>
          <w:color w:val="auto"/>
        </w:rPr>
        <w:t>Autoritatea</w:t>
      </w:r>
      <w:proofErr w:type="spellEnd"/>
      <w:r w:rsidRPr="0025334A">
        <w:rPr>
          <w:color w:val="auto"/>
        </w:rPr>
        <w:t xml:space="preserve"> </w:t>
      </w:r>
      <w:proofErr w:type="spellStart"/>
      <w:r w:rsidRPr="0025334A">
        <w:rPr>
          <w:color w:val="auto"/>
        </w:rPr>
        <w:t>Contractantă</w:t>
      </w:r>
      <w:bookmarkEnd w:id="4"/>
      <w:proofErr w:type="spellEnd"/>
    </w:p>
    <w:p w14:paraId="23BEE7AA" w14:textId="77777777" w:rsidR="000C4CB5" w:rsidRPr="0025334A" w:rsidRDefault="004E746A">
      <w:pPr>
        <w:spacing w:after="50" w:line="247" w:lineRule="auto"/>
      </w:pPr>
      <w:proofErr w:type="spellStart"/>
      <w:r w:rsidRPr="0025334A">
        <w:t>Rezultatul</w:t>
      </w:r>
      <w:proofErr w:type="spellEnd"/>
      <w:r w:rsidRPr="0025334A">
        <w:t xml:space="preserve"> </w:t>
      </w:r>
      <w:proofErr w:type="spellStart"/>
      <w:r w:rsidRPr="0025334A">
        <w:t>așteptat</w:t>
      </w:r>
      <w:proofErr w:type="spellEnd"/>
      <w:r w:rsidRPr="0025334A">
        <w:t xml:space="preserve"> </w:t>
      </w:r>
      <w:proofErr w:type="spellStart"/>
      <w:r w:rsidRPr="0025334A">
        <w:t>este</w:t>
      </w:r>
      <w:proofErr w:type="spellEnd"/>
      <w:r w:rsidRPr="0025334A">
        <w:t xml:space="preserve"> </w:t>
      </w:r>
      <w:proofErr w:type="spellStart"/>
      <w:r w:rsidRPr="0025334A">
        <w:t>punerea</w:t>
      </w:r>
      <w:proofErr w:type="spellEnd"/>
      <w:r w:rsidRPr="0025334A">
        <w:t xml:space="preserve"> la </w:t>
      </w:r>
      <w:proofErr w:type="spellStart"/>
      <w:r w:rsidRPr="0025334A">
        <w:t>dispoziția</w:t>
      </w:r>
      <w:proofErr w:type="spellEnd"/>
      <w:r w:rsidRPr="0025334A">
        <w:t xml:space="preserve"> </w:t>
      </w:r>
      <w:proofErr w:type="spellStart"/>
      <w:r w:rsidRPr="0025334A">
        <w:t>fiecărei</w:t>
      </w:r>
      <w:proofErr w:type="spellEnd"/>
      <w:r w:rsidRPr="0025334A">
        <w:t xml:space="preserve"> </w:t>
      </w:r>
      <w:proofErr w:type="spellStart"/>
      <w:r w:rsidRPr="0025334A">
        <w:t>structuri</w:t>
      </w:r>
      <w:proofErr w:type="spellEnd"/>
      <w:r w:rsidRPr="0025334A">
        <w:t xml:space="preserve">, </w:t>
      </w:r>
      <w:proofErr w:type="spellStart"/>
      <w:r w:rsidRPr="0025334A">
        <w:t>în</w:t>
      </w:r>
      <w:proofErr w:type="spellEnd"/>
      <w:r w:rsidRPr="0025334A">
        <w:t xml:space="preserve"> </w:t>
      </w:r>
      <w:proofErr w:type="spellStart"/>
      <w:r w:rsidRPr="0025334A">
        <w:t>fiecare</w:t>
      </w:r>
      <w:proofErr w:type="spellEnd"/>
      <w:r w:rsidRPr="0025334A">
        <w:t xml:space="preserve"> zi de </w:t>
      </w:r>
      <w:proofErr w:type="spellStart"/>
      <w:r w:rsidRPr="0025334A">
        <w:t>prestare</w:t>
      </w:r>
      <w:proofErr w:type="spellEnd"/>
      <w:r w:rsidRPr="0025334A">
        <w:t xml:space="preserve"> </w:t>
      </w:r>
      <w:proofErr w:type="spellStart"/>
      <w:r w:rsidRPr="0025334A">
        <w:t>și</w:t>
      </w:r>
      <w:proofErr w:type="spellEnd"/>
      <w:r w:rsidRPr="0025334A">
        <w:t xml:space="preserve"> la </w:t>
      </w:r>
      <w:proofErr w:type="spellStart"/>
      <w:r w:rsidRPr="0025334A">
        <w:t>orele</w:t>
      </w:r>
      <w:proofErr w:type="spellEnd"/>
      <w:r w:rsidRPr="0025334A">
        <w:t xml:space="preserve"> </w:t>
      </w:r>
      <w:proofErr w:type="spellStart"/>
      <w:r w:rsidRPr="0025334A">
        <w:t>convenite</w:t>
      </w:r>
      <w:proofErr w:type="spellEnd"/>
      <w:r w:rsidRPr="0025334A">
        <w:t xml:space="preserve">, a </w:t>
      </w:r>
      <w:proofErr w:type="spellStart"/>
      <w:r w:rsidRPr="0025334A">
        <w:t>numărului</w:t>
      </w:r>
      <w:proofErr w:type="spellEnd"/>
      <w:r w:rsidRPr="0025334A">
        <w:t xml:space="preserve"> de </w:t>
      </w:r>
      <w:proofErr w:type="spellStart"/>
      <w:r w:rsidRPr="0025334A">
        <w:t>meniuri</w:t>
      </w:r>
      <w:proofErr w:type="spellEnd"/>
      <w:r w:rsidRPr="0025334A">
        <w:t xml:space="preserve"> </w:t>
      </w:r>
      <w:proofErr w:type="spellStart"/>
      <w:r w:rsidRPr="0025334A">
        <w:t>comandat</w:t>
      </w:r>
      <w:proofErr w:type="spellEnd"/>
      <w:r w:rsidRPr="0025334A">
        <w:t xml:space="preserve">, </w:t>
      </w:r>
      <w:proofErr w:type="spellStart"/>
      <w:r w:rsidRPr="0025334A">
        <w:t>în</w:t>
      </w:r>
      <w:proofErr w:type="spellEnd"/>
      <w:r w:rsidRPr="0025334A">
        <w:t xml:space="preserve"> stare </w:t>
      </w:r>
      <w:proofErr w:type="spellStart"/>
      <w:r w:rsidRPr="0025334A">
        <w:t>corespunzătoare</w:t>
      </w:r>
      <w:proofErr w:type="spellEnd"/>
      <w:r w:rsidRPr="0025334A">
        <w:t xml:space="preserve"> de </w:t>
      </w:r>
      <w:proofErr w:type="spellStart"/>
      <w:r w:rsidRPr="0025334A">
        <w:t>consum</w:t>
      </w:r>
      <w:proofErr w:type="spellEnd"/>
      <w:r w:rsidRPr="0025334A">
        <w:t xml:space="preserve"> </w:t>
      </w:r>
      <w:proofErr w:type="spellStart"/>
      <w:r w:rsidRPr="0025334A">
        <w:t>și</w:t>
      </w:r>
      <w:proofErr w:type="spellEnd"/>
      <w:r w:rsidRPr="0025334A">
        <w:t xml:space="preserve"> </w:t>
      </w:r>
      <w:proofErr w:type="spellStart"/>
      <w:r w:rsidRPr="0025334A">
        <w:t>însoțit</w:t>
      </w:r>
      <w:proofErr w:type="spellEnd"/>
      <w:r w:rsidRPr="0025334A">
        <w:t xml:space="preserve"> de </w:t>
      </w:r>
      <w:proofErr w:type="spellStart"/>
      <w:r w:rsidRPr="0025334A">
        <w:t>documentele</w:t>
      </w:r>
      <w:proofErr w:type="spellEnd"/>
      <w:r w:rsidRPr="0025334A">
        <w:t xml:space="preserve"> </w:t>
      </w:r>
      <w:proofErr w:type="spellStart"/>
      <w:r w:rsidRPr="0025334A">
        <w:t>necesare</w:t>
      </w:r>
      <w:proofErr w:type="spellEnd"/>
      <w:r w:rsidRPr="0025334A">
        <w:t xml:space="preserve"> </w:t>
      </w:r>
      <w:proofErr w:type="spellStart"/>
      <w:r w:rsidRPr="0025334A">
        <w:t>recepției</w:t>
      </w:r>
      <w:proofErr w:type="spellEnd"/>
      <w:r w:rsidRPr="0025334A">
        <w:t xml:space="preserve">. </w:t>
      </w:r>
      <w:proofErr w:type="spellStart"/>
      <w:r w:rsidRPr="0025334A">
        <w:t>Serviciul</w:t>
      </w:r>
      <w:proofErr w:type="spellEnd"/>
      <w:r w:rsidRPr="0025334A">
        <w:t xml:space="preserve"> se </w:t>
      </w:r>
      <w:proofErr w:type="spellStart"/>
      <w:r w:rsidRPr="0025334A">
        <w:t>consideră</w:t>
      </w:r>
      <w:proofErr w:type="spellEnd"/>
      <w:r w:rsidRPr="0025334A">
        <w:t xml:space="preserve"> </w:t>
      </w:r>
      <w:proofErr w:type="spellStart"/>
      <w:r w:rsidRPr="0025334A">
        <w:t>prestat</w:t>
      </w:r>
      <w:proofErr w:type="spellEnd"/>
      <w:r w:rsidRPr="0025334A">
        <w:t xml:space="preserve"> </w:t>
      </w:r>
      <w:proofErr w:type="spellStart"/>
      <w:r w:rsidRPr="0025334A">
        <w:t>corespunzător</w:t>
      </w:r>
      <w:proofErr w:type="spellEnd"/>
      <w:r w:rsidRPr="0025334A">
        <w:t xml:space="preserve"> </w:t>
      </w:r>
      <w:proofErr w:type="spellStart"/>
      <w:r w:rsidRPr="0025334A">
        <w:t>numai</w:t>
      </w:r>
      <w:proofErr w:type="spellEnd"/>
      <w:r w:rsidRPr="0025334A">
        <w:t xml:space="preserve"> </w:t>
      </w:r>
      <w:proofErr w:type="spellStart"/>
      <w:r w:rsidRPr="0025334A">
        <w:t>dacă</w:t>
      </w:r>
      <w:proofErr w:type="spellEnd"/>
      <w:r w:rsidRPr="0025334A">
        <w:t xml:space="preserve"> sunt </w:t>
      </w:r>
      <w:proofErr w:type="spellStart"/>
      <w:r w:rsidRPr="0025334A">
        <w:t>îndeplinite</w:t>
      </w:r>
      <w:proofErr w:type="spellEnd"/>
      <w:r w:rsidRPr="0025334A">
        <w:t xml:space="preserve"> </w:t>
      </w:r>
      <w:proofErr w:type="spellStart"/>
      <w:r w:rsidRPr="0025334A">
        <w:t>cumulativ</w:t>
      </w:r>
      <w:proofErr w:type="spellEnd"/>
      <w:r w:rsidRPr="0025334A">
        <w:t xml:space="preserve"> </w:t>
      </w:r>
      <w:proofErr w:type="spellStart"/>
      <w:r w:rsidRPr="0025334A">
        <w:t>cerințele</w:t>
      </w:r>
      <w:proofErr w:type="spellEnd"/>
      <w:r w:rsidRPr="0025334A">
        <w:t xml:space="preserve"> </w:t>
      </w:r>
      <w:proofErr w:type="spellStart"/>
      <w:r w:rsidRPr="0025334A">
        <w:t>cantitative</w:t>
      </w:r>
      <w:proofErr w:type="spellEnd"/>
      <w:r w:rsidRPr="0025334A">
        <w:t xml:space="preserve">, </w:t>
      </w:r>
      <w:proofErr w:type="spellStart"/>
      <w:r w:rsidRPr="0025334A">
        <w:t>calitative</w:t>
      </w:r>
      <w:proofErr w:type="spellEnd"/>
      <w:r w:rsidRPr="0025334A">
        <w:t xml:space="preserve">, </w:t>
      </w:r>
      <w:proofErr w:type="spellStart"/>
      <w:r w:rsidRPr="0025334A">
        <w:t>sanitare</w:t>
      </w:r>
      <w:proofErr w:type="spellEnd"/>
      <w:r w:rsidRPr="0025334A">
        <w:t xml:space="preserve">, </w:t>
      </w:r>
      <w:proofErr w:type="spellStart"/>
      <w:r w:rsidRPr="0025334A">
        <w:t>nutriționale</w:t>
      </w:r>
      <w:proofErr w:type="spellEnd"/>
      <w:r w:rsidRPr="0025334A">
        <w:t xml:space="preserve">, de </w:t>
      </w:r>
      <w:proofErr w:type="spellStart"/>
      <w:r w:rsidRPr="0025334A">
        <w:t>temperatură</w:t>
      </w:r>
      <w:proofErr w:type="spellEnd"/>
      <w:r w:rsidRPr="0025334A">
        <w:t xml:space="preserve">, </w:t>
      </w:r>
      <w:proofErr w:type="spellStart"/>
      <w:r w:rsidRPr="0025334A">
        <w:t>trasabilitate</w:t>
      </w:r>
      <w:proofErr w:type="spellEnd"/>
      <w:r w:rsidRPr="0025334A">
        <w:t xml:space="preserve">, </w:t>
      </w:r>
      <w:proofErr w:type="spellStart"/>
      <w:r w:rsidRPr="0025334A">
        <w:t>etichetare</w:t>
      </w:r>
      <w:proofErr w:type="spellEnd"/>
      <w:r w:rsidRPr="0025334A">
        <w:t xml:space="preserve"> </w:t>
      </w:r>
      <w:proofErr w:type="spellStart"/>
      <w:r w:rsidRPr="0025334A">
        <w:t>și</w:t>
      </w:r>
      <w:proofErr w:type="spellEnd"/>
      <w:r w:rsidRPr="0025334A">
        <w:t xml:space="preserve"> termen.</w:t>
      </w:r>
    </w:p>
    <w:p w14:paraId="3AC336DD" w14:textId="37758B35" w:rsidR="000C4CB5" w:rsidRPr="0025334A" w:rsidRDefault="004E746A" w:rsidP="0025334A">
      <w:pPr>
        <w:pStyle w:val="Heading2"/>
        <w:rPr>
          <w:color w:val="auto"/>
        </w:rPr>
      </w:pPr>
      <w:bookmarkStart w:id="5" w:name="_Toc242951449"/>
      <w:r w:rsidRPr="0025334A">
        <w:rPr>
          <w:color w:val="auto"/>
        </w:rPr>
        <w:t>2.</w:t>
      </w:r>
      <w:r w:rsidR="0025334A" w:rsidRPr="0025334A">
        <w:rPr>
          <w:color w:val="auto"/>
        </w:rPr>
        <w:t>4</w:t>
      </w:r>
      <w:r w:rsidRPr="0025334A">
        <w:rPr>
          <w:color w:val="auto"/>
        </w:rPr>
        <w:t xml:space="preserve">. </w:t>
      </w:r>
      <w:proofErr w:type="spellStart"/>
      <w:r w:rsidRPr="0025334A">
        <w:rPr>
          <w:color w:val="auto"/>
        </w:rPr>
        <w:t>Factori</w:t>
      </w:r>
      <w:proofErr w:type="spellEnd"/>
      <w:r w:rsidRPr="0025334A">
        <w:rPr>
          <w:color w:val="auto"/>
        </w:rPr>
        <w:t xml:space="preserve"> </w:t>
      </w:r>
      <w:proofErr w:type="spellStart"/>
      <w:r w:rsidRPr="0025334A">
        <w:rPr>
          <w:color w:val="auto"/>
        </w:rPr>
        <w:t>interesați</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rolul</w:t>
      </w:r>
      <w:proofErr w:type="spellEnd"/>
      <w:r w:rsidRPr="0025334A">
        <w:rPr>
          <w:color w:val="auto"/>
        </w:rPr>
        <w:t xml:space="preserve"> </w:t>
      </w:r>
      <w:proofErr w:type="spellStart"/>
      <w:r w:rsidRPr="0025334A">
        <w:rPr>
          <w:color w:val="auto"/>
        </w:rPr>
        <w:t>acestora</w:t>
      </w:r>
      <w:bookmarkEnd w:id="5"/>
      <w:proofErr w:type="spellEnd"/>
    </w:p>
    <w:p w14:paraId="6E1C8590" w14:textId="77777777" w:rsidR="000C4CB5" w:rsidRDefault="004E746A">
      <w:pPr>
        <w:spacing w:after="50" w:line="247" w:lineRule="auto"/>
      </w:pPr>
      <w:proofErr w:type="spellStart"/>
      <w:r w:rsidRPr="0025334A">
        <w:t>Principalii</w:t>
      </w:r>
      <w:proofErr w:type="spellEnd"/>
      <w:r w:rsidRPr="0025334A">
        <w:t xml:space="preserve"> </w:t>
      </w:r>
      <w:proofErr w:type="spellStart"/>
      <w:r w:rsidRPr="0025334A">
        <w:t>factori</w:t>
      </w:r>
      <w:proofErr w:type="spellEnd"/>
      <w:r w:rsidRPr="0025334A">
        <w:t xml:space="preserve"> </w:t>
      </w:r>
      <w:proofErr w:type="spellStart"/>
      <w:r w:rsidRPr="0025334A">
        <w:t>interesați</w:t>
      </w:r>
      <w:proofErr w:type="spellEnd"/>
      <w:r w:rsidRPr="0025334A">
        <w:t xml:space="preserve"> sunt: DGASPC Bacău, </w:t>
      </w:r>
      <w:proofErr w:type="spellStart"/>
      <w:r w:rsidRPr="0025334A">
        <w:t>prin</w:t>
      </w:r>
      <w:proofErr w:type="spellEnd"/>
      <w:r w:rsidRPr="0025334A">
        <w:t xml:space="preserve"> </w:t>
      </w:r>
      <w:proofErr w:type="spellStart"/>
      <w:r w:rsidRPr="0025334A">
        <w:t>structurile</w:t>
      </w:r>
      <w:proofErr w:type="spellEnd"/>
      <w:r w:rsidRPr="0025334A">
        <w:t xml:space="preserve"> </w:t>
      </w:r>
      <w:proofErr w:type="spellStart"/>
      <w:r w:rsidRPr="0025334A">
        <w:t>responsabile</w:t>
      </w:r>
      <w:proofErr w:type="spellEnd"/>
      <w:r w:rsidRPr="0025334A">
        <w:t xml:space="preserve"> de </w:t>
      </w:r>
      <w:proofErr w:type="spellStart"/>
      <w:r w:rsidRPr="0025334A">
        <w:t>achiziție</w:t>
      </w:r>
      <w:proofErr w:type="spellEnd"/>
      <w:r w:rsidRPr="0025334A">
        <w:t xml:space="preserve">, </w:t>
      </w:r>
      <w:proofErr w:type="spellStart"/>
      <w:r w:rsidRPr="0025334A">
        <w:t>contractare</w:t>
      </w:r>
      <w:proofErr w:type="spellEnd"/>
      <w:r w:rsidRPr="0025334A">
        <w:t xml:space="preserve">, </w:t>
      </w:r>
      <w:proofErr w:type="spellStart"/>
      <w:r w:rsidRPr="0025334A">
        <w:t>monitorizare</w:t>
      </w:r>
      <w:proofErr w:type="spellEnd"/>
      <w:r w:rsidRPr="0025334A">
        <w:t xml:space="preserve"> </w:t>
      </w:r>
      <w:proofErr w:type="spellStart"/>
      <w:r w:rsidRPr="0025334A">
        <w:t>și</w:t>
      </w:r>
      <w:proofErr w:type="spellEnd"/>
      <w:r w:rsidRPr="0025334A">
        <w:t xml:space="preserve"> </w:t>
      </w:r>
      <w:proofErr w:type="spellStart"/>
      <w:r w:rsidRPr="0025334A">
        <w:t>plată</w:t>
      </w:r>
      <w:proofErr w:type="spellEnd"/>
      <w:r w:rsidRPr="0025334A">
        <w:t xml:space="preserve">; </w:t>
      </w:r>
      <w:proofErr w:type="spellStart"/>
      <w:r w:rsidRPr="0025334A">
        <w:t>conducerile</w:t>
      </w:r>
      <w:proofErr w:type="spellEnd"/>
      <w:r w:rsidRPr="0025334A">
        <w:t xml:space="preserve"> </w:t>
      </w:r>
      <w:proofErr w:type="spellStart"/>
      <w:r w:rsidRPr="0025334A">
        <w:t>și</w:t>
      </w:r>
      <w:proofErr w:type="spellEnd"/>
      <w:r w:rsidRPr="0025334A">
        <w:t xml:space="preserve"> </w:t>
      </w:r>
      <w:proofErr w:type="spellStart"/>
      <w:r w:rsidRPr="0025334A">
        <w:t>personalul</w:t>
      </w:r>
      <w:proofErr w:type="spellEnd"/>
      <w:r w:rsidRPr="0025334A">
        <w:t xml:space="preserve"> </w:t>
      </w:r>
      <w:proofErr w:type="spellStart"/>
      <w:r w:rsidRPr="0025334A">
        <w:t>desemnat</w:t>
      </w:r>
      <w:proofErr w:type="spellEnd"/>
      <w:r w:rsidRPr="0025334A">
        <w:t xml:space="preserve"> al </w:t>
      </w:r>
      <w:proofErr w:type="spellStart"/>
      <w:r w:rsidRPr="0025334A">
        <w:t>centrelor</w:t>
      </w:r>
      <w:proofErr w:type="spellEnd"/>
      <w:r w:rsidRPr="0025334A">
        <w:t xml:space="preserve"> </w:t>
      </w:r>
      <w:proofErr w:type="spellStart"/>
      <w:r w:rsidRPr="0025334A">
        <w:t>beneficiare</w:t>
      </w:r>
      <w:proofErr w:type="spellEnd"/>
      <w:r w:rsidRPr="0025334A">
        <w:t xml:space="preserve">, care transmit </w:t>
      </w:r>
      <w:proofErr w:type="spellStart"/>
      <w:r w:rsidRPr="0025334A">
        <w:t>comenzile</w:t>
      </w:r>
      <w:proofErr w:type="spellEnd"/>
      <w:r w:rsidRPr="0025334A">
        <w:t xml:space="preserve">, </w:t>
      </w:r>
      <w:proofErr w:type="spellStart"/>
      <w:r w:rsidRPr="0025334A">
        <w:t>participă</w:t>
      </w:r>
      <w:proofErr w:type="spellEnd"/>
      <w:r w:rsidRPr="0025334A">
        <w:t xml:space="preserve"> la </w:t>
      </w:r>
      <w:proofErr w:type="spellStart"/>
      <w:r w:rsidRPr="0025334A">
        <w:t>recepție</w:t>
      </w:r>
      <w:proofErr w:type="spellEnd"/>
      <w:r w:rsidRPr="0025334A">
        <w:t xml:space="preserve"> </w:t>
      </w:r>
      <w:proofErr w:type="spellStart"/>
      <w:r w:rsidRPr="0025334A">
        <w:t>și</w:t>
      </w:r>
      <w:proofErr w:type="spellEnd"/>
      <w:r w:rsidRPr="0025334A">
        <w:t xml:space="preserve"> </w:t>
      </w:r>
      <w:proofErr w:type="spellStart"/>
      <w:r w:rsidRPr="0025334A">
        <w:t>semnalează</w:t>
      </w:r>
      <w:proofErr w:type="spellEnd"/>
      <w:r w:rsidRPr="0025334A">
        <w:t xml:space="preserve"> </w:t>
      </w:r>
      <w:proofErr w:type="spellStart"/>
      <w:r w:rsidRPr="0025334A">
        <w:t>neconformitățile</w:t>
      </w:r>
      <w:proofErr w:type="spellEnd"/>
      <w:r w:rsidRPr="0025334A">
        <w:t xml:space="preserve">; </w:t>
      </w:r>
      <w:proofErr w:type="spellStart"/>
      <w:r w:rsidRPr="0025334A">
        <w:t>beneficiarii</w:t>
      </w:r>
      <w:proofErr w:type="spellEnd"/>
      <w:r w:rsidRPr="0025334A">
        <w:t xml:space="preserve"> </w:t>
      </w:r>
      <w:proofErr w:type="spellStart"/>
      <w:r w:rsidRPr="0025334A">
        <w:t>serviciilor</w:t>
      </w:r>
      <w:proofErr w:type="spellEnd"/>
      <w:r w:rsidRPr="0025334A">
        <w:t xml:space="preserve"> </w:t>
      </w:r>
      <w:proofErr w:type="spellStart"/>
      <w:r w:rsidRPr="0025334A">
        <w:t>sociale</w:t>
      </w:r>
      <w:proofErr w:type="spellEnd"/>
      <w:r w:rsidRPr="0025334A">
        <w:t xml:space="preserve">, </w:t>
      </w:r>
      <w:proofErr w:type="spellStart"/>
      <w:r w:rsidRPr="0025334A">
        <w:t>destinatarii</w:t>
      </w:r>
      <w:proofErr w:type="spellEnd"/>
      <w:r w:rsidRPr="0025334A">
        <w:t xml:space="preserve"> </w:t>
      </w:r>
      <w:proofErr w:type="spellStart"/>
      <w:r w:rsidRPr="0025334A">
        <w:t>direcți</w:t>
      </w:r>
      <w:proofErr w:type="spellEnd"/>
      <w:r w:rsidRPr="0025334A">
        <w:t xml:space="preserve"> ai </w:t>
      </w:r>
      <w:proofErr w:type="spellStart"/>
      <w:r w:rsidRPr="0025334A">
        <w:t>hranei</w:t>
      </w:r>
      <w:proofErr w:type="spellEnd"/>
      <w:r w:rsidRPr="0025334A">
        <w:t xml:space="preserve">; </w:t>
      </w:r>
      <w:proofErr w:type="spellStart"/>
      <w:r w:rsidRPr="0025334A">
        <w:t>Prestatorul</w:t>
      </w:r>
      <w:proofErr w:type="spellEnd"/>
      <w:r w:rsidRPr="0025334A">
        <w:t xml:space="preserve">, </w:t>
      </w:r>
      <w:proofErr w:type="spellStart"/>
      <w:r w:rsidRPr="0025334A">
        <w:t>responsabil</w:t>
      </w:r>
      <w:proofErr w:type="spellEnd"/>
      <w:r w:rsidRPr="0025334A">
        <w:t xml:space="preserve"> de </w:t>
      </w:r>
      <w:proofErr w:type="spellStart"/>
      <w:r w:rsidRPr="0025334A">
        <w:t>organizarea</w:t>
      </w:r>
      <w:proofErr w:type="spellEnd"/>
      <w:r w:rsidRPr="0025334A">
        <w:t xml:space="preserve"> </w:t>
      </w:r>
      <w:proofErr w:type="spellStart"/>
      <w:r w:rsidRPr="0025334A">
        <w:t>integrală</w:t>
      </w:r>
      <w:proofErr w:type="spellEnd"/>
      <w:r w:rsidRPr="0025334A">
        <w:t xml:space="preserve"> a </w:t>
      </w:r>
      <w:proofErr w:type="spellStart"/>
      <w:r w:rsidRPr="0025334A">
        <w:t>serviciului</w:t>
      </w:r>
      <w:proofErr w:type="spellEnd"/>
      <w:r w:rsidRPr="0025334A">
        <w:t xml:space="preserve">; precum </w:t>
      </w:r>
      <w:proofErr w:type="spellStart"/>
      <w:r w:rsidRPr="0025334A">
        <w:t>și</w:t>
      </w:r>
      <w:proofErr w:type="spellEnd"/>
      <w:r w:rsidRPr="0025334A">
        <w:t xml:space="preserve"> </w:t>
      </w:r>
      <w:proofErr w:type="spellStart"/>
      <w:r w:rsidRPr="0025334A">
        <w:t>autoritățile</w:t>
      </w:r>
      <w:proofErr w:type="spellEnd"/>
      <w:r w:rsidRPr="0025334A">
        <w:t xml:space="preserve"> </w:t>
      </w:r>
      <w:proofErr w:type="spellStart"/>
      <w:r w:rsidRPr="0025334A">
        <w:t>competente</w:t>
      </w:r>
      <w:proofErr w:type="spellEnd"/>
      <w:r w:rsidRPr="0025334A">
        <w:t xml:space="preserve"> de control </w:t>
      </w:r>
      <w:proofErr w:type="spellStart"/>
      <w:r w:rsidRPr="0025334A">
        <w:t>sanitar</w:t>
      </w:r>
      <w:proofErr w:type="spellEnd"/>
      <w:r w:rsidRPr="0025334A">
        <w:t xml:space="preserve">, </w:t>
      </w:r>
      <w:proofErr w:type="spellStart"/>
      <w:r w:rsidRPr="0025334A">
        <w:t>sanitar-veterinar</w:t>
      </w:r>
      <w:proofErr w:type="spellEnd"/>
      <w:r w:rsidRPr="0025334A">
        <w:t xml:space="preserve">, de </w:t>
      </w:r>
      <w:proofErr w:type="spellStart"/>
      <w:r w:rsidRPr="0025334A">
        <w:t>sănătate</w:t>
      </w:r>
      <w:proofErr w:type="spellEnd"/>
      <w:r w:rsidRPr="0025334A">
        <w:t xml:space="preserve"> </w:t>
      </w:r>
      <w:proofErr w:type="spellStart"/>
      <w:r w:rsidRPr="0025334A">
        <w:t>publică</w:t>
      </w:r>
      <w:proofErr w:type="spellEnd"/>
      <w:r w:rsidRPr="0025334A">
        <w:t xml:space="preserve"> </w:t>
      </w:r>
      <w:proofErr w:type="spellStart"/>
      <w:r w:rsidRPr="0025334A">
        <w:t>și</w:t>
      </w:r>
      <w:proofErr w:type="spellEnd"/>
      <w:r w:rsidRPr="0025334A">
        <w:t xml:space="preserve"> din </w:t>
      </w:r>
      <w:proofErr w:type="spellStart"/>
      <w:r w:rsidRPr="0025334A">
        <w:t>celelalte</w:t>
      </w:r>
      <w:proofErr w:type="spellEnd"/>
      <w:r w:rsidRPr="0025334A">
        <w:t xml:space="preserve"> </w:t>
      </w:r>
      <w:proofErr w:type="spellStart"/>
      <w:r w:rsidRPr="0025334A">
        <w:t>domenii</w:t>
      </w:r>
      <w:proofErr w:type="spellEnd"/>
      <w:r w:rsidRPr="0025334A">
        <w:t xml:space="preserve"> </w:t>
      </w:r>
      <w:proofErr w:type="spellStart"/>
      <w:r w:rsidRPr="0025334A">
        <w:t>incidente</w:t>
      </w:r>
      <w:proofErr w:type="spellEnd"/>
      <w:r w:rsidRPr="0025334A">
        <w:t xml:space="preserve">, </w:t>
      </w:r>
      <w:proofErr w:type="spellStart"/>
      <w:r w:rsidRPr="0025334A">
        <w:t>în</w:t>
      </w:r>
      <w:proofErr w:type="spellEnd"/>
      <w:r w:rsidRPr="0025334A">
        <w:t xml:space="preserve"> </w:t>
      </w:r>
      <w:proofErr w:type="spellStart"/>
      <w:r w:rsidRPr="0025334A">
        <w:t>limitele</w:t>
      </w:r>
      <w:proofErr w:type="spellEnd"/>
      <w:r w:rsidRPr="0025334A">
        <w:t xml:space="preserve"> </w:t>
      </w:r>
      <w:proofErr w:type="spellStart"/>
      <w:r w:rsidRPr="0025334A">
        <w:t>atribuțiilor</w:t>
      </w:r>
      <w:proofErr w:type="spellEnd"/>
      <w:r w:rsidRPr="0025334A">
        <w:t xml:space="preserve"> </w:t>
      </w:r>
      <w:proofErr w:type="spellStart"/>
      <w:r w:rsidRPr="0025334A">
        <w:t>legale</w:t>
      </w:r>
      <w:proofErr w:type="spellEnd"/>
      <w:r w:rsidRPr="0025334A">
        <w:t>.</w:t>
      </w:r>
    </w:p>
    <w:p w14:paraId="66FD9871" w14:textId="77777777" w:rsidR="0055374F" w:rsidRPr="0025334A" w:rsidRDefault="0055374F">
      <w:pPr>
        <w:spacing w:after="50" w:line="247" w:lineRule="auto"/>
      </w:pPr>
    </w:p>
    <w:p w14:paraId="573CD7E0" w14:textId="77777777" w:rsidR="000C4CB5" w:rsidRPr="0025334A" w:rsidRDefault="004E746A" w:rsidP="0025334A">
      <w:pPr>
        <w:pStyle w:val="Heading1"/>
      </w:pPr>
      <w:bookmarkStart w:id="6" w:name="_Toc242951450"/>
      <w:r w:rsidRPr="0025334A">
        <w:t>3. SERVICIILE DE CATERING SOLICITATE</w:t>
      </w:r>
      <w:bookmarkEnd w:id="6"/>
    </w:p>
    <w:p w14:paraId="5432A23C" w14:textId="77777777" w:rsidR="000C4CB5" w:rsidRPr="0025334A" w:rsidRDefault="004E746A">
      <w:pPr>
        <w:keepNext/>
        <w:spacing w:before="120" w:after="50"/>
      </w:pPr>
      <w:proofErr w:type="spellStart"/>
      <w:r w:rsidRPr="0025334A">
        <w:rPr>
          <w:b/>
        </w:rPr>
        <w:t>Obiectiv</w:t>
      </w:r>
      <w:proofErr w:type="spellEnd"/>
      <w:r w:rsidRPr="0025334A">
        <w:rPr>
          <w:b/>
        </w:rPr>
        <w:t xml:space="preserve"> general.</w:t>
      </w:r>
    </w:p>
    <w:p w14:paraId="3586CD49" w14:textId="77777777" w:rsidR="000C4CB5" w:rsidRPr="0025334A" w:rsidRDefault="004E746A">
      <w:pPr>
        <w:spacing w:after="50" w:line="247" w:lineRule="auto"/>
      </w:pPr>
      <w:proofErr w:type="spellStart"/>
      <w:r w:rsidRPr="0025334A">
        <w:t>Obiectivul</w:t>
      </w:r>
      <w:proofErr w:type="spellEnd"/>
      <w:r w:rsidRPr="0025334A">
        <w:t xml:space="preserve"> general </w:t>
      </w:r>
      <w:proofErr w:type="spellStart"/>
      <w:r w:rsidRPr="0025334A">
        <w:t>este</w:t>
      </w:r>
      <w:proofErr w:type="spellEnd"/>
      <w:r w:rsidRPr="0025334A">
        <w:t xml:space="preserve"> </w:t>
      </w:r>
      <w:proofErr w:type="spellStart"/>
      <w:r w:rsidRPr="0025334A">
        <w:t>asigurarea</w:t>
      </w:r>
      <w:proofErr w:type="spellEnd"/>
      <w:r w:rsidRPr="0025334A">
        <w:t xml:space="preserve"> </w:t>
      </w:r>
      <w:proofErr w:type="spellStart"/>
      <w:r w:rsidRPr="0025334A">
        <w:t>continuă</w:t>
      </w:r>
      <w:proofErr w:type="spellEnd"/>
      <w:r w:rsidRPr="0025334A">
        <w:t xml:space="preserve">, </w:t>
      </w:r>
      <w:proofErr w:type="spellStart"/>
      <w:r w:rsidRPr="0025334A">
        <w:t>sigură</w:t>
      </w:r>
      <w:proofErr w:type="spellEnd"/>
      <w:r w:rsidRPr="0025334A">
        <w:t xml:space="preserve"> </w:t>
      </w:r>
      <w:proofErr w:type="spellStart"/>
      <w:r w:rsidRPr="0025334A">
        <w:t>și</w:t>
      </w:r>
      <w:proofErr w:type="spellEnd"/>
      <w:r w:rsidRPr="0025334A">
        <w:t xml:space="preserve"> </w:t>
      </w:r>
      <w:proofErr w:type="spellStart"/>
      <w:r w:rsidRPr="0025334A">
        <w:t>controlabilă</w:t>
      </w:r>
      <w:proofErr w:type="spellEnd"/>
      <w:r w:rsidRPr="0025334A">
        <w:t xml:space="preserve"> a </w:t>
      </w:r>
      <w:proofErr w:type="spellStart"/>
      <w:r w:rsidRPr="0025334A">
        <w:t>alimentației</w:t>
      </w:r>
      <w:proofErr w:type="spellEnd"/>
      <w:r w:rsidRPr="0025334A">
        <w:t xml:space="preserve"> </w:t>
      </w:r>
      <w:proofErr w:type="spellStart"/>
      <w:r w:rsidRPr="0025334A">
        <w:t>zilnice</w:t>
      </w:r>
      <w:proofErr w:type="spellEnd"/>
      <w:r w:rsidRPr="0025334A">
        <w:t xml:space="preserve"> </w:t>
      </w:r>
      <w:proofErr w:type="spellStart"/>
      <w:r w:rsidRPr="0025334A">
        <w:t>pentru</w:t>
      </w:r>
      <w:proofErr w:type="spellEnd"/>
      <w:r w:rsidRPr="0025334A">
        <w:t xml:space="preserve"> </w:t>
      </w:r>
      <w:proofErr w:type="spellStart"/>
      <w:r w:rsidRPr="0025334A">
        <w:t>beneficiarii</w:t>
      </w:r>
      <w:proofErr w:type="spellEnd"/>
      <w:r w:rsidRPr="0025334A">
        <w:t xml:space="preserve"> </w:t>
      </w:r>
      <w:proofErr w:type="spellStart"/>
      <w:r w:rsidRPr="0025334A">
        <w:t>celor</w:t>
      </w:r>
      <w:proofErr w:type="spellEnd"/>
      <w:r w:rsidRPr="0025334A">
        <w:t xml:space="preserve"> </w:t>
      </w:r>
      <w:proofErr w:type="spellStart"/>
      <w:r w:rsidRPr="0025334A">
        <w:t>trei</w:t>
      </w:r>
      <w:proofErr w:type="spellEnd"/>
      <w:r w:rsidRPr="0025334A">
        <w:t xml:space="preserve"> </w:t>
      </w:r>
      <w:proofErr w:type="spellStart"/>
      <w:r w:rsidRPr="0025334A">
        <w:t>structuri</w:t>
      </w:r>
      <w:proofErr w:type="spellEnd"/>
      <w:r w:rsidRPr="0025334A">
        <w:t xml:space="preserve"> </w:t>
      </w:r>
      <w:proofErr w:type="spellStart"/>
      <w:r w:rsidRPr="0025334A">
        <w:t>sociale</w:t>
      </w:r>
      <w:proofErr w:type="spellEnd"/>
      <w:r w:rsidRPr="0025334A">
        <w:t xml:space="preserve">, </w:t>
      </w:r>
      <w:proofErr w:type="spellStart"/>
      <w:r w:rsidRPr="0025334A">
        <w:t>printr</w:t>
      </w:r>
      <w:proofErr w:type="spellEnd"/>
      <w:r w:rsidRPr="0025334A">
        <w:t xml:space="preserve">-un </w:t>
      </w:r>
      <w:proofErr w:type="spellStart"/>
      <w:r w:rsidRPr="0025334A">
        <w:t>serviciu</w:t>
      </w:r>
      <w:proofErr w:type="spellEnd"/>
      <w:r w:rsidRPr="0025334A">
        <w:t xml:space="preserve"> </w:t>
      </w:r>
      <w:proofErr w:type="spellStart"/>
      <w:r w:rsidRPr="0025334A">
        <w:t>integrat</w:t>
      </w:r>
      <w:proofErr w:type="spellEnd"/>
      <w:r w:rsidRPr="0025334A">
        <w:t xml:space="preserve"> de catering care </w:t>
      </w:r>
      <w:proofErr w:type="spellStart"/>
      <w:r w:rsidRPr="0025334A">
        <w:t>respectă</w:t>
      </w:r>
      <w:proofErr w:type="spellEnd"/>
      <w:r w:rsidRPr="0025334A">
        <w:t xml:space="preserve"> </w:t>
      </w:r>
      <w:proofErr w:type="spellStart"/>
      <w:r w:rsidRPr="0025334A">
        <w:t>cerințele</w:t>
      </w:r>
      <w:proofErr w:type="spellEnd"/>
      <w:r w:rsidRPr="0025334A">
        <w:t xml:space="preserve"> </w:t>
      </w:r>
      <w:proofErr w:type="spellStart"/>
      <w:r w:rsidRPr="0025334A">
        <w:t>nutriționale</w:t>
      </w:r>
      <w:proofErr w:type="spellEnd"/>
      <w:r w:rsidRPr="0025334A">
        <w:t xml:space="preserve">, </w:t>
      </w:r>
      <w:proofErr w:type="spellStart"/>
      <w:r w:rsidRPr="0025334A">
        <w:t>medicale</w:t>
      </w:r>
      <w:proofErr w:type="spellEnd"/>
      <w:r w:rsidRPr="0025334A">
        <w:t xml:space="preserve">, </w:t>
      </w:r>
      <w:proofErr w:type="spellStart"/>
      <w:r w:rsidRPr="0025334A">
        <w:t>sanitare</w:t>
      </w:r>
      <w:proofErr w:type="spellEnd"/>
      <w:r w:rsidRPr="0025334A">
        <w:t xml:space="preserve"> </w:t>
      </w:r>
      <w:proofErr w:type="spellStart"/>
      <w:r w:rsidRPr="0025334A">
        <w:t>și</w:t>
      </w:r>
      <w:proofErr w:type="spellEnd"/>
      <w:r w:rsidRPr="0025334A">
        <w:t xml:space="preserve"> de </w:t>
      </w:r>
      <w:proofErr w:type="spellStart"/>
      <w:r w:rsidRPr="0025334A">
        <w:t>siguranță</w:t>
      </w:r>
      <w:proofErr w:type="spellEnd"/>
      <w:r w:rsidRPr="0025334A">
        <w:t xml:space="preserve"> </w:t>
      </w:r>
      <w:proofErr w:type="spellStart"/>
      <w:r w:rsidRPr="0025334A">
        <w:t>alimentară</w:t>
      </w:r>
      <w:proofErr w:type="spellEnd"/>
      <w:r w:rsidRPr="0025334A">
        <w:t xml:space="preserve"> </w:t>
      </w:r>
      <w:proofErr w:type="spellStart"/>
      <w:r w:rsidRPr="0025334A">
        <w:t>aplicabile</w:t>
      </w:r>
      <w:proofErr w:type="spellEnd"/>
      <w:r w:rsidRPr="0025334A">
        <w:t>.</w:t>
      </w:r>
    </w:p>
    <w:p w14:paraId="0F7E3C2B" w14:textId="77777777" w:rsidR="000C4CB5" w:rsidRPr="0025334A" w:rsidRDefault="004E746A">
      <w:pPr>
        <w:keepNext/>
        <w:spacing w:before="120" w:after="50"/>
      </w:pPr>
      <w:proofErr w:type="spellStart"/>
      <w:r w:rsidRPr="0025334A">
        <w:rPr>
          <w:b/>
        </w:rPr>
        <w:t>Obiective</w:t>
      </w:r>
      <w:proofErr w:type="spellEnd"/>
      <w:r w:rsidRPr="0025334A">
        <w:rPr>
          <w:b/>
        </w:rPr>
        <w:t xml:space="preserve"> </w:t>
      </w:r>
      <w:proofErr w:type="spellStart"/>
      <w:r w:rsidRPr="0025334A">
        <w:rPr>
          <w:b/>
        </w:rPr>
        <w:t>specifice</w:t>
      </w:r>
      <w:proofErr w:type="spellEnd"/>
      <w:r w:rsidRPr="0025334A">
        <w:rPr>
          <w:b/>
        </w:rPr>
        <w:t>.</w:t>
      </w:r>
    </w:p>
    <w:p w14:paraId="78D6FE81" w14:textId="77777777" w:rsidR="000C4CB5" w:rsidRPr="0025334A" w:rsidRDefault="004E746A">
      <w:pPr>
        <w:spacing w:after="50" w:line="247" w:lineRule="auto"/>
        <w:ind w:left="283" w:hanging="283"/>
      </w:pPr>
      <w:r w:rsidRPr="0025334A">
        <w:rPr>
          <w:b/>
        </w:rPr>
        <w:t xml:space="preserve">a) </w:t>
      </w:r>
      <w:proofErr w:type="spellStart"/>
      <w:r w:rsidRPr="0025334A">
        <w:t>protecția</w:t>
      </w:r>
      <w:proofErr w:type="spellEnd"/>
      <w:r w:rsidRPr="0025334A">
        <w:t xml:space="preserve"> </w:t>
      </w:r>
      <w:proofErr w:type="spellStart"/>
      <w:r w:rsidRPr="0025334A">
        <w:t>beneficiarului</w:t>
      </w:r>
      <w:proofErr w:type="spellEnd"/>
      <w:r w:rsidRPr="0025334A">
        <w:t xml:space="preserve"> </w:t>
      </w:r>
      <w:proofErr w:type="spellStart"/>
      <w:r w:rsidRPr="0025334A">
        <w:t>vulnerabil</w:t>
      </w:r>
      <w:proofErr w:type="spellEnd"/>
      <w:r w:rsidRPr="0025334A">
        <w:t xml:space="preserve"> </w:t>
      </w:r>
      <w:proofErr w:type="spellStart"/>
      <w:r w:rsidRPr="0025334A">
        <w:t>și</w:t>
      </w:r>
      <w:proofErr w:type="spellEnd"/>
      <w:r w:rsidRPr="0025334A">
        <w:t xml:space="preserve"> </w:t>
      </w:r>
      <w:proofErr w:type="spellStart"/>
      <w:r w:rsidRPr="0025334A">
        <w:t>respectarea</w:t>
      </w:r>
      <w:proofErr w:type="spellEnd"/>
      <w:r w:rsidRPr="0025334A">
        <w:t xml:space="preserve"> </w:t>
      </w:r>
      <w:proofErr w:type="spellStart"/>
      <w:r w:rsidRPr="0025334A">
        <w:t>demnității</w:t>
      </w:r>
      <w:proofErr w:type="spellEnd"/>
      <w:r w:rsidRPr="0025334A">
        <w:t xml:space="preserve"> </w:t>
      </w:r>
      <w:proofErr w:type="spellStart"/>
      <w:r w:rsidRPr="0025334A">
        <w:t>acestuia</w:t>
      </w:r>
      <w:proofErr w:type="spellEnd"/>
      <w:r w:rsidRPr="0025334A">
        <w:t>;</w:t>
      </w:r>
    </w:p>
    <w:p w14:paraId="6AEEA69A" w14:textId="77777777" w:rsidR="000C4CB5" w:rsidRPr="0025334A" w:rsidRDefault="004E746A">
      <w:pPr>
        <w:spacing w:after="50" w:line="247" w:lineRule="auto"/>
        <w:ind w:left="283" w:hanging="283"/>
      </w:pPr>
      <w:r w:rsidRPr="0025334A">
        <w:rPr>
          <w:b/>
        </w:rPr>
        <w:t xml:space="preserve">b) </w:t>
      </w:r>
      <w:proofErr w:type="spellStart"/>
      <w:r w:rsidRPr="0025334A">
        <w:t>siguranța</w:t>
      </w:r>
      <w:proofErr w:type="spellEnd"/>
      <w:r w:rsidRPr="0025334A">
        <w:t xml:space="preserve"> </w:t>
      </w:r>
      <w:proofErr w:type="spellStart"/>
      <w:r w:rsidRPr="0025334A">
        <w:t>alimentară</w:t>
      </w:r>
      <w:proofErr w:type="spellEnd"/>
      <w:r w:rsidRPr="0025334A">
        <w:t xml:space="preserve"> </w:t>
      </w:r>
      <w:proofErr w:type="spellStart"/>
      <w:r w:rsidRPr="0025334A">
        <w:t>bazată</w:t>
      </w:r>
      <w:proofErr w:type="spellEnd"/>
      <w:r w:rsidRPr="0025334A">
        <w:t xml:space="preserve"> pe </w:t>
      </w:r>
      <w:proofErr w:type="spellStart"/>
      <w:r w:rsidRPr="0025334A">
        <w:t>prevenirea</w:t>
      </w:r>
      <w:proofErr w:type="spellEnd"/>
      <w:r w:rsidRPr="0025334A">
        <w:t xml:space="preserve"> </w:t>
      </w:r>
      <w:proofErr w:type="spellStart"/>
      <w:r w:rsidRPr="0025334A">
        <w:t>riscurilor</w:t>
      </w:r>
      <w:proofErr w:type="spellEnd"/>
      <w:r w:rsidRPr="0025334A">
        <w:t xml:space="preserve"> </w:t>
      </w:r>
      <w:proofErr w:type="spellStart"/>
      <w:r w:rsidRPr="0025334A">
        <w:t>și</w:t>
      </w:r>
      <w:proofErr w:type="spellEnd"/>
      <w:r w:rsidRPr="0025334A">
        <w:t xml:space="preserve"> </w:t>
      </w:r>
      <w:proofErr w:type="spellStart"/>
      <w:r w:rsidRPr="0025334A">
        <w:t>controlul</w:t>
      </w:r>
      <w:proofErr w:type="spellEnd"/>
      <w:r w:rsidRPr="0025334A">
        <w:t xml:space="preserve"> </w:t>
      </w:r>
      <w:proofErr w:type="spellStart"/>
      <w:r w:rsidRPr="0025334A">
        <w:t>punctelor</w:t>
      </w:r>
      <w:proofErr w:type="spellEnd"/>
      <w:r w:rsidRPr="0025334A">
        <w:t xml:space="preserve"> </w:t>
      </w:r>
      <w:proofErr w:type="spellStart"/>
      <w:r w:rsidRPr="0025334A">
        <w:t>critice</w:t>
      </w:r>
      <w:proofErr w:type="spellEnd"/>
      <w:r w:rsidRPr="0025334A">
        <w:t>;</w:t>
      </w:r>
    </w:p>
    <w:p w14:paraId="607A5901" w14:textId="77777777" w:rsidR="000C4CB5" w:rsidRPr="0025334A" w:rsidRDefault="004E746A">
      <w:pPr>
        <w:spacing w:after="50" w:line="247" w:lineRule="auto"/>
        <w:ind w:left="283" w:hanging="283"/>
      </w:pPr>
      <w:r w:rsidRPr="0025334A">
        <w:rPr>
          <w:b/>
        </w:rPr>
        <w:t xml:space="preserve">c) </w:t>
      </w:r>
      <w:proofErr w:type="spellStart"/>
      <w:r w:rsidRPr="0025334A">
        <w:t>continuitatea</w:t>
      </w:r>
      <w:proofErr w:type="spellEnd"/>
      <w:r w:rsidRPr="0025334A">
        <w:t xml:space="preserve"> </w:t>
      </w:r>
      <w:proofErr w:type="spellStart"/>
      <w:r w:rsidRPr="0025334A">
        <w:t>serviciului</w:t>
      </w:r>
      <w:proofErr w:type="spellEnd"/>
      <w:r w:rsidRPr="0025334A">
        <w:t xml:space="preserve"> </w:t>
      </w:r>
      <w:proofErr w:type="spellStart"/>
      <w:r w:rsidRPr="0025334A">
        <w:t>și</w:t>
      </w:r>
      <w:proofErr w:type="spellEnd"/>
      <w:r w:rsidRPr="0025334A">
        <w:t xml:space="preserve"> </w:t>
      </w:r>
      <w:proofErr w:type="spellStart"/>
      <w:r w:rsidRPr="0025334A">
        <w:t>existența</w:t>
      </w:r>
      <w:proofErr w:type="spellEnd"/>
      <w:r w:rsidRPr="0025334A">
        <w:t xml:space="preserve"> </w:t>
      </w:r>
      <w:proofErr w:type="spellStart"/>
      <w:r w:rsidRPr="0025334A">
        <w:t>unor</w:t>
      </w:r>
      <w:proofErr w:type="spellEnd"/>
      <w:r w:rsidRPr="0025334A">
        <w:t xml:space="preserve"> </w:t>
      </w:r>
      <w:proofErr w:type="spellStart"/>
      <w:r w:rsidRPr="0025334A">
        <w:t>soluții</w:t>
      </w:r>
      <w:proofErr w:type="spellEnd"/>
      <w:r w:rsidRPr="0025334A">
        <w:t xml:space="preserve"> de </w:t>
      </w:r>
      <w:proofErr w:type="spellStart"/>
      <w:r w:rsidRPr="0025334A">
        <w:t>rezervă</w:t>
      </w:r>
      <w:proofErr w:type="spellEnd"/>
      <w:r w:rsidRPr="0025334A">
        <w:t xml:space="preserve"> real </w:t>
      </w:r>
      <w:proofErr w:type="spellStart"/>
      <w:r w:rsidRPr="0025334A">
        <w:t>aplicabile</w:t>
      </w:r>
      <w:proofErr w:type="spellEnd"/>
      <w:r w:rsidRPr="0025334A">
        <w:t>;</w:t>
      </w:r>
    </w:p>
    <w:p w14:paraId="50B56D54" w14:textId="77777777" w:rsidR="000C4CB5" w:rsidRPr="0025334A" w:rsidRDefault="004E746A">
      <w:pPr>
        <w:spacing w:after="50" w:line="247" w:lineRule="auto"/>
        <w:ind w:left="283" w:hanging="283"/>
      </w:pPr>
      <w:r w:rsidRPr="0025334A">
        <w:rPr>
          <w:b/>
        </w:rPr>
        <w:t xml:space="preserve">d) </w:t>
      </w:r>
      <w:proofErr w:type="spellStart"/>
      <w:r w:rsidRPr="0025334A">
        <w:t>respectarea</w:t>
      </w:r>
      <w:proofErr w:type="spellEnd"/>
      <w:r w:rsidRPr="0025334A">
        <w:t xml:space="preserve"> </w:t>
      </w:r>
      <w:proofErr w:type="spellStart"/>
      <w:r w:rsidRPr="0025334A">
        <w:t>comenzilor</w:t>
      </w:r>
      <w:proofErr w:type="spellEnd"/>
      <w:r w:rsidRPr="0025334A">
        <w:t xml:space="preserve">, </w:t>
      </w:r>
      <w:proofErr w:type="spellStart"/>
      <w:r w:rsidRPr="0025334A">
        <w:t>meniurilor</w:t>
      </w:r>
      <w:proofErr w:type="spellEnd"/>
      <w:r w:rsidRPr="0025334A">
        <w:t xml:space="preserve"> </w:t>
      </w:r>
      <w:proofErr w:type="spellStart"/>
      <w:r w:rsidRPr="0025334A">
        <w:t>aprobate</w:t>
      </w:r>
      <w:proofErr w:type="spellEnd"/>
      <w:r w:rsidRPr="0025334A">
        <w:t xml:space="preserve">, </w:t>
      </w:r>
      <w:proofErr w:type="spellStart"/>
      <w:r w:rsidRPr="0025334A">
        <w:t>gramajelor</w:t>
      </w:r>
      <w:proofErr w:type="spellEnd"/>
      <w:r w:rsidRPr="0025334A">
        <w:t xml:space="preserve">, </w:t>
      </w:r>
      <w:proofErr w:type="spellStart"/>
      <w:r w:rsidRPr="0025334A">
        <w:t>regimurilor</w:t>
      </w:r>
      <w:proofErr w:type="spellEnd"/>
      <w:r w:rsidRPr="0025334A">
        <w:t xml:space="preserve"> </w:t>
      </w:r>
      <w:proofErr w:type="spellStart"/>
      <w:r w:rsidRPr="0025334A">
        <w:t>și</w:t>
      </w:r>
      <w:proofErr w:type="spellEnd"/>
      <w:r w:rsidRPr="0025334A">
        <w:t xml:space="preserve"> </w:t>
      </w:r>
      <w:proofErr w:type="spellStart"/>
      <w:r w:rsidRPr="0025334A">
        <w:t>texturilor</w:t>
      </w:r>
      <w:proofErr w:type="spellEnd"/>
      <w:r w:rsidRPr="0025334A">
        <w:t>;</w:t>
      </w:r>
    </w:p>
    <w:p w14:paraId="5B3013EB" w14:textId="77777777" w:rsidR="000C4CB5" w:rsidRPr="0025334A" w:rsidRDefault="004E746A">
      <w:pPr>
        <w:spacing w:after="50" w:line="247" w:lineRule="auto"/>
        <w:ind w:left="283" w:hanging="283"/>
      </w:pPr>
      <w:r w:rsidRPr="0025334A">
        <w:rPr>
          <w:b/>
        </w:rPr>
        <w:t xml:space="preserve">e) </w:t>
      </w:r>
      <w:proofErr w:type="spellStart"/>
      <w:r w:rsidRPr="0025334A">
        <w:t>trasabilitatea</w:t>
      </w:r>
      <w:proofErr w:type="spellEnd"/>
      <w:r w:rsidRPr="0025334A">
        <w:t xml:space="preserve"> </w:t>
      </w:r>
      <w:proofErr w:type="spellStart"/>
      <w:r w:rsidRPr="0025334A">
        <w:t>integrală</w:t>
      </w:r>
      <w:proofErr w:type="spellEnd"/>
      <w:r w:rsidRPr="0025334A">
        <w:t xml:space="preserve"> a </w:t>
      </w:r>
      <w:proofErr w:type="spellStart"/>
      <w:r w:rsidRPr="0025334A">
        <w:t>materiilor</w:t>
      </w:r>
      <w:proofErr w:type="spellEnd"/>
      <w:r w:rsidRPr="0025334A">
        <w:t xml:space="preserve"> prime, </w:t>
      </w:r>
      <w:proofErr w:type="spellStart"/>
      <w:r w:rsidRPr="0025334A">
        <w:t>preparatelor</w:t>
      </w:r>
      <w:proofErr w:type="spellEnd"/>
      <w:r w:rsidRPr="0025334A">
        <w:t xml:space="preserve"> </w:t>
      </w:r>
      <w:proofErr w:type="spellStart"/>
      <w:r w:rsidRPr="0025334A">
        <w:t>și</w:t>
      </w:r>
      <w:proofErr w:type="spellEnd"/>
      <w:r w:rsidRPr="0025334A">
        <w:t xml:space="preserve"> </w:t>
      </w:r>
      <w:proofErr w:type="spellStart"/>
      <w:r w:rsidRPr="0025334A">
        <w:t>documentelor</w:t>
      </w:r>
      <w:proofErr w:type="spellEnd"/>
      <w:r w:rsidRPr="0025334A">
        <w:t>;</w:t>
      </w:r>
    </w:p>
    <w:p w14:paraId="5E79077E" w14:textId="77777777" w:rsidR="000C4CB5" w:rsidRPr="0025334A" w:rsidRDefault="004E746A">
      <w:pPr>
        <w:spacing w:after="50" w:line="247" w:lineRule="auto"/>
        <w:ind w:left="283" w:hanging="283"/>
      </w:pPr>
      <w:r w:rsidRPr="0025334A">
        <w:rPr>
          <w:b/>
        </w:rPr>
        <w:t xml:space="preserve">f) </w:t>
      </w:r>
      <w:proofErr w:type="spellStart"/>
      <w:r w:rsidRPr="0025334A">
        <w:t>decontarea</w:t>
      </w:r>
      <w:proofErr w:type="spellEnd"/>
      <w:r w:rsidRPr="0025334A">
        <w:t xml:space="preserve"> </w:t>
      </w:r>
      <w:proofErr w:type="spellStart"/>
      <w:r w:rsidRPr="0025334A">
        <w:t>exclusivă</w:t>
      </w:r>
      <w:proofErr w:type="spellEnd"/>
      <w:r w:rsidRPr="0025334A">
        <w:t xml:space="preserve"> a </w:t>
      </w:r>
      <w:proofErr w:type="spellStart"/>
      <w:r w:rsidRPr="0025334A">
        <w:t>prestațiilor</w:t>
      </w:r>
      <w:proofErr w:type="spellEnd"/>
      <w:r w:rsidRPr="0025334A">
        <w:t xml:space="preserve"> </w:t>
      </w:r>
      <w:proofErr w:type="spellStart"/>
      <w:r w:rsidRPr="0025334A">
        <w:t>acceptate</w:t>
      </w:r>
      <w:proofErr w:type="spellEnd"/>
      <w:r w:rsidRPr="0025334A">
        <w:t xml:space="preserve"> </w:t>
      </w:r>
      <w:proofErr w:type="spellStart"/>
      <w:r w:rsidRPr="0025334A">
        <w:t>și</w:t>
      </w:r>
      <w:proofErr w:type="spellEnd"/>
      <w:r w:rsidRPr="0025334A">
        <w:t xml:space="preserve"> </w:t>
      </w:r>
      <w:proofErr w:type="spellStart"/>
      <w:r w:rsidRPr="0025334A">
        <w:t>documentate</w:t>
      </w:r>
      <w:proofErr w:type="spellEnd"/>
      <w:r w:rsidRPr="0025334A">
        <w:t>;</w:t>
      </w:r>
    </w:p>
    <w:p w14:paraId="642166E8" w14:textId="77777777" w:rsidR="000C4CB5" w:rsidRPr="0025334A" w:rsidRDefault="004E746A">
      <w:pPr>
        <w:spacing w:after="50" w:line="247" w:lineRule="auto"/>
        <w:ind w:left="283" w:hanging="283"/>
      </w:pPr>
      <w:r w:rsidRPr="0025334A">
        <w:rPr>
          <w:b/>
        </w:rPr>
        <w:t xml:space="preserve">g) </w:t>
      </w:r>
      <w:proofErr w:type="spellStart"/>
      <w:r w:rsidRPr="0025334A">
        <w:t>proporționalitatea</w:t>
      </w:r>
      <w:proofErr w:type="spellEnd"/>
      <w:r w:rsidRPr="0025334A">
        <w:t xml:space="preserve"> </w:t>
      </w:r>
      <w:proofErr w:type="spellStart"/>
      <w:r w:rsidRPr="0025334A">
        <w:t>cerințelor</w:t>
      </w:r>
      <w:proofErr w:type="spellEnd"/>
      <w:r w:rsidRPr="0025334A">
        <w:t xml:space="preserve"> </w:t>
      </w:r>
      <w:proofErr w:type="spellStart"/>
      <w:r w:rsidRPr="0025334A">
        <w:t>și</w:t>
      </w:r>
      <w:proofErr w:type="spellEnd"/>
      <w:r w:rsidRPr="0025334A">
        <w:t xml:space="preserve"> </w:t>
      </w:r>
      <w:proofErr w:type="spellStart"/>
      <w:r w:rsidRPr="0025334A">
        <w:t>acceptarea</w:t>
      </w:r>
      <w:proofErr w:type="spellEnd"/>
      <w:r w:rsidRPr="0025334A">
        <w:t xml:space="preserve"> </w:t>
      </w:r>
      <w:proofErr w:type="spellStart"/>
      <w:r w:rsidRPr="0025334A">
        <w:t>soluțiilor</w:t>
      </w:r>
      <w:proofErr w:type="spellEnd"/>
      <w:r w:rsidRPr="0025334A">
        <w:t xml:space="preserve"> </w:t>
      </w:r>
      <w:proofErr w:type="spellStart"/>
      <w:r w:rsidRPr="0025334A">
        <w:t>echivalente</w:t>
      </w:r>
      <w:proofErr w:type="spellEnd"/>
      <w:r w:rsidRPr="0025334A">
        <w:t xml:space="preserve"> care </w:t>
      </w:r>
      <w:proofErr w:type="spellStart"/>
      <w:r w:rsidRPr="0025334A">
        <w:t>asigură</w:t>
      </w:r>
      <w:proofErr w:type="spellEnd"/>
      <w:r w:rsidRPr="0025334A">
        <w:t xml:space="preserve"> </w:t>
      </w:r>
      <w:proofErr w:type="spellStart"/>
      <w:r w:rsidRPr="0025334A">
        <w:t>nivelul</w:t>
      </w:r>
      <w:proofErr w:type="spellEnd"/>
      <w:r w:rsidRPr="0025334A">
        <w:t xml:space="preserve"> minim </w:t>
      </w:r>
      <w:proofErr w:type="spellStart"/>
      <w:r w:rsidRPr="0025334A">
        <w:t>solicitat</w:t>
      </w:r>
      <w:proofErr w:type="spellEnd"/>
      <w:r w:rsidRPr="0025334A">
        <w:t>.</w:t>
      </w:r>
    </w:p>
    <w:p w14:paraId="7075AEF7" w14:textId="77777777" w:rsidR="000C4CB5" w:rsidRPr="0025334A" w:rsidRDefault="004E746A">
      <w:pPr>
        <w:spacing w:after="50" w:line="247" w:lineRule="auto"/>
      </w:pPr>
      <w:proofErr w:type="spellStart"/>
      <w:r w:rsidRPr="0025334A">
        <w:t>Îndeplinirea</w:t>
      </w:r>
      <w:proofErr w:type="spellEnd"/>
      <w:r w:rsidRPr="0025334A">
        <w:t xml:space="preserve"> </w:t>
      </w:r>
      <w:proofErr w:type="spellStart"/>
      <w:r w:rsidRPr="0025334A">
        <w:t>obiectivelor</w:t>
      </w:r>
      <w:proofErr w:type="spellEnd"/>
      <w:r w:rsidRPr="0025334A">
        <w:t xml:space="preserve"> </w:t>
      </w:r>
      <w:proofErr w:type="spellStart"/>
      <w:r w:rsidRPr="0025334A">
        <w:t>specifice</w:t>
      </w:r>
      <w:proofErr w:type="spellEnd"/>
      <w:r w:rsidRPr="0025334A">
        <w:t xml:space="preserve"> se </w:t>
      </w:r>
      <w:proofErr w:type="spellStart"/>
      <w:r w:rsidRPr="0025334A">
        <w:t>verifică</w:t>
      </w:r>
      <w:proofErr w:type="spellEnd"/>
      <w:r w:rsidRPr="0025334A">
        <w:t xml:space="preserve"> </w:t>
      </w:r>
      <w:proofErr w:type="spellStart"/>
      <w:r w:rsidRPr="0025334A">
        <w:t>prin</w:t>
      </w:r>
      <w:proofErr w:type="spellEnd"/>
      <w:r w:rsidRPr="0025334A">
        <w:t xml:space="preserve"> </w:t>
      </w:r>
      <w:proofErr w:type="spellStart"/>
      <w:r w:rsidRPr="0025334A">
        <w:t>rezultatele</w:t>
      </w:r>
      <w:proofErr w:type="spellEnd"/>
      <w:r w:rsidRPr="0025334A">
        <w:t xml:space="preserve">, </w:t>
      </w:r>
      <w:proofErr w:type="spellStart"/>
      <w:r w:rsidRPr="0025334A">
        <w:t>documentele</w:t>
      </w:r>
      <w:proofErr w:type="spellEnd"/>
      <w:r w:rsidRPr="0025334A">
        <w:t xml:space="preserve"> de </w:t>
      </w:r>
      <w:proofErr w:type="spellStart"/>
      <w:r w:rsidRPr="0025334A">
        <w:t>recepție</w:t>
      </w:r>
      <w:proofErr w:type="spellEnd"/>
      <w:r w:rsidRPr="0025334A">
        <w:t xml:space="preserve"> </w:t>
      </w:r>
      <w:proofErr w:type="spellStart"/>
      <w:r w:rsidRPr="0025334A">
        <w:t>și</w:t>
      </w:r>
      <w:proofErr w:type="spellEnd"/>
      <w:r w:rsidRPr="0025334A">
        <w:t xml:space="preserve"> </w:t>
      </w:r>
      <w:proofErr w:type="spellStart"/>
      <w:r w:rsidRPr="0025334A">
        <w:t>indicatorii</w:t>
      </w:r>
      <w:proofErr w:type="spellEnd"/>
      <w:r w:rsidRPr="0025334A">
        <w:t xml:space="preserve"> de </w:t>
      </w:r>
      <w:proofErr w:type="spellStart"/>
      <w:r w:rsidRPr="0025334A">
        <w:t>performanță</w:t>
      </w:r>
      <w:proofErr w:type="spellEnd"/>
      <w:r w:rsidRPr="0025334A">
        <w:t xml:space="preserve"> </w:t>
      </w:r>
      <w:proofErr w:type="spellStart"/>
      <w:r w:rsidRPr="0025334A">
        <w:t>prevăzuți</w:t>
      </w:r>
      <w:proofErr w:type="spellEnd"/>
      <w:r w:rsidRPr="0025334A">
        <w:t xml:space="preserve"> </w:t>
      </w:r>
      <w:proofErr w:type="spellStart"/>
      <w:r w:rsidRPr="0025334A">
        <w:t>în</w:t>
      </w:r>
      <w:proofErr w:type="spellEnd"/>
      <w:r w:rsidRPr="0025334A">
        <w:t xml:space="preserve"> </w:t>
      </w:r>
      <w:proofErr w:type="spellStart"/>
      <w:r w:rsidRPr="0025334A">
        <w:t>prezentul</w:t>
      </w:r>
      <w:proofErr w:type="spellEnd"/>
      <w:r w:rsidRPr="0025334A">
        <w:t xml:space="preserve"> </w:t>
      </w:r>
      <w:proofErr w:type="spellStart"/>
      <w:r w:rsidRPr="0025334A">
        <w:t>Caiet</w:t>
      </w:r>
      <w:proofErr w:type="spellEnd"/>
      <w:r w:rsidRPr="0025334A">
        <w:t xml:space="preserve"> de </w:t>
      </w:r>
      <w:proofErr w:type="spellStart"/>
      <w:r w:rsidRPr="0025334A">
        <w:t>sarcini</w:t>
      </w:r>
      <w:proofErr w:type="spellEnd"/>
      <w:r w:rsidRPr="0025334A">
        <w:t xml:space="preserve"> </w:t>
      </w:r>
      <w:proofErr w:type="spellStart"/>
      <w:r w:rsidRPr="0025334A">
        <w:t>și</w:t>
      </w:r>
      <w:proofErr w:type="spellEnd"/>
      <w:r w:rsidRPr="0025334A">
        <w:t xml:space="preserve"> </w:t>
      </w:r>
      <w:proofErr w:type="spellStart"/>
      <w:r w:rsidRPr="0025334A">
        <w:t>anexele</w:t>
      </w:r>
      <w:proofErr w:type="spellEnd"/>
      <w:r w:rsidRPr="0025334A">
        <w:t xml:space="preserve"> </w:t>
      </w:r>
      <w:proofErr w:type="spellStart"/>
      <w:r w:rsidRPr="0025334A">
        <w:t>acestuia</w:t>
      </w:r>
      <w:proofErr w:type="spellEnd"/>
      <w:r w:rsidRPr="0025334A">
        <w:t>.</w:t>
      </w:r>
    </w:p>
    <w:p w14:paraId="6DC62E04" w14:textId="77777777" w:rsidR="000C4CB5" w:rsidRPr="0025334A" w:rsidRDefault="004E746A" w:rsidP="0025334A">
      <w:pPr>
        <w:pStyle w:val="Heading2"/>
        <w:rPr>
          <w:color w:val="auto"/>
        </w:rPr>
      </w:pPr>
      <w:bookmarkStart w:id="7" w:name="_Toc242951451"/>
      <w:r w:rsidRPr="0025334A">
        <w:rPr>
          <w:color w:val="auto"/>
        </w:rPr>
        <w:t xml:space="preserve">3.1. </w:t>
      </w:r>
      <w:proofErr w:type="spellStart"/>
      <w:r w:rsidRPr="0025334A">
        <w:rPr>
          <w:color w:val="auto"/>
        </w:rPr>
        <w:t>Obiectul</w:t>
      </w:r>
      <w:proofErr w:type="spellEnd"/>
      <w:r w:rsidRPr="0025334A">
        <w:rPr>
          <w:color w:val="auto"/>
        </w:rPr>
        <w:t xml:space="preserve"> </w:t>
      </w:r>
      <w:proofErr w:type="spellStart"/>
      <w:r w:rsidRPr="0025334A">
        <w:rPr>
          <w:color w:val="auto"/>
        </w:rPr>
        <w:t>serviciului</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activitățile</w:t>
      </w:r>
      <w:proofErr w:type="spellEnd"/>
      <w:r w:rsidRPr="0025334A">
        <w:rPr>
          <w:color w:val="auto"/>
        </w:rPr>
        <w:t xml:space="preserve"> </w:t>
      </w:r>
      <w:proofErr w:type="spellStart"/>
      <w:r w:rsidRPr="0025334A">
        <w:rPr>
          <w:color w:val="auto"/>
        </w:rPr>
        <w:t>incluse</w:t>
      </w:r>
      <w:bookmarkEnd w:id="7"/>
      <w:proofErr w:type="spellEnd"/>
    </w:p>
    <w:p w14:paraId="66E04C0F" w14:textId="77777777" w:rsidR="000C4CB5" w:rsidRPr="0025334A" w:rsidRDefault="004E746A">
      <w:pPr>
        <w:keepNext/>
        <w:spacing w:before="120" w:after="50"/>
      </w:pPr>
      <w:proofErr w:type="spellStart"/>
      <w:r w:rsidRPr="0025334A">
        <w:rPr>
          <w:b/>
        </w:rPr>
        <w:t>Obiectul</w:t>
      </w:r>
      <w:proofErr w:type="spellEnd"/>
      <w:r w:rsidRPr="0025334A">
        <w:rPr>
          <w:b/>
        </w:rPr>
        <w:t xml:space="preserve"> </w:t>
      </w:r>
      <w:proofErr w:type="spellStart"/>
      <w:r w:rsidRPr="0025334A">
        <w:rPr>
          <w:b/>
        </w:rPr>
        <w:t>și</w:t>
      </w:r>
      <w:proofErr w:type="spellEnd"/>
      <w:r w:rsidRPr="0025334A">
        <w:rPr>
          <w:b/>
        </w:rPr>
        <w:t xml:space="preserve"> </w:t>
      </w:r>
      <w:proofErr w:type="spellStart"/>
      <w:r w:rsidRPr="0025334A">
        <w:rPr>
          <w:b/>
        </w:rPr>
        <w:t>activitățile</w:t>
      </w:r>
      <w:proofErr w:type="spellEnd"/>
      <w:r w:rsidRPr="0025334A">
        <w:rPr>
          <w:b/>
        </w:rPr>
        <w:t xml:space="preserve"> </w:t>
      </w:r>
      <w:proofErr w:type="spellStart"/>
      <w:r w:rsidRPr="0025334A">
        <w:rPr>
          <w:b/>
        </w:rPr>
        <w:t>incluse</w:t>
      </w:r>
      <w:proofErr w:type="spellEnd"/>
      <w:r w:rsidRPr="0025334A">
        <w:rPr>
          <w:b/>
        </w:rPr>
        <w:t>.</w:t>
      </w:r>
    </w:p>
    <w:p w14:paraId="23A1C086" w14:textId="77777777" w:rsidR="00E2134C" w:rsidRDefault="004E746A">
      <w:pPr>
        <w:spacing w:after="50" w:line="247" w:lineRule="auto"/>
      </w:pPr>
      <w:proofErr w:type="spellStart"/>
      <w:r w:rsidRPr="0025334A">
        <w:t>Obiectul</w:t>
      </w:r>
      <w:proofErr w:type="spellEnd"/>
      <w:r w:rsidRPr="0025334A">
        <w:t xml:space="preserve"> </w:t>
      </w:r>
      <w:proofErr w:type="spellStart"/>
      <w:r w:rsidRPr="0025334A">
        <w:t>îl</w:t>
      </w:r>
      <w:proofErr w:type="spellEnd"/>
      <w:r w:rsidRPr="0025334A">
        <w:t xml:space="preserve"> </w:t>
      </w:r>
      <w:proofErr w:type="spellStart"/>
      <w:r w:rsidRPr="0025334A">
        <w:t>constituie</w:t>
      </w:r>
      <w:proofErr w:type="spellEnd"/>
      <w:r w:rsidRPr="0025334A">
        <w:t xml:space="preserve"> </w:t>
      </w:r>
      <w:proofErr w:type="spellStart"/>
      <w:r w:rsidRPr="0025334A">
        <w:t>prestarea</w:t>
      </w:r>
      <w:proofErr w:type="spellEnd"/>
      <w:r w:rsidRPr="0025334A">
        <w:t xml:space="preserve"> </w:t>
      </w:r>
      <w:proofErr w:type="spellStart"/>
      <w:r w:rsidRPr="0025334A">
        <w:t>serviciilor</w:t>
      </w:r>
      <w:proofErr w:type="spellEnd"/>
      <w:r w:rsidRPr="0025334A">
        <w:t xml:space="preserve"> de catering </w:t>
      </w:r>
      <w:proofErr w:type="spellStart"/>
      <w:r w:rsidRPr="0025334A">
        <w:t>și</w:t>
      </w:r>
      <w:proofErr w:type="spellEnd"/>
      <w:r w:rsidRPr="0025334A">
        <w:t xml:space="preserve"> a </w:t>
      </w:r>
      <w:proofErr w:type="spellStart"/>
      <w:r w:rsidRPr="0025334A">
        <w:t>serviciilor</w:t>
      </w:r>
      <w:proofErr w:type="spellEnd"/>
      <w:r w:rsidRPr="0025334A">
        <w:t xml:space="preserve"> </w:t>
      </w:r>
      <w:proofErr w:type="spellStart"/>
      <w:r w:rsidRPr="0025334A">
        <w:t>conexe</w:t>
      </w:r>
      <w:proofErr w:type="spellEnd"/>
      <w:r w:rsidRPr="0025334A">
        <w:t xml:space="preserve"> </w:t>
      </w:r>
      <w:proofErr w:type="spellStart"/>
      <w:r w:rsidRPr="0025334A">
        <w:t>necesare</w:t>
      </w:r>
      <w:proofErr w:type="spellEnd"/>
      <w:r w:rsidRPr="0025334A">
        <w:t xml:space="preserve"> </w:t>
      </w:r>
      <w:proofErr w:type="spellStart"/>
      <w:r w:rsidRPr="0025334A">
        <w:t>asigurării</w:t>
      </w:r>
      <w:proofErr w:type="spellEnd"/>
      <w:r w:rsidRPr="0025334A">
        <w:t xml:space="preserve"> </w:t>
      </w:r>
      <w:proofErr w:type="spellStart"/>
      <w:r w:rsidRPr="0025334A">
        <w:t>meniului</w:t>
      </w:r>
      <w:proofErr w:type="spellEnd"/>
      <w:r w:rsidRPr="0025334A">
        <w:t xml:space="preserve"> </w:t>
      </w:r>
      <w:proofErr w:type="spellStart"/>
      <w:r w:rsidRPr="0025334A">
        <w:t>zilnic</w:t>
      </w:r>
      <w:proofErr w:type="spellEnd"/>
      <w:r w:rsidRPr="0025334A">
        <w:t xml:space="preserve"> </w:t>
      </w:r>
      <w:proofErr w:type="spellStart"/>
      <w:r w:rsidRPr="0025334A">
        <w:t>complet</w:t>
      </w:r>
      <w:proofErr w:type="spellEnd"/>
      <w:r w:rsidRPr="0025334A">
        <w:t xml:space="preserve"> </w:t>
      </w:r>
      <w:proofErr w:type="spellStart"/>
      <w:r w:rsidRPr="0025334A">
        <w:t>pentru</w:t>
      </w:r>
      <w:proofErr w:type="spellEnd"/>
      <w:r w:rsidRPr="0025334A">
        <w:t xml:space="preserve"> </w:t>
      </w:r>
      <w:proofErr w:type="spellStart"/>
      <w:r w:rsidRPr="0025334A">
        <w:t>beneficiarii</w:t>
      </w:r>
      <w:proofErr w:type="spellEnd"/>
      <w:r w:rsidRPr="0025334A">
        <w:t xml:space="preserve"> </w:t>
      </w:r>
      <w:proofErr w:type="spellStart"/>
      <w:r w:rsidRPr="0025334A">
        <w:t>Centrelor</w:t>
      </w:r>
      <w:proofErr w:type="spellEnd"/>
      <w:r w:rsidRPr="0025334A">
        <w:t xml:space="preserve"> Maternal </w:t>
      </w:r>
      <w:proofErr w:type="spellStart"/>
      <w:r w:rsidRPr="0025334A">
        <w:t>și</w:t>
      </w:r>
      <w:proofErr w:type="spellEnd"/>
      <w:r w:rsidRPr="0025334A">
        <w:t xml:space="preserve"> Artemis, CIAPAD „</w:t>
      </w:r>
      <w:proofErr w:type="spellStart"/>
      <w:r w:rsidRPr="0025334A">
        <w:t>Condorul</w:t>
      </w:r>
      <w:proofErr w:type="spellEnd"/>
      <w:r w:rsidRPr="0025334A">
        <w:t xml:space="preserve">” </w:t>
      </w:r>
      <w:proofErr w:type="spellStart"/>
      <w:r w:rsidRPr="0025334A">
        <w:t>și</w:t>
      </w:r>
      <w:proofErr w:type="spellEnd"/>
      <w:r w:rsidRPr="0025334A">
        <w:t xml:space="preserve"> CIAPAD „Henri Coandă”. </w:t>
      </w:r>
    </w:p>
    <w:p w14:paraId="07DFC07D" w14:textId="77777777" w:rsidR="00E2134C" w:rsidRDefault="004E746A">
      <w:pPr>
        <w:spacing w:after="50" w:line="247" w:lineRule="auto"/>
      </w:pPr>
      <w:proofErr w:type="spellStart"/>
      <w:r w:rsidRPr="0025334A">
        <w:t>Unitatea</w:t>
      </w:r>
      <w:proofErr w:type="spellEnd"/>
      <w:r w:rsidRPr="0025334A">
        <w:t xml:space="preserve"> de </w:t>
      </w:r>
      <w:proofErr w:type="spellStart"/>
      <w:r w:rsidRPr="0025334A">
        <w:t>contractare</w:t>
      </w:r>
      <w:proofErr w:type="spellEnd"/>
      <w:r w:rsidRPr="0025334A">
        <w:t xml:space="preserve"> </w:t>
      </w:r>
      <w:proofErr w:type="spellStart"/>
      <w:r w:rsidRPr="0025334A">
        <w:t>și</w:t>
      </w:r>
      <w:proofErr w:type="spellEnd"/>
      <w:r w:rsidRPr="0025334A">
        <w:t xml:space="preserve"> </w:t>
      </w:r>
      <w:proofErr w:type="spellStart"/>
      <w:r w:rsidRPr="0025334A">
        <w:t>decontare</w:t>
      </w:r>
      <w:proofErr w:type="spellEnd"/>
      <w:r w:rsidRPr="0025334A">
        <w:t xml:space="preserve"> </w:t>
      </w:r>
      <w:proofErr w:type="spellStart"/>
      <w:r w:rsidRPr="0025334A">
        <w:t>este</w:t>
      </w:r>
      <w:proofErr w:type="spellEnd"/>
      <w:r w:rsidRPr="0025334A">
        <w:t xml:space="preserve"> „</w:t>
      </w:r>
      <w:proofErr w:type="spellStart"/>
      <w:r w:rsidRPr="0025334A">
        <w:t>meniul</w:t>
      </w:r>
      <w:proofErr w:type="spellEnd"/>
      <w:r w:rsidRPr="0025334A">
        <w:t xml:space="preserve"> </w:t>
      </w:r>
      <w:proofErr w:type="spellStart"/>
      <w:r w:rsidRPr="0025334A">
        <w:t>zilnic</w:t>
      </w:r>
      <w:proofErr w:type="spellEnd"/>
      <w:r w:rsidRPr="0025334A">
        <w:t xml:space="preserve"> </w:t>
      </w:r>
      <w:proofErr w:type="spellStart"/>
      <w:r w:rsidRPr="0025334A">
        <w:t>complet</w:t>
      </w:r>
      <w:proofErr w:type="spellEnd"/>
      <w:r w:rsidRPr="0025334A">
        <w:t>/</w:t>
      </w:r>
      <w:proofErr w:type="spellStart"/>
      <w:r w:rsidRPr="0025334A">
        <w:t>beneficiar</w:t>
      </w:r>
      <w:proofErr w:type="spellEnd"/>
      <w:r w:rsidRPr="0025334A">
        <w:t xml:space="preserve">”, </w:t>
      </w:r>
      <w:proofErr w:type="spellStart"/>
      <w:r w:rsidRPr="0025334A">
        <w:t>denumit</w:t>
      </w:r>
      <w:proofErr w:type="spellEnd"/>
      <w:r w:rsidRPr="0025334A">
        <w:t xml:space="preserve"> </w:t>
      </w:r>
      <w:proofErr w:type="spellStart"/>
      <w:r w:rsidRPr="0025334A">
        <w:t>în</w:t>
      </w:r>
      <w:proofErr w:type="spellEnd"/>
      <w:r w:rsidRPr="0025334A">
        <w:t xml:space="preserve"> </w:t>
      </w:r>
      <w:proofErr w:type="spellStart"/>
      <w:r w:rsidRPr="0025334A">
        <w:t>continuare</w:t>
      </w:r>
      <w:proofErr w:type="spellEnd"/>
      <w:r w:rsidRPr="0025334A">
        <w:t xml:space="preserve"> „</w:t>
      </w:r>
      <w:proofErr w:type="spellStart"/>
      <w:r w:rsidRPr="0025334A">
        <w:t>meniu</w:t>
      </w:r>
      <w:proofErr w:type="spellEnd"/>
      <w:r w:rsidRPr="0025334A">
        <w:t>-zi”.</w:t>
      </w:r>
      <w:r w:rsidR="00E2134C">
        <w:t xml:space="preserve"> </w:t>
      </w:r>
      <w:r w:rsidRPr="0025334A">
        <w:t xml:space="preserve">Un </w:t>
      </w:r>
      <w:proofErr w:type="spellStart"/>
      <w:r w:rsidRPr="0025334A">
        <w:t>meniu</w:t>
      </w:r>
      <w:proofErr w:type="spellEnd"/>
      <w:r w:rsidRPr="0025334A">
        <w:t xml:space="preserve">-zi </w:t>
      </w:r>
      <w:proofErr w:type="spellStart"/>
      <w:r w:rsidRPr="0025334A">
        <w:t>cuprinde</w:t>
      </w:r>
      <w:proofErr w:type="spellEnd"/>
      <w:r w:rsidRPr="0025334A">
        <w:t xml:space="preserve"> </w:t>
      </w:r>
      <w:proofErr w:type="spellStart"/>
      <w:r w:rsidRPr="0025334A">
        <w:t>micul</w:t>
      </w:r>
      <w:proofErr w:type="spellEnd"/>
      <w:r w:rsidRPr="0025334A">
        <w:t xml:space="preserve"> </w:t>
      </w:r>
      <w:proofErr w:type="spellStart"/>
      <w:r w:rsidRPr="0025334A">
        <w:t>dejun</w:t>
      </w:r>
      <w:proofErr w:type="spellEnd"/>
      <w:r w:rsidRPr="0025334A">
        <w:t xml:space="preserve">, </w:t>
      </w:r>
      <w:proofErr w:type="spellStart"/>
      <w:r w:rsidRPr="0025334A">
        <w:t>gustarea</w:t>
      </w:r>
      <w:proofErr w:type="spellEnd"/>
      <w:r w:rsidRPr="0025334A">
        <w:t xml:space="preserve"> I, </w:t>
      </w:r>
      <w:proofErr w:type="spellStart"/>
      <w:r w:rsidRPr="0025334A">
        <w:t>prânzul</w:t>
      </w:r>
      <w:proofErr w:type="spellEnd"/>
      <w:r w:rsidRPr="0025334A">
        <w:t xml:space="preserve">, </w:t>
      </w:r>
      <w:proofErr w:type="spellStart"/>
      <w:r w:rsidRPr="0025334A">
        <w:t>gustarea</w:t>
      </w:r>
      <w:proofErr w:type="spellEnd"/>
      <w:r w:rsidRPr="0025334A">
        <w:t xml:space="preserve"> II </w:t>
      </w:r>
      <w:proofErr w:type="spellStart"/>
      <w:r w:rsidRPr="0025334A">
        <w:t>și</w:t>
      </w:r>
      <w:proofErr w:type="spellEnd"/>
      <w:r w:rsidRPr="0025334A">
        <w:t xml:space="preserve"> </w:t>
      </w:r>
      <w:proofErr w:type="spellStart"/>
      <w:r w:rsidRPr="0025334A">
        <w:t>cina</w:t>
      </w:r>
      <w:proofErr w:type="spellEnd"/>
      <w:r w:rsidRPr="0025334A">
        <w:t xml:space="preserve">, </w:t>
      </w:r>
      <w:proofErr w:type="spellStart"/>
      <w:r w:rsidRPr="0025334A">
        <w:t>împreună</w:t>
      </w:r>
      <w:proofErr w:type="spellEnd"/>
      <w:r w:rsidRPr="0025334A">
        <w:t xml:space="preserve"> cu </w:t>
      </w:r>
      <w:proofErr w:type="spellStart"/>
      <w:r w:rsidRPr="0025334A">
        <w:t>pâinea</w:t>
      </w:r>
      <w:proofErr w:type="spellEnd"/>
      <w:r w:rsidRPr="0025334A">
        <w:t xml:space="preserve"> </w:t>
      </w:r>
      <w:proofErr w:type="spellStart"/>
      <w:r w:rsidRPr="0025334A">
        <w:t>și</w:t>
      </w:r>
      <w:proofErr w:type="spellEnd"/>
      <w:r w:rsidRPr="0025334A">
        <w:t xml:space="preserve"> </w:t>
      </w:r>
      <w:proofErr w:type="spellStart"/>
      <w:r w:rsidRPr="0025334A">
        <w:t>celelalte</w:t>
      </w:r>
      <w:proofErr w:type="spellEnd"/>
      <w:r w:rsidRPr="0025334A">
        <w:t xml:space="preserve"> </w:t>
      </w:r>
      <w:proofErr w:type="spellStart"/>
      <w:r w:rsidRPr="0025334A">
        <w:t>componente</w:t>
      </w:r>
      <w:proofErr w:type="spellEnd"/>
      <w:r w:rsidRPr="0025334A">
        <w:t xml:space="preserve"> </w:t>
      </w:r>
      <w:proofErr w:type="spellStart"/>
      <w:r w:rsidRPr="0025334A">
        <w:t>prevăzute</w:t>
      </w:r>
      <w:proofErr w:type="spellEnd"/>
      <w:r w:rsidRPr="0025334A">
        <w:t xml:space="preserve"> </w:t>
      </w:r>
      <w:proofErr w:type="spellStart"/>
      <w:r w:rsidRPr="0025334A">
        <w:t>în</w:t>
      </w:r>
      <w:proofErr w:type="spellEnd"/>
      <w:r w:rsidRPr="0025334A">
        <w:t xml:space="preserve"> </w:t>
      </w:r>
      <w:proofErr w:type="spellStart"/>
      <w:r w:rsidRPr="0025334A">
        <w:t>meniul</w:t>
      </w:r>
      <w:proofErr w:type="spellEnd"/>
      <w:r w:rsidRPr="0025334A">
        <w:t xml:space="preserve"> </w:t>
      </w:r>
      <w:proofErr w:type="spellStart"/>
      <w:r w:rsidRPr="0025334A">
        <w:t>aprobat</w:t>
      </w:r>
      <w:proofErr w:type="spellEnd"/>
      <w:r w:rsidRPr="0025334A">
        <w:t xml:space="preserve">. </w:t>
      </w:r>
    </w:p>
    <w:p w14:paraId="3FE924E6" w14:textId="3FFF64C4" w:rsidR="000C4CB5" w:rsidRPr="0025334A" w:rsidRDefault="004E746A">
      <w:pPr>
        <w:spacing w:after="50" w:line="247" w:lineRule="auto"/>
      </w:pPr>
      <w:proofErr w:type="spellStart"/>
      <w:r w:rsidRPr="0025334A">
        <w:lastRenderedPageBreak/>
        <w:t>În</w:t>
      </w:r>
      <w:proofErr w:type="spellEnd"/>
      <w:r w:rsidRPr="0025334A">
        <w:t xml:space="preserve"> </w:t>
      </w:r>
      <w:proofErr w:type="spellStart"/>
      <w:r w:rsidRPr="0025334A">
        <w:t>prețul</w:t>
      </w:r>
      <w:proofErr w:type="spellEnd"/>
      <w:r w:rsidRPr="0025334A">
        <w:t xml:space="preserve"> </w:t>
      </w:r>
      <w:proofErr w:type="spellStart"/>
      <w:r w:rsidRPr="0025334A">
        <w:t>unitar</w:t>
      </w:r>
      <w:proofErr w:type="spellEnd"/>
      <w:r w:rsidRPr="0025334A">
        <w:t xml:space="preserve"> sunt </w:t>
      </w:r>
      <w:proofErr w:type="spellStart"/>
      <w:r w:rsidRPr="0025334A">
        <w:t>incluse</w:t>
      </w:r>
      <w:proofErr w:type="spellEnd"/>
      <w:r w:rsidRPr="0025334A">
        <w:t xml:space="preserve"> </w:t>
      </w:r>
      <w:proofErr w:type="spellStart"/>
      <w:r w:rsidRPr="0025334A">
        <w:t>toate</w:t>
      </w:r>
      <w:proofErr w:type="spellEnd"/>
      <w:r w:rsidRPr="0025334A">
        <w:t xml:space="preserve"> </w:t>
      </w:r>
      <w:proofErr w:type="spellStart"/>
      <w:r w:rsidRPr="0025334A">
        <w:t>operațiunile</w:t>
      </w:r>
      <w:proofErr w:type="spellEnd"/>
      <w:r w:rsidRPr="0025334A">
        <w:t xml:space="preserve"> </w:t>
      </w:r>
      <w:proofErr w:type="spellStart"/>
      <w:r w:rsidRPr="0025334A">
        <w:t>și</w:t>
      </w:r>
      <w:proofErr w:type="spellEnd"/>
      <w:r w:rsidRPr="0025334A">
        <w:t xml:space="preserve"> </w:t>
      </w:r>
      <w:proofErr w:type="spellStart"/>
      <w:r w:rsidRPr="0025334A">
        <w:t>resursele</w:t>
      </w:r>
      <w:proofErr w:type="spellEnd"/>
      <w:r w:rsidRPr="0025334A">
        <w:t xml:space="preserve"> </w:t>
      </w:r>
      <w:proofErr w:type="spellStart"/>
      <w:r w:rsidRPr="0025334A">
        <w:t>necesare</w:t>
      </w:r>
      <w:proofErr w:type="spellEnd"/>
      <w:r w:rsidRPr="0025334A">
        <w:t xml:space="preserve"> </w:t>
      </w:r>
      <w:proofErr w:type="spellStart"/>
      <w:r w:rsidRPr="0025334A">
        <w:t>prestației</w:t>
      </w:r>
      <w:proofErr w:type="spellEnd"/>
      <w:r w:rsidRPr="0025334A">
        <w:t xml:space="preserve"> </w:t>
      </w:r>
      <w:proofErr w:type="spellStart"/>
      <w:r w:rsidRPr="0025334A">
        <w:t>integrale</w:t>
      </w:r>
      <w:proofErr w:type="spellEnd"/>
      <w:r w:rsidRPr="0025334A">
        <w:t xml:space="preserve">, </w:t>
      </w:r>
      <w:proofErr w:type="spellStart"/>
      <w:r w:rsidRPr="0025334A">
        <w:t>fără</w:t>
      </w:r>
      <w:proofErr w:type="spellEnd"/>
      <w:r w:rsidRPr="0025334A">
        <w:t xml:space="preserve"> </w:t>
      </w:r>
      <w:proofErr w:type="spellStart"/>
      <w:r w:rsidRPr="0025334A">
        <w:t>facturarea</w:t>
      </w:r>
      <w:proofErr w:type="spellEnd"/>
      <w:r w:rsidRPr="0025334A">
        <w:t xml:space="preserve"> </w:t>
      </w:r>
      <w:proofErr w:type="spellStart"/>
      <w:r w:rsidRPr="0025334A">
        <w:t>separată</w:t>
      </w:r>
      <w:proofErr w:type="spellEnd"/>
      <w:r w:rsidRPr="0025334A">
        <w:t xml:space="preserve"> a </w:t>
      </w:r>
      <w:proofErr w:type="spellStart"/>
      <w:r w:rsidRPr="0025334A">
        <w:t>unor</w:t>
      </w:r>
      <w:proofErr w:type="spellEnd"/>
      <w:r w:rsidRPr="0025334A">
        <w:t xml:space="preserve"> </w:t>
      </w:r>
      <w:proofErr w:type="spellStart"/>
      <w:r w:rsidRPr="0025334A">
        <w:t>activități</w:t>
      </w:r>
      <w:proofErr w:type="spellEnd"/>
      <w:r w:rsidRPr="0025334A">
        <w:t xml:space="preserve"> </w:t>
      </w:r>
      <w:proofErr w:type="spellStart"/>
      <w:r w:rsidRPr="0025334A">
        <w:t>accesorii</w:t>
      </w:r>
      <w:proofErr w:type="spellEnd"/>
      <w:r w:rsidRPr="0025334A">
        <w:t xml:space="preserve">, cu </w:t>
      </w:r>
      <w:proofErr w:type="spellStart"/>
      <w:r w:rsidRPr="0025334A">
        <w:t>excepția</w:t>
      </w:r>
      <w:proofErr w:type="spellEnd"/>
      <w:r w:rsidRPr="0025334A">
        <w:t xml:space="preserve"> </w:t>
      </w:r>
      <w:proofErr w:type="spellStart"/>
      <w:r w:rsidRPr="0025334A">
        <w:t>evidențierii</w:t>
      </w:r>
      <w:proofErr w:type="spellEnd"/>
      <w:r w:rsidRPr="0025334A">
        <w:t xml:space="preserve"> </w:t>
      </w:r>
      <w:proofErr w:type="spellStart"/>
      <w:r w:rsidRPr="0025334A">
        <w:t>distincte</w:t>
      </w:r>
      <w:proofErr w:type="spellEnd"/>
      <w:r w:rsidRPr="0025334A">
        <w:t xml:space="preserve"> a </w:t>
      </w:r>
      <w:proofErr w:type="spellStart"/>
      <w:r w:rsidRPr="0025334A">
        <w:t>componentelor</w:t>
      </w:r>
      <w:proofErr w:type="spellEnd"/>
      <w:r w:rsidRPr="0025334A">
        <w:t xml:space="preserve"> </w:t>
      </w:r>
      <w:proofErr w:type="spellStart"/>
      <w:r w:rsidRPr="0025334A">
        <w:t>financiare</w:t>
      </w:r>
      <w:proofErr w:type="spellEnd"/>
      <w:r w:rsidRPr="0025334A">
        <w:t xml:space="preserve"> solicitate </w:t>
      </w:r>
      <w:proofErr w:type="spellStart"/>
      <w:r w:rsidRPr="0025334A">
        <w:t>prin</w:t>
      </w:r>
      <w:proofErr w:type="spellEnd"/>
      <w:r w:rsidRPr="0025334A">
        <w:t xml:space="preserve"> </w:t>
      </w:r>
      <w:proofErr w:type="spellStart"/>
      <w:r w:rsidRPr="0025334A">
        <w:t>formularul</w:t>
      </w:r>
      <w:proofErr w:type="spellEnd"/>
      <w:r w:rsidRPr="0025334A">
        <w:t xml:space="preserve"> de </w:t>
      </w:r>
      <w:proofErr w:type="spellStart"/>
      <w:r w:rsidRPr="0025334A">
        <w:t>ofertă</w:t>
      </w:r>
      <w:proofErr w:type="spellEnd"/>
      <w:r w:rsidR="00E2134C">
        <w:t>:</w:t>
      </w:r>
    </w:p>
    <w:p w14:paraId="6E396A09" w14:textId="33E84583" w:rsidR="000C4CB5" w:rsidRPr="0025334A" w:rsidRDefault="004E746A">
      <w:pPr>
        <w:spacing w:after="50" w:line="247" w:lineRule="auto"/>
        <w:ind w:left="283" w:hanging="283"/>
      </w:pPr>
      <w:r w:rsidRPr="0025334A">
        <w:rPr>
          <w:b/>
        </w:rPr>
        <w:t xml:space="preserve">a) </w:t>
      </w:r>
      <w:proofErr w:type="spellStart"/>
      <w:r w:rsidRPr="0025334A">
        <w:t>elaborarea</w:t>
      </w:r>
      <w:proofErr w:type="spellEnd"/>
      <w:r w:rsidRPr="0025334A">
        <w:t xml:space="preserve"> </w:t>
      </w:r>
      <w:proofErr w:type="spellStart"/>
      <w:r w:rsidRPr="0025334A">
        <w:t>meniu</w:t>
      </w:r>
      <w:r w:rsidR="0025334A" w:rsidRPr="0025334A">
        <w:t>rior</w:t>
      </w:r>
      <w:proofErr w:type="spellEnd"/>
      <w:r w:rsidR="0025334A" w:rsidRPr="0025334A">
        <w:t xml:space="preserve"> </w:t>
      </w:r>
      <w:proofErr w:type="spellStart"/>
      <w:r w:rsidR="0025334A" w:rsidRPr="0025334A">
        <w:t>lunare</w:t>
      </w:r>
      <w:proofErr w:type="spellEnd"/>
      <w:r w:rsidR="0025334A" w:rsidRPr="0025334A">
        <w:t xml:space="preserve"> </w:t>
      </w:r>
      <w:proofErr w:type="spellStart"/>
      <w:r w:rsidRPr="0025334A">
        <w:t>și</w:t>
      </w:r>
      <w:proofErr w:type="spellEnd"/>
      <w:r w:rsidRPr="0025334A">
        <w:t xml:space="preserve"> a </w:t>
      </w:r>
      <w:proofErr w:type="spellStart"/>
      <w:r w:rsidRPr="0025334A">
        <w:t>meniurilor</w:t>
      </w:r>
      <w:proofErr w:type="spellEnd"/>
      <w:r w:rsidRPr="0025334A">
        <w:t xml:space="preserve"> </w:t>
      </w:r>
      <w:proofErr w:type="spellStart"/>
      <w:r w:rsidRPr="0025334A">
        <w:t>săptămânale</w:t>
      </w:r>
      <w:proofErr w:type="spellEnd"/>
      <w:r w:rsidRPr="0025334A">
        <w:t xml:space="preserve">, cu </w:t>
      </w:r>
      <w:proofErr w:type="spellStart"/>
      <w:r w:rsidRPr="0025334A">
        <w:t>verificarea</w:t>
      </w:r>
      <w:proofErr w:type="spellEnd"/>
      <w:r w:rsidR="0025334A" w:rsidRPr="0025334A">
        <w:t xml:space="preserve"> </w:t>
      </w:r>
      <w:proofErr w:type="spellStart"/>
      <w:r w:rsidR="0025334A" w:rsidRPr="0025334A">
        <w:t>si</w:t>
      </w:r>
      <w:proofErr w:type="spellEnd"/>
      <w:r w:rsidR="0025334A" w:rsidRPr="0025334A">
        <w:t xml:space="preserve"> </w:t>
      </w:r>
      <w:proofErr w:type="spellStart"/>
      <w:r w:rsidR="0025334A" w:rsidRPr="0025334A">
        <w:t>avizarea</w:t>
      </w:r>
      <w:proofErr w:type="spellEnd"/>
      <w:r w:rsidRPr="0025334A">
        <w:t xml:space="preserve"> de </w:t>
      </w:r>
      <w:proofErr w:type="spellStart"/>
      <w:r w:rsidRPr="0025334A">
        <w:t>către</w:t>
      </w:r>
      <w:proofErr w:type="spellEnd"/>
      <w:r w:rsidRPr="0025334A">
        <w:t xml:space="preserve"> </w:t>
      </w:r>
      <w:proofErr w:type="spellStart"/>
      <w:r w:rsidRPr="0025334A">
        <w:t>profesionistul</w:t>
      </w:r>
      <w:proofErr w:type="spellEnd"/>
      <w:r w:rsidRPr="0025334A">
        <w:t xml:space="preserve"> competent </w:t>
      </w:r>
      <w:proofErr w:type="spellStart"/>
      <w:r w:rsidRPr="0025334A">
        <w:t>în</w:t>
      </w:r>
      <w:proofErr w:type="spellEnd"/>
      <w:r w:rsidRPr="0025334A">
        <w:t xml:space="preserve"> </w:t>
      </w:r>
      <w:proofErr w:type="spellStart"/>
      <w:r w:rsidRPr="0025334A">
        <w:t>nutriție</w:t>
      </w:r>
      <w:proofErr w:type="spellEnd"/>
      <w:r w:rsidRPr="0025334A">
        <w:t>/</w:t>
      </w:r>
      <w:proofErr w:type="spellStart"/>
      <w:r w:rsidRPr="0025334A">
        <w:t>dietetică</w:t>
      </w:r>
      <w:proofErr w:type="spellEnd"/>
      <w:r w:rsidRPr="0025334A">
        <w:t>;</w:t>
      </w:r>
    </w:p>
    <w:p w14:paraId="2BA5DD59" w14:textId="77777777" w:rsidR="000C4CB5" w:rsidRPr="0025334A" w:rsidRDefault="004E746A">
      <w:pPr>
        <w:spacing w:after="50" w:line="247" w:lineRule="auto"/>
        <w:ind w:left="283" w:hanging="283"/>
      </w:pPr>
      <w:r w:rsidRPr="0025334A">
        <w:rPr>
          <w:b/>
        </w:rPr>
        <w:t xml:space="preserve">b) </w:t>
      </w:r>
      <w:proofErr w:type="spellStart"/>
      <w:r w:rsidRPr="0025334A">
        <w:t>calcularea</w:t>
      </w:r>
      <w:proofErr w:type="spellEnd"/>
      <w:r w:rsidRPr="0025334A">
        <w:t xml:space="preserve"> </w:t>
      </w:r>
      <w:proofErr w:type="spellStart"/>
      <w:r w:rsidRPr="0025334A">
        <w:t>gramajelor</w:t>
      </w:r>
      <w:proofErr w:type="spellEnd"/>
      <w:r w:rsidRPr="0025334A">
        <w:t xml:space="preserve">, </w:t>
      </w:r>
      <w:proofErr w:type="spellStart"/>
      <w:r w:rsidRPr="0025334A">
        <w:t>structurii</w:t>
      </w:r>
      <w:proofErr w:type="spellEnd"/>
      <w:r w:rsidRPr="0025334A">
        <w:t xml:space="preserve"> nutritive, </w:t>
      </w:r>
      <w:proofErr w:type="spellStart"/>
      <w:r w:rsidRPr="0025334A">
        <w:t>alergenilor</w:t>
      </w:r>
      <w:proofErr w:type="spellEnd"/>
      <w:r w:rsidRPr="0025334A">
        <w:t xml:space="preserve"> </w:t>
      </w:r>
      <w:proofErr w:type="spellStart"/>
      <w:r w:rsidRPr="0025334A">
        <w:t>și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a </w:t>
      </w:r>
      <w:proofErr w:type="spellStart"/>
      <w:r w:rsidRPr="0025334A">
        <w:t>valorii</w:t>
      </w:r>
      <w:proofErr w:type="spellEnd"/>
      <w:r w:rsidRPr="0025334A">
        <w:t xml:space="preserve"> </w:t>
      </w:r>
      <w:proofErr w:type="spellStart"/>
      <w:r w:rsidRPr="0025334A">
        <w:t>energetice</w:t>
      </w:r>
      <w:proofErr w:type="spellEnd"/>
      <w:r w:rsidRPr="0025334A">
        <w:t xml:space="preserve"> </w:t>
      </w:r>
      <w:proofErr w:type="spellStart"/>
      <w:r w:rsidRPr="0025334A">
        <w:t>orientative</w:t>
      </w:r>
      <w:proofErr w:type="spellEnd"/>
      <w:r w:rsidRPr="0025334A">
        <w:t>;</w:t>
      </w:r>
    </w:p>
    <w:p w14:paraId="15295F66" w14:textId="77777777" w:rsidR="000C4CB5" w:rsidRPr="0025334A" w:rsidRDefault="004E746A">
      <w:pPr>
        <w:spacing w:after="50" w:line="247" w:lineRule="auto"/>
        <w:ind w:left="283" w:hanging="283"/>
      </w:pPr>
      <w:r w:rsidRPr="0025334A">
        <w:rPr>
          <w:b/>
        </w:rPr>
        <w:t xml:space="preserve">c) </w:t>
      </w:r>
      <w:proofErr w:type="spellStart"/>
      <w:r w:rsidRPr="0025334A">
        <w:t>achiziția</w:t>
      </w:r>
      <w:proofErr w:type="spellEnd"/>
      <w:r w:rsidRPr="0025334A">
        <w:t xml:space="preserve">, </w:t>
      </w:r>
      <w:proofErr w:type="spellStart"/>
      <w:r w:rsidRPr="0025334A">
        <w:t>recepția</w:t>
      </w:r>
      <w:proofErr w:type="spellEnd"/>
      <w:r w:rsidRPr="0025334A">
        <w:t xml:space="preserve">, </w:t>
      </w:r>
      <w:proofErr w:type="spellStart"/>
      <w:r w:rsidRPr="0025334A">
        <w:t>depozitarea</w:t>
      </w:r>
      <w:proofErr w:type="spellEnd"/>
      <w:r w:rsidRPr="0025334A">
        <w:t xml:space="preserve"> </w:t>
      </w:r>
      <w:proofErr w:type="spellStart"/>
      <w:r w:rsidRPr="0025334A">
        <w:t>și</w:t>
      </w:r>
      <w:proofErr w:type="spellEnd"/>
      <w:r w:rsidRPr="0025334A">
        <w:t xml:space="preserve"> </w:t>
      </w:r>
      <w:proofErr w:type="spellStart"/>
      <w:r w:rsidRPr="0025334A">
        <w:t>gestionarea</w:t>
      </w:r>
      <w:proofErr w:type="spellEnd"/>
      <w:r w:rsidRPr="0025334A">
        <w:t xml:space="preserve"> </w:t>
      </w:r>
      <w:proofErr w:type="spellStart"/>
      <w:r w:rsidRPr="0025334A">
        <w:t>materiilor</w:t>
      </w:r>
      <w:proofErr w:type="spellEnd"/>
      <w:r w:rsidRPr="0025334A">
        <w:t xml:space="preserve"> prime </w:t>
      </w:r>
      <w:proofErr w:type="spellStart"/>
      <w:r w:rsidRPr="0025334A">
        <w:t>și</w:t>
      </w:r>
      <w:proofErr w:type="spellEnd"/>
      <w:r w:rsidRPr="0025334A">
        <w:t xml:space="preserve"> </w:t>
      </w:r>
      <w:proofErr w:type="spellStart"/>
      <w:r w:rsidRPr="0025334A">
        <w:t>produselor</w:t>
      </w:r>
      <w:proofErr w:type="spellEnd"/>
      <w:r w:rsidRPr="0025334A">
        <w:t xml:space="preserve"> </w:t>
      </w:r>
      <w:proofErr w:type="spellStart"/>
      <w:r w:rsidRPr="0025334A">
        <w:t>alimentare</w:t>
      </w:r>
      <w:proofErr w:type="spellEnd"/>
      <w:r w:rsidRPr="0025334A">
        <w:t>;</w:t>
      </w:r>
    </w:p>
    <w:p w14:paraId="6F3D8B24" w14:textId="77777777" w:rsidR="000C4CB5" w:rsidRPr="0025334A" w:rsidRDefault="004E746A">
      <w:pPr>
        <w:spacing w:after="50" w:line="247" w:lineRule="auto"/>
        <w:ind w:left="283" w:hanging="283"/>
      </w:pPr>
      <w:r w:rsidRPr="0025334A">
        <w:rPr>
          <w:b/>
        </w:rPr>
        <w:t xml:space="preserve">d) </w:t>
      </w:r>
      <w:proofErr w:type="spellStart"/>
      <w:r w:rsidRPr="0025334A">
        <w:t>prepararea</w:t>
      </w:r>
      <w:proofErr w:type="spellEnd"/>
      <w:r w:rsidRPr="0025334A">
        <w:t xml:space="preserve"> </w:t>
      </w:r>
      <w:proofErr w:type="spellStart"/>
      <w:r w:rsidRPr="0025334A">
        <w:t>distinctă</w:t>
      </w:r>
      <w:proofErr w:type="spellEnd"/>
      <w:r w:rsidRPr="0025334A">
        <w:t xml:space="preserve"> a </w:t>
      </w:r>
      <w:proofErr w:type="spellStart"/>
      <w:r w:rsidRPr="0025334A">
        <w:t>meniurilor</w:t>
      </w:r>
      <w:proofErr w:type="spellEnd"/>
      <w:r w:rsidRPr="0025334A">
        <w:t xml:space="preserve"> </w:t>
      </w:r>
      <w:proofErr w:type="spellStart"/>
      <w:r w:rsidRPr="0025334A">
        <w:t>comune</w:t>
      </w:r>
      <w:proofErr w:type="spellEnd"/>
      <w:r w:rsidRPr="0025334A">
        <w:t xml:space="preserve">, </w:t>
      </w:r>
      <w:proofErr w:type="spellStart"/>
      <w:r w:rsidRPr="0025334A">
        <w:t>dietetice</w:t>
      </w:r>
      <w:proofErr w:type="spellEnd"/>
      <w:r w:rsidRPr="0025334A">
        <w:t xml:space="preserve">, </w:t>
      </w:r>
      <w:proofErr w:type="spellStart"/>
      <w:r w:rsidRPr="0025334A">
        <w:t>pentru</w:t>
      </w:r>
      <w:proofErr w:type="spellEnd"/>
      <w:r w:rsidRPr="0025334A">
        <w:t xml:space="preserve"> </w:t>
      </w:r>
      <w:proofErr w:type="spellStart"/>
      <w:r w:rsidRPr="0025334A">
        <w:t>copii</w:t>
      </w:r>
      <w:proofErr w:type="spellEnd"/>
      <w:r w:rsidRPr="0025334A">
        <w:t xml:space="preserve"> </w:t>
      </w:r>
      <w:proofErr w:type="spellStart"/>
      <w:r w:rsidRPr="0025334A">
        <w:t>și</w:t>
      </w:r>
      <w:proofErr w:type="spellEnd"/>
      <w:r w:rsidRPr="0025334A">
        <w:t xml:space="preserve"> cu </w:t>
      </w:r>
      <w:proofErr w:type="spellStart"/>
      <w:r w:rsidRPr="0025334A">
        <w:t>textură</w:t>
      </w:r>
      <w:proofErr w:type="spellEnd"/>
      <w:r w:rsidRPr="0025334A">
        <w:t xml:space="preserve"> </w:t>
      </w:r>
      <w:proofErr w:type="spellStart"/>
      <w:r w:rsidRPr="0025334A">
        <w:t>modificată</w:t>
      </w:r>
      <w:proofErr w:type="spellEnd"/>
      <w:r w:rsidRPr="0025334A">
        <w:t>;</w:t>
      </w:r>
    </w:p>
    <w:p w14:paraId="270FE209" w14:textId="77777777" w:rsidR="000C4CB5" w:rsidRPr="0025334A" w:rsidRDefault="004E746A">
      <w:pPr>
        <w:spacing w:after="50" w:line="247" w:lineRule="auto"/>
        <w:ind w:left="283" w:hanging="283"/>
      </w:pPr>
      <w:r w:rsidRPr="0025334A">
        <w:rPr>
          <w:b/>
        </w:rPr>
        <w:t xml:space="preserve">e) </w:t>
      </w:r>
      <w:proofErr w:type="spellStart"/>
      <w:r w:rsidRPr="0025334A">
        <w:t>porționarea</w:t>
      </w:r>
      <w:proofErr w:type="spellEnd"/>
      <w:r w:rsidRPr="0025334A">
        <w:t xml:space="preserve">, </w:t>
      </w:r>
      <w:proofErr w:type="spellStart"/>
      <w:r w:rsidRPr="0025334A">
        <w:t>ambalarea</w:t>
      </w:r>
      <w:proofErr w:type="spellEnd"/>
      <w:r w:rsidRPr="0025334A">
        <w:t xml:space="preserve">, </w:t>
      </w:r>
      <w:proofErr w:type="spellStart"/>
      <w:r w:rsidRPr="0025334A">
        <w:t>etichetarea</w:t>
      </w:r>
      <w:proofErr w:type="spellEnd"/>
      <w:r w:rsidRPr="0025334A">
        <w:t xml:space="preserve">, </w:t>
      </w:r>
      <w:proofErr w:type="spellStart"/>
      <w:r w:rsidRPr="0025334A">
        <w:t>încărcarea</w:t>
      </w:r>
      <w:proofErr w:type="spellEnd"/>
      <w:r w:rsidRPr="0025334A">
        <w:t xml:space="preserve"> </w:t>
      </w:r>
      <w:proofErr w:type="spellStart"/>
      <w:r w:rsidRPr="0025334A">
        <w:t>și</w:t>
      </w:r>
      <w:proofErr w:type="spellEnd"/>
      <w:r w:rsidRPr="0025334A">
        <w:t xml:space="preserve"> </w:t>
      </w:r>
      <w:proofErr w:type="spellStart"/>
      <w:r w:rsidRPr="0025334A">
        <w:t>transportul</w:t>
      </w:r>
      <w:proofErr w:type="spellEnd"/>
      <w:r w:rsidRPr="0025334A">
        <w:t xml:space="preserve"> la </w:t>
      </w:r>
      <w:proofErr w:type="spellStart"/>
      <w:r w:rsidRPr="0025334A">
        <w:t>fiecare</w:t>
      </w:r>
      <w:proofErr w:type="spellEnd"/>
      <w:r w:rsidRPr="0025334A">
        <w:t xml:space="preserve"> </w:t>
      </w:r>
      <w:proofErr w:type="spellStart"/>
      <w:r w:rsidRPr="0025334A">
        <w:t>punct</w:t>
      </w:r>
      <w:proofErr w:type="spellEnd"/>
      <w:r w:rsidRPr="0025334A">
        <w:t xml:space="preserve"> de </w:t>
      </w:r>
      <w:proofErr w:type="spellStart"/>
      <w:r w:rsidRPr="0025334A">
        <w:t>livrare</w:t>
      </w:r>
      <w:proofErr w:type="spellEnd"/>
      <w:r w:rsidRPr="0025334A">
        <w:t>;</w:t>
      </w:r>
    </w:p>
    <w:p w14:paraId="275F33C9" w14:textId="77777777" w:rsidR="000C4CB5" w:rsidRPr="0025334A" w:rsidRDefault="004E746A">
      <w:pPr>
        <w:spacing w:after="50" w:line="247" w:lineRule="auto"/>
        <w:ind w:left="283" w:hanging="283"/>
      </w:pPr>
      <w:r w:rsidRPr="0025334A">
        <w:rPr>
          <w:b/>
        </w:rPr>
        <w:t xml:space="preserve">f) </w:t>
      </w:r>
      <w:proofErr w:type="spellStart"/>
      <w:r w:rsidRPr="0025334A">
        <w:t>predarea</w:t>
      </w:r>
      <w:proofErr w:type="spellEnd"/>
      <w:r w:rsidRPr="0025334A">
        <w:t xml:space="preserve"> </w:t>
      </w:r>
      <w:proofErr w:type="spellStart"/>
      <w:r w:rsidRPr="0025334A">
        <w:t>documentelor</w:t>
      </w:r>
      <w:proofErr w:type="spellEnd"/>
      <w:r w:rsidRPr="0025334A">
        <w:t xml:space="preserve"> de </w:t>
      </w:r>
      <w:proofErr w:type="spellStart"/>
      <w:r w:rsidRPr="0025334A">
        <w:t>livrare</w:t>
      </w:r>
      <w:proofErr w:type="spellEnd"/>
      <w:r w:rsidRPr="0025334A">
        <w:t xml:space="preserve">, </w:t>
      </w:r>
      <w:proofErr w:type="spellStart"/>
      <w:r w:rsidRPr="0025334A">
        <w:t>păstrarea</w:t>
      </w:r>
      <w:proofErr w:type="spellEnd"/>
      <w:r w:rsidRPr="0025334A">
        <w:t xml:space="preserve"> </w:t>
      </w:r>
      <w:proofErr w:type="spellStart"/>
      <w:r w:rsidRPr="0025334A">
        <w:t>probelor</w:t>
      </w:r>
      <w:proofErr w:type="spellEnd"/>
      <w:r w:rsidRPr="0025334A">
        <w:t xml:space="preserve"> </w:t>
      </w:r>
      <w:proofErr w:type="spellStart"/>
      <w:r w:rsidRPr="0025334A">
        <w:t>alimentare</w:t>
      </w:r>
      <w:proofErr w:type="spellEnd"/>
      <w:r w:rsidRPr="0025334A">
        <w:t xml:space="preserve"> </w:t>
      </w:r>
      <w:proofErr w:type="spellStart"/>
      <w:r w:rsidRPr="0025334A">
        <w:t>și</w:t>
      </w:r>
      <w:proofErr w:type="spellEnd"/>
      <w:r w:rsidRPr="0025334A">
        <w:t xml:space="preserve"> </w:t>
      </w:r>
      <w:proofErr w:type="spellStart"/>
      <w:r w:rsidRPr="0025334A">
        <w:t>asigurarea</w:t>
      </w:r>
      <w:proofErr w:type="spellEnd"/>
      <w:r w:rsidRPr="0025334A">
        <w:t xml:space="preserve"> </w:t>
      </w:r>
      <w:proofErr w:type="spellStart"/>
      <w:r w:rsidRPr="0025334A">
        <w:t>trasabilității</w:t>
      </w:r>
      <w:proofErr w:type="spellEnd"/>
      <w:r w:rsidRPr="0025334A">
        <w:t>;</w:t>
      </w:r>
    </w:p>
    <w:p w14:paraId="0A52688F" w14:textId="77777777" w:rsidR="000C4CB5" w:rsidRPr="0025334A" w:rsidRDefault="004E746A">
      <w:pPr>
        <w:spacing w:after="50" w:line="247" w:lineRule="auto"/>
        <w:ind w:left="283" w:hanging="283"/>
      </w:pPr>
      <w:r w:rsidRPr="0025334A">
        <w:rPr>
          <w:b/>
        </w:rPr>
        <w:t xml:space="preserve">g) </w:t>
      </w:r>
      <w:proofErr w:type="spellStart"/>
      <w:r w:rsidRPr="0025334A">
        <w:t>înlocuirea</w:t>
      </w:r>
      <w:proofErr w:type="spellEnd"/>
      <w:r w:rsidRPr="0025334A">
        <w:t xml:space="preserve"> </w:t>
      </w:r>
      <w:proofErr w:type="spellStart"/>
      <w:r w:rsidRPr="0025334A">
        <w:t>porțiilor</w:t>
      </w:r>
      <w:proofErr w:type="spellEnd"/>
      <w:r w:rsidRPr="0025334A">
        <w:t xml:space="preserve"> </w:t>
      </w:r>
      <w:proofErr w:type="spellStart"/>
      <w:r w:rsidRPr="0025334A">
        <w:t>neconforme</w:t>
      </w:r>
      <w:proofErr w:type="spellEnd"/>
      <w:r w:rsidRPr="0025334A">
        <w:t xml:space="preserve"> </w:t>
      </w:r>
      <w:proofErr w:type="spellStart"/>
      <w:r w:rsidRPr="0025334A">
        <w:t>și</w:t>
      </w:r>
      <w:proofErr w:type="spellEnd"/>
      <w:r w:rsidRPr="0025334A">
        <w:t xml:space="preserve"> </w:t>
      </w:r>
      <w:proofErr w:type="spellStart"/>
      <w:r w:rsidRPr="0025334A">
        <w:t>implementarea</w:t>
      </w:r>
      <w:proofErr w:type="spellEnd"/>
      <w:r w:rsidRPr="0025334A">
        <w:t xml:space="preserve"> </w:t>
      </w:r>
      <w:proofErr w:type="spellStart"/>
      <w:r w:rsidRPr="0025334A">
        <w:t>acțiunilor</w:t>
      </w:r>
      <w:proofErr w:type="spellEnd"/>
      <w:r w:rsidRPr="0025334A">
        <w:t xml:space="preserve"> </w:t>
      </w:r>
      <w:proofErr w:type="spellStart"/>
      <w:r w:rsidRPr="0025334A">
        <w:t>corective</w:t>
      </w:r>
      <w:proofErr w:type="spellEnd"/>
      <w:r w:rsidRPr="0025334A">
        <w:t>;</w:t>
      </w:r>
    </w:p>
    <w:p w14:paraId="1681F4D1" w14:textId="77777777" w:rsidR="000C4CB5" w:rsidRPr="0025334A" w:rsidRDefault="004E746A">
      <w:pPr>
        <w:spacing w:after="50" w:line="247" w:lineRule="auto"/>
        <w:ind w:left="283" w:hanging="283"/>
      </w:pPr>
      <w:r w:rsidRPr="0025334A">
        <w:rPr>
          <w:b/>
        </w:rPr>
        <w:t xml:space="preserve">h) </w:t>
      </w:r>
      <w:proofErr w:type="spellStart"/>
      <w:r w:rsidRPr="0025334A">
        <w:t>asigurarea</w:t>
      </w:r>
      <w:proofErr w:type="spellEnd"/>
      <w:r w:rsidRPr="0025334A">
        <w:t xml:space="preserve"> </w:t>
      </w:r>
      <w:proofErr w:type="spellStart"/>
      <w:r w:rsidRPr="0025334A">
        <w:t>continuității</w:t>
      </w:r>
      <w:proofErr w:type="spellEnd"/>
      <w:r w:rsidRPr="0025334A">
        <w:t xml:space="preserve"> </w:t>
      </w:r>
      <w:proofErr w:type="spellStart"/>
      <w:r w:rsidRPr="0025334A">
        <w:t>în</w:t>
      </w:r>
      <w:proofErr w:type="spellEnd"/>
      <w:r w:rsidRPr="0025334A">
        <w:t xml:space="preserve"> </w:t>
      </w:r>
      <w:proofErr w:type="spellStart"/>
      <w:r w:rsidRPr="0025334A">
        <w:t>caz</w:t>
      </w:r>
      <w:proofErr w:type="spellEnd"/>
      <w:r w:rsidRPr="0025334A">
        <w:t xml:space="preserve"> de </w:t>
      </w:r>
      <w:proofErr w:type="spellStart"/>
      <w:r w:rsidRPr="0025334A">
        <w:t>defecțiuni</w:t>
      </w:r>
      <w:proofErr w:type="spellEnd"/>
      <w:r w:rsidRPr="0025334A">
        <w:t xml:space="preserve">, </w:t>
      </w:r>
      <w:proofErr w:type="spellStart"/>
      <w:r w:rsidRPr="0025334A">
        <w:t>lipsă</w:t>
      </w:r>
      <w:proofErr w:type="spellEnd"/>
      <w:r w:rsidRPr="0025334A">
        <w:t xml:space="preserve"> de personal, </w:t>
      </w:r>
      <w:proofErr w:type="spellStart"/>
      <w:r w:rsidRPr="0025334A">
        <w:t>condiții</w:t>
      </w:r>
      <w:proofErr w:type="spellEnd"/>
      <w:r w:rsidRPr="0025334A">
        <w:t xml:space="preserve"> </w:t>
      </w:r>
      <w:proofErr w:type="spellStart"/>
      <w:r w:rsidRPr="0025334A">
        <w:t>meteo</w:t>
      </w:r>
      <w:proofErr w:type="spellEnd"/>
      <w:r w:rsidRPr="0025334A">
        <w:t xml:space="preserve"> </w:t>
      </w:r>
      <w:proofErr w:type="spellStart"/>
      <w:r w:rsidRPr="0025334A">
        <w:t>sau</w:t>
      </w:r>
      <w:proofErr w:type="spellEnd"/>
      <w:r w:rsidRPr="0025334A">
        <w:t xml:space="preserve"> </w:t>
      </w:r>
      <w:proofErr w:type="spellStart"/>
      <w:r w:rsidRPr="0025334A">
        <w:t>incidente</w:t>
      </w:r>
      <w:proofErr w:type="spellEnd"/>
      <w:r w:rsidRPr="0025334A">
        <w:t>;</w:t>
      </w:r>
    </w:p>
    <w:p w14:paraId="1299B89D" w14:textId="77777777" w:rsidR="000C4CB5" w:rsidRPr="0025334A" w:rsidRDefault="004E746A">
      <w:pPr>
        <w:spacing w:after="50" w:line="247" w:lineRule="auto"/>
        <w:ind w:left="283" w:hanging="283"/>
      </w:pPr>
      <w:proofErr w:type="spellStart"/>
      <w:r w:rsidRPr="0025334A">
        <w:rPr>
          <w:b/>
        </w:rPr>
        <w:t>i</w:t>
      </w:r>
      <w:proofErr w:type="spellEnd"/>
      <w:r w:rsidRPr="0025334A">
        <w:rPr>
          <w:b/>
        </w:rPr>
        <w:t xml:space="preserve">) </w:t>
      </w:r>
      <w:proofErr w:type="spellStart"/>
      <w:r w:rsidRPr="0025334A">
        <w:t>raportarea</w:t>
      </w:r>
      <w:proofErr w:type="spellEnd"/>
      <w:r w:rsidRPr="0025334A">
        <w:t xml:space="preserve"> </w:t>
      </w:r>
      <w:proofErr w:type="spellStart"/>
      <w:r w:rsidRPr="0025334A">
        <w:t>zilnică</w:t>
      </w:r>
      <w:proofErr w:type="spellEnd"/>
      <w:r w:rsidRPr="0025334A">
        <w:t xml:space="preserve">, </w:t>
      </w:r>
      <w:proofErr w:type="spellStart"/>
      <w:r w:rsidRPr="0025334A">
        <w:t>lunară</w:t>
      </w:r>
      <w:proofErr w:type="spellEnd"/>
      <w:r w:rsidRPr="0025334A">
        <w:t xml:space="preserve"> </w:t>
      </w:r>
      <w:proofErr w:type="spellStart"/>
      <w:r w:rsidRPr="0025334A">
        <w:t>și</w:t>
      </w:r>
      <w:proofErr w:type="spellEnd"/>
      <w:r w:rsidRPr="0025334A">
        <w:t xml:space="preserve"> </w:t>
      </w:r>
      <w:proofErr w:type="spellStart"/>
      <w:r w:rsidRPr="0025334A">
        <w:t>ori</w:t>
      </w:r>
      <w:proofErr w:type="spellEnd"/>
      <w:r w:rsidRPr="0025334A">
        <w:t xml:space="preserve"> de </w:t>
      </w:r>
      <w:proofErr w:type="spellStart"/>
      <w:r w:rsidRPr="0025334A">
        <w:t>câte</w:t>
      </w:r>
      <w:proofErr w:type="spellEnd"/>
      <w:r w:rsidRPr="0025334A">
        <w:t xml:space="preserve"> </w:t>
      </w:r>
      <w:proofErr w:type="spellStart"/>
      <w:r w:rsidRPr="0025334A">
        <w:t>ori</w:t>
      </w:r>
      <w:proofErr w:type="spellEnd"/>
      <w:r w:rsidRPr="0025334A">
        <w:t xml:space="preserve"> </w:t>
      </w:r>
      <w:proofErr w:type="spellStart"/>
      <w:r w:rsidRPr="0025334A">
        <w:t>intervine</w:t>
      </w:r>
      <w:proofErr w:type="spellEnd"/>
      <w:r w:rsidRPr="0025334A">
        <w:t xml:space="preserve"> un incident relevant.</w:t>
      </w:r>
    </w:p>
    <w:p w14:paraId="2E4C2BD7" w14:textId="77777777" w:rsidR="000C4CB5" w:rsidRPr="00D134DF" w:rsidRDefault="004E746A">
      <w:pPr>
        <w:pStyle w:val="Heading3"/>
        <w:spacing w:after="60"/>
        <w:rPr>
          <w:bCs w:val="0"/>
          <w:color w:val="auto"/>
        </w:rPr>
      </w:pPr>
      <w:bookmarkStart w:id="8" w:name="_Toc242951452"/>
      <w:r w:rsidRPr="00D134DF">
        <w:rPr>
          <w:rFonts w:ascii="Times New Roman" w:hAnsi="Times New Roman"/>
          <w:bCs w:val="0"/>
          <w:color w:val="auto"/>
        </w:rPr>
        <w:t xml:space="preserve">3.1.1. </w:t>
      </w:r>
      <w:proofErr w:type="spellStart"/>
      <w:r w:rsidRPr="00D134DF">
        <w:rPr>
          <w:rFonts w:ascii="Times New Roman" w:hAnsi="Times New Roman"/>
          <w:bCs w:val="0"/>
          <w:color w:val="auto"/>
        </w:rPr>
        <w:t>Structurile</w:t>
      </w:r>
      <w:proofErr w:type="spellEnd"/>
      <w:r w:rsidRPr="00D134DF">
        <w:rPr>
          <w:rFonts w:ascii="Times New Roman" w:hAnsi="Times New Roman"/>
          <w:bCs w:val="0"/>
          <w:color w:val="auto"/>
        </w:rPr>
        <w:t xml:space="preserve"> </w:t>
      </w:r>
      <w:proofErr w:type="spellStart"/>
      <w:r w:rsidRPr="00D134DF">
        <w:rPr>
          <w:rFonts w:ascii="Times New Roman" w:hAnsi="Times New Roman"/>
          <w:bCs w:val="0"/>
          <w:color w:val="auto"/>
        </w:rPr>
        <w:t>beneficiare</w:t>
      </w:r>
      <w:proofErr w:type="spellEnd"/>
      <w:r w:rsidRPr="00D134DF">
        <w:rPr>
          <w:rFonts w:ascii="Times New Roman" w:hAnsi="Times New Roman"/>
          <w:bCs w:val="0"/>
          <w:color w:val="auto"/>
        </w:rPr>
        <w:t xml:space="preserve">, </w:t>
      </w:r>
      <w:proofErr w:type="spellStart"/>
      <w:r w:rsidRPr="00D134DF">
        <w:rPr>
          <w:rFonts w:ascii="Times New Roman" w:hAnsi="Times New Roman"/>
          <w:bCs w:val="0"/>
          <w:color w:val="auto"/>
        </w:rPr>
        <w:t>locațiile</w:t>
      </w:r>
      <w:proofErr w:type="spellEnd"/>
      <w:r w:rsidRPr="00D134DF">
        <w:rPr>
          <w:rFonts w:ascii="Times New Roman" w:hAnsi="Times New Roman"/>
          <w:bCs w:val="0"/>
          <w:color w:val="auto"/>
        </w:rPr>
        <w:t xml:space="preserve"> </w:t>
      </w:r>
      <w:proofErr w:type="spellStart"/>
      <w:r w:rsidRPr="00D134DF">
        <w:rPr>
          <w:rFonts w:ascii="Times New Roman" w:hAnsi="Times New Roman"/>
          <w:bCs w:val="0"/>
          <w:color w:val="auto"/>
        </w:rPr>
        <w:t>și</w:t>
      </w:r>
      <w:proofErr w:type="spellEnd"/>
      <w:r w:rsidRPr="00D134DF">
        <w:rPr>
          <w:rFonts w:ascii="Times New Roman" w:hAnsi="Times New Roman"/>
          <w:bCs w:val="0"/>
          <w:color w:val="auto"/>
        </w:rPr>
        <w:t xml:space="preserve"> </w:t>
      </w:r>
      <w:proofErr w:type="spellStart"/>
      <w:r w:rsidRPr="00D134DF">
        <w:rPr>
          <w:rFonts w:ascii="Times New Roman" w:hAnsi="Times New Roman"/>
          <w:bCs w:val="0"/>
          <w:color w:val="auto"/>
        </w:rPr>
        <w:t>particularitățile</w:t>
      </w:r>
      <w:proofErr w:type="spellEnd"/>
      <w:r w:rsidRPr="00D134DF">
        <w:rPr>
          <w:rFonts w:ascii="Times New Roman" w:hAnsi="Times New Roman"/>
          <w:bCs w:val="0"/>
          <w:color w:val="auto"/>
        </w:rPr>
        <w:t xml:space="preserve"> </w:t>
      </w:r>
      <w:proofErr w:type="spellStart"/>
      <w:r w:rsidRPr="00D134DF">
        <w:rPr>
          <w:rFonts w:ascii="Times New Roman" w:hAnsi="Times New Roman"/>
          <w:bCs w:val="0"/>
          <w:color w:val="auto"/>
        </w:rPr>
        <w:t>acestora</w:t>
      </w:r>
      <w:bookmarkEnd w:id="8"/>
      <w:proofErr w:type="spellEnd"/>
    </w:p>
    <w:tbl>
      <w:tblPr>
        <w:tblStyle w:val="TableGrid"/>
        <w:tblW w:w="0" w:type="auto"/>
        <w:jc w:val="center"/>
        <w:tblLook w:val="04A0" w:firstRow="1" w:lastRow="0" w:firstColumn="1" w:lastColumn="0" w:noHBand="0" w:noVBand="1"/>
      </w:tblPr>
      <w:tblGrid>
        <w:gridCol w:w="1613"/>
        <w:gridCol w:w="4359"/>
        <w:gridCol w:w="2647"/>
        <w:gridCol w:w="1349"/>
      </w:tblGrid>
      <w:tr w:rsidR="0025334A" w:rsidRPr="0025334A" w14:paraId="066FA2BD" w14:textId="77777777" w:rsidTr="0025334A">
        <w:trPr>
          <w:tblHeader/>
          <w:jc w:val="center"/>
        </w:trPr>
        <w:tc>
          <w:tcPr>
            <w:tcW w:w="0" w:type="auto"/>
            <w:vAlign w:val="center"/>
          </w:tcPr>
          <w:p w14:paraId="3B3A918D" w14:textId="77777777" w:rsidR="000C4CB5" w:rsidRPr="0025334A" w:rsidRDefault="004E746A">
            <w:pPr>
              <w:ind w:firstLine="0"/>
              <w:jc w:val="center"/>
              <w:rPr>
                <w:sz w:val="22"/>
                <w:szCs w:val="24"/>
              </w:rPr>
            </w:pPr>
            <w:proofErr w:type="spellStart"/>
            <w:r w:rsidRPr="0025334A">
              <w:rPr>
                <w:b/>
                <w:sz w:val="22"/>
                <w:szCs w:val="24"/>
              </w:rPr>
              <w:t>Structura</w:t>
            </w:r>
            <w:proofErr w:type="spellEnd"/>
            <w:r w:rsidRPr="0025334A">
              <w:rPr>
                <w:b/>
                <w:sz w:val="22"/>
                <w:szCs w:val="24"/>
              </w:rPr>
              <w:t xml:space="preserve"> </w:t>
            </w:r>
            <w:proofErr w:type="spellStart"/>
            <w:r w:rsidRPr="0025334A">
              <w:rPr>
                <w:b/>
                <w:sz w:val="22"/>
                <w:szCs w:val="24"/>
              </w:rPr>
              <w:t>beneficiară</w:t>
            </w:r>
            <w:proofErr w:type="spellEnd"/>
          </w:p>
        </w:tc>
        <w:tc>
          <w:tcPr>
            <w:tcW w:w="0" w:type="auto"/>
            <w:vAlign w:val="center"/>
          </w:tcPr>
          <w:p w14:paraId="50EE9BC6" w14:textId="77777777" w:rsidR="000C4CB5" w:rsidRPr="0025334A" w:rsidRDefault="004E746A">
            <w:pPr>
              <w:ind w:firstLine="0"/>
              <w:jc w:val="center"/>
              <w:rPr>
                <w:sz w:val="22"/>
                <w:szCs w:val="24"/>
              </w:rPr>
            </w:pPr>
            <w:proofErr w:type="spellStart"/>
            <w:r w:rsidRPr="0025334A">
              <w:rPr>
                <w:b/>
                <w:sz w:val="22"/>
                <w:szCs w:val="24"/>
              </w:rPr>
              <w:t>Adresă</w:t>
            </w:r>
            <w:proofErr w:type="spellEnd"/>
            <w:r w:rsidRPr="0025334A">
              <w:rPr>
                <w:b/>
                <w:sz w:val="22"/>
                <w:szCs w:val="24"/>
              </w:rPr>
              <w:t xml:space="preserve"> de </w:t>
            </w:r>
            <w:proofErr w:type="spellStart"/>
            <w:r w:rsidRPr="0025334A">
              <w:rPr>
                <w:b/>
                <w:sz w:val="22"/>
                <w:szCs w:val="24"/>
              </w:rPr>
              <w:t>livrare</w:t>
            </w:r>
            <w:proofErr w:type="spellEnd"/>
          </w:p>
        </w:tc>
        <w:tc>
          <w:tcPr>
            <w:tcW w:w="0" w:type="auto"/>
            <w:vAlign w:val="center"/>
          </w:tcPr>
          <w:p w14:paraId="6CDAD4B1" w14:textId="77777777" w:rsidR="000C4CB5" w:rsidRPr="0025334A" w:rsidRDefault="004E746A">
            <w:pPr>
              <w:ind w:firstLine="0"/>
              <w:jc w:val="center"/>
              <w:rPr>
                <w:sz w:val="22"/>
                <w:szCs w:val="24"/>
              </w:rPr>
            </w:pPr>
            <w:proofErr w:type="spellStart"/>
            <w:r w:rsidRPr="0025334A">
              <w:rPr>
                <w:b/>
                <w:sz w:val="22"/>
                <w:szCs w:val="24"/>
              </w:rPr>
              <w:t>Categorie</w:t>
            </w:r>
            <w:proofErr w:type="spellEnd"/>
            <w:r w:rsidRPr="0025334A">
              <w:rPr>
                <w:b/>
                <w:sz w:val="22"/>
                <w:szCs w:val="24"/>
              </w:rPr>
              <w:t xml:space="preserve"> </w:t>
            </w:r>
            <w:proofErr w:type="spellStart"/>
            <w:r w:rsidRPr="0025334A">
              <w:rPr>
                <w:b/>
                <w:sz w:val="22"/>
                <w:szCs w:val="24"/>
              </w:rPr>
              <w:t>principală</w:t>
            </w:r>
            <w:proofErr w:type="spellEnd"/>
          </w:p>
        </w:tc>
        <w:tc>
          <w:tcPr>
            <w:tcW w:w="0" w:type="auto"/>
            <w:vAlign w:val="center"/>
          </w:tcPr>
          <w:p w14:paraId="221E7B5F" w14:textId="77777777" w:rsidR="000C4CB5" w:rsidRPr="0025334A" w:rsidRDefault="004E746A">
            <w:pPr>
              <w:ind w:firstLine="0"/>
              <w:jc w:val="center"/>
              <w:rPr>
                <w:sz w:val="22"/>
                <w:szCs w:val="24"/>
              </w:rPr>
            </w:pPr>
            <w:r w:rsidRPr="0025334A">
              <w:rPr>
                <w:b/>
                <w:sz w:val="22"/>
                <w:szCs w:val="24"/>
              </w:rPr>
              <w:t xml:space="preserve">Maxim </w:t>
            </w:r>
            <w:proofErr w:type="spellStart"/>
            <w:r w:rsidRPr="0025334A">
              <w:rPr>
                <w:b/>
                <w:sz w:val="22"/>
                <w:szCs w:val="24"/>
              </w:rPr>
              <w:t>meniuri</w:t>
            </w:r>
            <w:proofErr w:type="spellEnd"/>
            <w:r w:rsidRPr="0025334A">
              <w:rPr>
                <w:b/>
                <w:sz w:val="22"/>
                <w:szCs w:val="24"/>
              </w:rPr>
              <w:t>/zi</w:t>
            </w:r>
          </w:p>
        </w:tc>
      </w:tr>
      <w:tr w:rsidR="0025334A" w:rsidRPr="0025334A" w14:paraId="3C63028D" w14:textId="77777777" w:rsidTr="0025334A">
        <w:trPr>
          <w:jc w:val="center"/>
        </w:trPr>
        <w:tc>
          <w:tcPr>
            <w:tcW w:w="0" w:type="auto"/>
            <w:vAlign w:val="center"/>
          </w:tcPr>
          <w:p w14:paraId="03C2DB1F" w14:textId="77777777" w:rsidR="000C4CB5" w:rsidRPr="0025334A" w:rsidRDefault="004E746A">
            <w:pPr>
              <w:ind w:firstLine="0"/>
              <w:jc w:val="left"/>
              <w:rPr>
                <w:sz w:val="22"/>
                <w:szCs w:val="24"/>
              </w:rPr>
            </w:pPr>
            <w:proofErr w:type="spellStart"/>
            <w:r w:rsidRPr="0025334A">
              <w:rPr>
                <w:sz w:val="22"/>
                <w:szCs w:val="24"/>
              </w:rPr>
              <w:t>Centrele</w:t>
            </w:r>
            <w:proofErr w:type="spellEnd"/>
            <w:r w:rsidRPr="0025334A">
              <w:rPr>
                <w:sz w:val="22"/>
                <w:szCs w:val="24"/>
              </w:rPr>
              <w:t xml:space="preserve"> Maternal </w:t>
            </w:r>
            <w:proofErr w:type="spellStart"/>
            <w:r w:rsidRPr="0025334A">
              <w:rPr>
                <w:sz w:val="22"/>
                <w:szCs w:val="24"/>
              </w:rPr>
              <w:t>și</w:t>
            </w:r>
            <w:proofErr w:type="spellEnd"/>
            <w:r w:rsidRPr="0025334A">
              <w:rPr>
                <w:sz w:val="22"/>
                <w:szCs w:val="24"/>
              </w:rPr>
              <w:t xml:space="preserve"> Artemis</w:t>
            </w:r>
          </w:p>
        </w:tc>
        <w:tc>
          <w:tcPr>
            <w:tcW w:w="0" w:type="auto"/>
            <w:vAlign w:val="center"/>
          </w:tcPr>
          <w:p w14:paraId="655CD90D" w14:textId="77777777" w:rsidR="000C4CB5" w:rsidRPr="0025334A" w:rsidRDefault="004E746A">
            <w:pPr>
              <w:ind w:firstLine="0"/>
              <w:jc w:val="left"/>
              <w:rPr>
                <w:sz w:val="22"/>
                <w:szCs w:val="24"/>
              </w:rPr>
            </w:pPr>
            <w:r w:rsidRPr="0025334A">
              <w:rPr>
                <w:sz w:val="22"/>
                <w:szCs w:val="24"/>
              </w:rPr>
              <w:t xml:space="preserve">Str. </w:t>
            </w:r>
            <w:proofErr w:type="spellStart"/>
            <w:r w:rsidRPr="0025334A">
              <w:rPr>
                <w:sz w:val="22"/>
                <w:szCs w:val="24"/>
              </w:rPr>
              <w:t>Vulturului</w:t>
            </w:r>
            <w:proofErr w:type="spellEnd"/>
            <w:r w:rsidRPr="0025334A">
              <w:rPr>
                <w:sz w:val="22"/>
                <w:szCs w:val="24"/>
              </w:rPr>
              <w:t xml:space="preserve"> nr. 5 bis, </w:t>
            </w:r>
            <w:proofErr w:type="spellStart"/>
            <w:r w:rsidRPr="0025334A">
              <w:rPr>
                <w:sz w:val="22"/>
                <w:szCs w:val="24"/>
              </w:rPr>
              <w:t>municipiul</w:t>
            </w:r>
            <w:proofErr w:type="spellEnd"/>
            <w:r w:rsidRPr="0025334A">
              <w:rPr>
                <w:sz w:val="22"/>
                <w:szCs w:val="24"/>
              </w:rPr>
              <w:t xml:space="preserve"> Bacău; </w:t>
            </w:r>
            <w:proofErr w:type="spellStart"/>
            <w:r w:rsidRPr="0025334A">
              <w:rPr>
                <w:sz w:val="22"/>
                <w:szCs w:val="24"/>
              </w:rPr>
              <w:t>eventualele</w:t>
            </w:r>
            <w:proofErr w:type="spellEnd"/>
            <w:r w:rsidRPr="0025334A">
              <w:rPr>
                <w:sz w:val="22"/>
                <w:szCs w:val="24"/>
              </w:rPr>
              <w:t xml:space="preserve"> </w:t>
            </w:r>
            <w:proofErr w:type="spellStart"/>
            <w:r w:rsidRPr="0025334A">
              <w:rPr>
                <w:sz w:val="22"/>
                <w:szCs w:val="24"/>
              </w:rPr>
              <w:t>locații</w:t>
            </w:r>
            <w:proofErr w:type="spellEnd"/>
            <w:r w:rsidRPr="0025334A">
              <w:rPr>
                <w:sz w:val="22"/>
                <w:szCs w:val="24"/>
              </w:rPr>
              <w:t xml:space="preserve"> cu </w:t>
            </w:r>
            <w:proofErr w:type="spellStart"/>
            <w:r w:rsidRPr="0025334A">
              <w:rPr>
                <w:sz w:val="22"/>
                <w:szCs w:val="24"/>
              </w:rPr>
              <w:t>regim</w:t>
            </w:r>
            <w:proofErr w:type="spellEnd"/>
            <w:r w:rsidRPr="0025334A">
              <w:rPr>
                <w:sz w:val="22"/>
                <w:szCs w:val="24"/>
              </w:rPr>
              <w:t xml:space="preserve"> de </w:t>
            </w:r>
            <w:proofErr w:type="spellStart"/>
            <w:r w:rsidRPr="0025334A">
              <w:rPr>
                <w:sz w:val="22"/>
                <w:szCs w:val="24"/>
              </w:rPr>
              <w:t>protecție</w:t>
            </w:r>
            <w:proofErr w:type="spellEnd"/>
            <w:r w:rsidRPr="0025334A">
              <w:rPr>
                <w:sz w:val="22"/>
                <w:szCs w:val="24"/>
              </w:rPr>
              <w:t xml:space="preserve"> se </w:t>
            </w:r>
            <w:proofErr w:type="spellStart"/>
            <w:r w:rsidRPr="0025334A">
              <w:rPr>
                <w:sz w:val="22"/>
                <w:szCs w:val="24"/>
              </w:rPr>
              <w:t>comunică</w:t>
            </w:r>
            <w:proofErr w:type="spellEnd"/>
            <w:r w:rsidRPr="0025334A">
              <w:rPr>
                <w:sz w:val="22"/>
                <w:szCs w:val="24"/>
              </w:rPr>
              <w:t xml:space="preserve"> </w:t>
            </w:r>
            <w:proofErr w:type="spellStart"/>
            <w:r w:rsidRPr="0025334A">
              <w:rPr>
                <w:sz w:val="22"/>
                <w:szCs w:val="24"/>
              </w:rPr>
              <w:t>prestatorului</w:t>
            </w:r>
            <w:proofErr w:type="spellEnd"/>
            <w:r w:rsidRPr="0025334A">
              <w:rPr>
                <w:sz w:val="22"/>
                <w:szCs w:val="24"/>
              </w:rPr>
              <w:t xml:space="preserve"> </w:t>
            </w:r>
            <w:proofErr w:type="spellStart"/>
            <w:r w:rsidRPr="0025334A">
              <w:rPr>
                <w:sz w:val="22"/>
                <w:szCs w:val="24"/>
              </w:rPr>
              <w:t>desemnat</w:t>
            </w:r>
            <w:proofErr w:type="spellEnd"/>
            <w:r w:rsidRPr="0025334A">
              <w:rPr>
                <w:sz w:val="22"/>
                <w:szCs w:val="24"/>
              </w:rPr>
              <w:t xml:space="preserve"> </w:t>
            </w:r>
            <w:proofErr w:type="spellStart"/>
            <w:r w:rsidRPr="0025334A">
              <w:rPr>
                <w:sz w:val="22"/>
                <w:szCs w:val="24"/>
              </w:rPr>
              <w:t>în</w:t>
            </w:r>
            <w:proofErr w:type="spellEnd"/>
            <w:r w:rsidRPr="0025334A">
              <w:rPr>
                <w:sz w:val="22"/>
                <w:szCs w:val="24"/>
              </w:rPr>
              <w:t xml:space="preserve"> </w:t>
            </w:r>
            <w:proofErr w:type="spellStart"/>
            <w:r w:rsidRPr="0025334A">
              <w:rPr>
                <w:sz w:val="22"/>
                <w:szCs w:val="24"/>
              </w:rPr>
              <w:t>condiții</w:t>
            </w:r>
            <w:proofErr w:type="spellEnd"/>
            <w:r w:rsidRPr="0025334A">
              <w:rPr>
                <w:sz w:val="22"/>
                <w:szCs w:val="24"/>
              </w:rPr>
              <w:t xml:space="preserve"> de </w:t>
            </w:r>
            <w:proofErr w:type="spellStart"/>
            <w:r w:rsidRPr="0025334A">
              <w:rPr>
                <w:sz w:val="22"/>
                <w:szCs w:val="24"/>
              </w:rPr>
              <w:t>confidențialitate</w:t>
            </w:r>
            <w:proofErr w:type="spellEnd"/>
          </w:p>
        </w:tc>
        <w:tc>
          <w:tcPr>
            <w:tcW w:w="0" w:type="auto"/>
            <w:vAlign w:val="center"/>
          </w:tcPr>
          <w:p w14:paraId="35FFA8AE" w14:textId="77777777" w:rsidR="000C4CB5" w:rsidRPr="0025334A" w:rsidRDefault="004E746A">
            <w:pPr>
              <w:ind w:firstLine="0"/>
              <w:jc w:val="left"/>
              <w:rPr>
                <w:sz w:val="22"/>
                <w:szCs w:val="24"/>
              </w:rPr>
            </w:pPr>
            <w:r w:rsidRPr="0025334A">
              <w:rPr>
                <w:sz w:val="22"/>
                <w:szCs w:val="24"/>
              </w:rPr>
              <w:t xml:space="preserve">Mame </w:t>
            </w:r>
            <w:proofErr w:type="spellStart"/>
            <w:r w:rsidRPr="0025334A">
              <w:rPr>
                <w:sz w:val="22"/>
                <w:szCs w:val="24"/>
              </w:rPr>
              <w:t>protejate</w:t>
            </w:r>
            <w:proofErr w:type="spellEnd"/>
            <w:r w:rsidRPr="0025334A">
              <w:rPr>
                <w:sz w:val="22"/>
                <w:szCs w:val="24"/>
              </w:rPr>
              <w:t xml:space="preserve"> </w:t>
            </w:r>
            <w:proofErr w:type="spellStart"/>
            <w:r w:rsidRPr="0025334A">
              <w:rPr>
                <w:sz w:val="22"/>
                <w:szCs w:val="24"/>
              </w:rPr>
              <w:t>împreună</w:t>
            </w:r>
            <w:proofErr w:type="spellEnd"/>
            <w:r w:rsidRPr="0025334A">
              <w:rPr>
                <w:sz w:val="22"/>
                <w:szCs w:val="24"/>
              </w:rPr>
              <w:t xml:space="preserve"> cu </w:t>
            </w:r>
            <w:proofErr w:type="spellStart"/>
            <w:r w:rsidRPr="0025334A">
              <w:rPr>
                <w:sz w:val="22"/>
                <w:szCs w:val="24"/>
              </w:rPr>
              <w:t>copiii</w:t>
            </w:r>
            <w:proofErr w:type="spellEnd"/>
            <w:r w:rsidRPr="0025334A">
              <w:rPr>
                <w:sz w:val="22"/>
                <w:szCs w:val="24"/>
              </w:rPr>
              <w:t xml:space="preserve">; </w:t>
            </w:r>
            <w:proofErr w:type="spellStart"/>
            <w:r w:rsidRPr="0025334A">
              <w:rPr>
                <w:sz w:val="22"/>
                <w:szCs w:val="24"/>
              </w:rPr>
              <w:t>efectiv</w:t>
            </w:r>
            <w:proofErr w:type="spellEnd"/>
            <w:r w:rsidRPr="0025334A">
              <w:rPr>
                <w:sz w:val="22"/>
                <w:szCs w:val="24"/>
              </w:rPr>
              <w:t xml:space="preserve"> </w:t>
            </w:r>
            <w:proofErr w:type="spellStart"/>
            <w:r w:rsidRPr="0025334A">
              <w:rPr>
                <w:sz w:val="22"/>
                <w:szCs w:val="24"/>
              </w:rPr>
              <w:t>variabil</w:t>
            </w:r>
            <w:proofErr w:type="spellEnd"/>
            <w:r w:rsidRPr="0025334A">
              <w:rPr>
                <w:sz w:val="22"/>
                <w:szCs w:val="24"/>
              </w:rPr>
              <w:t xml:space="preserve">; pot </w:t>
            </w:r>
            <w:proofErr w:type="spellStart"/>
            <w:r w:rsidRPr="0025334A">
              <w:rPr>
                <w:sz w:val="22"/>
                <w:szCs w:val="24"/>
              </w:rPr>
              <w:t>exista</w:t>
            </w:r>
            <w:proofErr w:type="spellEnd"/>
            <w:r w:rsidRPr="0025334A">
              <w:rPr>
                <w:sz w:val="22"/>
                <w:szCs w:val="24"/>
              </w:rPr>
              <w:t xml:space="preserve"> </w:t>
            </w:r>
            <w:proofErr w:type="spellStart"/>
            <w:r w:rsidRPr="0025334A">
              <w:rPr>
                <w:sz w:val="22"/>
                <w:szCs w:val="24"/>
              </w:rPr>
              <w:t>sugari</w:t>
            </w:r>
            <w:proofErr w:type="spellEnd"/>
            <w:r w:rsidRPr="0025334A">
              <w:rPr>
                <w:sz w:val="22"/>
                <w:szCs w:val="24"/>
              </w:rPr>
              <w:t xml:space="preserve"> </w:t>
            </w:r>
            <w:proofErr w:type="spellStart"/>
            <w:r w:rsidRPr="0025334A">
              <w:rPr>
                <w:sz w:val="22"/>
                <w:szCs w:val="24"/>
              </w:rPr>
              <w:t>și</w:t>
            </w:r>
            <w:proofErr w:type="spellEnd"/>
            <w:r w:rsidRPr="0025334A">
              <w:rPr>
                <w:sz w:val="22"/>
                <w:szCs w:val="24"/>
              </w:rPr>
              <w:t xml:space="preserve"> </w:t>
            </w:r>
            <w:proofErr w:type="spellStart"/>
            <w:r w:rsidRPr="0025334A">
              <w:rPr>
                <w:sz w:val="22"/>
                <w:szCs w:val="24"/>
              </w:rPr>
              <w:t>copii</w:t>
            </w:r>
            <w:proofErr w:type="spellEnd"/>
            <w:r w:rsidRPr="0025334A">
              <w:rPr>
                <w:sz w:val="22"/>
                <w:szCs w:val="24"/>
              </w:rPr>
              <w:t xml:space="preserve"> </w:t>
            </w:r>
            <w:proofErr w:type="spellStart"/>
            <w:r w:rsidRPr="0025334A">
              <w:rPr>
                <w:sz w:val="22"/>
                <w:szCs w:val="24"/>
              </w:rPr>
              <w:t>mici</w:t>
            </w:r>
            <w:proofErr w:type="spellEnd"/>
          </w:p>
        </w:tc>
        <w:tc>
          <w:tcPr>
            <w:tcW w:w="0" w:type="auto"/>
            <w:vAlign w:val="center"/>
          </w:tcPr>
          <w:p w14:paraId="2BF6F6B3" w14:textId="77777777" w:rsidR="000C4CB5" w:rsidRPr="0025334A" w:rsidRDefault="004E746A">
            <w:pPr>
              <w:ind w:firstLine="0"/>
              <w:jc w:val="left"/>
              <w:rPr>
                <w:sz w:val="22"/>
                <w:szCs w:val="24"/>
              </w:rPr>
            </w:pPr>
            <w:r w:rsidRPr="0025334A">
              <w:rPr>
                <w:sz w:val="22"/>
                <w:szCs w:val="24"/>
              </w:rPr>
              <w:t>32</w:t>
            </w:r>
          </w:p>
        </w:tc>
      </w:tr>
      <w:tr w:rsidR="0025334A" w:rsidRPr="0025334A" w14:paraId="5D97E9C8" w14:textId="77777777" w:rsidTr="0025334A">
        <w:trPr>
          <w:jc w:val="center"/>
        </w:trPr>
        <w:tc>
          <w:tcPr>
            <w:tcW w:w="0" w:type="auto"/>
            <w:vAlign w:val="center"/>
          </w:tcPr>
          <w:p w14:paraId="3D65A6AD" w14:textId="77777777" w:rsidR="000C4CB5" w:rsidRPr="0025334A" w:rsidRDefault="004E746A">
            <w:pPr>
              <w:ind w:firstLine="0"/>
              <w:jc w:val="left"/>
              <w:rPr>
                <w:sz w:val="22"/>
                <w:szCs w:val="24"/>
              </w:rPr>
            </w:pPr>
            <w:r w:rsidRPr="0025334A">
              <w:rPr>
                <w:sz w:val="22"/>
                <w:szCs w:val="24"/>
              </w:rPr>
              <w:t>CIAPAD „</w:t>
            </w:r>
            <w:proofErr w:type="spellStart"/>
            <w:r w:rsidRPr="0025334A">
              <w:rPr>
                <w:sz w:val="22"/>
                <w:szCs w:val="24"/>
              </w:rPr>
              <w:t>Condorul</w:t>
            </w:r>
            <w:proofErr w:type="spellEnd"/>
            <w:r w:rsidRPr="0025334A">
              <w:rPr>
                <w:sz w:val="22"/>
                <w:szCs w:val="24"/>
              </w:rPr>
              <w:t>”</w:t>
            </w:r>
          </w:p>
        </w:tc>
        <w:tc>
          <w:tcPr>
            <w:tcW w:w="0" w:type="auto"/>
            <w:vAlign w:val="center"/>
          </w:tcPr>
          <w:p w14:paraId="7FB81150" w14:textId="77777777" w:rsidR="000C4CB5" w:rsidRPr="0025334A" w:rsidRDefault="004E746A">
            <w:pPr>
              <w:ind w:firstLine="0"/>
              <w:jc w:val="left"/>
              <w:rPr>
                <w:sz w:val="22"/>
                <w:szCs w:val="24"/>
              </w:rPr>
            </w:pPr>
            <w:r w:rsidRPr="0025334A">
              <w:rPr>
                <w:sz w:val="22"/>
                <w:szCs w:val="24"/>
              </w:rPr>
              <w:t xml:space="preserve">Str. </w:t>
            </w:r>
            <w:proofErr w:type="spellStart"/>
            <w:r w:rsidRPr="0025334A">
              <w:rPr>
                <w:sz w:val="22"/>
                <w:szCs w:val="24"/>
              </w:rPr>
              <w:t>Condorilor</w:t>
            </w:r>
            <w:proofErr w:type="spellEnd"/>
            <w:r w:rsidRPr="0025334A">
              <w:rPr>
                <w:sz w:val="22"/>
                <w:szCs w:val="24"/>
              </w:rPr>
              <w:t xml:space="preserve"> nr. 2, </w:t>
            </w:r>
            <w:proofErr w:type="spellStart"/>
            <w:r w:rsidRPr="0025334A">
              <w:rPr>
                <w:sz w:val="22"/>
                <w:szCs w:val="24"/>
              </w:rPr>
              <w:t>municipiul</w:t>
            </w:r>
            <w:proofErr w:type="spellEnd"/>
            <w:r w:rsidRPr="0025334A">
              <w:rPr>
                <w:sz w:val="22"/>
                <w:szCs w:val="24"/>
              </w:rPr>
              <w:t xml:space="preserve"> Bacău</w:t>
            </w:r>
          </w:p>
        </w:tc>
        <w:tc>
          <w:tcPr>
            <w:tcW w:w="0" w:type="auto"/>
            <w:vAlign w:val="center"/>
          </w:tcPr>
          <w:p w14:paraId="537D1B6E" w14:textId="77777777" w:rsidR="000C4CB5" w:rsidRPr="0025334A" w:rsidRDefault="004E746A">
            <w:pPr>
              <w:ind w:firstLine="0"/>
              <w:jc w:val="left"/>
              <w:rPr>
                <w:sz w:val="22"/>
                <w:szCs w:val="24"/>
              </w:rPr>
            </w:pPr>
            <w:proofErr w:type="spellStart"/>
            <w:r w:rsidRPr="0025334A">
              <w:rPr>
                <w:sz w:val="22"/>
                <w:szCs w:val="24"/>
              </w:rPr>
              <w:t>Persoane</w:t>
            </w:r>
            <w:proofErr w:type="spellEnd"/>
            <w:r w:rsidRPr="0025334A">
              <w:rPr>
                <w:sz w:val="22"/>
                <w:szCs w:val="24"/>
              </w:rPr>
              <w:t xml:space="preserve"> </w:t>
            </w:r>
            <w:proofErr w:type="spellStart"/>
            <w:r w:rsidRPr="0025334A">
              <w:rPr>
                <w:sz w:val="22"/>
                <w:szCs w:val="24"/>
              </w:rPr>
              <w:t>adulte</w:t>
            </w:r>
            <w:proofErr w:type="spellEnd"/>
            <w:r w:rsidRPr="0025334A">
              <w:rPr>
                <w:sz w:val="22"/>
                <w:szCs w:val="24"/>
              </w:rPr>
              <w:t xml:space="preserve"> cu </w:t>
            </w:r>
            <w:proofErr w:type="spellStart"/>
            <w:r w:rsidRPr="0025334A">
              <w:rPr>
                <w:sz w:val="22"/>
                <w:szCs w:val="24"/>
              </w:rPr>
              <w:t>dizabilități</w:t>
            </w:r>
            <w:proofErr w:type="spellEnd"/>
            <w:r w:rsidRPr="0025334A">
              <w:rPr>
                <w:sz w:val="22"/>
                <w:szCs w:val="24"/>
              </w:rPr>
              <w:t xml:space="preserve">; pot </w:t>
            </w:r>
            <w:proofErr w:type="spellStart"/>
            <w:r w:rsidRPr="0025334A">
              <w:rPr>
                <w:sz w:val="22"/>
                <w:szCs w:val="24"/>
              </w:rPr>
              <w:t>exista</w:t>
            </w:r>
            <w:proofErr w:type="spellEnd"/>
            <w:r w:rsidRPr="0025334A">
              <w:rPr>
                <w:sz w:val="22"/>
                <w:szCs w:val="24"/>
              </w:rPr>
              <w:t xml:space="preserve"> </w:t>
            </w:r>
            <w:proofErr w:type="spellStart"/>
            <w:r w:rsidRPr="0025334A">
              <w:rPr>
                <w:sz w:val="22"/>
                <w:szCs w:val="24"/>
              </w:rPr>
              <w:t>regimuri</w:t>
            </w:r>
            <w:proofErr w:type="spellEnd"/>
            <w:r w:rsidRPr="0025334A">
              <w:rPr>
                <w:sz w:val="22"/>
                <w:szCs w:val="24"/>
              </w:rPr>
              <w:t xml:space="preserve"> </w:t>
            </w:r>
            <w:proofErr w:type="spellStart"/>
            <w:r w:rsidRPr="0025334A">
              <w:rPr>
                <w:sz w:val="22"/>
                <w:szCs w:val="24"/>
              </w:rPr>
              <w:t>medicale</w:t>
            </w:r>
            <w:proofErr w:type="spellEnd"/>
            <w:r w:rsidRPr="0025334A">
              <w:rPr>
                <w:sz w:val="22"/>
                <w:szCs w:val="24"/>
              </w:rPr>
              <w:t xml:space="preserve"> multiple</w:t>
            </w:r>
          </w:p>
        </w:tc>
        <w:tc>
          <w:tcPr>
            <w:tcW w:w="0" w:type="auto"/>
            <w:vAlign w:val="center"/>
          </w:tcPr>
          <w:p w14:paraId="01921E10" w14:textId="77777777" w:rsidR="000C4CB5" w:rsidRPr="0025334A" w:rsidRDefault="004E746A">
            <w:pPr>
              <w:ind w:firstLine="0"/>
              <w:jc w:val="left"/>
              <w:rPr>
                <w:sz w:val="22"/>
                <w:szCs w:val="24"/>
              </w:rPr>
            </w:pPr>
            <w:r w:rsidRPr="0025334A">
              <w:rPr>
                <w:sz w:val="22"/>
                <w:szCs w:val="24"/>
              </w:rPr>
              <w:t>48</w:t>
            </w:r>
          </w:p>
        </w:tc>
      </w:tr>
      <w:tr w:rsidR="0025334A" w:rsidRPr="0025334A" w14:paraId="3ED09163" w14:textId="77777777" w:rsidTr="0025334A">
        <w:trPr>
          <w:jc w:val="center"/>
        </w:trPr>
        <w:tc>
          <w:tcPr>
            <w:tcW w:w="0" w:type="auto"/>
            <w:vAlign w:val="center"/>
          </w:tcPr>
          <w:p w14:paraId="27F090AD" w14:textId="77777777" w:rsidR="000C4CB5" w:rsidRPr="0025334A" w:rsidRDefault="004E746A">
            <w:pPr>
              <w:ind w:firstLine="0"/>
              <w:jc w:val="left"/>
              <w:rPr>
                <w:sz w:val="22"/>
                <w:szCs w:val="24"/>
              </w:rPr>
            </w:pPr>
            <w:r w:rsidRPr="0025334A">
              <w:rPr>
                <w:sz w:val="22"/>
                <w:szCs w:val="24"/>
              </w:rPr>
              <w:t>CIAPAD „Henri Coandă”</w:t>
            </w:r>
          </w:p>
        </w:tc>
        <w:tc>
          <w:tcPr>
            <w:tcW w:w="0" w:type="auto"/>
            <w:vAlign w:val="center"/>
          </w:tcPr>
          <w:p w14:paraId="52EAF4D1" w14:textId="77777777" w:rsidR="000C4CB5" w:rsidRPr="0025334A" w:rsidRDefault="004E746A">
            <w:pPr>
              <w:ind w:firstLine="0"/>
              <w:jc w:val="left"/>
              <w:rPr>
                <w:sz w:val="22"/>
                <w:szCs w:val="24"/>
              </w:rPr>
            </w:pPr>
            <w:r w:rsidRPr="0025334A">
              <w:rPr>
                <w:sz w:val="22"/>
                <w:szCs w:val="24"/>
              </w:rPr>
              <w:t xml:space="preserve">Str. Henri Coandă nr. 4, </w:t>
            </w:r>
            <w:proofErr w:type="spellStart"/>
            <w:r w:rsidRPr="0025334A">
              <w:rPr>
                <w:sz w:val="22"/>
                <w:szCs w:val="24"/>
              </w:rPr>
              <w:t>municipiul</w:t>
            </w:r>
            <w:proofErr w:type="spellEnd"/>
            <w:r w:rsidRPr="0025334A">
              <w:rPr>
                <w:sz w:val="22"/>
                <w:szCs w:val="24"/>
              </w:rPr>
              <w:t xml:space="preserve"> Bacău</w:t>
            </w:r>
          </w:p>
        </w:tc>
        <w:tc>
          <w:tcPr>
            <w:tcW w:w="0" w:type="auto"/>
            <w:vAlign w:val="center"/>
          </w:tcPr>
          <w:p w14:paraId="1ABEEA11" w14:textId="77777777" w:rsidR="000C4CB5" w:rsidRPr="0025334A" w:rsidRDefault="004E746A">
            <w:pPr>
              <w:ind w:firstLine="0"/>
              <w:jc w:val="left"/>
              <w:rPr>
                <w:sz w:val="22"/>
                <w:szCs w:val="24"/>
              </w:rPr>
            </w:pPr>
            <w:proofErr w:type="spellStart"/>
            <w:r w:rsidRPr="0025334A">
              <w:rPr>
                <w:sz w:val="22"/>
                <w:szCs w:val="24"/>
              </w:rPr>
              <w:t>Persoane</w:t>
            </w:r>
            <w:proofErr w:type="spellEnd"/>
            <w:r w:rsidRPr="0025334A">
              <w:rPr>
                <w:sz w:val="22"/>
                <w:szCs w:val="24"/>
              </w:rPr>
              <w:t xml:space="preserve"> </w:t>
            </w:r>
            <w:proofErr w:type="spellStart"/>
            <w:r w:rsidRPr="0025334A">
              <w:rPr>
                <w:sz w:val="22"/>
                <w:szCs w:val="24"/>
              </w:rPr>
              <w:t>adulte</w:t>
            </w:r>
            <w:proofErr w:type="spellEnd"/>
            <w:r w:rsidRPr="0025334A">
              <w:rPr>
                <w:sz w:val="22"/>
                <w:szCs w:val="24"/>
              </w:rPr>
              <w:t xml:space="preserve"> cu </w:t>
            </w:r>
            <w:proofErr w:type="spellStart"/>
            <w:r w:rsidRPr="0025334A">
              <w:rPr>
                <w:sz w:val="22"/>
                <w:szCs w:val="24"/>
              </w:rPr>
              <w:t>dizabilități</w:t>
            </w:r>
            <w:proofErr w:type="spellEnd"/>
            <w:r w:rsidRPr="0025334A">
              <w:rPr>
                <w:sz w:val="22"/>
                <w:szCs w:val="24"/>
              </w:rPr>
              <w:t xml:space="preserve">; pot </w:t>
            </w:r>
            <w:proofErr w:type="spellStart"/>
            <w:r w:rsidRPr="0025334A">
              <w:rPr>
                <w:sz w:val="22"/>
                <w:szCs w:val="24"/>
              </w:rPr>
              <w:t>exista</w:t>
            </w:r>
            <w:proofErr w:type="spellEnd"/>
            <w:r w:rsidRPr="0025334A">
              <w:rPr>
                <w:sz w:val="22"/>
                <w:szCs w:val="24"/>
              </w:rPr>
              <w:t xml:space="preserve"> </w:t>
            </w:r>
            <w:proofErr w:type="spellStart"/>
            <w:r w:rsidRPr="0025334A">
              <w:rPr>
                <w:sz w:val="22"/>
                <w:szCs w:val="24"/>
              </w:rPr>
              <w:t>regimuri</w:t>
            </w:r>
            <w:proofErr w:type="spellEnd"/>
            <w:r w:rsidRPr="0025334A">
              <w:rPr>
                <w:sz w:val="22"/>
                <w:szCs w:val="24"/>
              </w:rPr>
              <w:t xml:space="preserve"> </w:t>
            </w:r>
            <w:proofErr w:type="spellStart"/>
            <w:r w:rsidRPr="0025334A">
              <w:rPr>
                <w:sz w:val="22"/>
                <w:szCs w:val="24"/>
              </w:rPr>
              <w:t>medicale</w:t>
            </w:r>
            <w:proofErr w:type="spellEnd"/>
            <w:r w:rsidRPr="0025334A">
              <w:rPr>
                <w:sz w:val="22"/>
                <w:szCs w:val="24"/>
              </w:rPr>
              <w:t xml:space="preserve"> multiple</w:t>
            </w:r>
          </w:p>
        </w:tc>
        <w:tc>
          <w:tcPr>
            <w:tcW w:w="0" w:type="auto"/>
            <w:vAlign w:val="center"/>
          </w:tcPr>
          <w:p w14:paraId="2926567C" w14:textId="77777777" w:rsidR="000C4CB5" w:rsidRPr="0025334A" w:rsidRDefault="004E746A">
            <w:pPr>
              <w:ind w:firstLine="0"/>
              <w:jc w:val="left"/>
              <w:rPr>
                <w:sz w:val="22"/>
                <w:szCs w:val="24"/>
              </w:rPr>
            </w:pPr>
            <w:r w:rsidRPr="0025334A">
              <w:rPr>
                <w:sz w:val="22"/>
                <w:szCs w:val="24"/>
              </w:rPr>
              <w:t>50</w:t>
            </w:r>
          </w:p>
        </w:tc>
      </w:tr>
      <w:tr w:rsidR="0025334A" w:rsidRPr="0025334A" w14:paraId="1E32CC7F" w14:textId="77777777" w:rsidTr="0025334A">
        <w:trPr>
          <w:jc w:val="center"/>
        </w:trPr>
        <w:tc>
          <w:tcPr>
            <w:tcW w:w="0" w:type="auto"/>
            <w:vAlign w:val="center"/>
          </w:tcPr>
          <w:p w14:paraId="62666199" w14:textId="77777777" w:rsidR="000C4CB5" w:rsidRPr="0025334A" w:rsidRDefault="004E746A">
            <w:pPr>
              <w:ind w:firstLine="0"/>
              <w:jc w:val="left"/>
              <w:rPr>
                <w:sz w:val="22"/>
                <w:szCs w:val="24"/>
              </w:rPr>
            </w:pPr>
            <w:r w:rsidRPr="0025334A">
              <w:rPr>
                <w:sz w:val="22"/>
                <w:szCs w:val="24"/>
              </w:rPr>
              <w:t>TOTAL</w:t>
            </w:r>
          </w:p>
        </w:tc>
        <w:tc>
          <w:tcPr>
            <w:tcW w:w="0" w:type="auto"/>
            <w:vAlign w:val="center"/>
          </w:tcPr>
          <w:p w14:paraId="0CBB143C" w14:textId="77777777" w:rsidR="000C4CB5" w:rsidRPr="0025334A" w:rsidRDefault="000C4CB5">
            <w:pPr>
              <w:ind w:firstLine="0"/>
              <w:jc w:val="left"/>
              <w:rPr>
                <w:sz w:val="22"/>
                <w:szCs w:val="24"/>
              </w:rPr>
            </w:pPr>
          </w:p>
        </w:tc>
        <w:tc>
          <w:tcPr>
            <w:tcW w:w="0" w:type="auto"/>
            <w:vAlign w:val="center"/>
          </w:tcPr>
          <w:p w14:paraId="0003F99F" w14:textId="77777777" w:rsidR="000C4CB5" w:rsidRPr="0025334A" w:rsidRDefault="000C4CB5">
            <w:pPr>
              <w:ind w:firstLine="0"/>
              <w:jc w:val="left"/>
              <w:rPr>
                <w:sz w:val="22"/>
                <w:szCs w:val="24"/>
              </w:rPr>
            </w:pPr>
          </w:p>
        </w:tc>
        <w:tc>
          <w:tcPr>
            <w:tcW w:w="0" w:type="auto"/>
            <w:vAlign w:val="center"/>
          </w:tcPr>
          <w:p w14:paraId="338C089A" w14:textId="77777777" w:rsidR="000C4CB5" w:rsidRPr="0025334A" w:rsidRDefault="004E746A">
            <w:pPr>
              <w:ind w:firstLine="0"/>
              <w:jc w:val="left"/>
              <w:rPr>
                <w:sz w:val="22"/>
                <w:szCs w:val="24"/>
              </w:rPr>
            </w:pPr>
            <w:r w:rsidRPr="0025334A">
              <w:rPr>
                <w:sz w:val="22"/>
                <w:szCs w:val="24"/>
              </w:rPr>
              <w:t>130</w:t>
            </w:r>
          </w:p>
        </w:tc>
      </w:tr>
    </w:tbl>
    <w:p w14:paraId="1981DA64" w14:textId="77E5C23F" w:rsidR="000C4CB5" w:rsidRPr="0025334A" w:rsidRDefault="004E746A">
      <w:pPr>
        <w:spacing w:after="50" w:line="247" w:lineRule="auto"/>
      </w:pPr>
      <w:proofErr w:type="spellStart"/>
      <w:r w:rsidRPr="0025334A">
        <w:t>Efectivul</w:t>
      </w:r>
      <w:proofErr w:type="spellEnd"/>
      <w:r w:rsidRPr="0025334A">
        <w:t xml:space="preserve"> real </w:t>
      </w:r>
      <w:proofErr w:type="spellStart"/>
      <w:r w:rsidRPr="0025334A">
        <w:t>și</w:t>
      </w:r>
      <w:proofErr w:type="spellEnd"/>
      <w:r w:rsidRPr="0025334A">
        <w:t xml:space="preserve"> </w:t>
      </w:r>
      <w:proofErr w:type="spellStart"/>
      <w:r w:rsidRPr="0025334A">
        <w:t>distribuția</w:t>
      </w:r>
      <w:proofErr w:type="spellEnd"/>
      <w:r w:rsidRPr="0025334A">
        <w:t xml:space="preserve"> pe </w:t>
      </w:r>
      <w:proofErr w:type="spellStart"/>
      <w:r w:rsidRPr="0025334A">
        <w:t>regimuri</w:t>
      </w:r>
      <w:proofErr w:type="spellEnd"/>
      <w:r w:rsidRPr="0025334A">
        <w:t xml:space="preserve"> sunt </w:t>
      </w:r>
      <w:proofErr w:type="spellStart"/>
      <w:r w:rsidRPr="0025334A">
        <w:t>comunicate</w:t>
      </w:r>
      <w:proofErr w:type="spellEnd"/>
      <w:r w:rsidRPr="0025334A">
        <w:t xml:space="preserve"> </w:t>
      </w:r>
      <w:proofErr w:type="spellStart"/>
      <w:r w:rsidRPr="0025334A">
        <w:t>prin</w:t>
      </w:r>
      <w:proofErr w:type="spellEnd"/>
      <w:r w:rsidRPr="0025334A">
        <w:t xml:space="preserve"> </w:t>
      </w:r>
      <w:proofErr w:type="spellStart"/>
      <w:r w:rsidRPr="0025334A">
        <w:t>comanda</w:t>
      </w:r>
      <w:proofErr w:type="spellEnd"/>
      <w:r w:rsidRPr="0025334A">
        <w:t xml:space="preserve"> </w:t>
      </w:r>
      <w:proofErr w:type="spellStart"/>
      <w:r w:rsidRPr="0025334A">
        <w:t>zilnică</w:t>
      </w:r>
      <w:proofErr w:type="spellEnd"/>
      <w:r w:rsidRPr="0025334A">
        <w:t>.</w:t>
      </w:r>
    </w:p>
    <w:p w14:paraId="7B1A4D88" w14:textId="77777777" w:rsidR="0025334A" w:rsidRPr="0025334A" w:rsidRDefault="0025334A" w:rsidP="0025334A">
      <w:pPr>
        <w:spacing w:after="50" w:line="247" w:lineRule="auto"/>
      </w:pPr>
      <w:proofErr w:type="spellStart"/>
      <w:r w:rsidRPr="0025334A">
        <w:t>Pentru</w:t>
      </w:r>
      <w:proofErr w:type="spellEnd"/>
      <w:r w:rsidRPr="0025334A">
        <w:t xml:space="preserve"> </w:t>
      </w:r>
      <w:proofErr w:type="spellStart"/>
      <w:r w:rsidRPr="0025334A">
        <w:t>locațiile</w:t>
      </w:r>
      <w:proofErr w:type="spellEnd"/>
      <w:r w:rsidRPr="0025334A">
        <w:t xml:space="preserve"> cu </w:t>
      </w:r>
      <w:proofErr w:type="spellStart"/>
      <w:r w:rsidRPr="0025334A">
        <w:t>regim</w:t>
      </w:r>
      <w:proofErr w:type="spellEnd"/>
      <w:r w:rsidRPr="0025334A">
        <w:t xml:space="preserve"> de </w:t>
      </w:r>
      <w:proofErr w:type="spellStart"/>
      <w:r w:rsidRPr="0025334A">
        <w:t>protecție</w:t>
      </w:r>
      <w:proofErr w:type="spellEnd"/>
      <w:r w:rsidRPr="0025334A">
        <w:t xml:space="preserve">, </w:t>
      </w:r>
      <w:proofErr w:type="spellStart"/>
      <w:r w:rsidRPr="0025334A">
        <w:t>accesul</w:t>
      </w:r>
      <w:proofErr w:type="spellEnd"/>
      <w:r w:rsidRPr="0025334A">
        <w:t xml:space="preserve">, </w:t>
      </w:r>
      <w:proofErr w:type="spellStart"/>
      <w:r w:rsidRPr="0025334A">
        <w:t>datele</w:t>
      </w:r>
      <w:proofErr w:type="spellEnd"/>
      <w:r w:rsidRPr="0025334A">
        <w:t xml:space="preserve"> de contact </w:t>
      </w:r>
      <w:proofErr w:type="spellStart"/>
      <w:r w:rsidRPr="0025334A">
        <w:t>și</w:t>
      </w:r>
      <w:proofErr w:type="spellEnd"/>
      <w:r w:rsidRPr="0025334A">
        <w:t xml:space="preserve"> </w:t>
      </w:r>
      <w:proofErr w:type="spellStart"/>
      <w:r w:rsidRPr="0025334A">
        <w:t>informațiile</w:t>
      </w:r>
      <w:proofErr w:type="spellEnd"/>
      <w:r w:rsidRPr="0025334A">
        <w:t xml:space="preserve"> </w:t>
      </w:r>
      <w:proofErr w:type="spellStart"/>
      <w:r w:rsidRPr="0025334A">
        <w:t>logistice</w:t>
      </w:r>
      <w:proofErr w:type="spellEnd"/>
      <w:r w:rsidRPr="0025334A">
        <w:t xml:space="preserve"> se </w:t>
      </w:r>
      <w:proofErr w:type="spellStart"/>
      <w:r w:rsidRPr="0025334A">
        <w:t>comunică</w:t>
      </w:r>
      <w:proofErr w:type="spellEnd"/>
      <w:r w:rsidRPr="0025334A">
        <w:t xml:space="preserve"> </w:t>
      </w:r>
      <w:proofErr w:type="spellStart"/>
      <w:r w:rsidRPr="0025334A">
        <w:t>numai</w:t>
      </w:r>
      <w:proofErr w:type="spellEnd"/>
      <w:r w:rsidRPr="0025334A">
        <w:t xml:space="preserve"> </w:t>
      </w:r>
      <w:proofErr w:type="spellStart"/>
      <w:r w:rsidRPr="0025334A">
        <w:t>personalului</w:t>
      </w:r>
      <w:proofErr w:type="spellEnd"/>
      <w:r w:rsidRPr="0025334A">
        <w:t xml:space="preserve"> care are </w:t>
      </w:r>
      <w:proofErr w:type="spellStart"/>
      <w:r w:rsidRPr="0025334A">
        <w:t>nevoie</w:t>
      </w:r>
      <w:proofErr w:type="spellEnd"/>
      <w:r w:rsidRPr="0025334A">
        <w:t xml:space="preserve"> de </w:t>
      </w:r>
      <w:proofErr w:type="spellStart"/>
      <w:r w:rsidRPr="0025334A">
        <w:t>acestea</w:t>
      </w:r>
      <w:proofErr w:type="spellEnd"/>
      <w:r w:rsidRPr="0025334A">
        <w:t xml:space="preserve"> </w:t>
      </w:r>
      <w:proofErr w:type="spellStart"/>
      <w:r w:rsidRPr="0025334A">
        <w:t>pentru</w:t>
      </w:r>
      <w:proofErr w:type="spellEnd"/>
      <w:r w:rsidRPr="0025334A">
        <w:t xml:space="preserve"> </w:t>
      </w:r>
      <w:proofErr w:type="spellStart"/>
      <w:r w:rsidRPr="0025334A">
        <w:t>executarea</w:t>
      </w:r>
      <w:proofErr w:type="spellEnd"/>
      <w:r w:rsidRPr="0025334A">
        <w:t xml:space="preserve"> </w:t>
      </w:r>
      <w:proofErr w:type="spellStart"/>
      <w:r w:rsidRPr="0025334A">
        <w:t>serviciului</w:t>
      </w:r>
      <w:proofErr w:type="spellEnd"/>
      <w:r w:rsidRPr="0025334A">
        <w:t xml:space="preserve">. </w:t>
      </w:r>
      <w:proofErr w:type="spellStart"/>
      <w:r w:rsidRPr="0025334A">
        <w:t>Prestatorul</w:t>
      </w:r>
      <w:proofErr w:type="spellEnd"/>
      <w:r w:rsidRPr="0025334A">
        <w:t xml:space="preserve"> nu </w:t>
      </w:r>
      <w:proofErr w:type="spellStart"/>
      <w:r w:rsidRPr="0025334A">
        <w:t>va</w:t>
      </w:r>
      <w:proofErr w:type="spellEnd"/>
      <w:r w:rsidRPr="0025334A">
        <w:t xml:space="preserve"> include </w:t>
      </w:r>
      <w:proofErr w:type="spellStart"/>
      <w:r w:rsidRPr="0025334A">
        <w:t>astfel</w:t>
      </w:r>
      <w:proofErr w:type="spellEnd"/>
      <w:r w:rsidRPr="0025334A">
        <w:t xml:space="preserve"> de </w:t>
      </w:r>
      <w:proofErr w:type="spellStart"/>
      <w:r w:rsidRPr="0025334A">
        <w:t>informații</w:t>
      </w:r>
      <w:proofErr w:type="spellEnd"/>
      <w:r w:rsidRPr="0025334A">
        <w:t xml:space="preserve"> </w:t>
      </w:r>
      <w:proofErr w:type="spellStart"/>
      <w:r w:rsidRPr="0025334A">
        <w:t>în</w:t>
      </w:r>
      <w:proofErr w:type="spellEnd"/>
      <w:r w:rsidRPr="0025334A">
        <w:t xml:space="preserve"> </w:t>
      </w:r>
      <w:proofErr w:type="spellStart"/>
      <w:r w:rsidRPr="0025334A">
        <w:t>documente</w:t>
      </w:r>
      <w:proofErr w:type="spellEnd"/>
      <w:r w:rsidRPr="0025334A">
        <w:t xml:space="preserve"> </w:t>
      </w:r>
      <w:proofErr w:type="spellStart"/>
      <w:r w:rsidRPr="0025334A">
        <w:t>publice</w:t>
      </w:r>
      <w:proofErr w:type="spellEnd"/>
      <w:r w:rsidRPr="0025334A">
        <w:t xml:space="preserve">, </w:t>
      </w:r>
      <w:proofErr w:type="spellStart"/>
      <w:r w:rsidRPr="0025334A">
        <w:t>fotografii</w:t>
      </w:r>
      <w:proofErr w:type="spellEnd"/>
      <w:r w:rsidRPr="0025334A">
        <w:t xml:space="preserve">, </w:t>
      </w:r>
      <w:proofErr w:type="spellStart"/>
      <w:r w:rsidRPr="0025334A">
        <w:t>materiale</w:t>
      </w:r>
      <w:proofErr w:type="spellEnd"/>
      <w:r w:rsidRPr="0025334A">
        <w:t xml:space="preserve"> </w:t>
      </w:r>
      <w:proofErr w:type="spellStart"/>
      <w:r w:rsidRPr="0025334A">
        <w:t>comerciale</w:t>
      </w:r>
      <w:proofErr w:type="spellEnd"/>
      <w:r w:rsidRPr="0025334A">
        <w:t xml:space="preserve"> </w:t>
      </w:r>
      <w:proofErr w:type="spellStart"/>
      <w:r w:rsidRPr="0025334A">
        <w:t>sau</w:t>
      </w:r>
      <w:proofErr w:type="spellEnd"/>
      <w:r w:rsidRPr="0025334A">
        <w:t xml:space="preserve"> </w:t>
      </w:r>
      <w:proofErr w:type="spellStart"/>
      <w:r w:rsidRPr="0025334A">
        <w:t>alte</w:t>
      </w:r>
      <w:proofErr w:type="spellEnd"/>
      <w:r w:rsidRPr="0025334A">
        <w:t xml:space="preserve"> </w:t>
      </w:r>
      <w:proofErr w:type="spellStart"/>
      <w:r w:rsidRPr="0025334A">
        <w:t>comunicări</w:t>
      </w:r>
      <w:proofErr w:type="spellEnd"/>
      <w:r w:rsidRPr="0025334A">
        <w:t xml:space="preserve"> care nu sunt </w:t>
      </w:r>
      <w:proofErr w:type="spellStart"/>
      <w:r w:rsidRPr="0025334A">
        <w:t>necesare</w:t>
      </w:r>
      <w:proofErr w:type="spellEnd"/>
      <w:r w:rsidRPr="0025334A">
        <w:t xml:space="preserve"> </w:t>
      </w:r>
      <w:proofErr w:type="spellStart"/>
      <w:r w:rsidRPr="0025334A">
        <w:t>executării</w:t>
      </w:r>
      <w:proofErr w:type="spellEnd"/>
      <w:r w:rsidRPr="0025334A">
        <w:t xml:space="preserve"> </w:t>
      </w:r>
      <w:proofErr w:type="spellStart"/>
      <w:r w:rsidRPr="0025334A">
        <w:t>contractului</w:t>
      </w:r>
      <w:proofErr w:type="spellEnd"/>
      <w:r w:rsidRPr="0025334A">
        <w:t>.</w:t>
      </w:r>
    </w:p>
    <w:p w14:paraId="4923BD19" w14:textId="77777777" w:rsidR="0025334A" w:rsidRPr="0025334A" w:rsidRDefault="0025334A">
      <w:pPr>
        <w:spacing w:after="50" w:line="247" w:lineRule="auto"/>
      </w:pPr>
    </w:p>
    <w:p w14:paraId="25A3E836" w14:textId="2BC51886" w:rsidR="000C4CB5" w:rsidRPr="0025334A" w:rsidRDefault="004E746A" w:rsidP="0025334A">
      <w:pPr>
        <w:pStyle w:val="Heading2"/>
        <w:rPr>
          <w:color w:val="auto"/>
        </w:rPr>
      </w:pPr>
      <w:bookmarkStart w:id="9" w:name="_Toc242951453"/>
      <w:r w:rsidRPr="0025334A">
        <w:rPr>
          <w:color w:val="auto"/>
        </w:rPr>
        <w:t xml:space="preserve">3.2. </w:t>
      </w:r>
      <w:proofErr w:type="spellStart"/>
      <w:r w:rsidR="002D67C1" w:rsidRPr="002D67C1">
        <w:rPr>
          <w:bCs/>
          <w:color w:val="auto"/>
        </w:rPr>
        <w:t>Durata</w:t>
      </w:r>
      <w:proofErr w:type="spellEnd"/>
      <w:r w:rsidR="002D67C1" w:rsidRPr="002D67C1">
        <w:rPr>
          <w:bCs/>
          <w:color w:val="auto"/>
        </w:rPr>
        <w:t xml:space="preserve">, </w:t>
      </w:r>
      <w:proofErr w:type="spellStart"/>
      <w:r w:rsidR="002D67C1" w:rsidRPr="002D67C1">
        <w:rPr>
          <w:bCs/>
          <w:color w:val="auto"/>
        </w:rPr>
        <w:t>cantitățile</w:t>
      </w:r>
      <w:proofErr w:type="spellEnd"/>
      <w:r w:rsidR="002D67C1" w:rsidRPr="002D67C1">
        <w:rPr>
          <w:bCs/>
          <w:color w:val="auto"/>
        </w:rPr>
        <w:t xml:space="preserve"> </w:t>
      </w:r>
      <w:proofErr w:type="spellStart"/>
      <w:r w:rsidR="002D67C1" w:rsidRPr="002D67C1">
        <w:rPr>
          <w:bCs/>
          <w:color w:val="auto"/>
        </w:rPr>
        <w:t>și</w:t>
      </w:r>
      <w:proofErr w:type="spellEnd"/>
      <w:r w:rsidR="002D67C1" w:rsidRPr="002D67C1">
        <w:rPr>
          <w:bCs/>
          <w:color w:val="auto"/>
        </w:rPr>
        <w:t xml:space="preserve"> </w:t>
      </w:r>
      <w:proofErr w:type="spellStart"/>
      <w:r w:rsidR="002D67C1" w:rsidRPr="002D67C1">
        <w:rPr>
          <w:bCs/>
          <w:color w:val="auto"/>
        </w:rPr>
        <w:t>valorile</w:t>
      </w:r>
      <w:proofErr w:type="spellEnd"/>
      <w:r w:rsidR="002D67C1" w:rsidRPr="002D67C1">
        <w:rPr>
          <w:bCs/>
          <w:color w:val="auto"/>
        </w:rPr>
        <w:t xml:space="preserve"> estimate</w:t>
      </w:r>
      <w:bookmarkEnd w:id="9"/>
    </w:p>
    <w:p w14:paraId="74134AF3" w14:textId="77777777" w:rsidR="00D134DF" w:rsidRDefault="004E746A">
      <w:pPr>
        <w:spacing w:after="50" w:line="247" w:lineRule="auto"/>
      </w:pPr>
      <w:r w:rsidRPr="0025334A">
        <w:t>Acordul-</w:t>
      </w:r>
      <w:proofErr w:type="spellStart"/>
      <w:r w:rsidRPr="0025334A">
        <w:t>cadru</w:t>
      </w:r>
      <w:proofErr w:type="spellEnd"/>
      <w:r w:rsidRPr="0025334A">
        <w:t xml:space="preserve"> are </w:t>
      </w:r>
      <w:proofErr w:type="spellStart"/>
      <w:r w:rsidRPr="0025334A">
        <w:t>durata</w:t>
      </w:r>
      <w:proofErr w:type="spellEnd"/>
      <w:r w:rsidRPr="0025334A">
        <w:t xml:space="preserve"> de </w:t>
      </w:r>
      <w:r w:rsidRPr="0025334A">
        <w:rPr>
          <w:b/>
          <w:bCs/>
        </w:rPr>
        <w:t xml:space="preserve">12 </w:t>
      </w:r>
      <w:proofErr w:type="spellStart"/>
      <w:r w:rsidRPr="0025334A">
        <w:rPr>
          <w:b/>
          <w:bCs/>
        </w:rPr>
        <w:t>luni</w:t>
      </w:r>
      <w:proofErr w:type="spellEnd"/>
      <w:r w:rsidRPr="0025334A">
        <w:t xml:space="preserve"> </w:t>
      </w:r>
      <w:proofErr w:type="spellStart"/>
      <w:r w:rsidRPr="0025334A">
        <w:t>calculată</w:t>
      </w:r>
      <w:proofErr w:type="spellEnd"/>
      <w:r w:rsidRPr="0025334A">
        <w:t xml:space="preserve"> de la data </w:t>
      </w:r>
      <w:proofErr w:type="spellStart"/>
      <w:r w:rsidRPr="0025334A">
        <w:t>intrării</w:t>
      </w:r>
      <w:proofErr w:type="spellEnd"/>
      <w:r w:rsidRPr="0025334A">
        <w:t xml:space="preserve"> sale </w:t>
      </w:r>
      <w:proofErr w:type="spellStart"/>
      <w:r w:rsidRPr="0025334A">
        <w:t>în</w:t>
      </w:r>
      <w:proofErr w:type="spellEnd"/>
      <w:r w:rsidRPr="0025334A">
        <w:t xml:space="preserve"> </w:t>
      </w:r>
      <w:proofErr w:type="spellStart"/>
      <w:r w:rsidRPr="0025334A">
        <w:t>vigoare</w:t>
      </w:r>
      <w:proofErr w:type="spellEnd"/>
      <w:r w:rsidRPr="0025334A">
        <w:t xml:space="preserve">. </w:t>
      </w:r>
      <w:proofErr w:type="spellStart"/>
      <w:r w:rsidRPr="0025334A">
        <w:t>Prestarea</w:t>
      </w:r>
      <w:proofErr w:type="spellEnd"/>
      <w:r w:rsidRPr="0025334A">
        <w:t xml:space="preserve"> </w:t>
      </w:r>
      <w:proofErr w:type="spellStart"/>
      <w:r w:rsidRPr="0025334A">
        <w:t>efectivă</w:t>
      </w:r>
      <w:proofErr w:type="spellEnd"/>
      <w:r w:rsidRPr="0025334A">
        <w:t xml:space="preserve"> se </w:t>
      </w:r>
      <w:proofErr w:type="spellStart"/>
      <w:r w:rsidRPr="0025334A">
        <w:t>realizează</w:t>
      </w:r>
      <w:proofErr w:type="spellEnd"/>
      <w:r w:rsidRPr="0025334A">
        <w:t xml:space="preserve"> </w:t>
      </w:r>
      <w:proofErr w:type="spellStart"/>
      <w:r w:rsidRPr="0025334A">
        <w:t>prin</w:t>
      </w:r>
      <w:proofErr w:type="spellEnd"/>
      <w:r w:rsidRPr="0025334A">
        <w:t xml:space="preserve"> </w:t>
      </w:r>
      <w:proofErr w:type="spellStart"/>
      <w:r w:rsidRPr="0025334A">
        <w:t>contracte</w:t>
      </w:r>
      <w:proofErr w:type="spellEnd"/>
      <w:r w:rsidRPr="0025334A">
        <w:t xml:space="preserve"> </w:t>
      </w:r>
      <w:proofErr w:type="spellStart"/>
      <w:r w:rsidRPr="0025334A">
        <w:t>subsecvente</w:t>
      </w:r>
      <w:proofErr w:type="spellEnd"/>
      <w:r w:rsidRPr="0025334A">
        <w:t xml:space="preserve"> </w:t>
      </w:r>
      <w:proofErr w:type="spellStart"/>
      <w:r w:rsidRPr="0025334A">
        <w:t>atribuite</w:t>
      </w:r>
      <w:proofErr w:type="spellEnd"/>
      <w:r w:rsidRPr="0025334A">
        <w:t xml:space="preserve"> </w:t>
      </w:r>
      <w:proofErr w:type="spellStart"/>
      <w:r w:rsidRPr="0025334A">
        <w:t>în</w:t>
      </w:r>
      <w:proofErr w:type="spellEnd"/>
      <w:r w:rsidRPr="0025334A">
        <w:t xml:space="preserve"> </w:t>
      </w:r>
      <w:proofErr w:type="spellStart"/>
      <w:r w:rsidRPr="0025334A">
        <w:t>perioada</w:t>
      </w:r>
      <w:proofErr w:type="spellEnd"/>
      <w:r w:rsidRPr="0025334A">
        <w:t xml:space="preserve"> de </w:t>
      </w:r>
      <w:proofErr w:type="spellStart"/>
      <w:r w:rsidRPr="0025334A">
        <w:t>valabilitate</w:t>
      </w:r>
      <w:proofErr w:type="spellEnd"/>
      <w:r w:rsidRPr="0025334A">
        <w:t xml:space="preserve"> a </w:t>
      </w:r>
      <w:proofErr w:type="spellStart"/>
      <w:r w:rsidRPr="0025334A">
        <w:t>acordului-cadru</w:t>
      </w:r>
      <w:proofErr w:type="spellEnd"/>
      <w:r w:rsidRPr="0025334A">
        <w:t xml:space="preserve">. </w:t>
      </w:r>
    </w:p>
    <w:p w14:paraId="1C103274" w14:textId="31C99AA3" w:rsidR="000C4CB5" w:rsidRDefault="004E746A">
      <w:pPr>
        <w:spacing w:after="50" w:line="247" w:lineRule="auto"/>
      </w:pPr>
      <w:proofErr w:type="spellStart"/>
      <w:r w:rsidRPr="0025334A">
        <w:t>Pentru</w:t>
      </w:r>
      <w:proofErr w:type="spellEnd"/>
      <w:r w:rsidRPr="0025334A">
        <w:t xml:space="preserve"> </w:t>
      </w:r>
      <w:proofErr w:type="spellStart"/>
      <w:r w:rsidRPr="0025334A">
        <w:t>dimensionarea</w:t>
      </w:r>
      <w:proofErr w:type="spellEnd"/>
      <w:r w:rsidRPr="0025334A">
        <w:t xml:space="preserve"> </w:t>
      </w:r>
      <w:proofErr w:type="spellStart"/>
      <w:r w:rsidRPr="0025334A">
        <w:t>prezentei</w:t>
      </w:r>
      <w:proofErr w:type="spellEnd"/>
      <w:r w:rsidRPr="0025334A">
        <w:t xml:space="preserve"> </w:t>
      </w:r>
      <w:proofErr w:type="spellStart"/>
      <w:r w:rsidRPr="0025334A">
        <w:t>documentații</w:t>
      </w:r>
      <w:proofErr w:type="spellEnd"/>
      <w:r w:rsidRPr="0025334A">
        <w:t xml:space="preserve">, cel </w:t>
      </w:r>
      <w:proofErr w:type="spellStart"/>
      <w:r w:rsidRPr="0025334A">
        <w:t>mai</w:t>
      </w:r>
      <w:proofErr w:type="spellEnd"/>
      <w:r w:rsidRPr="0025334A">
        <w:t xml:space="preserve"> mic contract </w:t>
      </w:r>
      <w:proofErr w:type="spellStart"/>
      <w:r w:rsidRPr="0025334A">
        <w:t>subsecvent</w:t>
      </w:r>
      <w:proofErr w:type="spellEnd"/>
      <w:r w:rsidRPr="0025334A">
        <w:t xml:space="preserve"> </w:t>
      </w:r>
      <w:proofErr w:type="spellStart"/>
      <w:r w:rsidRPr="0025334A">
        <w:t>este</w:t>
      </w:r>
      <w:proofErr w:type="spellEnd"/>
      <w:r w:rsidRPr="0025334A">
        <w:t xml:space="preserve"> </w:t>
      </w:r>
      <w:proofErr w:type="spellStart"/>
      <w:r w:rsidRPr="0025334A">
        <w:t>estimat</w:t>
      </w:r>
      <w:proofErr w:type="spellEnd"/>
      <w:r w:rsidRPr="0025334A">
        <w:t xml:space="preserve"> </w:t>
      </w:r>
      <w:proofErr w:type="spellStart"/>
      <w:r w:rsidRPr="0025334A">
        <w:t>pentru</w:t>
      </w:r>
      <w:proofErr w:type="spellEnd"/>
      <w:r w:rsidRPr="0025334A">
        <w:t xml:space="preserve"> 30 de </w:t>
      </w:r>
      <w:proofErr w:type="spellStart"/>
      <w:r w:rsidRPr="0025334A">
        <w:t>zile</w:t>
      </w:r>
      <w:proofErr w:type="spellEnd"/>
      <w:r w:rsidRPr="0025334A">
        <w:t xml:space="preserve"> </w:t>
      </w:r>
      <w:proofErr w:type="spellStart"/>
      <w:r w:rsidRPr="0025334A">
        <w:t>calendaristice</w:t>
      </w:r>
      <w:proofErr w:type="spellEnd"/>
      <w:r w:rsidRPr="0025334A">
        <w:t xml:space="preserve">, </w:t>
      </w:r>
      <w:proofErr w:type="spellStart"/>
      <w:r w:rsidRPr="0025334A">
        <w:t>iar</w:t>
      </w:r>
      <w:proofErr w:type="spellEnd"/>
      <w:r w:rsidRPr="0025334A">
        <w:t xml:space="preserve"> cel </w:t>
      </w:r>
      <w:proofErr w:type="spellStart"/>
      <w:r w:rsidRPr="0025334A">
        <w:t>mai</w:t>
      </w:r>
      <w:proofErr w:type="spellEnd"/>
      <w:r w:rsidRPr="0025334A">
        <w:t xml:space="preserve"> mare contract </w:t>
      </w:r>
      <w:proofErr w:type="spellStart"/>
      <w:r w:rsidRPr="0025334A">
        <w:t>subsecvent</w:t>
      </w:r>
      <w:proofErr w:type="spellEnd"/>
      <w:r w:rsidRPr="0025334A">
        <w:t xml:space="preserve"> </w:t>
      </w:r>
      <w:proofErr w:type="spellStart"/>
      <w:r w:rsidRPr="0025334A">
        <w:t>pentru</w:t>
      </w:r>
      <w:proofErr w:type="spellEnd"/>
      <w:r w:rsidRPr="0025334A">
        <w:t xml:space="preserve"> maximum </w:t>
      </w:r>
      <w:r w:rsidR="0025334A" w:rsidRPr="0025334A">
        <w:t>24</w:t>
      </w:r>
      <w:r w:rsidRPr="0025334A">
        <w:t xml:space="preserve">0 de </w:t>
      </w:r>
      <w:proofErr w:type="spellStart"/>
      <w:r w:rsidRPr="0025334A">
        <w:t>zile</w:t>
      </w:r>
      <w:proofErr w:type="spellEnd"/>
      <w:r w:rsidRPr="0025334A">
        <w:t xml:space="preserve"> </w:t>
      </w:r>
      <w:proofErr w:type="spellStart"/>
      <w:r w:rsidRPr="0025334A">
        <w:t>calendaristice</w:t>
      </w:r>
      <w:proofErr w:type="spellEnd"/>
      <w:r w:rsidRPr="0025334A">
        <w:t xml:space="preserve">. </w:t>
      </w:r>
      <w:proofErr w:type="spellStart"/>
      <w:r w:rsidRPr="0025334A">
        <w:t>Durata</w:t>
      </w:r>
      <w:proofErr w:type="spellEnd"/>
      <w:r w:rsidRPr="0025334A">
        <w:t xml:space="preserve"> </w:t>
      </w:r>
      <w:proofErr w:type="spellStart"/>
      <w:r w:rsidRPr="0025334A">
        <w:t>și</w:t>
      </w:r>
      <w:proofErr w:type="spellEnd"/>
      <w:r w:rsidRPr="0025334A">
        <w:t xml:space="preserve"> </w:t>
      </w:r>
      <w:proofErr w:type="spellStart"/>
      <w:r w:rsidRPr="0025334A">
        <w:t>cantitatea</w:t>
      </w:r>
      <w:proofErr w:type="spellEnd"/>
      <w:r w:rsidRPr="0025334A">
        <w:t xml:space="preserve"> </w:t>
      </w:r>
      <w:proofErr w:type="spellStart"/>
      <w:r w:rsidRPr="0025334A">
        <w:t>concretă</w:t>
      </w:r>
      <w:proofErr w:type="spellEnd"/>
      <w:r w:rsidRPr="0025334A">
        <w:t xml:space="preserve"> a </w:t>
      </w:r>
      <w:proofErr w:type="spellStart"/>
      <w:r w:rsidRPr="0025334A">
        <w:t>fiecărui</w:t>
      </w:r>
      <w:proofErr w:type="spellEnd"/>
      <w:r w:rsidRPr="0025334A">
        <w:t xml:space="preserve"> contract </w:t>
      </w:r>
      <w:proofErr w:type="spellStart"/>
      <w:r w:rsidRPr="0025334A">
        <w:t>subsecvent</w:t>
      </w:r>
      <w:proofErr w:type="spellEnd"/>
      <w:r w:rsidRPr="0025334A">
        <w:t xml:space="preserve"> se </w:t>
      </w:r>
      <w:proofErr w:type="spellStart"/>
      <w:r w:rsidRPr="0025334A">
        <w:t>stabilesc</w:t>
      </w:r>
      <w:proofErr w:type="spellEnd"/>
      <w:r w:rsidRPr="0025334A">
        <w:t xml:space="preserve"> la </w:t>
      </w:r>
      <w:proofErr w:type="spellStart"/>
      <w:r w:rsidRPr="0025334A">
        <w:t>momentul</w:t>
      </w:r>
      <w:proofErr w:type="spellEnd"/>
      <w:r w:rsidRPr="0025334A">
        <w:t xml:space="preserve"> </w:t>
      </w:r>
      <w:proofErr w:type="spellStart"/>
      <w:r w:rsidRPr="0025334A">
        <w:t>atribuirii</w:t>
      </w:r>
      <w:proofErr w:type="spellEnd"/>
      <w:r w:rsidRPr="0025334A">
        <w:t xml:space="preserve"> </w:t>
      </w:r>
      <w:proofErr w:type="spellStart"/>
      <w:r w:rsidRPr="0025334A">
        <w:t>acestuia</w:t>
      </w:r>
      <w:proofErr w:type="spellEnd"/>
      <w:r w:rsidRPr="0025334A">
        <w:t xml:space="preserve">, </w:t>
      </w:r>
      <w:proofErr w:type="spellStart"/>
      <w:r w:rsidRPr="0025334A">
        <w:t>în</w:t>
      </w:r>
      <w:proofErr w:type="spellEnd"/>
      <w:r w:rsidRPr="0025334A">
        <w:t xml:space="preserve"> </w:t>
      </w:r>
      <w:proofErr w:type="spellStart"/>
      <w:r w:rsidRPr="0025334A">
        <w:t>limitele</w:t>
      </w:r>
      <w:proofErr w:type="spellEnd"/>
      <w:r w:rsidRPr="0025334A">
        <w:t xml:space="preserve"> </w:t>
      </w:r>
      <w:proofErr w:type="spellStart"/>
      <w:r w:rsidRPr="0025334A">
        <w:t>acordului-cadru</w:t>
      </w:r>
      <w:proofErr w:type="spellEnd"/>
      <w:r w:rsidRPr="0025334A">
        <w:t xml:space="preserve"> </w:t>
      </w:r>
      <w:proofErr w:type="spellStart"/>
      <w:r w:rsidRPr="0025334A">
        <w:t>și</w:t>
      </w:r>
      <w:proofErr w:type="spellEnd"/>
      <w:r w:rsidRPr="0025334A">
        <w:t xml:space="preserve"> </w:t>
      </w:r>
      <w:proofErr w:type="spellStart"/>
      <w:r w:rsidRPr="0025334A">
        <w:t>în</w:t>
      </w:r>
      <w:proofErr w:type="spellEnd"/>
      <w:r w:rsidRPr="0025334A">
        <w:t xml:space="preserve"> </w:t>
      </w:r>
      <w:proofErr w:type="spellStart"/>
      <w:r w:rsidRPr="0025334A">
        <w:t>funcție</w:t>
      </w:r>
      <w:proofErr w:type="spellEnd"/>
      <w:r w:rsidRPr="0025334A">
        <w:t xml:space="preserve"> de </w:t>
      </w:r>
      <w:proofErr w:type="spellStart"/>
      <w:r w:rsidRPr="0025334A">
        <w:t>necesarul</w:t>
      </w:r>
      <w:proofErr w:type="spellEnd"/>
      <w:r w:rsidRPr="0025334A">
        <w:t xml:space="preserve"> </w:t>
      </w:r>
      <w:proofErr w:type="spellStart"/>
      <w:r w:rsidRPr="0025334A">
        <w:t>efectiv</w:t>
      </w:r>
      <w:proofErr w:type="spellEnd"/>
      <w:r w:rsidRPr="0025334A">
        <w:t xml:space="preserve"> </w:t>
      </w:r>
      <w:proofErr w:type="spellStart"/>
      <w:r w:rsidRPr="0025334A">
        <w:t>și</w:t>
      </w:r>
      <w:proofErr w:type="spellEnd"/>
      <w:r w:rsidRPr="0025334A">
        <w:t xml:space="preserve"> </w:t>
      </w:r>
      <w:proofErr w:type="spellStart"/>
      <w:r w:rsidRPr="0025334A">
        <w:t>creditele</w:t>
      </w:r>
      <w:proofErr w:type="spellEnd"/>
      <w:r w:rsidRPr="0025334A">
        <w:t xml:space="preserve"> </w:t>
      </w:r>
      <w:proofErr w:type="spellStart"/>
      <w:r w:rsidRPr="0025334A">
        <w:t>bugetare</w:t>
      </w:r>
      <w:proofErr w:type="spellEnd"/>
      <w:r w:rsidRPr="0025334A">
        <w:t xml:space="preserve"> </w:t>
      </w:r>
      <w:proofErr w:type="spellStart"/>
      <w:r w:rsidRPr="0025334A">
        <w:t>aprobate</w:t>
      </w:r>
      <w:proofErr w:type="spellEnd"/>
      <w:r w:rsidRPr="0025334A">
        <w:t>.</w:t>
      </w:r>
    </w:p>
    <w:p w14:paraId="348E120D" w14:textId="77777777" w:rsidR="0025334A" w:rsidRPr="0025334A" w:rsidRDefault="0025334A" w:rsidP="0025334A">
      <w:pPr>
        <w:spacing w:after="50" w:line="247" w:lineRule="auto"/>
        <w:rPr>
          <w:lang w:val="fr-FR"/>
        </w:rPr>
      </w:pPr>
      <w:proofErr w:type="spellStart"/>
      <w:r w:rsidRPr="0025334A">
        <w:rPr>
          <w:lang w:val="fr-FR"/>
        </w:rPr>
        <w:t>Calendarul</w:t>
      </w:r>
      <w:proofErr w:type="spellEnd"/>
      <w:r w:rsidRPr="0025334A">
        <w:rPr>
          <w:lang w:val="fr-FR"/>
        </w:rPr>
        <w:t xml:space="preserve">  </w:t>
      </w:r>
      <w:proofErr w:type="spellStart"/>
      <w:r w:rsidRPr="0025334A">
        <w:rPr>
          <w:lang w:val="fr-FR"/>
        </w:rPr>
        <w:t>estimativ</w:t>
      </w:r>
      <w:proofErr w:type="spellEnd"/>
      <w:r w:rsidRPr="0025334A">
        <w:rPr>
          <w:lang w:val="fr-FR"/>
        </w:rPr>
        <w:t xml:space="preserve"> de </w:t>
      </w:r>
      <w:proofErr w:type="spellStart"/>
      <w:r w:rsidRPr="0025334A">
        <w:rPr>
          <w:lang w:val="fr-FR"/>
        </w:rPr>
        <w:t>contractare</w:t>
      </w:r>
      <w:proofErr w:type="spellEnd"/>
      <w:r w:rsidRPr="0025334A">
        <w:rPr>
          <w:lang w:val="fr-FR"/>
        </w:rPr>
        <w:t> :</w:t>
      </w:r>
    </w:p>
    <w:p w14:paraId="49574C5F" w14:textId="76267B3E" w:rsidR="0025334A" w:rsidRPr="0025334A" w:rsidRDefault="0025334A" w:rsidP="002459A2">
      <w:pPr>
        <w:numPr>
          <w:ilvl w:val="0"/>
          <w:numId w:val="20"/>
        </w:numPr>
        <w:tabs>
          <w:tab w:val="clear" w:pos="840"/>
          <w:tab w:val="left" w:pos="284"/>
        </w:tabs>
        <w:spacing w:after="50" w:line="247" w:lineRule="auto"/>
        <w:ind w:left="0" w:firstLine="0"/>
        <w:rPr>
          <w:lang w:val="ro-RO"/>
        </w:rPr>
      </w:pPr>
      <w:r w:rsidRPr="0025334A">
        <w:rPr>
          <w:lang w:val="ro-RO"/>
        </w:rPr>
        <w:t>Primul contract subsecvent va fi incheiat dupa atribuirea acordului cadru si pana la data de 31.12.</w:t>
      </w:r>
      <w:r>
        <w:rPr>
          <w:lang w:val="ro-RO"/>
        </w:rPr>
        <w:t>2026</w:t>
      </w:r>
      <w:r w:rsidRPr="0025334A">
        <w:rPr>
          <w:lang w:val="ro-RO"/>
        </w:rPr>
        <w:t>.</w:t>
      </w:r>
    </w:p>
    <w:p w14:paraId="3519B593" w14:textId="10D8A381" w:rsidR="0025334A" w:rsidRPr="0025334A" w:rsidRDefault="0025334A" w:rsidP="002459A2">
      <w:pPr>
        <w:numPr>
          <w:ilvl w:val="0"/>
          <w:numId w:val="20"/>
        </w:numPr>
        <w:tabs>
          <w:tab w:val="clear" w:pos="840"/>
          <w:tab w:val="left" w:pos="284"/>
        </w:tabs>
        <w:spacing w:after="50" w:line="247" w:lineRule="auto"/>
        <w:ind w:left="0" w:firstLine="0"/>
        <w:rPr>
          <w:lang w:val="ro-RO"/>
        </w:rPr>
      </w:pPr>
      <w:r w:rsidRPr="0025334A">
        <w:rPr>
          <w:lang w:val="ro-RO"/>
        </w:rPr>
        <w:t>Al doilea contract subscvent va fi incheiat de 01.01.202</w:t>
      </w:r>
      <w:r>
        <w:rPr>
          <w:lang w:val="ro-RO"/>
        </w:rPr>
        <w:t>7</w:t>
      </w:r>
      <w:r w:rsidRPr="0025334A">
        <w:rPr>
          <w:lang w:val="ro-RO"/>
        </w:rPr>
        <w:t xml:space="preserve"> pana la 30.04.202</w:t>
      </w:r>
      <w:r>
        <w:rPr>
          <w:lang w:val="ro-RO"/>
        </w:rPr>
        <w:t>7</w:t>
      </w:r>
      <w:r w:rsidRPr="0025334A">
        <w:rPr>
          <w:lang w:val="ro-RO"/>
        </w:rPr>
        <w:t xml:space="preserve"> (respectiv pana la aprobarea bugetului pentru anul 202</w:t>
      </w:r>
      <w:r>
        <w:rPr>
          <w:lang w:val="ro-RO"/>
        </w:rPr>
        <w:t>7</w:t>
      </w:r>
      <w:r w:rsidRPr="0025334A">
        <w:rPr>
          <w:lang w:val="ro-RO"/>
        </w:rPr>
        <w:t>).</w:t>
      </w:r>
    </w:p>
    <w:p w14:paraId="365792CF" w14:textId="7F990187" w:rsidR="0025334A" w:rsidRPr="0025334A" w:rsidRDefault="0025334A" w:rsidP="002459A2">
      <w:pPr>
        <w:numPr>
          <w:ilvl w:val="0"/>
          <w:numId w:val="20"/>
        </w:numPr>
        <w:tabs>
          <w:tab w:val="clear" w:pos="840"/>
          <w:tab w:val="left" w:pos="284"/>
        </w:tabs>
        <w:spacing w:after="50" w:line="247" w:lineRule="auto"/>
        <w:ind w:left="0" w:firstLine="0"/>
        <w:rPr>
          <w:lang w:val="ro-RO"/>
        </w:rPr>
      </w:pPr>
      <w:r w:rsidRPr="0025334A">
        <w:rPr>
          <w:lang w:val="ro-RO"/>
        </w:rPr>
        <w:lastRenderedPageBreak/>
        <w:t>Al treilea contract subscvent va fi incheiat la data de 01.05.202</w:t>
      </w:r>
      <w:r w:rsidR="0075332A">
        <w:rPr>
          <w:lang w:val="ro-RO"/>
        </w:rPr>
        <w:t>7</w:t>
      </w:r>
      <w:r>
        <w:rPr>
          <w:lang w:val="ro-RO"/>
        </w:rPr>
        <w:t xml:space="preserve"> si pana</w:t>
      </w:r>
      <w:r w:rsidR="00D23C0D">
        <w:rPr>
          <w:lang w:val="ro-RO"/>
        </w:rPr>
        <w:t xml:space="preserve"> </w:t>
      </w:r>
      <w:r>
        <w:rPr>
          <w:lang w:val="ro-RO"/>
        </w:rPr>
        <w:t>la finalizarea</w:t>
      </w:r>
      <w:r w:rsidRPr="0025334A">
        <w:rPr>
          <w:lang w:val="ro-RO"/>
        </w:rPr>
        <w:t xml:space="preserve"> acord</w:t>
      </w:r>
      <w:r>
        <w:rPr>
          <w:lang w:val="ro-RO"/>
        </w:rPr>
        <w:t>ului</w:t>
      </w:r>
      <w:r w:rsidRPr="0025334A">
        <w:rPr>
          <w:lang w:val="ro-RO"/>
        </w:rPr>
        <w:t>-cadru.</w:t>
      </w:r>
    </w:p>
    <w:p w14:paraId="2A3B007A" w14:textId="1BB36169" w:rsidR="0025334A" w:rsidRDefault="008506A3">
      <w:pPr>
        <w:spacing w:after="50" w:line="247" w:lineRule="auto"/>
      </w:pPr>
      <w:proofErr w:type="spellStart"/>
      <w:r>
        <w:t>Valoarea</w:t>
      </w:r>
      <w:proofErr w:type="spellEnd"/>
      <w:r>
        <w:t xml:space="preserve"> </w:t>
      </w:r>
      <w:proofErr w:type="spellStart"/>
      <w:r>
        <w:t>contractelor</w:t>
      </w:r>
      <w:proofErr w:type="spellEnd"/>
      <w:r>
        <w:t xml:space="preserve"> </w:t>
      </w:r>
      <w:proofErr w:type="spellStart"/>
      <w:r>
        <w:t>subsecvente</w:t>
      </w:r>
      <w:proofErr w:type="spellEnd"/>
      <w:r>
        <w:t xml:space="preserve"> se </w:t>
      </w:r>
      <w:proofErr w:type="spellStart"/>
      <w:r>
        <w:t>va</w:t>
      </w:r>
      <w:proofErr w:type="spellEnd"/>
      <w:r>
        <w:t xml:space="preserve"> </w:t>
      </w:r>
      <w:proofErr w:type="spellStart"/>
      <w:r>
        <w:t>raporta</w:t>
      </w:r>
      <w:proofErr w:type="spellEnd"/>
      <w:r>
        <w:t xml:space="preserve"> la </w:t>
      </w:r>
      <w:proofErr w:type="spellStart"/>
      <w:r>
        <w:t>numarul</w:t>
      </w:r>
      <w:proofErr w:type="spellEnd"/>
      <w:r>
        <w:t xml:space="preserve"> </w:t>
      </w:r>
      <w:proofErr w:type="spellStart"/>
      <w:r>
        <w:t>mediu</w:t>
      </w:r>
      <w:proofErr w:type="spellEnd"/>
      <w:r>
        <w:t xml:space="preserve"> de </w:t>
      </w:r>
      <w:proofErr w:type="spellStart"/>
      <w:r>
        <w:t>beneficiari</w:t>
      </w:r>
      <w:proofErr w:type="spellEnd"/>
      <w:r>
        <w:t xml:space="preserve"> de </w:t>
      </w:r>
      <w:proofErr w:type="spellStart"/>
      <w:r>
        <w:t>servicii</w:t>
      </w:r>
      <w:proofErr w:type="spellEnd"/>
      <w:r>
        <w:t xml:space="preserve"> de </w:t>
      </w:r>
      <w:proofErr w:type="spellStart"/>
      <w:r>
        <w:t>asistenta</w:t>
      </w:r>
      <w:proofErr w:type="spellEnd"/>
      <w:r>
        <w:t xml:space="preserve"> </w:t>
      </w:r>
      <w:proofErr w:type="spellStart"/>
      <w:r>
        <w:t>sociala</w:t>
      </w:r>
      <w:proofErr w:type="spellEnd"/>
      <w:r>
        <w:t xml:space="preserve">, </w:t>
      </w:r>
      <w:proofErr w:type="spellStart"/>
      <w:r>
        <w:t>inmultit</w:t>
      </w:r>
      <w:proofErr w:type="spellEnd"/>
      <w:r>
        <w:t xml:space="preserve"> cu </w:t>
      </w:r>
      <w:proofErr w:type="spellStart"/>
      <w:r>
        <w:t>numarul</w:t>
      </w:r>
      <w:proofErr w:type="spellEnd"/>
      <w:r>
        <w:t xml:space="preserve"> de </w:t>
      </w:r>
      <w:proofErr w:type="spellStart"/>
      <w:r>
        <w:t>zile</w:t>
      </w:r>
      <w:proofErr w:type="spellEnd"/>
      <w:r>
        <w:t xml:space="preserve"> </w:t>
      </w:r>
      <w:proofErr w:type="spellStart"/>
      <w:r>
        <w:t>calendaristice</w:t>
      </w:r>
      <w:proofErr w:type="spellEnd"/>
      <w:r>
        <w:t xml:space="preserve"> </w:t>
      </w:r>
      <w:proofErr w:type="spellStart"/>
      <w:r>
        <w:t>pentru</w:t>
      </w:r>
      <w:proofErr w:type="spellEnd"/>
      <w:r>
        <w:t xml:space="preserve"> care se </w:t>
      </w:r>
      <w:proofErr w:type="spellStart"/>
      <w:r>
        <w:t>incheie</w:t>
      </w:r>
      <w:proofErr w:type="spellEnd"/>
      <w:r>
        <w:t xml:space="preserve"> contractual </w:t>
      </w:r>
      <w:proofErr w:type="spellStart"/>
      <w:r>
        <w:t>subsecvent</w:t>
      </w:r>
      <w:proofErr w:type="spellEnd"/>
      <w:r>
        <w:t>.</w:t>
      </w:r>
    </w:p>
    <w:p w14:paraId="01214B4F" w14:textId="77777777" w:rsidR="0025334A" w:rsidRPr="0025334A" w:rsidRDefault="0025334A" w:rsidP="002459A2">
      <w:pPr>
        <w:numPr>
          <w:ilvl w:val="0"/>
          <w:numId w:val="7"/>
        </w:numPr>
        <w:spacing w:after="50" w:line="247" w:lineRule="auto"/>
        <w:ind w:left="284"/>
        <w:rPr>
          <w:lang w:val="ro-RO"/>
        </w:rPr>
      </w:pPr>
      <w:bookmarkStart w:id="10" w:name="_Hlk239763875"/>
      <w:proofErr w:type="spellStart"/>
      <w:r w:rsidRPr="0025334A">
        <w:t>Valoarea</w:t>
      </w:r>
      <w:proofErr w:type="spellEnd"/>
      <w:r w:rsidRPr="0025334A">
        <w:t xml:space="preserve"> minima </w:t>
      </w:r>
      <w:proofErr w:type="spellStart"/>
      <w:r w:rsidRPr="0025334A">
        <w:t>estimata</w:t>
      </w:r>
      <w:proofErr w:type="spellEnd"/>
      <w:r w:rsidRPr="0025334A">
        <w:t xml:space="preserve"> a </w:t>
      </w:r>
      <w:proofErr w:type="spellStart"/>
      <w:r w:rsidRPr="0025334A">
        <w:t>acordului-cadru</w:t>
      </w:r>
      <w:proofErr w:type="spellEnd"/>
      <w:r w:rsidRPr="0025334A">
        <w:t xml:space="preserve">: </w:t>
      </w:r>
      <w:r w:rsidRPr="0025334A">
        <w:rPr>
          <w:lang w:val="ro-RO"/>
        </w:rPr>
        <w:t>997.700,78 lei fara TVA / 1.117.272,00 lei cu TVA</w:t>
      </w:r>
    </w:p>
    <w:p w14:paraId="7552C20E" w14:textId="77777777" w:rsidR="0025334A" w:rsidRPr="0025334A" w:rsidRDefault="0025334A" w:rsidP="002459A2">
      <w:pPr>
        <w:numPr>
          <w:ilvl w:val="0"/>
          <w:numId w:val="7"/>
        </w:numPr>
        <w:spacing w:after="50" w:line="247" w:lineRule="auto"/>
        <w:ind w:left="284"/>
      </w:pPr>
      <w:proofErr w:type="spellStart"/>
      <w:r w:rsidRPr="0025334A">
        <w:t>Valoarea</w:t>
      </w:r>
      <w:proofErr w:type="spellEnd"/>
      <w:r w:rsidRPr="0025334A">
        <w:t xml:space="preserve"> maxima </w:t>
      </w:r>
      <w:proofErr w:type="spellStart"/>
      <w:r w:rsidRPr="0025334A">
        <w:t>estimata</w:t>
      </w:r>
      <w:proofErr w:type="spellEnd"/>
      <w:r w:rsidRPr="0025334A">
        <w:t xml:space="preserve"> a </w:t>
      </w:r>
      <w:proofErr w:type="spellStart"/>
      <w:r w:rsidRPr="0025334A">
        <w:t>acordului-cadru</w:t>
      </w:r>
      <w:proofErr w:type="spellEnd"/>
      <w:r w:rsidRPr="0025334A">
        <w:t xml:space="preserve">: </w:t>
      </w:r>
      <w:r w:rsidRPr="0025334A">
        <w:rPr>
          <w:lang w:val="ro-RO"/>
        </w:rPr>
        <w:t>1.517.336,61lei fara TVA / 1.699.184,50 cu TVA</w:t>
      </w:r>
    </w:p>
    <w:p w14:paraId="02EB8150" w14:textId="22087B0A" w:rsidR="0025334A" w:rsidRPr="0025334A" w:rsidRDefault="0025334A" w:rsidP="0025334A">
      <w:pPr>
        <w:pStyle w:val="Heading3"/>
        <w:spacing w:after="60"/>
        <w:rPr>
          <w:rFonts w:ascii="Times New Roman" w:hAnsi="Times New Roman"/>
          <w:b w:val="0"/>
          <w:color w:val="auto"/>
        </w:rPr>
      </w:pPr>
      <w:bookmarkStart w:id="11" w:name="_Toc242951454"/>
      <w:proofErr w:type="spellStart"/>
      <w:r w:rsidRPr="0025334A">
        <w:rPr>
          <w:rFonts w:ascii="Times New Roman" w:hAnsi="Times New Roman"/>
          <w:b w:val="0"/>
          <w:color w:val="auto"/>
        </w:rPr>
        <w:t>Parametrii</w:t>
      </w:r>
      <w:proofErr w:type="spellEnd"/>
      <w:r w:rsidRPr="0025334A">
        <w:rPr>
          <w:rFonts w:ascii="Times New Roman" w:hAnsi="Times New Roman"/>
          <w:b w:val="0"/>
          <w:color w:val="auto"/>
        </w:rPr>
        <w:t xml:space="preserve"> </w:t>
      </w:r>
      <w:proofErr w:type="spellStart"/>
      <w:r w:rsidRPr="0025334A">
        <w:rPr>
          <w:rFonts w:ascii="Times New Roman" w:hAnsi="Times New Roman"/>
          <w:b w:val="0"/>
          <w:color w:val="auto"/>
        </w:rPr>
        <w:t>acordului-cadru</w:t>
      </w:r>
      <w:bookmarkEnd w:id="11"/>
      <w:proofErr w:type="spellEnd"/>
    </w:p>
    <w:tbl>
      <w:tblPr>
        <w:tblStyle w:val="TableGrid"/>
        <w:tblW w:w="5000" w:type="pct"/>
        <w:tblLook w:val="04A0" w:firstRow="1" w:lastRow="0" w:firstColumn="1" w:lastColumn="0" w:noHBand="0" w:noVBand="1"/>
      </w:tblPr>
      <w:tblGrid>
        <w:gridCol w:w="5117"/>
        <w:gridCol w:w="987"/>
        <w:gridCol w:w="3864"/>
      </w:tblGrid>
      <w:tr w:rsidR="0025334A" w:rsidRPr="0025334A" w14:paraId="15077349" w14:textId="77777777" w:rsidTr="0025334A">
        <w:trPr>
          <w:trHeight w:val="20"/>
        </w:trPr>
        <w:tc>
          <w:tcPr>
            <w:tcW w:w="2567" w:type="pct"/>
            <w:hideMark/>
          </w:tcPr>
          <w:p w14:paraId="1FCC7A36" w14:textId="77777777" w:rsidR="0025334A" w:rsidRPr="0025334A" w:rsidRDefault="0025334A" w:rsidP="0025334A">
            <w:pPr>
              <w:spacing w:after="50" w:line="247" w:lineRule="auto"/>
              <w:ind w:firstLine="0"/>
              <w:rPr>
                <w:b/>
                <w:bCs/>
                <w:sz w:val="22"/>
                <w:szCs w:val="20"/>
                <w:lang w:val="ro-RO"/>
              </w:rPr>
            </w:pPr>
            <w:r w:rsidRPr="0025334A">
              <w:rPr>
                <w:b/>
                <w:bCs/>
                <w:sz w:val="22"/>
                <w:szCs w:val="20"/>
                <w:lang w:val="ro-RO"/>
              </w:rPr>
              <w:t>Indicator</w:t>
            </w:r>
          </w:p>
        </w:tc>
        <w:tc>
          <w:tcPr>
            <w:tcW w:w="495" w:type="pct"/>
            <w:noWrap/>
            <w:hideMark/>
          </w:tcPr>
          <w:p w14:paraId="02791A2D" w14:textId="77777777" w:rsidR="0025334A" w:rsidRPr="0025334A" w:rsidRDefault="0025334A" w:rsidP="0025334A">
            <w:pPr>
              <w:spacing w:after="50" w:line="247" w:lineRule="auto"/>
              <w:ind w:firstLine="0"/>
              <w:rPr>
                <w:b/>
                <w:bCs/>
                <w:sz w:val="22"/>
                <w:szCs w:val="20"/>
                <w:lang w:val="ro-RO"/>
              </w:rPr>
            </w:pPr>
            <w:r w:rsidRPr="0025334A">
              <w:rPr>
                <w:b/>
                <w:bCs/>
                <w:sz w:val="22"/>
                <w:szCs w:val="20"/>
                <w:lang w:val="ro-RO"/>
              </w:rPr>
              <w:t>Valoare</w:t>
            </w:r>
          </w:p>
        </w:tc>
        <w:tc>
          <w:tcPr>
            <w:tcW w:w="1938" w:type="pct"/>
            <w:noWrap/>
            <w:hideMark/>
          </w:tcPr>
          <w:p w14:paraId="7AEDEF6F" w14:textId="77777777" w:rsidR="0025334A" w:rsidRPr="0025334A" w:rsidRDefault="0025334A" w:rsidP="0025334A">
            <w:pPr>
              <w:spacing w:after="50" w:line="247" w:lineRule="auto"/>
              <w:ind w:firstLine="0"/>
              <w:rPr>
                <w:b/>
                <w:bCs/>
                <w:sz w:val="22"/>
                <w:szCs w:val="20"/>
                <w:lang w:val="ro-RO"/>
              </w:rPr>
            </w:pPr>
            <w:r w:rsidRPr="0025334A">
              <w:rPr>
                <w:b/>
                <w:bCs/>
                <w:sz w:val="22"/>
                <w:szCs w:val="20"/>
                <w:lang w:val="ro-RO"/>
              </w:rPr>
              <w:t>Baza legală / Notă</w:t>
            </w:r>
          </w:p>
        </w:tc>
      </w:tr>
      <w:tr w:rsidR="0025334A" w:rsidRPr="0025334A" w14:paraId="15BF8418" w14:textId="77777777" w:rsidTr="0025334A">
        <w:trPr>
          <w:trHeight w:val="20"/>
        </w:trPr>
        <w:tc>
          <w:tcPr>
            <w:tcW w:w="2567" w:type="pct"/>
            <w:hideMark/>
          </w:tcPr>
          <w:p w14:paraId="59DE6899" w14:textId="77777777" w:rsidR="0025334A" w:rsidRPr="0025334A" w:rsidRDefault="0025334A" w:rsidP="0025334A">
            <w:pPr>
              <w:spacing w:after="50" w:line="247" w:lineRule="auto"/>
              <w:ind w:firstLine="0"/>
              <w:rPr>
                <w:sz w:val="22"/>
                <w:szCs w:val="20"/>
                <w:lang w:val="ro-RO"/>
              </w:rPr>
            </w:pPr>
            <w:r w:rsidRPr="0025334A">
              <w:rPr>
                <w:sz w:val="22"/>
                <w:szCs w:val="20"/>
                <w:lang w:val="ro-RO"/>
              </w:rPr>
              <w:t>Alocație hrană adulți / copii fără dizabilități (lei/zi CU TVA)</w:t>
            </w:r>
          </w:p>
        </w:tc>
        <w:tc>
          <w:tcPr>
            <w:tcW w:w="495" w:type="pct"/>
            <w:noWrap/>
            <w:hideMark/>
          </w:tcPr>
          <w:p w14:paraId="445F8E72" w14:textId="77777777" w:rsidR="0025334A" w:rsidRPr="0025334A" w:rsidRDefault="0025334A" w:rsidP="0025334A">
            <w:pPr>
              <w:spacing w:after="50" w:line="247" w:lineRule="auto"/>
              <w:ind w:firstLine="0"/>
              <w:rPr>
                <w:sz w:val="22"/>
                <w:szCs w:val="20"/>
                <w:lang w:val="ro-RO"/>
              </w:rPr>
            </w:pPr>
            <w:r w:rsidRPr="0025334A">
              <w:rPr>
                <w:sz w:val="22"/>
                <w:szCs w:val="20"/>
                <w:lang w:val="ro-RO"/>
              </w:rPr>
              <w:t>32,00 lei</w:t>
            </w:r>
          </w:p>
        </w:tc>
        <w:tc>
          <w:tcPr>
            <w:tcW w:w="1938" w:type="pct"/>
            <w:hideMark/>
          </w:tcPr>
          <w:p w14:paraId="20E89597" w14:textId="77777777" w:rsidR="0025334A" w:rsidRPr="0025334A" w:rsidRDefault="0025334A" w:rsidP="0025334A">
            <w:pPr>
              <w:spacing w:after="50" w:line="247" w:lineRule="auto"/>
              <w:ind w:firstLine="0"/>
              <w:rPr>
                <w:sz w:val="22"/>
                <w:szCs w:val="20"/>
                <w:lang w:val="ro-RO"/>
              </w:rPr>
            </w:pPr>
            <w:r w:rsidRPr="0025334A">
              <w:rPr>
                <w:sz w:val="22"/>
                <w:szCs w:val="20"/>
                <w:lang w:val="ro-RO"/>
              </w:rPr>
              <w:t>HG nr. 6/2026 — în vigoare de la 1 feb. 2026</w:t>
            </w:r>
          </w:p>
        </w:tc>
      </w:tr>
      <w:tr w:rsidR="0025334A" w:rsidRPr="0025334A" w14:paraId="50C3C786" w14:textId="77777777" w:rsidTr="0025334A">
        <w:trPr>
          <w:trHeight w:val="20"/>
        </w:trPr>
        <w:tc>
          <w:tcPr>
            <w:tcW w:w="2567" w:type="pct"/>
            <w:hideMark/>
          </w:tcPr>
          <w:p w14:paraId="6F3B5612" w14:textId="77777777" w:rsidR="0025334A" w:rsidRPr="0025334A" w:rsidRDefault="0025334A" w:rsidP="0025334A">
            <w:pPr>
              <w:spacing w:after="50" w:line="247" w:lineRule="auto"/>
              <w:ind w:firstLine="0"/>
              <w:rPr>
                <w:sz w:val="22"/>
                <w:szCs w:val="20"/>
                <w:lang w:val="ro-RO"/>
              </w:rPr>
            </w:pPr>
            <w:r w:rsidRPr="0025334A">
              <w:rPr>
                <w:sz w:val="22"/>
                <w:szCs w:val="20"/>
                <w:lang w:val="ro-RO"/>
              </w:rPr>
              <w:t>Alocație hrană adulți / copii fără dizabilități (lei/zi FĂRĂ TVA)</w:t>
            </w:r>
          </w:p>
        </w:tc>
        <w:tc>
          <w:tcPr>
            <w:tcW w:w="495" w:type="pct"/>
            <w:noWrap/>
            <w:hideMark/>
          </w:tcPr>
          <w:p w14:paraId="5261EA12" w14:textId="1723A4D5" w:rsidR="0025334A" w:rsidRPr="0025334A" w:rsidRDefault="0025334A" w:rsidP="0025334A">
            <w:pPr>
              <w:spacing w:after="50" w:line="247" w:lineRule="auto"/>
              <w:ind w:firstLine="0"/>
              <w:rPr>
                <w:sz w:val="22"/>
                <w:szCs w:val="20"/>
                <w:lang w:val="ro-RO"/>
              </w:rPr>
            </w:pPr>
            <w:r w:rsidRPr="0025334A">
              <w:rPr>
                <w:sz w:val="22"/>
                <w:szCs w:val="20"/>
                <w:lang w:val="ro-RO"/>
              </w:rPr>
              <w:t>28,8</w:t>
            </w:r>
            <w:r w:rsidR="003135E1">
              <w:rPr>
                <w:sz w:val="22"/>
                <w:szCs w:val="20"/>
                <w:lang w:val="ro-RO"/>
              </w:rPr>
              <w:t>2</w:t>
            </w:r>
            <w:r w:rsidRPr="0025334A">
              <w:rPr>
                <w:sz w:val="22"/>
                <w:szCs w:val="20"/>
                <w:lang w:val="ro-RO"/>
              </w:rPr>
              <w:t xml:space="preserve"> lei</w:t>
            </w:r>
          </w:p>
        </w:tc>
        <w:tc>
          <w:tcPr>
            <w:tcW w:w="1938" w:type="pct"/>
            <w:hideMark/>
          </w:tcPr>
          <w:p w14:paraId="115DA65C" w14:textId="3E233E4A" w:rsidR="0025334A" w:rsidRPr="0025334A" w:rsidRDefault="0025334A" w:rsidP="0025334A">
            <w:pPr>
              <w:spacing w:after="50" w:line="247" w:lineRule="auto"/>
              <w:ind w:firstLine="0"/>
              <w:rPr>
                <w:sz w:val="22"/>
                <w:szCs w:val="20"/>
              </w:rPr>
            </w:pPr>
            <w:r w:rsidRPr="0025334A">
              <w:rPr>
                <w:sz w:val="22"/>
                <w:szCs w:val="20"/>
                <w:lang w:val="ro-RO"/>
              </w:rPr>
              <w:t xml:space="preserve">32 ÷ 1,11 = </w:t>
            </w:r>
            <w:r w:rsidRPr="0025334A">
              <w:rPr>
                <w:sz w:val="22"/>
                <w:szCs w:val="20"/>
              </w:rPr>
              <w:t xml:space="preserve">28,82829 lei </w:t>
            </w:r>
          </w:p>
        </w:tc>
      </w:tr>
      <w:tr w:rsidR="0025334A" w:rsidRPr="0025334A" w14:paraId="036C6972" w14:textId="77777777" w:rsidTr="0025334A">
        <w:trPr>
          <w:trHeight w:val="20"/>
        </w:trPr>
        <w:tc>
          <w:tcPr>
            <w:tcW w:w="2567" w:type="pct"/>
            <w:hideMark/>
          </w:tcPr>
          <w:p w14:paraId="01CA510D" w14:textId="77777777" w:rsidR="0025334A" w:rsidRPr="0025334A" w:rsidRDefault="0025334A" w:rsidP="0025334A">
            <w:pPr>
              <w:spacing w:after="50" w:line="247" w:lineRule="auto"/>
              <w:ind w:firstLine="0"/>
              <w:rPr>
                <w:sz w:val="22"/>
                <w:szCs w:val="20"/>
                <w:lang w:val="ro-RO"/>
              </w:rPr>
            </w:pPr>
            <w:r w:rsidRPr="0025334A">
              <w:rPr>
                <w:sz w:val="22"/>
                <w:szCs w:val="20"/>
                <w:lang w:val="ro-RO"/>
              </w:rPr>
              <w:t>Cheltuieli conexe per beneficiar/zi (FĂRĂ TVA)</w:t>
            </w:r>
          </w:p>
        </w:tc>
        <w:tc>
          <w:tcPr>
            <w:tcW w:w="495" w:type="pct"/>
            <w:noWrap/>
            <w:hideMark/>
          </w:tcPr>
          <w:p w14:paraId="49940C61" w14:textId="7209202A" w:rsidR="0025334A" w:rsidRPr="0025334A" w:rsidRDefault="0025334A" w:rsidP="003135E1">
            <w:pPr>
              <w:spacing w:after="50" w:line="247" w:lineRule="auto"/>
              <w:ind w:firstLine="0"/>
              <w:jc w:val="right"/>
              <w:rPr>
                <w:sz w:val="22"/>
                <w:szCs w:val="20"/>
                <w:lang w:val="ro-RO"/>
              </w:rPr>
            </w:pPr>
            <w:r w:rsidRPr="0025334A">
              <w:rPr>
                <w:sz w:val="22"/>
                <w:szCs w:val="20"/>
                <w:lang w:val="ro-RO"/>
              </w:rPr>
              <w:t>3,1</w:t>
            </w:r>
            <w:r w:rsidR="003135E1">
              <w:rPr>
                <w:sz w:val="22"/>
                <w:szCs w:val="20"/>
                <w:lang w:val="ro-RO"/>
              </w:rPr>
              <w:t>4</w:t>
            </w:r>
            <w:r w:rsidRPr="0025334A">
              <w:rPr>
                <w:sz w:val="22"/>
                <w:szCs w:val="20"/>
                <w:lang w:val="ro-RO"/>
              </w:rPr>
              <w:t xml:space="preserve"> lei</w:t>
            </w:r>
          </w:p>
        </w:tc>
        <w:tc>
          <w:tcPr>
            <w:tcW w:w="1938" w:type="pct"/>
            <w:hideMark/>
          </w:tcPr>
          <w:p w14:paraId="4FABC8F8" w14:textId="77777777" w:rsidR="0025334A" w:rsidRPr="0025334A" w:rsidRDefault="0025334A" w:rsidP="0025334A">
            <w:pPr>
              <w:spacing w:after="50" w:line="247" w:lineRule="auto"/>
              <w:ind w:firstLine="0"/>
              <w:rPr>
                <w:sz w:val="22"/>
                <w:szCs w:val="20"/>
                <w:lang w:val="ro-RO"/>
              </w:rPr>
            </w:pPr>
            <w:r w:rsidRPr="0025334A">
              <w:rPr>
                <w:sz w:val="22"/>
                <w:szCs w:val="20"/>
                <w:lang w:val="ro-RO"/>
              </w:rPr>
              <w:t>include transport/distribuție/ambalaje</w:t>
            </w:r>
          </w:p>
          <w:p w14:paraId="0C49B9DF" w14:textId="77777777" w:rsidR="0025334A" w:rsidRPr="0025334A" w:rsidRDefault="0025334A" w:rsidP="0025334A">
            <w:pPr>
              <w:spacing w:after="50" w:line="247" w:lineRule="auto"/>
              <w:ind w:firstLine="0"/>
              <w:rPr>
                <w:sz w:val="22"/>
                <w:szCs w:val="20"/>
              </w:rPr>
            </w:pPr>
            <w:bookmarkStart w:id="12" w:name="_Hlk239947930"/>
            <w:r w:rsidRPr="0025334A">
              <w:rPr>
                <w:sz w:val="22"/>
                <w:szCs w:val="20"/>
                <w:lang w:val="ro-RO"/>
              </w:rPr>
              <w:t xml:space="preserve">3,81 ÷ 1,21 = </w:t>
            </w:r>
            <w:r w:rsidRPr="0025334A">
              <w:rPr>
                <w:sz w:val="22"/>
                <w:szCs w:val="20"/>
              </w:rPr>
              <w:t>3,148760 lei</w:t>
            </w:r>
            <w:bookmarkEnd w:id="12"/>
          </w:p>
        </w:tc>
      </w:tr>
      <w:tr w:rsidR="0025334A" w:rsidRPr="0025334A" w14:paraId="7D9801AD" w14:textId="77777777" w:rsidTr="0025334A">
        <w:trPr>
          <w:trHeight w:val="20"/>
        </w:trPr>
        <w:tc>
          <w:tcPr>
            <w:tcW w:w="2567" w:type="pct"/>
            <w:hideMark/>
          </w:tcPr>
          <w:p w14:paraId="7115EE30" w14:textId="77777777" w:rsidR="0025334A" w:rsidRPr="0025334A" w:rsidRDefault="0025334A" w:rsidP="0025334A">
            <w:pPr>
              <w:spacing w:after="50" w:line="247" w:lineRule="auto"/>
              <w:ind w:firstLine="0"/>
              <w:rPr>
                <w:sz w:val="22"/>
                <w:szCs w:val="20"/>
                <w:lang w:val="ro-RO"/>
              </w:rPr>
            </w:pPr>
            <w:r w:rsidRPr="0025334A">
              <w:rPr>
                <w:sz w:val="22"/>
                <w:szCs w:val="20"/>
                <w:lang w:val="ro-RO"/>
              </w:rPr>
              <w:t>Cotă TVA hrană</w:t>
            </w:r>
          </w:p>
        </w:tc>
        <w:tc>
          <w:tcPr>
            <w:tcW w:w="495" w:type="pct"/>
            <w:noWrap/>
            <w:hideMark/>
          </w:tcPr>
          <w:p w14:paraId="715F94FB" w14:textId="77777777" w:rsidR="0025334A" w:rsidRPr="0025334A" w:rsidRDefault="0025334A" w:rsidP="0025334A">
            <w:pPr>
              <w:spacing w:after="50" w:line="247" w:lineRule="auto"/>
              <w:ind w:firstLine="0"/>
              <w:rPr>
                <w:sz w:val="22"/>
                <w:szCs w:val="20"/>
                <w:lang w:val="ro-RO"/>
              </w:rPr>
            </w:pPr>
            <w:r w:rsidRPr="0025334A">
              <w:rPr>
                <w:sz w:val="22"/>
                <w:szCs w:val="20"/>
                <w:lang w:val="ro-RO"/>
              </w:rPr>
              <w:t>11%</w:t>
            </w:r>
          </w:p>
        </w:tc>
        <w:tc>
          <w:tcPr>
            <w:tcW w:w="1938" w:type="pct"/>
            <w:hideMark/>
          </w:tcPr>
          <w:p w14:paraId="7AE35099" w14:textId="77777777" w:rsidR="0025334A" w:rsidRPr="0025334A" w:rsidRDefault="0025334A" w:rsidP="0025334A">
            <w:pPr>
              <w:spacing w:after="50" w:line="247" w:lineRule="auto"/>
              <w:ind w:firstLine="0"/>
              <w:rPr>
                <w:sz w:val="22"/>
                <w:szCs w:val="20"/>
                <w:lang w:val="ro-RO"/>
              </w:rPr>
            </w:pPr>
            <w:r w:rsidRPr="0025334A">
              <w:rPr>
                <w:sz w:val="22"/>
                <w:szCs w:val="20"/>
                <w:lang w:val="ro-RO"/>
              </w:rPr>
              <w:t>Legea 141/2025 — în vigoare de la 1 aug. 2025</w:t>
            </w:r>
          </w:p>
        </w:tc>
      </w:tr>
      <w:tr w:rsidR="0025334A" w:rsidRPr="0025334A" w14:paraId="1064D814" w14:textId="77777777" w:rsidTr="0025334A">
        <w:trPr>
          <w:trHeight w:val="20"/>
        </w:trPr>
        <w:tc>
          <w:tcPr>
            <w:tcW w:w="2567" w:type="pct"/>
            <w:hideMark/>
          </w:tcPr>
          <w:p w14:paraId="4B85530A" w14:textId="77777777" w:rsidR="0025334A" w:rsidRPr="0025334A" w:rsidRDefault="0025334A" w:rsidP="0025334A">
            <w:pPr>
              <w:spacing w:after="50" w:line="247" w:lineRule="auto"/>
              <w:ind w:firstLine="0"/>
              <w:rPr>
                <w:sz w:val="22"/>
                <w:szCs w:val="20"/>
                <w:lang w:val="ro-RO"/>
              </w:rPr>
            </w:pPr>
            <w:r w:rsidRPr="0025334A">
              <w:rPr>
                <w:sz w:val="22"/>
                <w:szCs w:val="20"/>
                <w:lang w:val="ro-RO"/>
              </w:rPr>
              <w:t>Cotă TVA servicii conexe</w:t>
            </w:r>
          </w:p>
        </w:tc>
        <w:tc>
          <w:tcPr>
            <w:tcW w:w="495" w:type="pct"/>
            <w:noWrap/>
            <w:hideMark/>
          </w:tcPr>
          <w:p w14:paraId="54CF96F3" w14:textId="77777777" w:rsidR="0025334A" w:rsidRPr="0025334A" w:rsidRDefault="0025334A" w:rsidP="0025334A">
            <w:pPr>
              <w:spacing w:after="50" w:line="247" w:lineRule="auto"/>
              <w:ind w:firstLine="0"/>
              <w:rPr>
                <w:sz w:val="22"/>
                <w:szCs w:val="20"/>
                <w:lang w:val="ro-RO"/>
              </w:rPr>
            </w:pPr>
            <w:r w:rsidRPr="0025334A">
              <w:rPr>
                <w:sz w:val="22"/>
                <w:szCs w:val="20"/>
                <w:lang w:val="ro-RO"/>
              </w:rPr>
              <w:t>21%</w:t>
            </w:r>
          </w:p>
        </w:tc>
        <w:tc>
          <w:tcPr>
            <w:tcW w:w="1938" w:type="pct"/>
            <w:hideMark/>
          </w:tcPr>
          <w:p w14:paraId="3ADECCD5" w14:textId="77777777" w:rsidR="0025334A" w:rsidRPr="0025334A" w:rsidRDefault="0025334A" w:rsidP="0025334A">
            <w:pPr>
              <w:spacing w:after="50" w:line="247" w:lineRule="auto"/>
              <w:ind w:firstLine="0"/>
              <w:rPr>
                <w:sz w:val="22"/>
                <w:szCs w:val="20"/>
                <w:lang w:val="ro-RO"/>
              </w:rPr>
            </w:pPr>
            <w:r w:rsidRPr="0025334A">
              <w:rPr>
                <w:sz w:val="22"/>
                <w:szCs w:val="20"/>
                <w:lang w:val="ro-RO"/>
              </w:rPr>
              <w:t>Legea 141/2025</w:t>
            </w:r>
          </w:p>
        </w:tc>
      </w:tr>
      <w:tr w:rsidR="0025334A" w:rsidRPr="0025334A" w14:paraId="73A71265" w14:textId="77777777" w:rsidTr="0025334A">
        <w:trPr>
          <w:gridAfter w:val="1"/>
          <w:wAfter w:w="1938" w:type="pct"/>
          <w:trHeight w:val="20"/>
        </w:trPr>
        <w:tc>
          <w:tcPr>
            <w:tcW w:w="2567" w:type="pct"/>
            <w:hideMark/>
          </w:tcPr>
          <w:p w14:paraId="07C242CC" w14:textId="77777777" w:rsidR="0025334A" w:rsidRPr="0025334A" w:rsidRDefault="0025334A" w:rsidP="0025334A">
            <w:pPr>
              <w:spacing w:after="50" w:line="247" w:lineRule="auto"/>
              <w:ind w:firstLine="0"/>
              <w:rPr>
                <w:sz w:val="22"/>
                <w:szCs w:val="20"/>
                <w:lang w:val="ro-RO"/>
              </w:rPr>
            </w:pPr>
            <w:r w:rsidRPr="0025334A">
              <w:rPr>
                <w:sz w:val="22"/>
                <w:szCs w:val="20"/>
                <w:lang w:val="ro-RO"/>
              </w:rPr>
              <w:t>Nr. zile acord-cadru (12 luni)</w:t>
            </w:r>
          </w:p>
        </w:tc>
        <w:tc>
          <w:tcPr>
            <w:tcW w:w="495" w:type="pct"/>
            <w:noWrap/>
            <w:hideMark/>
          </w:tcPr>
          <w:p w14:paraId="4289432F" w14:textId="77777777" w:rsidR="0025334A" w:rsidRPr="0025334A" w:rsidRDefault="0025334A" w:rsidP="0025334A">
            <w:pPr>
              <w:spacing w:after="50" w:line="247" w:lineRule="auto"/>
              <w:ind w:firstLine="0"/>
              <w:rPr>
                <w:sz w:val="22"/>
                <w:szCs w:val="20"/>
                <w:lang w:val="ro-RO"/>
              </w:rPr>
            </w:pPr>
            <w:r w:rsidRPr="0025334A">
              <w:rPr>
                <w:sz w:val="22"/>
                <w:szCs w:val="20"/>
                <w:lang w:val="ro-RO"/>
              </w:rPr>
              <w:t>365 zile</w:t>
            </w:r>
          </w:p>
        </w:tc>
      </w:tr>
      <w:tr w:rsidR="0025334A" w:rsidRPr="0025334A" w14:paraId="7C0884E8" w14:textId="77777777" w:rsidTr="0025334A">
        <w:trPr>
          <w:gridAfter w:val="1"/>
          <w:wAfter w:w="1938" w:type="pct"/>
          <w:trHeight w:val="20"/>
        </w:trPr>
        <w:tc>
          <w:tcPr>
            <w:tcW w:w="2567" w:type="pct"/>
            <w:hideMark/>
          </w:tcPr>
          <w:p w14:paraId="6B79B343" w14:textId="77777777" w:rsidR="0025334A" w:rsidRPr="0025334A" w:rsidRDefault="0025334A" w:rsidP="0025334A">
            <w:pPr>
              <w:spacing w:after="50" w:line="247" w:lineRule="auto"/>
              <w:ind w:firstLine="0"/>
              <w:rPr>
                <w:sz w:val="22"/>
                <w:szCs w:val="20"/>
                <w:lang w:val="ro-RO"/>
              </w:rPr>
            </w:pPr>
            <w:r w:rsidRPr="0025334A">
              <w:rPr>
                <w:sz w:val="22"/>
                <w:szCs w:val="20"/>
                <w:lang w:val="ro-RO"/>
              </w:rPr>
              <w:t>Nr. zile subsecvent MINIM (1 lună)</w:t>
            </w:r>
          </w:p>
        </w:tc>
        <w:tc>
          <w:tcPr>
            <w:tcW w:w="495" w:type="pct"/>
            <w:noWrap/>
            <w:hideMark/>
          </w:tcPr>
          <w:p w14:paraId="36DEF3DF" w14:textId="77777777" w:rsidR="0025334A" w:rsidRPr="0025334A" w:rsidRDefault="0025334A" w:rsidP="0025334A">
            <w:pPr>
              <w:spacing w:after="50" w:line="247" w:lineRule="auto"/>
              <w:ind w:firstLine="0"/>
              <w:rPr>
                <w:sz w:val="22"/>
                <w:szCs w:val="20"/>
                <w:lang w:val="ro-RO"/>
              </w:rPr>
            </w:pPr>
            <w:r w:rsidRPr="0025334A">
              <w:rPr>
                <w:sz w:val="22"/>
                <w:szCs w:val="20"/>
                <w:lang w:val="ro-RO"/>
              </w:rPr>
              <w:t>30 zile</w:t>
            </w:r>
          </w:p>
        </w:tc>
      </w:tr>
      <w:tr w:rsidR="0025334A" w:rsidRPr="0025334A" w14:paraId="1F17B3B8" w14:textId="77777777" w:rsidTr="0025334A">
        <w:trPr>
          <w:gridAfter w:val="1"/>
          <w:wAfter w:w="1938" w:type="pct"/>
          <w:trHeight w:val="20"/>
        </w:trPr>
        <w:tc>
          <w:tcPr>
            <w:tcW w:w="2567" w:type="pct"/>
            <w:hideMark/>
          </w:tcPr>
          <w:p w14:paraId="6DDFB842" w14:textId="77777777" w:rsidR="0025334A" w:rsidRPr="0025334A" w:rsidRDefault="0025334A" w:rsidP="0025334A">
            <w:pPr>
              <w:spacing w:after="50" w:line="247" w:lineRule="auto"/>
              <w:ind w:firstLine="0"/>
              <w:rPr>
                <w:sz w:val="22"/>
                <w:szCs w:val="20"/>
                <w:lang w:val="ro-RO"/>
              </w:rPr>
            </w:pPr>
            <w:r w:rsidRPr="0025334A">
              <w:rPr>
                <w:sz w:val="22"/>
                <w:szCs w:val="20"/>
                <w:lang w:val="ro-RO"/>
              </w:rPr>
              <w:t>Nr. zile subsecvent MAXIM (8 luni)</w:t>
            </w:r>
          </w:p>
        </w:tc>
        <w:tc>
          <w:tcPr>
            <w:tcW w:w="495" w:type="pct"/>
            <w:noWrap/>
            <w:hideMark/>
          </w:tcPr>
          <w:p w14:paraId="3AAC9F1B" w14:textId="77777777" w:rsidR="0025334A" w:rsidRPr="0025334A" w:rsidRDefault="0025334A" w:rsidP="0025334A">
            <w:pPr>
              <w:spacing w:after="50" w:line="247" w:lineRule="auto"/>
              <w:ind w:firstLine="0"/>
              <w:rPr>
                <w:sz w:val="22"/>
                <w:szCs w:val="20"/>
                <w:lang w:val="ro-RO"/>
              </w:rPr>
            </w:pPr>
            <w:r w:rsidRPr="0025334A">
              <w:rPr>
                <w:sz w:val="22"/>
                <w:szCs w:val="20"/>
                <w:lang w:val="ro-RO"/>
              </w:rPr>
              <w:t>240 zile</w:t>
            </w:r>
          </w:p>
        </w:tc>
      </w:tr>
    </w:tbl>
    <w:bookmarkEnd w:id="10"/>
    <w:p w14:paraId="044E6D74" w14:textId="3B10571D" w:rsidR="0025334A" w:rsidRPr="0025334A" w:rsidRDefault="0025334A">
      <w:pPr>
        <w:spacing w:after="50" w:line="247" w:lineRule="auto"/>
      </w:pPr>
      <w:proofErr w:type="spellStart"/>
      <w:r w:rsidRPr="0025334A">
        <w:t>Prețul</w:t>
      </w:r>
      <w:proofErr w:type="spellEnd"/>
      <w:r w:rsidRPr="0025334A">
        <w:t xml:space="preserve"> </w:t>
      </w:r>
      <w:proofErr w:type="spellStart"/>
      <w:r w:rsidRPr="0025334A">
        <w:t>unitar</w:t>
      </w:r>
      <w:proofErr w:type="spellEnd"/>
      <w:r w:rsidRPr="0025334A">
        <w:t xml:space="preserve"> al </w:t>
      </w:r>
      <w:proofErr w:type="spellStart"/>
      <w:r w:rsidRPr="0025334A">
        <w:t>meniului</w:t>
      </w:r>
      <w:proofErr w:type="spellEnd"/>
      <w:r w:rsidRPr="0025334A">
        <w:t xml:space="preserve">-zi include </w:t>
      </w:r>
      <w:proofErr w:type="spellStart"/>
      <w:r w:rsidRPr="0025334A">
        <w:t>toate</w:t>
      </w:r>
      <w:proofErr w:type="spellEnd"/>
      <w:r w:rsidRPr="0025334A">
        <w:t xml:space="preserve"> </w:t>
      </w:r>
      <w:proofErr w:type="spellStart"/>
      <w:r w:rsidRPr="0025334A">
        <w:t>costurile</w:t>
      </w:r>
      <w:proofErr w:type="spellEnd"/>
      <w:r w:rsidRPr="0025334A">
        <w:t xml:space="preserve"> </w:t>
      </w:r>
      <w:proofErr w:type="spellStart"/>
      <w:r w:rsidRPr="0025334A">
        <w:t>necesare</w:t>
      </w:r>
      <w:proofErr w:type="spellEnd"/>
      <w:r w:rsidRPr="0025334A">
        <w:t xml:space="preserve"> </w:t>
      </w:r>
      <w:proofErr w:type="spellStart"/>
      <w:r w:rsidRPr="0025334A">
        <w:t>realizării</w:t>
      </w:r>
      <w:proofErr w:type="spellEnd"/>
      <w:r w:rsidRPr="0025334A">
        <w:t xml:space="preserve"> </w:t>
      </w:r>
      <w:proofErr w:type="spellStart"/>
      <w:r w:rsidRPr="0025334A">
        <w:t>serviciului</w:t>
      </w:r>
      <w:proofErr w:type="spellEnd"/>
      <w:r w:rsidRPr="0025334A">
        <w:t xml:space="preserve">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documentației</w:t>
      </w:r>
      <w:proofErr w:type="spellEnd"/>
      <w:r w:rsidRPr="0025334A">
        <w:t xml:space="preserve">: </w:t>
      </w:r>
      <w:proofErr w:type="spellStart"/>
      <w:r w:rsidRPr="0025334A">
        <w:t>materii</w:t>
      </w:r>
      <w:proofErr w:type="spellEnd"/>
      <w:r w:rsidRPr="0025334A">
        <w:t xml:space="preserve"> prime, personal, </w:t>
      </w:r>
      <w:proofErr w:type="spellStart"/>
      <w:r w:rsidRPr="0025334A">
        <w:t>utilități</w:t>
      </w:r>
      <w:proofErr w:type="spellEnd"/>
      <w:r w:rsidRPr="0025334A">
        <w:t xml:space="preserve">, </w:t>
      </w:r>
      <w:proofErr w:type="spellStart"/>
      <w:r w:rsidRPr="0025334A">
        <w:t>avizare</w:t>
      </w:r>
      <w:proofErr w:type="spellEnd"/>
      <w:r w:rsidRPr="0025334A">
        <w:t xml:space="preserve"> </w:t>
      </w:r>
      <w:proofErr w:type="spellStart"/>
      <w:r w:rsidRPr="0025334A">
        <w:t>meniuri</w:t>
      </w:r>
      <w:proofErr w:type="spellEnd"/>
      <w:r w:rsidRPr="0025334A">
        <w:t xml:space="preserve">, </w:t>
      </w:r>
      <w:proofErr w:type="spellStart"/>
      <w:r w:rsidRPr="0025334A">
        <w:t>preparare</w:t>
      </w:r>
      <w:proofErr w:type="spellEnd"/>
      <w:r w:rsidRPr="0025334A">
        <w:t xml:space="preserve">, </w:t>
      </w:r>
      <w:proofErr w:type="spellStart"/>
      <w:r w:rsidRPr="0025334A">
        <w:t>porționare</w:t>
      </w:r>
      <w:proofErr w:type="spellEnd"/>
      <w:r w:rsidRPr="0025334A">
        <w:t xml:space="preserve">, </w:t>
      </w:r>
      <w:proofErr w:type="spellStart"/>
      <w:r w:rsidRPr="0025334A">
        <w:t>ambalare</w:t>
      </w:r>
      <w:proofErr w:type="spellEnd"/>
      <w:r w:rsidRPr="0025334A">
        <w:t xml:space="preserve">, </w:t>
      </w:r>
      <w:proofErr w:type="spellStart"/>
      <w:r w:rsidRPr="0025334A">
        <w:t>etichetare</w:t>
      </w:r>
      <w:proofErr w:type="spellEnd"/>
      <w:r w:rsidRPr="0025334A">
        <w:t xml:space="preserve">, </w:t>
      </w:r>
      <w:proofErr w:type="spellStart"/>
      <w:r w:rsidRPr="0025334A">
        <w:t>manipulare</w:t>
      </w:r>
      <w:proofErr w:type="spellEnd"/>
      <w:r w:rsidRPr="0025334A">
        <w:t xml:space="preserve">, transport, </w:t>
      </w:r>
      <w:proofErr w:type="spellStart"/>
      <w:r w:rsidRPr="0025334A">
        <w:t>livrare</w:t>
      </w:r>
      <w:proofErr w:type="spellEnd"/>
      <w:r w:rsidRPr="0025334A">
        <w:t xml:space="preserve">, </w:t>
      </w:r>
      <w:proofErr w:type="spellStart"/>
      <w:r w:rsidRPr="0025334A">
        <w:t>documentare</w:t>
      </w:r>
      <w:proofErr w:type="spellEnd"/>
      <w:r w:rsidRPr="0025334A">
        <w:t xml:space="preserve">, </w:t>
      </w:r>
      <w:proofErr w:type="spellStart"/>
      <w:r w:rsidRPr="0025334A">
        <w:t>măsuri</w:t>
      </w:r>
      <w:proofErr w:type="spellEnd"/>
      <w:r w:rsidRPr="0025334A">
        <w:t xml:space="preserve"> de </w:t>
      </w:r>
      <w:proofErr w:type="spellStart"/>
      <w:r w:rsidRPr="0025334A">
        <w:t>continuitate</w:t>
      </w:r>
      <w:proofErr w:type="spellEnd"/>
      <w:r w:rsidRPr="0025334A">
        <w:t xml:space="preserve"> </w:t>
      </w:r>
      <w:proofErr w:type="spellStart"/>
      <w:r w:rsidRPr="0025334A">
        <w:t>și</w:t>
      </w:r>
      <w:proofErr w:type="spellEnd"/>
      <w:r w:rsidRPr="0025334A">
        <w:t xml:space="preserve"> </w:t>
      </w:r>
      <w:proofErr w:type="spellStart"/>
      <w:r w:rsidRPr="0025334A">
        <w:t>remedierea</w:t>
      </w:r>
      <w:proofErr w:type="spellEnd"/>
      <w:r w:rsidRPr="0025334A">
        <w:t xml:space="preserve"> </w:t>
      </w:r>
      <w:proofErr w:type="spellStart"/>
      <w:r w:rsidRPr="0025334A">
        <w:t>prestațiilor</w:t>
      </w:r>
      <w:proofErr w:type="spellEnd"/>
      <w:r w:rsidRPr="0025334A">
        <w:t xml:space="preserve"> </w:t>
      </w:r>
      <w:proofErr w:type="spellStart"/>
      <w:r w:rsidRPr="0025334A">
        <w:t>neconforme</w:t>
      </w:r>
      <w:proofErr w:type="spellEnd"/>
      <w:r w:rsidRPr="0025334A">
        <w:t>.</w:t>
      </w:r>
    </w:p>
    <w:p w14:paraId="346C4B45" w14:textId="291BE173" w:rsidR="000C4CB5" w:rsidRPr="0025334A" w:rsidRDefault="004E746A" w:rsidP="0025334A">
      <w:pPr>
        <w:pStyle w:val="Heading2"/>
        <w:rPr>
          <w:color w:val="auto"/>
        </w:rPr>
      </w:pPr>
      <w:bookmarkStart w:id="13" w:name="_Toc242951455"/>
      <w:r w:rsidRPr="0025334A">
        <w:rPr>
          <w:color w:val="auto"/>
        </w:rPr>
        <w:t xml:space="preserve">3.3. </w:t>
      </w:r>
      <w:proofErr w:type="spellStart"/>
      <w:r w:rsidRPr="0025334A">
        <w:rPr>
          <w:color w:val="auto"/>
        </w:rPr>
        <w:t>Cantități</w:t>
      </w:r>
      <w:proofErr w:type="spellEnd"/>
      <w:r w:rsidRPr="0025334A">
        <w:rPr>
          <w:color w:val="auto"/>
        </w:rPr>
        <w:t xml:space="preserve"> </w:t>
      </w:r>
      <w:r w:rsidR="0025334A" w:rsidRPr="0025334A">
        <w:rPr>
          <w:color w:val="auto"/>
        </w:rPr>
        <w:t xml:space="preserve">/ </w:t>
      </w:r>
      <w:proofErr w:type="spellStart"/>
      <w:r w:rsidR="0025334A" w:rsidRPr="0025334A">
        <w:rPr>
          <w:color w:val="auto"/>
        </w:rPr>
        <w:t>valori</w:t>
      </w:r>
      <w:proofErr w:type="spellEnd"/>
      <w:r w:rsidR="0025334A" w:rsidRPr="0025334A">
        <w:rPr>
          <w:color w:val="auto"/>
        </w:rPr>
        <w:t xml:space="preserve"> </w:t>
      </w:r>
      <w:proofErr w:type="spellStart"/>
      <w:r w:rsidRPr="0025334A">
        <w:rPr>
          <w:color w:val="auto"/>
        </w:rPr>
        <w:t>minime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maxime</w:t>
      </w:r>
      <w:proofErr w:type="spellEnd"/>
      <w:r w:rsidRPr="0025334A">
        <w:rPr>
          <w:color w:val="auto"/>
        </w:rPr>
        <w:t xml:space="preserve"> ale </w:t>
      </w:r>
      <w:proofErr w:type="spellStart"/>
      <w:r w:rsidRPr="0025334A">
        <w:rPr>
          <w:color w:val="auto"/>
        </w:rPr>
        <w:t>acordului-cadru</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contractelor</w:t>
      </w:r>
      <w:proofErr w:type="spellEnd"/>
      <w:r w:rsidRPr="0025334A">
        <w:rPr>
          <w:color w:val="auto"/>
        </w:rPr>
        <w:t xml:space="preserve"> </w:t>
      </w:r>
      <w:proofErr w:type="spellStart"/>
      <w:r w:rsidRPr="0025334A">
        <w:rPr>
          <w:color w:val="auto"/>
        </w:rPr>
        <w:t>subsecvente</w:t>
      </w:r>
      <w:bookmarkEnd w:id="13"/>
      <w:proofErr w:type="spellEnd"/>
    </w:p>
    <w:tbl>
      <w:tblPr>
        <w:tblStyle w:val="TableGrid"/>
        <w:tblW w:w="0" w:type="auto"/>
        <w:jc w:val="center"/>
        <w:tblLook w:val="04A0" w:firstRow="1" w:lastRow="0" w:firstColumn="1" w:lastColumn="0" w:noHBand="0" w:noVBand="1"/>
      </w:tblPr>
      <w:tblGrid>
        <w:gridCol w:w="2013"/>
        <w:gridCol w:w="1276"/>
        <w:gridCol w:w="1842"/>
        <w:gridCol w:w="1709"/>
        <w:gridCol w:w="1478"/>
        <w:gridCol w:w="1490"/>
      </w:tblGrid>
      <w:tr w:rsidR="0025334A" w:rsidRPr="0025334A" w14:paraId="0D61BD14" w14:textId="77777777" w:rsidTr="0025334A">
        <w:trPr>
          <w:cantSplit/>
          <w:tblHeader/>
          <w:jc w:val="center"/>
        </w:trPr>
        <w:tc>
          <w:tcPr>
            <w:tcW w:w="2013" w:type="dxa"/>
            <w:tcBorders>
              <w:tr2bl w:val="single" w:sz="4" w:space="0" w:color="auto"/>
            </w:tcBorders>
            <w:tcMar>
              <w:left w:w="28" w:type="dxa"/>
              <w:right w:w="28" w:type="dxa"/>
            </w:tcMar>
            <w:vAlign w:val="center"/>
          </w:tcPr>
          <w:p w14:paraId="3FEC9966" w14:textId="77777777" w:rsidR="000C4CB5" w:rsidRPr="0025334A" w:rsidRDefault="004E746A" w:rsidP="0025334A">
            <w:pPr>
              <w:ind w:firstLine="0"/>
              <w:jc w:val="left"/>
              <w:rPr>
                <w:b/>
                <w:sz w:val="22"/>
              </w:rPr>
            </w:pPr>
            <w:proofErr w:type="spellStart"/>
            <w:r w:rsidRPr="0025334A">
              <w:rPr>
                <w:b/>
                <w:sz w:val="22"/>
              </w:rPr>
              <w:t>Structura</w:t>
            </w:r>
            <w:proofErr w:type="spellEnd"/>
            <w:r w:rsidRPr="0025334A">
              <w:rPr>
                <w:b/>
                <w:sz w:val="22"/>
              </w:rPr>
              <w:t xml:space="preserve"> </w:t>
            </w:r>
            <w:proofErr w:type="spellStart"/>
            <w:r w:rsidRPr="0025334A">
              <w:rPr>
                <w:b/>
                <w:sz w:val="22"/>
              </w:rPr>
              <w:t>beneficiară</w:t>
            </w:r>
            <w:proofErr w:type="spellEnd"/>
          </w:p>
          <w:p w14:paraId="41DE58E0" w14:textId="77777777" w:rsidR="0025334A" w:rsidRPr="0025334A" w:rsidRDefault="0025334A" w:rsidP="0025334A">
            <w:pPr>
              <w:ind w:firstLine="0"/>
              <w:jc w:val="center"/>
              <w:rPr>
                <w:b/>
                <w:sz w:val="22"/>
              </w:rPr>
            </w:pPr>
          </w:p>
          <w:p w14:paraId="39905DF6" w14:textId="4FB1CBCE" w:rsidR="0025334A" w:rsidRPr="0025334A" w:rsidRDefault="0025334A" w:rsidP="0025334A">
            <w:pPr>
              <w:ind w:firstLine="0"/>
              <w:jc w:val="right"/>
              <w:rPr>
                <w:b/>
                <w:bCs/>
                <w:sz w:val="22"/>
              </w:rPr>
            </w:pPr>
            <w:proofErr w:type="spellStart"/>
            <w:r w:rsidRPr="0025334A">
              <w:rPr>
                <w:b/>
                <w:bCs/>
                <w:sz w:val="22"/>
              </w:rPr>
              <w:t>Cantitate</w:t>
            </w:r>
            <w:proofErr w:type="spellEnd"/>
          </w:p>
        </w:tc>
        <w:tc>
          <w:tcPr>
            <w:tcW w:w="1276" w:type="dxa"/>
            <w:tcMar>
              <w:left w:w="28" w:type="dxa"/>
              <w:right w:w="28" w:type="dxa"/>
            </w:tcMar>
            <w:vAlign w:val="center"/>
          </w:tcPr>
          <w:p w14:paraId="727177ED" w14:textId="471B6264" w:rsidR="000C4CB5" w:rsidRPr="0025334A" w:rsidRDefault="0025334A" w:rsidP="0025334A">
            <w:pPr>
              <w:ind w:firstLine="0"/>
              <w:jc w:val="center"/>
              <w:rPr>
                <w:sz w:val="22"/>
              </w:rPr>
            </w:pPr>
            <w:r w:rsidRPr="0025334A">
              <w:rPr>
                <w:b/>
                <w:sz w:val="22"/>
              </w:rPr>
              <w:t>Nr. m</w:t>
            </w:r>
            <w:r w:rsidR="004E746A" w:rsidRPr="0025334A">
              <w:rPr>
                <w:b/>
                <w:sz w:val="22"/>
              </w:rPr>
              <w:t xml:space="preserve">axim </w:t>
            </w:r>
            <w:proofErr w:type="spellStart"/>
            <w:r w:rsidR="004E746A" w:rsidRPr="0025334A">
              <w:rPr>
                <w:b/>
                <w:sz w:val="22"/>
              </w:rPr>
              <w:t>meniuri</w:t>
            </w:r>
            <w:proofErr w:type="spellEnd"/>
            <w:r w:rsidR="004E746A" w:rsidRPr="0025334A">
              <w:rPr>
                <w:b/>
                <w:sz w:val="22"/>
              </w:rPr>
              <w:t>/zi</w:t>
            </w:r>
          </w:p>
        </w:tc>
        <w:tc>
          <w:tcPr>
            <w:tcW w:w="1842" w:type="dxa"/>
            <w:tcMar>
              <w:left w:w="28" w:type="dxa"/>
              <w:right w:w="28" w:type="dxa"/>
            </w:tcMar>
            <w:vAlign w:val="center"/>
          </w:tcPr>
          <w:p w14:paraId="0612A142" w14:textId="585067A5" w:rsidR="000C4CB5" w:rsidRPr="0025334A" w:rsidRDefault="0025334A" w:rsidP="0025334A">
            <w:pPr>
              <w:ind w:firstLine="0"/>
              <w:jc w:val="center"/>
              <w:rPr>
                <w:sz w:val="22"/>
              </w:rPr>
            </w:pPr>
            <w:r w:rsidRPr="0025334A">
              <w:rPr>
                <w:b/>
                <w:sz w:val="22"/>
              </w:rPr>
              <w:t>Nr. m</w:t>
            </w:r>
            <w:r w:rsidR="004E746A" w:rsidRPr="0025334A">
              <w:rPr>
                <w:b/>
                <w:sz w:val="22"/>
              </w:rPr>
              <w:t xml:space="preserve">inim </w:t>
            </w:r>
            <w:proofErr w:type="spellStart"/>
            <w:r w:rsidR="004E746A" w:rsidRPr="0025334A">
              <w:rPr>
                <w:b/>
                <w:sz w:val="22"/>
              </w:rPr>
              <w:t>estimat</w:t>
            </w:r>
            <w:proofErr w:type="spellEnd"/>
            <w:r w:rsidR="004E746A" w:rsidRPr="0025334A">
              <w:rPr>
                <w:b/>
                <w:sz w:val="22"/>
              </w:rPr>
              <w:t xml:space="preserve"> contract </w:t>
            </w:r>
            <w:proofErr w:type="spellStart"/>
            <w:r w:rsidR="004E746A" w:rsidRPr="0025334A">
              <w:rPr>
                <w:b/>
                <w:sz w:val="22"/>
              </w:rPr>
              <w:t>subsecvent</w:t>
            </w:r>
            <w:proofErr w:type="spellEnd"/>
            <w:r w:rsidR="004E746A" w:rsidRPr="0025334A">
              <w:rPr>
                <w:b/>
                <w:sz w:val="22"/>
              </w:rPr>
              <w:br/>
              <w:t xml:space="preserve">30 </w:t>
            </w:r>
            <w:proofErr w:type="spellStart"/>
            <w:r w:rsidR="004E746A" w:rsidRPr="0025334A">
              <w:rPr>
                <w:b/>
                <w:sz w:val="22"/>
              </w:rPr>
              <w:t>zile</w:t>
            </w:r>
            <w:proofErr w:type="spellEnd"/>
          </w:p>
        </w:tc>
        <w:tc>
          <w:tcPr>
            <w:tcW w:w="1709" w:type="dxa"/>
            <w:tcBorders>
              <w:bottom w:val="single" w:sz="4" w:space="0" w:color="auto"/>
            </w:tcBorders>
            <w:tcMar>
              <w:left w:w="28" w:type="dxa"/>
              <w:right w:w="28" w:type="dxa"/>
            </w:tcMar>
            <w:vAlign w:val="center"/>
          </w:tcPr>
          <w:p w14:paraId="13C112A8" w14:textId="5F57688D" w:rsidR="000C4CB5" w:rsidRPr="0025334A" w:rsidRDefault="0025334A" w:rsidP="0025334A">
            <w:pPr>
              <w:ind w:firstLine="0"/>
              <w:jc w:val="center"/>
              <w:rPr>
                <w:sz w:val="22"/>
              </w:rPr>
            </w:pPr>
            <w:r w:rsidRPr="0025334A">
              <w:rPr>
                <w:b/>
                <w:sz w:val="22"/>
              </w:rPr>
              <w:t>Nr. m</w:t>
            </w:r>
            <w:r w:rsidR="004E746A" w:rsidRPr="0025334A">
              <w:rPr>
                <w:b/>
                <w:sz w:val="22"/>
              </w:rPr>
              <w:t xml:space="preserve">axim </w:t>
            </w:r>
            <w:proofErr w:type="spellStart"/>
            <w:r w:rsidR="004E746A" w:rsidRPr="0025334A">
              <w:rPr>
                <w:b/>
                <w:sz w:val="22"/>
              </w:rPr>
              <w:t>estimat</w:t>
            </w:r>
            <w:proofErr w:type="spellEnd"/>
            <w:r w:rsidR="004E746A" w:rsidRPr="0025334A">
              <w:rPr>
                <w:b/>
                <w:sz w:val="22"/>
              </w:rPr>
              <w:t xml:space="preserve"> contract </w:t>
            </w:r>
            <w:proofErr w:type="spellStart"/>
            <w:r w:rsidR="004E746A" w:rsidRPr="0025334A">
              <w:rPr>
                <w:b/>
                <w:sz w:val="22"/>
              </w:rPr>
              <w:t>subsecvent</w:t>
            </w:r>
            <w:proofErr w:type="spellEnd"/>
            <w:r w:rsidR="004E746A" w:rsidRPr="0025334A">
              <w:rPr>
                <w:b/>
                <w:sz w:val="22"/>
              </w:rPr>
              <w:br/>
            </w:r>
            <w:r w:rsidRPr="0025334A">
              <w:rPr>
                <w:b/>
                <w:sz w:val="22"/>
              </w:rPr>
              <w:t>24</w:t>
            </w:r>
            <w:r w:rsidR="004E746A" w:rsidRPr="0025334A">
              <w:rPr>
                <w:b/>
                <w:sz w:val="22"/>
              </w:rPr>
              <w:t xml:space="preserve">0 </w:t>
            </w:r>
            <w:proofErr w:type="spellStart"/>
            <w:r w:rsidR="004E746A" w:rsidRPr="0025334A">
              <w:rPr>
                <w:b/>
                <w:sz w:val="22"/>
              </w:rPr>
              <w:t>zile</w:t>
            </w:r>
            <w:proofErr w:type="spellEnd"/>
          </w:p>
        </w:tc>
        <w:tc>
          <w:tcPr>
            <w:tcW w:w="0" w:type="auto"/>
            <w:tcBorders>
              <w:bottom w:val="single" w:sz="4" w:space="0" w:color="auto"/>
            </w:tcBorders>
            <w:tcMar>
              <w:left w:w="28" w:type="dxa"/>
              <w:right w:w="28" w:type="dxa"/>
            </w:tcMar>
            <w:vAlign w:val="center"/>
          </w:tcPr>
          <w:p w14:paraId="70F57AEA" w14:textId="3795C9E8" w:rsidR="000C4CB5" w:rsidRPr="0025334A" w:rsidRDefault="0025334A" w:rsidP="0025334A">
            <w:pPr>
              <w:ind w:firstLine="0"/>
              <w:jc w:val="center"/>
              <w:rPr>
                <w:sz w:val="22"/>
              </w:rPr>
            </w:pPr>
            <w:r w:rsidRPr="0025334A">
              <w:rPr>
                <w:b/>
                <w:sz w:val="22"/>
              </w:rPr>
              <w:t>Nr. m</w:t>
            </w:r>
            <w:r w:rsidR="004E746A" w:rsidRPr="0025334A">
              <w:rPr>
                <w:b/>
                <w:sz w:val="22"/>
              </w:rPr>
              <w:t xml:space="preserve">inim </w:t>
            </w:r>
            <w:proofErr w:type="spellStart"/>
            <w:r w:rsidR="004E746A" w:rsidRPr="0025334A">
              <w:rPr>
                <w:b/>
                <w:sz w:val="22"/>
              </w:rPr>
              <w:t>estimat</w:t>
            </w:r>
            <w:proofErr w:type="spellEnd"/>
            <w:r w:rsidR="004E746A" w:rsidRPr="0025334A">
              <w:rPr>
                <w:b/>
                <w:sz w:val="22"/>
              </w:rPr>
              <w:t xml:space="preserve"> </w:t>
            </w:r>
            <w:proofErr w:type="spellStart"/>
            <w:r w:rsidR="004E746A" w:rsidRPr="0025334A">
              <w:rPr>
                <w:b/>
                <w:sz w:val="22"/>
              </w:rPr>
              <w:t>acord-cadru</w:t>
            </w:r>
            <w:proofErr w:type="spellEnd"/>
          </w:p>
        </w:tc>
        <w:tc>
          <w:tcPr>
            <w:tcW w:w="0" w:type="auto"/>
            <w:tcMar>
              <w:left w:w="28" w:type="dxa"/>
              <w:right w:w="28" w:type="dxa"/>
            </w:tcMar>
            <w:vAlign w:val="center"/>
          </w:tcPr>
          <w:p w14:paraId="14795294" w14:textId="00C3F4EC" w:rsidR="000C4CB5" w:rsidRPr="0025334A" w:rsidRDefault="0025334A" w:rsidP="0025334A">
            <w:pPr>
              <w:ind w:firstLine="0"/>
              <w:jc w:val="center"/>
              <w:rPr>
                <w:sz w:val="22"/>
              </w:rPr>
            </w:pPr>
            <w:r w:rsidRPr="0025334A">
              <w:rPr>
                <w:b/>
                <w:sz w:val="22"/>
              </w:rPr>
              <w:t>Nr. m</w:t>
            </w:r>
            <w:r w:rsidR="004E746A" w:rsidRPr="0025334A">
              <w:rPr>
                <w:b/>
                <w:sz w:val="22"/>
              </w:rPr>
              <w:t xml:space="preserve">axim </w:t>
            </w:r>
            <w:proofErr w:type="spellStart"/>
            <w:r w:rsidR="004E746A" w:rsidRPr="0025334A">
              <w:rPr>
                <w:b/>
                <w:sz w:val="22"/>
              </w:rPr>
              <w:t>estimat</w:t>
            </w:r>
            <w:proofErr w:type="spellEnd"/>
            <w:r w:rsidR="004E746A" w:rsidRPr="0025334A">
              <w:rPr>
                <w:b/>
                <w:sz w:val="22"/>
              </w:rPr>
              <w:t xml:space="preserve"> </w:t>
            </w:r>
            <w:proofErr w:type="spellStart"/>
            <w:r w:rsidR="004E746A" w:rsidRPr="0025334A">
              <w:rPr>
                <w:b/>
                <w:sz w:val="22"/>
              </w:rPr>
              <w:t>acord-cadru</w:t>
            </w:r>
            <w:proofErr w:type="spellEnd"/>
            <w:r w:rsidR="004E746A" w:rsidRPr="0025334A">
              <w:rPr>
                <w:b/>
                <w:sz w:val="22"/>
              </w:rPr>
              <w:br/>
              <w:t xml:space="preserve">365 </w:t>
            </w:r>
            <w:proofErr w:type="spellStart"/>
            <w:r w:rsidR="004E746A" w:rsidRPr="0025334A">
              <w:rPr>
                <w:b/>
                <w:sz w:val="22"/>
              </w:rPr>
              <w:t>zile</w:t>
            </w:r>
            <w:proofErr w:type="spellEnd"/>
          </w:p>
        </w:tc>
      </w:tr>
      <w:tr w:rsidR="0025334A" w:rsidRPr="0025334A" w14:paraId="764B46C2" w14:textId="77777777" w:rsidTr="0025334A">
        <w:trPr>
          <w:cantSplit/>
          <w:jc w:val="center"/>
        </w:trPr>
        <w:tc>
          <w:tcPr>
            <w:tcW w:w="2013" w:type="dxa"/>
            <w:tcMar>
              <w:left w:w="28" w:type="dxa"/>
              <w:right w:w="28" w:type="dxa"/>
            </w:tcMar>
            <w:vAlign w:val="center"/>
          </w:tcPr>
          <w:p w14:paraId="799F5C6A" w14:textId="77777777" w:rsidR="0025334A" w:rsidRPr="0025334A" w:rsidRDefault="0025334A" w:rsidP="0025334A">
            <w:pPr>
              <w:ind w:firstLine="0"/>
              <w:jc w:val="left"/>
              <w:rPr>
                <w:sz w:val="22"/>
              </w:rPr>
            </w:pPr>
            <w:proofErr w:type="spellStart"/>
            <w:r w:rsidRPr="0025334A">
              <w:rPr>
                <w:sz w:val="22"/>
              </w:rPr>
              <w:t>Centrele</w:t>
            </w:r>
            <w:proofErr w:type="spellEnd"/>
            <w:r w:rsidRPr="0025334A">
              <w:rPr>
                <w:sz w:val="22"/>
              </w:rPr>
              <w:t xml:space="preserve"> Maternal </w:t>
            </w:r>
            <w:proofErr w:type="spellStart"/>
            <w:r w:rsidRPr="0025334A">
              <w:rPr>
                <w:sz w:val="22"/>
              </w:rPr>
              <w:t>și</w:t>
            </w:r>
            <w:proofErr w:type="spellEnd"/>
            <w:r w:rsidRPr="0025334A">
              <w:rPr>
                <w:sz w:val="22"/>
              </w:rPr>
              <w:t xml:space="preserve"> Artemis</w:t>
            </w:r>
          </w:p>
        </w:tc>
        <w:tc>
          <w:tcPr>
            <w:tcW w:w="1276" w:type="dxa"/>
            <w:tcMar>
              <w:left w:w="28" w:type="dxa"/>
              <w:right w:w="28" w:type="dxa"/>
            </w:tcMar>
            <w:vAlign w:val="center"/>
          </w:tcPr>
          <w:p w14:paraId="71A93887" w14:textId="77777777" w:rsidR="0025334A" w:rsidRPr="0025334A" w:rsidRDefault="0025334A" w:rsidP="0025334A">
            <w:pPr>
              <w:ind w:firstLine="0"/>
              <w:jc w:val="center"/>
              <w:rPr>
                <w:sz w:val="22"/>
              </w:rPr>
            </w:pPr>
            <w:r w:rsidRPr="0025334A">
              <w:rPr>
                <w:sz w:val="22"/>
              </w:rPr>
              <w:t>32</w:t>
            </w:r>
          </w:p>
        </w:tc>
        <w:tc>
          <w:tcPr>
            <w:tcW w:w="1842" w:type="dxa"/>
            <w:tcMar>
              <w:left w:w="28" w:type="dxa"/>
              <w:right w:w="28" w:type="dxa"/>
            </w:tcMar>
            <w:vAlign w:val="center"/>
          </w:tcPr>
          <w:p w14:paraId="03EA9426" w14:textId="77777777" w:rsidR="0025334A" w:rsidRPr="0025334A" w:rsidRDefault="0025334A" w:rsidP="0025334A">
            <w:pPr>
              <w:ind w:firstLine="0"/>
              <w:jc w:val="center"/>
              <w:rPr>
                <w:sz w:val="22"/>
              </w:rPr>
            </w:pPr>
            <w:r w:rsidRPr="0025334A">
              <w:rPr>
                <w:sz w:val="22"/>
              </w:rPr>
              <w:t>960</w:t>
            </w:r>
          </w:p>
        </w:tc>
        <w:tc>
          <w:tcPr>
            <w:tcW w:w="1709" w:type="dxa"/>
            <w:tcBorders>
              <w:top w:val="single" w:sz="4" w:space="0" w:color="auto"/>
              <w:left w:val="nil"/>
              <w:bottom w:val="single" w:sz="4" w:space="0" w:color="auto"/>
              <w:right w:val="single" w:sz="4" w:space="0" w:color="auto"/>
            </w:tcBorders>
            <w:tcMar>
              <w:left w:w="28" w:type="dxa"/>
              <w:right w:w="28" w:type="dxa"/>
            </w:tcMar>
            <w:vAlign w:val="center"/>
          </w:tcPr>
          <w:p w14:paraId="59422815" w14:textId="3BE964BF" w:rsidR="0025334A" w:rsidRPr="0025334A" w:rsidRDefault="0025334A" w:rsidP="0025334A">
            <w:pPr>
              <w:ind w:firstLine="0"/>
              <w:jc w:val="center"/>
              <w:rPr>
                <w:sz w:val="22"/>
              </w:rPr>
            </w:pPr>
            <w:r w:rsidRPr="0025334A">
              <w:rPr>
                <w:sz w:val="22"/>
              </w:rPr>
              <w:t>7.680</w:t>
            </w:r>
          </w:p>
        </w:tc>
        <w:tc>
          <w:tcPr>
            <w:tcW w:w="0" w:type="auto"/>
            <w:tcBorders>
              <w:top w:val="single" w:sz="4" w:space="0" w:color="auto"/>
              <w:left w:val="single" w:sz="4" w:space="0" w:color="auto"/>
              <w:bottom w:val="single" w:sz="4" w:space="0" w:color="auto"/>
              <w:right w:val="nil"/>
            </w:tcBorders>
            <w:tcMar>
              <w:left w:w="28" w:type="dxa"/>
              <w:right w:w="28" w:type="dxa"/>
            </w:tcMar>
            <w:vAlign w:val="center"/>
          </w:tcPr>
          <w:p w14:paraId="5A0882E5" w14:textId="5196A108" w:rsidR="0025334A" w:rsidRPr="0025334A" w:rsidRDefault="0025334A" w:rsidP="0025334A">
            <w:pPr>
              <w:ind w:firstLine="0"/>
              <w:jc w:val="center"/>
              <w:rPr>
                <w:sz w:val="22"/>
              </w:rPr>
            </w:pPr>
            <w:r w:rsidRPr="0025334A">
              <w:rPr>
                <w:sz w:val="22"/>
              </w:rPr>
              <w:t>7.680</w:t>
            </w:r>
          </w:p>
        </w:tc>
        <w:tc>
          <w:tcPr>
            <w:tcW w:w="0" w:type="auto"/>
            <w:tcMar>
              <w:left w:w="28" w:type="dxa"/>
              <w:right w:w="28" w:type="dxa"/>
            </w:tcMar>
            <w:vAlign w:val="center"/>
          </w:tcPr>
          <w:p w14:paraId="13928028" w14:textId="77777777" w:rsidR="0025334A" w:rsidRPr="0025334A" w:rsidRDefault="0025334A" w:rsidP="0025334A">
            <w:pPr>
              <w:ind w:firstLine="0"/>
              <w:jc w:val="center"/>
              <w:rPr>
                <w:sz w:val="22"/>
              </w:rPr>
            </w:pPr>
            <w:r w:rsidRPr="0025334A">
              <w:rPr>
                <w:sz w:val="22"/>
              </w:rPr>
              <w:t>11.680</w:t>
            </w:r>
          </w:p>
        </w:tc>
      </w:tr>
      <w:tr w:rsidR="0025334A" w:rsidRPr="0025334A" w14:paraId="15E652A4" w14:textId="77777777" w:rsidTr="0025334A">
        <w:trPr>
          <w:cantSplit/>
          <w:jc w:val="center"/>
        </w:trPr>
        <w:tc>
          <w:tcPr>
            <w:tcW w:w="2013" w:type="dxa"/>
            <w:tcMar>
              <w:left w:w="28" w:type="dxa"/>
              <w:right w:w="28" w:type="dxa"/>
            </w:tcMar>
            <w:vAlign w:val="center"/>
          </w:tcPr>
          <w:p w14:paraId="40E68493" w14:textId="77777777" w:rsidR="0025334A" w:rsidRPr="0025334A" w:rsidRDefault="0025334A" w:rsidP="0025334A">
            <w:pPr>
              <w:ind w:firstLine="0"/>
              <w:jc w:val="left"/>
              <w:rPr>
                <w:sz w:val="22"/>
              </w:rPr>
            </w:pPr>
            <w:r w:rsidRPr="0025334A">
              <w:rPr>
                <w:sz w:val="22"/>
              </w:rPr>
              <w:t>CIAPAD „</w:t>
            </w:r>
            <w:proofErr w:type="spellStart"/>
            <w:r w:rsidRPr="0025334A">
              <w:rPr>
                <w:sz w:val="22"/>
              </w:rPr>
              <w:t>Condorul</w:t>
            </w:r>
            <w:proofErr w:type="spellEnd"/>
            <w:r w:rsidRPr="0025334A">
              <w:rPr>
                <w:sz w:val="22"/>
              </w:rPr>
              <w:t>”</w:t>
            </w:r>
          </w:p>
        </w:tc>
        <w:tc>
          <w:tcPr>
            <w:tcW w:w="1276" w:type="dxa"/>
            <w:tcMar>
              <w:left w:w="28" w:type="dxa"/>
              <w:right w:w="28" w:type="dxa"/>
            </w:tcMar>
            <w:vAlign w:val="center"/>
          </w:tcPr>
          <w:p w14:paraId="6678DE3B" w14:textId="77777777" w:rsidR="0025334A" w:rsidRPr="0025334A" w:rsidRDefault="0025334A" w:rsidP="0025334A">
            <w:pPr>
              <w:ind w:firstLine="0"/>
              <w:jc w:val="center"/>
              <w:rPr>
                <w:sz w:val="22"/>
              </w:rPr>
            </w:pPr>
            <w:r w:rsidRPr="0025334A">
              <w:rPr>
                <w:sz w:val="22"/>
              </w:rPr>
              <w:t>48</w:t>
            </w:r>
          </w:p>
        </w:tc>
        <w:tc>
          <w:tcPr>
            <w:tcW w:w="1842" w:type="dxa"/>
            <w:tcMar>
              <w:left w:w="28" w:type="dxa"/>
              <w:right w:w="28" w:type="dxa"/>
            </w:tcMar>
            <w:vAlign w:val="center"/>
          </w:tcPr>
          <w:p w14:paraId="45F26DAD" w14:textId="77777777" w:rsidR="0025334A" w:rsidRPr="0025334A" w:rsidRDefault="0025334A" w:rsidP="0025334A">
            <w:pPr>
              <w:ind w:firstLine="0"/>
              <w:jc w:val="center"/>
              <w:rPr>
                <w:sz w:val="22"/>
              </w:rPr>
            </w:pPr>
            <w:r w:rsidRPr="0025334A">
              <w:rPr>
                <w:sz w:val="22"/>
              </w:rPr>
              <w:t>1.440</w:t>
            </w:r>
          </w:p>
        </w:tc>
        <w:tc>
          <w:tcPr>
            <w:tcW w:w="1709" w:type="dxa"/>
            <w:tcBorders>
              <w:top w:val="single" w:sz="4" w:space="0" w:color="auto"/>
              <w:left w:val="nil"/>
              <w:bottom w:val="single" w:sz="4" w:space="0" w:color="auto"/>
              <w:right w:val="single" w:sz="4" w:space="0" w:color="auto"/>
            </w:tcBorders>
            <w:tcMar>
              <w:left w:w="28" w:type="dxa"/>
              <w:right w:w="28" w:type="dxa"/>
            </w:tcMar>
            <w:vAlign w:val="center"/>
          </w:tcPr>
          <w:p w14:paraId="00666370" w14:textId="1718D145" w:rsidR="0025334A" w:rsidRPr="0025334A" w:rsidRDefault="0025334A" w:rsidP="0025334A">
            <w:pPr>
              <w:ind w:firstLine="0"/>
              <w:jc w:val="center"/>
              <w:rPr>
                <w:sz w:val="22"/>
              </w:rPr>
            </w:pPr>
            <w:r w:rsidRPr="0025334A">
              <w:rPr>
                <w:sz w:val="22"/>
              </w:rPr>
              <w:t>11.520</w:t>
            </w:r>
          </w:p>
        </w:tc>
        <w:tc>
          <w:tcPr>
            <w:tcW w:w="0" w:type="auto"/>
            <w:tcBorders>
              <w:top w:val="single" w:sz="4" w:space="0" w:color="auto"/>
              <w:left w:val="single" w:sz="4" w:space="0" w:color="auto"/>
              <w:bottom w:val="single" w:sz="4" w:space="0" w:color="auto"/>
              <w:right w:val="nil"/>
            </w:tcBorders>
            <w:tcMar>
              <w:left w:w="28" w:type="dxa"/>
              <w:right w:w="28" w:type="dxa"/>
            </w:tcMar>
            <w:vAlign w:val="center"/>
          </w:tcPr>
          <w:p w14:paraId="73016E24" w14:textId="6B2F9366" w:rsidR="0025334A" w:rsidRPr="0025334A" w:rsidRDefault="0025334A" w:rsidP="0025334A">
            <w:pPr>
              <w:ind w:firstLine="0"/>
              <w:jc w:val="center"/>
              <w:rPr>
                <w:sz w:val="22"/>
              </w:rPr>
            </w:pPr>
            <w:r w:rsidRPr="0025334A">
              <w:rPr>
                <w:sz w:val="22"/>
              </w:rPr>
              <w:t>11.520</w:t>
            </w:r>
          </w:p>
        </w:tc>
        <w:tc>
          <w:tcPr>
            <w:tcW w:w="0" w:type="auto"/>
            <w:tcMar>
              <w:left w:w="28" w:type="dxa"/>
              <w:right w:w="28" w:type="dxa"/>
            </w:tcMar>
            <w:vAlign w:val="center"/>
          </w:tcPr>
          <w:p w14:paraId="18EB4C99" w14:textId="77777777" w:rsidR="0025334A" w:rsidRPr="0025334A" w:rsidRDefault="0025334A" w:rsidP="0025334A">
            <w:pPr>
              <w:ind w:firstLine="0"/>
              <w:jc w:val="center"/>
              <w:rPr>
                <w:sz w:val="22"/>
              </w:rPr>
            </w:pPr>
            <w:r w:rsidRPr="0025334A">
              <w:rPr>
                <w:sz w:val="22"/>
              </w:rPr>
              <w:t>17.520</w:t>
            </w:r>
          </w:p>
        </w:tc>
      </w:tr>
      <w:tr w:rsidR="0025334A" w:rsidRPr="0025334A" w14:paraId="12CD5A91" w14:textId="77777777" w:rsidTr="0025334A">
        <w:trPr>
          <w:cantSplit/>
          <w:jc w:val="center"/>
        </w:trPr>
        <w:tc>
          <w:tcPr>
            <w:tcW w:w="2013" w:type="dxa"/>
            <w:tcMar>
              <w:left w:w="28" w:type="dxa"/>
              <w:right w:w="28" w:type="dxa"/>
            </w:tcMar>
            <w:vAlign w:val="center"/>
          </w:tcPr>
          <w:p w14:paraId="3FFD14E0" w14:textId="77777777" w:rsidR="0025334A" w:rsidRPr="0025334A" w:rsidRDefault="0025334A" w:rsidP="0025334A">
            <w:pPr>
              <w:ind w:firstLine="0"/>
              <w:jc w:val="left"/>
              <w:rPr>
                <w:sz w:val="22"/>
              </w:rPr>
            </w:pPr>
            <w:r w:rsidRPr="0025334A">
              <w:rPr>
                <w:sz w:val="22"/>
              </w:rPr>
              <w:t>CIAPAD „Henri Coandă”</w:t>
            </w:r>
          </w:p>
        </w:tc>
        <w:tc>
          <w:tcPr>
            <w:tcW w:w="1276" w:type="dxa"/>
            <w:tcMar>
              <w:left w:w="28" w:type="dxa"/>
              <w:right w:w="28" w:type="dxa"/>
            </w:tcMar>
            <w:vAlign w:val="center"/>
          </w:tcPr>
          <w:p w14:paraId="6B16B129" w14:textId="77777777" w:rsidR="0025334A" w:rsidRPr="0025334A" w:rsidRDefault="0025334A" w:rsidP="0025334A">
            <w:pPr>
              <w:ind w:firstLine="0"/>
              <w:jc w:val="center"/>
              <w:rPr>
                <w:sz w:val="22"/>
              </w:rPr>
            </w:pPr>
            <w:r w:rsidRPr="0025334A">
              <w:rPr>
                <w:sz w:val="22"/>
              </w:rPr>
              <w:t>50</w:t>
            </w:r>
          </w:p>
        </w:tc>
        <w:tc>
          <w:tcPr>
            <w:tcW w:w="1842" w:type="dxa"/>
            <w:tcMar>
              <w:left w:w="28" w:type="dxa"/>
              <w:right w:w="28" w:type="dxa"/>
            </w:tcMar>
            <w:vAlign w:val="center"/>
          </w:tcPr>
          <w:p w14:paraId="60975F4A" w14:textId="77777777" w:rsidR="0025334A" w:rsidRPr="0025334A" w:rsidRDefault="0025334A" w:rsidP="0025334A">
            <w:pPr>
              <w:ind w:firstLine="0"/>
              <w:jc w:val="center"/>
              <w:rPr>
                <w:sz w:val="22"/>
              </w:rPr>
            </w:pPr>
            <w:r w:rsidRPr="0025334A">
              <w:rPr>
                <w:sz w:val="22"/>
              </w:rPr>
              <w:t>1.500</w:t>
            </w:r>
          </w:p>
        </w:tc>
        <w:tc>
          <w:tcPr>
            <w:tcW w:w="1709" w:type="dxa"/>
            <w:tcBorders>
              <w:top w:val="single" w:sz="4" w:space="0" w:color="auto"/>
              <w:left w:val="nil"/>
              <w:bottom w:val="single" w:sz="4" w:space="0" w:color="auto"/>
              <w:right w:val="single" w:sz="4" w:space="0" w:color="auto"/>
            </w:tcBorders>
            <w:tcMar>
              <w:left w:w="28" w:type="dxa"/>
              <w:right w:w="28" w:type="dxa"/>
            </w:tcMar>
            <w:vAlign w:val="center"/>
          </w:tcPr>
          <w:p w14:paraId="2A2F7B37" w14:textId="436BEE28" w:rsidR="0025334A" w:rsidRPr="0025334A" w:rsidRDefault="0025334A" w:rsidP="0025334A">
            <w:pPr>
              <w:ind w:firstLine="0"/>
              <w:jc w:val="center"/>
              <w:rPr>
                <w:sz w:val="22"/>
              </w:rPr>
            </w:pPr>
            <w:r w:rsidRPr="0025334A">
              <w:rPr>
                <w:sz w:val="22"/>
              </w:rPr>
              <w:t>12.000</w:t>
            </w:r>
          </w:p>
        </w:tc>
        <w:tc>
          <w:tcPr>
            <w:tcW w:w="0" w:type="auto"/>
            <w:tcBorders>
              <w:top w:val="single" w:sz="4" w:space="0" w:color="auto"/>
              <w:left w:val="single" w:sz="4" w:space="0" w:color="auto"/>
              <w:bottom w:val="single" w:sz="4" w:space="0" w:color="auto"/>
              <w:right w:val="nil"/>
            </w:tcBorders>
            <w:tcMar>
              <w:left w:w="28" w:type="dxa"/>
              <w:right w:w="28" w:type="dxa"/>
            </w:tcMar>
            <w:vAlign w:val="center"/>
          </w:tcPr>
          <w:p w14:paraId="7A96C4F1" w14:textId="177A1AC0" w:rsidR="0025334A" w:rsidRPr="0025334A" w:rsidRDefault="0025334A" w:rsidP="0025334A">
            <w:pPr>
              <w:ind w:firstLine="0"/>
              <w:jc w:val="center"/>
              <w:rPr>
                <w:sz w:val="22"/>
              </w:rPr>
            </w:pPr>
            <w:r w:rsidRPr="0025334A">
              <w:rPr>
                <w:sz w:val="22"/>
              </w:rPr>
              <w:t>12.000</w:t>
            </w:r>
          </w:p>
        </w:tc>
        <w:tc>
          <w:tcPr>
            <w:tcW w:w="0" w:type="auto"/>
            <w:tcMar>
              <w:left w:w="28" w:type="dxa"/>
              <w:right w:w="28" w:type="dxa"/>
            </w:tcMar>
            <w:vAlign w:val="center"/>
          </w:tcPr>
          <w:p w14:paraId="050E5B33" w14:textId="77777777" w:rsidR="0025334A" w:rsidRPr="0025334A" w:rsidRDefault="0025334A" w:rsidP="0025334A">
            <w:pPr>
              <w:ind w:firstLine="0"/>
              <w:jc w:val="center"/>
              <w:rPr>
                <w:sz w:val="22"/>
              </w:rPr>
            </w:pPr>
            <w:r w:rsidRPr="0025334A">
              <w:rPr>
                <w:sz w:val="22"/>
              </w:rPr>
              <w:t>18.250</w:t>
            </w:r>
          </w:p>
        </w:tc>
      </w:tr>
      <w:tr w:rsidR="0025334A" w:rsidRPr="0025334A" w14:paraId="28167968" w14:textId="77777777" w:rsidTr="0025334A">
        <w:trPr>
          <w:cantSplit/>
          <w:jc w:val="center"/>
        </w:trPr>
        <w:tc>
          <w:tcPr>
            <w:tcW w:w="2013" w:type="dxa"/>
            <w:tcMar>
              <w:left w:w="28" w:type="dxa"/>
              <w:right w:w="28" w:type="dxa"/>
            </w:tcMar>
            <w:vAlign w:val="center"/>
          </w:tcPr>
          <w:p w14:paraId="6B183880" w14:textId="77777777" w:rsidR="0025334A" w:rsidRPr="0025334A" w:rsidRDefault="0025334A" w:rsidP="0025334A">
            <w:pPr>
              <w:ind w:firstLine="0"/>
              <w:jc w:val="left"/>
              <w:rPr>
                <w:sz w:val="22"/>
              </w:rPr>
            </w:pPr>
            <w:r w:rsidRPr="0025334A">
              <w:rPr>
                <w:sz w:val="22"/>
              </w:rPr>
              <w:t>TOTAL</w:t>
            </w:r>
          </w:p>
        </w:tc>
        <w:tc>
          <w:tcPr>
            <w:tcW w:w="1276" w:type="dxa"/>
            <w:tcMar>
              <w:left w:w="28" w:type="dxa"/>
              <w:right w:w="28" w:type="dxa"/>
            </w:tcMar>
            <w:vAlign w:val="center"/>
          </w:tcPr>
          <w:p w14:paraId="1B3C7FD0" w14:textId="77777777" w:rsidR="0025334A" w:rsidRPr="0025334A" w:rsidRDefault="0025334A" w:rsidP="0025334A">
            <w:pPr>
              <w:ind w:firstLine="0"/>
              <w:jc w:val="center"/>
              <w:rPr>
                <w:sz w:val="22"/>
              </w:rPr>
            </w:pPr>
            <w:r w:rsidRPr="0025334A">
              <w:rPr>
                <w:sz w:val="22"/>
              </w:rPr>
              <w:t>130</w:t>
            </w:r>
          </w:p>
        </w:tc>
        <w:tc>
          <w:tcPr>
            <w:tcW w:w="1842" w:type="dxa"/>
            <w:tcMar>
              <w:left w:w="28" w:type="dxa"/>
              <w:right w:w="28" w:type="dxa"/>
            </w:tcMar>
            <w:vAlign w:val="center"/>
          </w:tcPr>
          <w:p w14:paraId="7B000508" w14:textId="77777777" w:rsidR="0025334A" w:rsidRPr="0025334A" w:rsidRDefault="0025334A" w:rsidP="0025334A">
            <w:pPr>
              <w:ind w:firstLine="0"/>
              <w:jc w:val="center"/>
              <w:rPr>
                <w:sz w:val="22"/>
              </w:rPr>
            </w:pPr>
            <w:r w:rsidRPr="0025334A">
              <w:rPr>
                <w:sz w:val="22"/>
              </w:rPr>
              <w:t>3.900</w:t>
            </w:r>
          </w:p>
        </w:tc>
        <w:tc>
          <w:tcPr>
            <w:tcW w:w="1709" w:type="dxa"/>
            <w:tcMar>
              <w:left w:w="28" w:type="dxa"/>
              <w:right w:w="28" w:type="dxa"/>
            </w:tcMar>
            <w:vAlign w:val="center"/>
          </w:tcPr>
          <w:p w14:paraId="4ACE0622" w14:textId="59AADEA2" w:rsidR="0025334A" w:rsidRPr="0025334A" w:rsidRDefault="0025334A" w:rsidP="0025334A">
            <w:pPr>
              <w:ind w:firstLine="0"/>
              <w:jc w:val="center"/>
              <w:rPr>
                <w:sz w:val="22"/>
              </w:rPr>
            </w:pPr>
            <w:r w:rsidRPr="0025334A">
              <w:rPr>
                <w:sz w:val="22"/>
              </w:rPr>
              <w:t>31.200</w:t>
            </w:r>
          </w:p>
        </w:tc>
        <w:tc>
          <w:tcPr>
            <w:tcW w:w="0" w:type="auto"/>
            <w:tcMar>
              <w:left w:w="28" w:type="dxa"/>
              <w:right w:w="28" w:type="dxa"/>
            </w:tcMar>
            <w:vAlign w:val="center"/>
          </w:tcPr>
          <w:p w14:paraId="5CCE1480" w14:textId="2C04885C" w:rsidR="0025334A" w:rsidRPr="0025334A" w:rsidRDefault="0025334A" w:rsidP="0025334A">
            <w:pPr>
              <w:ind w:firstLine="0"/>
              <w:jc w:val="center"/>
              <w:rPr>
                <w:sz w:val="22"/>
              </w:rPr>
            </w:pPr>
            <w:r w:rsidRPr="0025334A">
              <w:rPr>
                <w:sz w:val="22"/>
              </w:rPr>
              <w:t>31.200</w:t>
            </w:r>
          </w:p>
        </w:tc>
        <w:tc>
          <w:tcPr>
            <w:tcW w:w="0" w:type="auto"/>
            <w:tcMar>
              <w:left w:w="28" w:type="dxa"/>
              <w:right w:w="28" w:type="dxa"/>
            </w:tcMar>
            <w:vAlign w:val="center"/>
          </w:tcPr>
          <w:p w14:paraId="68F55DA5" w14:textId="77777777" w:rsidR="0025334A" w:rsidRPr="0025334A" w:rsidRDefault="0025334A" w:rsidP="0025334A">
            <w:pPr>
              <w:ind w:firstLine="0"/>
              <w:jc w:val="center"/>
              <w:rPr>
                <w:sz w:val="22"/>
              </w:rPr>
            </w:pPr>
            <w:r w:rsidRPr="0025334A">
              <w:rPr>
                <w:sz w:val="22"/>
              </w:rPr>
              <w:t>47.450</w:t>
            </w:r>
          </w:p>
        </w:tc>
      </w:tr>
    </w:tbl>
    <w:p w14:paraId="124D3D3B" w14:textId="077B444D" w:rsidR="0025334A" w:rsidRPr="0025334A" w:rsidRDefault="00D134DF" w:rsidP="0025334A">
      <w:pPr>
        <w:spacing w:after="50" w:line="247" w:lineRule="auto"/>
      </w:pPr>
      <w:proofErr w:type="spellStart"/>
      <w:r w:rsidRPr="00D134DF">
        <w:t>Cantitățile</w:t>
      </w:r>
      <w:proofErr w:type="spellEnd"/>
      <w:r w:rsidRPr="00D134DF">
        <w:t xml:space="preserve"> </w:t>
      </w:r>
      <w:proofErr w:type="spellStart"/>
      <w:r w:rsidRPr="00D134DF">
        <w:t>maxime</w:t>
      </w:r>
      <w:proofErr w:type="spellEnd"/>
      <w:r w:rsidRPr="00D134DF">
        <w:t xml:space="preserve"> </w:t>
      </w:r>
      <w:proofErr w:type="spellStart"/>
      <w:r w:rsidRPr="00D134DF">
        <w:t>reprezintă</w:t>
      </w:r>
      <w:proofErr w:type="spellEnd"/>
      <w:r w:rsidRPr="00D134DF">
        <w:t xml:space="preserve"> </w:t>
      </w:r>
      <w:proofErr w:type="spellStart"/>
      <w:r w:rsidRPr="00D134DF">
        <w:t>limite</w:t>
      </w:r>
      <w:proofErr w:type="spellEnd"/>
      <w:r w:rsidRPr="00D134DF">
        <w:t xml:space="preserve"> de </w:t>
      </w:r>
      <w:proofErr w:type="spellStart"/>
      <w:r w:rsidRPr="00D134DF">
        <w:t>dimensionare</w:t>
      </w:r>
      <w:proofErr w:type="spellEnd"/>
      <w:r w:rsidRPr="00D134DF">
        <w:t xml:space="preserve"> </w:t>
      </w:r>
      <w:proofErr w:type="spellStart"/>
      <w:r w:rsidRPr="00D134DF">
        <w:t>și</w:t>
      </w:r>
      <w:proofErr w:type="spellEnd"/>
      <w:r w:rsidRPr="00D134DF">
        <w:t xml:space="preserve"> nu </w:t>
      </w:r>
      <w:proofErr w:type="spellStart"/>
      <w:r w:rsidRPr="00D134DF">
        <w:t>constituie</w:t>
      </w:r>
      <w:proofErr w:type="spellEnd"/>
      <w:r w:rsidRPr="00D134DF">
        <w:t xml:space="preserve"> </w:t>
      </w:r>
      <w:proofErr w:type="spellStart"/>
      <w:r w:rsidRPr="00D134DF">
        <w:t>consum</w:t>
      </w:r>
      <w:proofErr w:type="spellEnd"/>
      <w:r w:rsidRPr="00D134DF">
        <w:t xml:space="preserve"> </w:t>
      </w:r>
      <w:proofErr w:type="spellStart"/>
      <w:r w:rsidRPr="00D134DF">
        <w:t>garantat</w:t>
      </w:r>
      <w:proofErr w:type="spellEnd"/>
      <w:r w:rsidRPr="00D134DF">
        <w:t xml:space="preserve">. </w:t>
      </w:r>
      <w:proofErr w:type="spellStart"/>
      <w:r w:rsidRPr="00D134DF">
        <w:t>Necesarul</w:t>
      </w:r>
      <w:proofErr w:type="spellEnd"/>
      <w:r w:rsidRPr="00D134DF">
        <w:t xml:space="preserve"> </w:t>
      </w:r>
      <w:proofErr w:type="spellStart"/>
      <w:r w:rsidRPr="00D134DF">
        <w:t>efectiv</w:t>
      </w:r>
      <w:proofErr w:type="spellEnd"/>
      <w:r w:rsidRPr="00D134DF">
        <w:t xml:space="preserve"> se </w:t>
      </w:r>
      <w:proofErr w:type="spellStart"/>
      <w:r w:rsidRPr="00D134DF">
        <w:t>stabilește</w:t>
      </w:r>
      <w:proofErr w:type="spellEnd"/>
      <w:r w:rsidRPr="00D134DF">
        <w:t xml:space="preserve"> </w:t>
      </w:r>
      <w:proofErr w:type="spellStart"/>
      <w:r w:rsidRPr="00D134DF">
        <w:t>prin</w:t>
      </w:r>
      <w:proofErr w:type="spellEnd"/>
      <w:r w:rsidRPr="00D134DF">
        <w:t xml:space="preserve"> </w:t>
      </w:r>
      <w:proofErr w:type="spellStart"/>
      <w:r w:rsidRPr="00D134DF">
        <w:t>contractele</w:t>
      </w:r>
      <w:proofErr w:type="spellEnd"/>
      <w:r w:rsidRPr="00D134DF">
        <w:t xml:space="preserve"> </w:t>
      </w:r>
      <w:proofErr w:type="spellStart"/>
      <w:r w:rsidRPr="00D134DF">
        <w:t>subsecvente</w:t>
      </w:r>
      <w:proofErr w:type="spellEnd"/>
      <w:r w:rsidRPr="00D134DF">
        <w:t xml:space="preserve"> </w:t>
      </w:r>
      <w:proofErr w:type="spellStart"/>
      <w:r w:rsidRPr="00D134DF">
        <w:t>și</w:t>
      </w:r>
      <w:proofErr w:type="spellEnd"/>
      <w:r w:rsidRPr="00D134DF">
        <w:t xml:space="preserve"> </w:t>
      </w:r>
      <w:proofErr w:type="spellStart"/>
      <w:r w:rsidRPr="00D134DF">
        <w:t>comenzile</w:t>
      </w:r>
      <w:proofErr w:type="spellEnd"/>
      <w:r w:rsidRPr="00D134DF">
        <w:t xml:space="preserve"> </w:t>
      </w:r>
      <w:proofErr w:type="spellStart"/>
      <w:r w:rsidRPr="00D134DF">
        <w:t>zilnice</w:t>
      </w:r>
      <w:proofErr w:type="spellEnd"/>
      <w:r w:rsidRPr="00D134DF">
        <w:t xml:space="preserve">, </w:t>
      </w:r>
      <w:proofErr w:type="spellStart"/>
      <w:r w:rsidRPr="00D134DF">
        <w:t>în</w:t>
      </w:r>
      <w:proofErr w:type="spellEnd"/>
      <w:r w:rsidRPr="00D134DF">
        <w:t xml:space="preserve"> </w:t>
      </w:r>
      <w:proofErr w:type="spellStart"/>
      <w:r w:rsidRPr="00D134DF">
        <w:t>limitele</w:t>
      </w:r>
      <w:proofErr w:type="spellEnd"/>
      <w:r w:rsidRPr="00D134DF">
        <w:t xml:space="preserve"> </w:t>
      </w:r>
      <w:proofErr w:type="spellStart"/>
      <w:r w:rsidRPr="00D134DF">
        <w:t>documentelor</w:t>
      </w:r>
      <w:proofErr w:type="spellEnd"/>
      <w:r w:rsidRPr="00D134DF">
        <w:t xml:space="preserve"> </w:t>
      </w:r>
      <w:proofErr w:type="spellStart"/>
      <w:r w:rsidRPr="00D134DF">
        <w:t>procedurii</w:t>
      </w:r>
      <w:proofErr w:type="spellEnd"/>
      <w:r w:rsidRPr="00D134DF">
        <w:t>.</w:t>
      </w:r>
      <w:r w:rsidR="0025334A" w:rsidRPr="0025334A">
        <w:t xml:space="preserve"> </w:t>
      </w:r>
    </w:p>
    <w:p w14:paraId="3055470E" w14:textId="644AB3CE" w:rsidR="0025334A" w:rsidRPr="0025334A" w:rsidRDefault="0025334A" w:rsidP="0025334A">
      <w:pPr>
        <w:spacing w:after="50" w:line="247" w:lineRule="auto"/>
      </w:pPr>
      <w:proofErr w:type="spellStart"/>
      <w:r w:rsidRPr="0025334A">
        <w:t>Numărul</w:t>
      </w:r>
      <w:proofErr w:type="spellEnd"/>
      <w:r w:rsidRPr="0025334A">
        <w:t xml:space="preserve"> de </w:t>
      </w:r>
      <w:proofErr w:type="spellStart"/>
      <w:r w:rsidRPr="0025334A">
        <w:t>beneficiari</w:t>
      </w:r>
      <w:proofErr w:type="spellEnd"/>
      <w:r w:rsidRPr="0025334A">
        <w:t xml:space="preserve"> </w:t>
      </w:r>
      <w:proofErr w:type="spellStart"/>
      <w:r w:rsidRPr="0025334A">
        <w:t>și</w:t>
      </w:r>
      <w:proofErr w:type="spellEnd"/>
      <w:r w:rsidRPr="0025334A">
        <w:t xml:space="preserve"> </w:t>
      </w:r>
      <w:proofErr w:type="spellStart"/>
      <w:r w:rsidRPr="0025334A">
        <w:t>distribuția</w:t>
      </w:r>
      <w:proofErr w:type="spellEnd"/>
      <w:r w:rsidRPr="0025334A">
        <w:t xml:space="preserve"> pe </w:t>
      </w:r>
      <w:proofErr w:type="spellStart"/>
      <w:r w:rsidRPr="0025334A">
        <w:t>regimuri</w:t>
      </w:r>
      <w:proofErr w:type="spellEnd"/>
      <w:r w:rsidRPr="0025334A">
        <w:t xml:space="preserve"> </w:t>
      </w:r>
      <w:r w:rsidR="00D134DF">
        <w:t xml:space="preserve">se pot </w:t>
      </w:r>
      <w:proofErr w:type="spellStart"/>
      <w:r w:rsidR="00D134DF">
        <w:t>modifica</w:t>
      </w:r>
      <w:proofErr w:type="spellEnd"/>
      <w:r w:rsidRPr="0025334A">
        <w:t xml:space="preserve"> de la o zi la </w:t>
      </w:r>
      <w:proofErr w:type="spellStart"/>
      <w:r w:rsidRPr="0025334A">
        <w:t>alta</w:t>
      </w:r>
      <w:proofErr w:type="spellEnd"/>
      <w:r w:rsidRPr="0025334A">
        <w:t xml:space="preserve"> ca </w:t>
      </w:r>
      <w:proofErr w:type="spellStart"/>
      <w:r w:rsidRPr="0025334A">
        <w:t>urmare</w:t>
      </w:r>
      <w:proofErr w:type="spellEnd"/>
      <w:r w:rsidRPr="0025334A">
        <w:t xml:space="preserve"> a </w:t>
      </w:r>
      <w:proofErr w:type="spellStart"/>
      <w:r w:rsidRPr="0025334A">
        <w:t>admiterilor</w:t>
      </w:r>
      <w:proofErr w:type="spellEnd"/>
      <w:r w:rsidRPr="0025334A">
        <w:t xml:space="preserve">, </w:t>
      </w:r>
      <w:proofErr w:type="spellStart"/>
      <w:r w:rsidRPr="0025334A">
        <w:t>externărilor</w:t>
      </w:r>
      <w:proofErr w:type="spellEnd"/>
      <w:r w:rsidRPr="0025334A">
        <w:t xml:space="preserve">, </w:t>
      </w:r>
      <w:proofErr w:type="spellStart"/>
      <w:r w:rsidRPr="0025334A">
        <w:t>transferurilor</w:t>
      </w:r>
      <w:proofErr w:type="spellEnd"/>
      <w:r w:rsidRPr="0025334A">
        <w:t xml:space="preserve">, </w:t>
      </w:r>
      <w:proofErr w:type="spellStart"/>
      <w:r w:rsidRPr="0025334A">
        <w:t>spitalizărilor</w:t>
      </w:r>
      <w:proofErr w:type="spellEnd"/>
      <w:r w:rsidRPr="0025334A">
        <w:t xml:space="preserve">, </w:t>
      </w:r>
      <w:proofErr w:type="spellStart"/>
      <w:r w:rsidRPr="0025334A">
        <w:t>absențelor</w:t>
      </w:r>
      <w:proofErr w:type="spellEnd"/>
      <w:r w:rsidRPr="0025334A">
        <w:t xml:space="preserve"> </w:t>
      </w:r>
      <w:proofErr w:type="spellStart"/>
      <w:r w:rsidRPr="0025334A">
        <w:t>temporare</w:t>
      </w:r>
      <w:proofErr w:type="spellEnd"/>
      <w:r w:rsidRPr="0025334A">
        <w:t xml:space="preserve">, </w:t>
      </w:r>
      <w:proofErr w:type="spellStart"/>
      <w:r w:rsidRPr="0025334A">
        <w:t>modificării</w:t>
      </w:r>
      <w:proofErr w:type="spellEnd"/>
      <w:r w:rsidRPr="0025334A">
        <w:t xml:space="preserve"> </w:t>
      </w:r>
      <w:proofErr w:type="spellStart"/>
      <w:r w:rsidRPr="0025334A">
        <w:t>măsurii</w:t>
      </w:r>
      <w:proofErr w:type="spellEnd"/>
      <w:r w:rsidRPr="0025334A">
        <w:t xml:space="preserve"> de </w:t>
      </w:r>
      <w:proofErr w:type="spellStart"/>
      <w:r w:rsidRPr="0025334A">
        <w:t>protecție</w:t>
      </w:r>
      <w:proofErr w:type="spellEnd"/>
      <w:r w:rsidRPr="0025334A">
        <w:t xml:space="preserve"> </w:t>
      </w:r>
      <w:proofErr w:type="spellStart"/>
      <w:r w:rsidRPr="0025334A">
        <w:t>sau</w:t>
      </w:r>
      <w:proofErr w:type="spellEnd"/>
      <w:r w:rsidRPr="0025334A">
        <w:t xml:space="preserve"> </w:t>
      </w:r>
      <w:proofErr w:type="spellStart"/>
      <w:r w:rsidRPr="0025334A">
        <w:t>schimbării</w:t>
      </w:r>
      <w:proofErr w:type="spellEnd"/>
      <w:r w:rsidRPr="0025334A">
        <w:t xml:space="preserve"> </w:t>
      </w:r>
      <w:proofErr w:type="spellStart"/>
      <w:r w:rsidRPr="0025334A">
        <w:t>regimului</w:t>
      </w:r>
      <w:proofErr w:type="spellEnd"/>
      <w:r w:rsidRPr="0025334A">
        <w:t xml:space="preserve"> </w:t>
      </w:r>
      <w:proofErr w:type="spellStart"/>
      <w:r w:rsidRPr="0025334A">
        <w:t>alimentar</w:t>
      </w:r>
      <w:proofErr w:type="spellEnd"/>
      <w:r w:rsidRPr="0025334A">
        <w:t xml:space="preserve">. </w:t>
      </w:r>
      <w:proofErr w:type="spellStart"/>
      <w:r w:rsidRPr="0025334A">
        <w:t>Prestatorul</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poată</w:t>
      </w:r>
      <w:proofErr w:type="spellEnd"/>
      <w:r w:rsidRPr="0025334A">
        <w:t xml:space="preserve"> </w:t>
      </w:r>
      <w:proofErr w:type="spellStart"/>
      <w:r w:rsidRPr="0025334A">
        <w:t>adapta</w:t>
      </w:r>
      <w:proofErr w:type="spellEnd"/>
      <w:r w:rsidRPr="0025334A">
        <w:t xml:space="preserve"> </w:t>
      </w:r>
      <w:proofErr w:type="spellStart"/>
      <w:r w:rsidRPr="0025334A">
        <w:t>cantitatea</w:t>
      </w:r>
      <w:proofErr w:type="spellEnd"/>
      <w:r w:rsidRPr="0025334A">
        <w:t xml:space="preserve"> </w:t>
      </w:r>
      <w:proofErr w:type="spellStart"/>
      <w:r w:rsidRPr="0025334A">
        <w:t>în</w:t>
      </w:r>
      <w:proofErr w:type="spellEnd"/>
      <w:r w:rsidRPr="0025334A">
        <w:t xml:space="preserve"> </w:t>
      </w:r>
      <w:proofErr w:type="spellStart"/>
      <w:r w:rsidRPr="0025334A">
        <w:t>limita</w:t>
      </w:r>
      <w:proofErr w:type="spellEnd"/>
      <w:r w:rsidRPr="0025334A">
        <w:t xml:space="preserve"> </w:t>
      </w:r>
      <w:proofErr w:type="spellStart"/>
      <w:r w:rsidRPr="0025334A">
        <w:t>contractuală</w:t>
      </w:r>
      <w:proofErr w:type="spellEnd"/>
      <w:r w:rsidRPr="0025334A">
        <w:t xml:space="preserve"> </w:t>
      </w:r>
      <w:proofErr w:type="spellStart"/>
      <w:r w:rsidRPr="0025334A">
        <w:t>fără</w:t>
      </w:r>
      <w:proofErr w:type="spellEnd"/>
      <w:r w:rsidRPr="0025334A">
        <w:t xml:space="preserve"> </w:t>
      </w:r>
      <w:proofErr w:type="spellStart"/>
      <w:r w:rsidRPr="0025334A">
        <w:t>reducerea</w:t>
      </w:r>
      <w:proofErr w:type="spellEnd"/>
      <w:r w:rsidRPr="0025334A">
        <w:t xml:space="preserve"> </w:t>
      </w:r>
      <w:proofErr w:type="spellStart"/>
      <w:r w:rsidRPr="0025334A">
        <w:t>calității</w:t>
      </w:r>
      <w:proofErr w:type="spellEnd"/>
      <w:r w:rsidRPr="0025334A">
        <w:t xml:space="preserve">, </w:t>
      </w:r>
      <w:proofErr w:type="spellStart"/>
      <w:r w:rsidRPr="0025334A">
        <w:t>simplificarea</w:t>
      </w:r>
      <w:proofErr w:type="spellEnd"/>
      <w:r w:rsidRPr="0025334A">
        <w:t xml:space="preserve"> </w:t>
      </w:r>
      <w:proofErr w:type="spellStart"/>
      <w:r w:rsidRPr="0025334A">
        <w:t>meniului</w:t>
      </w:r>
      <w:proofErr w:type="spellEnd"/>
      <w:r w:rsidRPr="0025334A">
        <w:t xml:space="preserve"> </w:t>
      </w:r>
      <w:proofErr w:type="spellStart"/>
      <w:r w:rsidRPr="0025334A">
        <w:t>sau</w:t>
      </w:r>
      <w:proofErr w:type="spellEnd"/>
      <w:r w:rsidRPr="0025334A">
        <w:t xml:space="preserve"> </w:t>
      </w:r>
      <w:proofErr w:type="spellStart"/>
      <w:r w:rsidRPr="0025334A">
        <w:t>renunțarea</w:t>
      </w:r>
      <w:proofErr w:type="spellEnd"/>
      <w:r w:rsidRPr="0025334A">
        <w:t xml:space="preserve"> la </w:t>
      </w:r>
      <w:proofErr w:type="spellStart"/>
      <w:r w:rsidRPr="0025334A">
        <w:t>regimurile</w:t>
      </w:r>
      <w:proofErr w:type="spellEnd"/>
      <w:r w:rsidRPr="0025334A">
        <w:t xml:space="preserve"> </w:t>
      </w:r>
      <w:proofErr w:type="spellStart"/>
      <w:r w:rsidRPr="0025334A">
        <w:t>speciale</w:t>
      </w:r>
      <w:proofErr w:type="spellEnd"/>
      <w:r w:rsidRPr="0025334A">
        <w:t>.</w:t>
      </w:r>
    </w:p>
    <w:p w14:paraId="54650F1F" w14:textId="307B58B5" w:rsidR="0025334A" w:rsidRDefault="0025334A" w:rsidP="0025334A">
      <w:pPr>
        <w:spacing w:after="50" w:line="247" w:lineRule="auto"/>
      </w:pP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fluctuației</w:t>
      </w:r>
      <w:proofErr w:type="spellEnd"/>
      <w:r w:rsidRPr="0025334A">
        <w:t xml:space="preserve"> </w:t>
      </w:r>
      <w:proofErr w:type="spellStart"/>
      <w:r w:rsidRPr="0025334A">
        <w:t>numărului</w:t>
      </w:r>
      <w:proofErr w:type="spellEnd"/>
      <w:r w:rsidRPr="0025334A">
        <w:t xml:space="preserve"> de </w:t>
      </w:r>
      <w:proofErr w:type="spellStart"/>
      <w:r w:rsidRPr="0025334A">
        <w:t>beneficiari</w:t>
      </w:r>
      <w:proofErr w:type="spellEnd"/>
      <w:r w:rsidRPr="0025334A">
        <w:t xml:space="preserve">, </w:t>
      </w:r>
      <w:proofErr w:type="spellStart"/>
      <w:r w:rsidRPr="0025334A">
        <w:t>cantitățile</w:t>
      </w:r>
      <w:proofErr w:type="spellEnd"/>
      <w:r w:rsidRPr="0025334A">
        <w:t xml:space="preserve"> </w:t>
      </w:r>
      <w:proofErr w:type="spellStart"/>
      <w:r w:rsidRPr="0025334A">
        <w:t>zilnice</w:t>
      </w:r>
      <w:proofErr w:type="spellEnd"/>
      <w:r w:rsidRPr="0025334A">
        <w:t xml:space="preserve"> pot fi </w:t>
      </w:r>
      <w:proofErr w:type="spellStart"/>
      <w:r w:rsidRPr="0025334A">
        <w:t>mai</w:t>
      </w:r>
      <w:proofErr w:type="spellEnd"/>
      <w:r w:rsidRPr="0025334A">
        <w:t xml:space="preserve"> </w:t>
      </w:r>
      <w:proofErr w:type="spellStart"/>
      <w:r w:rsidRPr="0025334A">
        <w:t>mici</w:t>
      </w:r>
      <w:proofErr w:type="spellEnd"/>
      <w:r w:rsidRPr="0025334A">
        <w:t xml:space="preserve"> </w:t>
      </w:r>
      <w:proofErr w:type="spellStart"/>
      <w:r w:rsidRPr="0025334A">
        <w:t>decât</w:t>
      </w:r>
      <w:proofErr w:type="spellEnd"/>
      <w:r w:rsidRPr="0025334A">
        <w:t xml:space="preserve"> </w:t>
      </w:r>
      <w:proofErr w:type="spellStart"/>
      <w:r w:rsidRPr="0025334A">
        <w:t>efectivele</w:t>
      </w:r>
      <w:proofErr w:type="spellEnd"/>
      <w:r w:rsidRPr="0025334A">
        <w:t xml:space="preserve"> </w:t>
      </w:r>
      <w:proofErr w:type="spellStart"/>
      <w:r w:rsidRPr="0025334A">
        <w:t>maxime</w:t>
      </w:r>
      <w:proofErr w:type="spellEnd"/>
      <w:r w:rsidRPr="0025334A">
        <w:t xml:space="preserve"> </w:t>
      </w:r>
      <w:proofErr w:type="spellStart"/>
      <w:r w:rsidRPr="0025334A">
        <w:t>utilizate</w:t>
      </w:r>
      <w:proofErr w:type="spellEnd"/>
      <w:r w:rsidRPr="0025334A">
        <w:t xml:space="preserve"> la </w:t>
      </w:r>
      <w:proofErr w:type="spellStart"/>
      <w:r w:rsidRPr="0025334A">
        <w:t>calcul</w:t>
      </w:r>
      <w:proofErr w:type="spellEnd"/>
      <w:r w:rsidRPr="0025334A">
        <w:t xml:space="preserve">. </w:t>
      </w:r>
      <w:proofErr w:type="spellStart"/>
      <w:r w:rsidRPr="0025334A">
        <w:t>Obligația</w:t>
      </w:r>
      <w:proofErr w:type="spellEnd"/>
      <w:r w:rsidRPr="0025334A">
        <w:t xml:space="preserve"> de </w:t>
      </w:r>
      <w:proofErr w:type="spellStart"/>
      <w:r w:rsidRPr="0025334A">
        <w:t>plată</w:t>
      </w:r>
      <w:proofErr w:type="spellEnd"/>
      <w:r w:rsidRPr="0025334A">
        <w:t xml:space="preserve"> a </w:t>
      </w:r>
      <w:proofErr w:type="spellStart"/>
      <w:r w:rsidRPr="0025334A">
        <w:t>Autorității</w:t>
      </w:r>
      <w:proofErr w:type="spellEnd"/>
      <w:r w:rsidRPr="0025334A">
        <w:t xml:space="preserve"> </w:t>
      </w:r>
      <w:proofErr w:type="spellStart"/>
      <w:r w:rsidRPr="0025334A">
        <w:t>Contractante</w:t>
      </w:r>
      <w:proofErr w:type="spellEnd"/>
      <w:r w:rsidRPr="0025334A">
        <w:t xml:space="preserve"> </w:t>
      </w:r>
      <w:proofErr w:type="spellStart"/>
      <w:r w:rsidRPr="0025334A">
        <w:t>privește</w:t>
      </w:r>
      <w:proofErr w:type="spellEnd"/>
      <w:r w:rsidRPr="0025334A">
        <w:t xml:space="preserve"> </w:t>
      </w:r>
      <w:proofErr w:type="spellStart"/>
      <w:r w:rsidRPr="0025334A">
        <w:t>exclusiv</w:t>
      </w:r>
      <w:proofErr w:type="spellEnd"/>
      <w:r w:rsidRPr="0025334A">
        <w:t xml:space="preserve"> </w:t>
      </w:r>
      <w:proofErr w:type="spellStart"/>
      <w:r w:rsidRPr="0025334A">
        <w:t>meniurile</w:t>
      </w:r>
      <w:proofErr w:type="spellEnd"/>
      <w:r w:rsidRPr="0025334A">
        <w:t xml:space="preserve"> </w:t>
      </w:r>
      <w:proofErr w:type="spellStart"/>
      <w:r w:rsidRPr="0025334A">
        <w:t>efectiv</w:t>
      </w:r>
      <w:proofErr w:type="spellEnd"/>
      <w:r w:rsidRPr="0025334A">
        <w:t xml:space="preserve"> </w:t>
      </w:r>
      <w:proofErr w:type="spellStart"/>
      <w:r w:rsidRPr="0025334A">
        <w:t>comandate</w:t>
      </w:r>
      <w:proofErr w:type="spellEnd"/>
      <w:r w:rsidRPr="0025334A">
        <w:t xml:space="preserve">, </w:t>
      </w:r>
      <w:proofErr w:type="spellStart"/>
      <w:r w:rsidRPr="0025334A">
        <w:t>livrate</w:t>
      </w:r>
      <w:proofErr w:type="spellEnd"/>
      <w:r w:rsidRPr="0025334A">
        <w:t xml:space="preserve">, </w:t>
      </w:r>
      <w:proofErr w:type="spellStart"/>
      <w:r w:rsidRPr="0025334A">
        <w:t>recepționate</w:t>
      </w:r>
      <w:proofErr w:type="spellEnd"/>
      <w:r w:rsidRPr="0025334A">
        <w:t xml:space="preserve"> </w:t>
      </w:r>
      <w:proofErr w:type="spellStart"/>
      <w:r w:rsidRPr="0025334A">
        <w:t>și</w:t>
      </w:r>
      <w:proofErr w:type="spellEnd"/>
      <w:r w:rsidRPr="0025334A">
        <w:t xml:space="preserve"> </w:t>
      </w:r>
      <w:proofErr w:type="spellStart"/>
      <w:r w:rsidRPr="0025334A">
        <w:t>acceptate</w:t>
      </w:r>
      <w:proofErr w:type="spellEnd"/>
      <w:r w:rsidRPr="0025334A">
        <w:t>.</w:t>
      </w:r>
    </w:p>
    <w:p w14:paraId="4B6772CC" w14:textId="5B2CCC14" w:rsidR="0025334A" w:rsidRPr="0025334A" w:rsidRDefault="0025334A" w:rsidP="0025334A">
      <w:pPr>
        <w:pStyle w:val="Caption"/>
        <w:keepNext/>
        <w:spacing w:before="120"/>
        <w:rPr>
          <w:b w:val="0"/>
          <w:bCs w:val="0"/>
          <w:i/>
          <w:iCs/>
          <w:color w:val="auto"/>
          <w:sz w:val="20"/>
          <w:szCs w:val="20"/>
        </w:rPr>
      </w:pPr>
      <w:r w:rsidRPr="0025334A">
        <w:rPr>
          <w:b w:val="0"/>
          <w:bCs w:val="0"/>
          <w:i/>
          <w:iCs/>
          <w:color w:val="auto"/>
          <w:sz w:val="20"/>
          <w:szCs w:val="20"/>
        </w:rPr>
        <w:lastRenderedPageBreak/>
        <w:t xml:space="preserve">Valori </w:t>
      </w:r>
      <w:proofErr w:type="spellStart"/>
      <w:r w:rsidRPr="0025334A">
        <w:rPr>
          <w:b w:val="0"/>
          <w:bCs w:val="0"/>
          <w:i/>
          <w:iCs/>
          <w:color w:val="auto"/>
          <w:sz w:val="20"/>
          <w:szCs w:val="20"/>
        </w:rPr>
        <w:t>minime</w:t>
      </w:r>
      <w:proofErr w:type="spellEnd"/>
      <w:r w:rsidRPr="0025334A">
        <w:rPr>
          <w:b w:val="0"/>
          <w:bCs w:val="0"/>
          <w:i/>
          <w:iCs/>
          <w:color w:val="auto"/>
          <w:sz w:val="20"/>
          <w:szCs w:val="20"/>
        </w:rPr>
        <w:t xml:space="preserve"> </w:t>
      </w:r>
      <w:proofErr w:type="spellStart"/>
      <w:r w:rsidRPr="0025334A">
        <w:rPr>
          <w:b w:val="0"/>
          <w:bCs w:val="0"/>
          <w:i/>
          <w:iCs/>
          <w:color w:val="auto"/>
          <w:sz w:val="20"/>
          <w:szCs w:val="20"/>
        </w:rPr>
        <w:t>și</w:t>
      </w:r>
      <w:proofErr w:type="spellEnd"/>
      <w:r w:rsidRPr="0025334A">
        <w:rPr>
          <w:b w:val="0"/>
          <w:bCs w:val="0"/>
          <w:i/>
          <w:iCs/>
          <w:color w:val="auto"/>
          <w:sz w:val="20"/>
          <w:szCs w:val="20"/>
        </w:rPr>
        <w:t xml:space="preserve"> </w:t>
      </w:r>
      <w:proofErr w:type="spellStart"/>
      <w:r w:rsidRPr="0025334A">
        <w:rPr>
          <w:b w:val="0"/>
          <w:bCs w:val="0"/>
          <w:i/>
          <w:iCs/>
          <w:color w:val="auto"/>
          <w:sz w:val="20"/>
          <w:szCs w:val="20"/>
        </w:rPr>
        <w:t>maxime</w:t>
      </w:r>
      <w:proofErr w:type="spellEnd"/>
      <w:r w:rsidRPr="0025334A">
        <w:rPr>
          <w:b w:val="0"/>
          <w:bCs w:val="0"/>
          <w:i/>
          <w:iCs/>
          <w:color w:val="auto"/>
          <w:sz w:val="20"/>
          <w:szCs w:val="20"/>
        </w:rPr>
        <w:t xml:space="preserve"> ale </w:t>
      </w:r>
      <w:proofErr w:type="spellStart"/>
      <w:r w:rsidRPr="0025334A">
        <w:rPr>
          <w:b w:val="0"/>
          <w:bCs w:val="0"/>
          <w:i/>
          <w:iCs/>
          <w:color w:val="auto"/>
          <w:sz w:val="20"/>
          <w:szCs w:val="20"/>
        </w:rPr>
        <w:t>acordului-cadru</w:t>
      </w:r>
      <w:proofErr w:type="spellEnd"/>
      <w:r w:rsidRPr="0025334A">
        <w:rPr>
          <w:b w:val="0"/>
          <w:bCs w:val="0"/>
          <w:i/>
          <w:iCs/>
          <w:color w:val="auto"/>
          <w:sz w:val="20"/>
          <w:szCs w:val="20"/>
        </w:rPr>
        <w:t xml:space="preserve"> </w:t>
      </w:r>
      <w:proofErr w:type="spellStart"/>
      <w:r w:rsidRPr="0025334A">
        <w:rPr>
          <w:b w:val="0"/>
          <w:bCs w:val="0"/>
          <w:i/>
          <w:iCs/>
          <w:color w:val="auto"/>
          <w:sz w:val="20"/>
          <w:szCs w:val="20"/>
        </w:rPr>
        <w:t>și</w:t>
      </w:r>
      <w:proofErr w:type="spellEnd"/>
      <w:r w:rsidRPr="0025334A">
        <w:rPr>
          <w:b w:val="0"/>
          <w:bCs w:val="0"/>
          <w:i/>
          <w:iCs/>
          <w:color w:val="auto"/>
          <w:sz w:val="20"/>
          <w:szCs w:val="20"/>
        </w:rPr>
        <w:t xml:space="preserve"> </w:t>
      </w:r>
      <w:proofErr w:type="spellStart"/>
      <w:r w:rsidRPr="0025334A">
        <w:rPr>
          <w:b w:val="0"/>
          <w:bCs w:val="0"/>
          <w:i/>
          <w:iCs/>
          <w:color w:val="auto"/>
          <w:sz w:val="20"/>
          <w:szCs w:val="20"/>
        </w:rPr>
        <w:t>contractelor</w:t>
      </w:r>
      <w:proofErr w:type="spellEnd"/>
      <w:r w:rsidRPr="0025334A">
        <w:rPr>
          <w:b w:val="0"/>
          <w:bCs w:val="0"/>
          <w:i/>
          <w:iCs/>
          <w:color w:val="auto"/>
          <w:sz w:val="20"/>
          <w:szCs w:val="20"/>
        </w:rPr>
        <w:t xml:space="preserve"> </w:t>
      </w:r>
      <w:proofErr w:type="spellStart"/>
      <w:r w:rsidRPr="0025334A">
        <w:rPr>
          <w:b w:val="0"/>
          <w:bCs w:val="0"/>
          <w:i/>
          <w:iCs/>
          <w:color w:val="auto"/>
          <w:sz w:val="20"/>
          <w:szCs w:val="20"/>
        </w:rPr>
        <w:t>subsecvente</w:t>
      </w:r>
      <w:proofErr w:type="spellEnd"/>
    </w:p>
    <w:tbl>
      <w:tblPr>
        <w:tblStyle w:val="TableGrid"/>
        <w:tblW w:w="0" w:type="auto"/>
        <w:jc w:val="center"/>
        <w:tblLook w:val="04A0" w:firstRow="1" w:lastRow="0" w:firstColumn="1" w:lastColumn="0" w:noHBand="0" w:noVBand="1"/>
      </w:tblPr>
      <w:tblGrid>
        <w:gridCol w:w="1992"/>
        <w:gridCol w:w="1270"/>
        <w:gridCol w:w="1617"/>
        <w:gridCol w:w="1621"/>
        <w:gridCol w:w="1621"/>
        <w:gridCol w:w="1621"/>
      </w:tblGrid>
      <w:tr w:rsidR="0025334A" w:rsidRPr="0025334A" w14:paraId="35162164" w14:textId="77777777" w:rsidTr="00D134DF">
        <w:trPr>
          <w:cantSplit/>
          <w:tblHeader/>
          <w:jc w:val="center"/>
        </w:trPr>
        <w:tc>
          <w:tcPr>
            <w:tcW w:w="1992" w:type="dxa"/>
            <w:tcBorders>
              <w:tr2bl w:val="single" w:sz="4" w:space="0" w:color="auto"/>
            </w:tcBorders>
            <w:tcMar>
              <w:left w:w="28" w:type="dxa"/>
              <w:right w:w="28" w:type="dxa"/>
            </w:tcMar>
            <w:vAlign w:val="center"/>
          </w:tcPr>
          <w:p w14:paraId="32C52ED4" w14:textId="77777777" w:rsidR="0025334A" w:rsidRPr="0025334A" w:rsidRDefault="0025334A" w:rsidP="006B3867">
            <w:pPr>
              <w:ind w:firstLine="0"/>
              <w:jc w:val="left"/>
              <w:rPr>
                <w:b/>
                <w:sz w:val="22"/>
              </w:rPr>
            </w:pPr>
            <w:proofErr w:type="spellStart"/>
            <w:r w:rsidRPr="0025334A">
              <w:rPr>
                <w:b/>
                <w:sz w:val="22"/>
              </w:rPr>
              <w:t>Structura</w:t>
            </w:r>
            <w:proofErr w:type="spellEnd"/>
            <w:r w:rsidRPr="0025334A">
              <w:rPr>
                <w:b/>
                <w:sz w:val="22"/>
              </w:rPr>
              <w:t xml:space="preserve"> </w:t>
            </w:r>
            <w:proofErr w:type="spellStart"/>
            <w:r w:rsidRPr="0025334A">
              <w:rPr>
                <w:b/>
                <w:sz w:val="22"/>
              </w:rPr>
              <w:t>beneficiară</w:t>
            </w:r>
            <w:proofErr w:type="spellEnd"/>
          </w:p>
          <w:p w14:paraId="51A24A84" w14:textId="77777777" w:rsidR="0025334A" w:rsidRPr="0025334A" w:rsidRDefault="0025334A" w:rsidP="006B3867">
            <w:pPr>
              <w:ind w:firstLine="0"/>
              <w:jc w:val="center"/>
              <w:rPr>
                <w:b/>
                <w:sz w:val="22"/>
              </w:rPr>
            </w:pPr>
          </w:p>
          <w:p w14:paraId="0A319310" w14:textId="77777777" w:rsidR="0025334A" w:rsidRPr="0025334A" w:rsidRDefault="0025334A" w:rsidP="006B3867">
            <w:pPr>
              <w:ind w:firstLine="0"/>
              <w:jc w:val="right"/>
              <w:rPr>
                <w:b/>
                <w:bCs/>
                <w:sz w:val="22"/>
              </w:rPr>
            </w:pPr>
            <w:proofErr w:type="spellStart"/>
            <w:r w:rsidRPr="0025334A">
              <w:rPr>
                <w:b/>
                <w:bCs/>
                <w:sz w:val="22"/>
              </w:rPr>
              <w:t>Valoare</w:t>
            </w:r>
            <w:proofErr w:type="spellEnd"/>
            <w:r w:rsidRPr="0025334A">
              <w:rPr>
                <w:b/>
                <w:bCs/>
                <w:sz w:val="22"/>
              </w:rPr>
              <w:t xml:space="preserve"> </w:t>
            </w:r>
          </w:p>
          <w:p w14:paraId="5A117913" w14:textId="69695D6A" w:rsidR="0025334A" w:rsidRPr="0025334A" w:rsidRDefault="0025334A" w:rsidP="006B3867">
            <w:pPr>
              <w:ind w:firstLine="0"/>
              <w:jc w:val="right"/>
              <w:rPr>
                <w:b/>
                <w:bCs/>
                <w:sz w:val="22"/>
              </w:rPr>
            </w:pPr>
            <w:r w:rsidRPr="0025334A">
              <w:rPr>
                <w:b/>
                <w:bCs/>
                <w:sz w:val="22"/>
              </w:rPr>
              <w:t>fara TVA</w:t>
            </w:r>
          </w:p>
        </w:tc>
        <w:tc>
          <w:tcPr>
            <w:tcW w:w="1270" w:type="dxa"/>
            <w:tcMar>
              <w:left w:w="28" w:type="dxa"/>
              <w:right w:w="28" w:type="dxa"/>
            </w:tcMar>
            <w:vAlign w:val="center"/>
          </w:tcPr>
          <w:p w14:paraId="6B5EC6E9" w14:textId="77777777" w:rsidR="0025334A" w:rsidRPr="0025334A" w:rsidRDefault="0025334A" w:rsidP="006B3867">
            <w:pPr>
              <w:ind w:firstLine="0"/>
              <w:jc w:val="center"/>
              <w:rPr>
                <w:sz w:val="22"/>
              </w:rPr>
            </w:pPr>
            <w:r w:rsidRPr="0025334A">
              <w:rPr>
                <w:b/>
                <w:sz w:val="22"/>
              </w:rPr>
              <w:t xml:space="preserve">Nr. maxim </w:t>
            </w:r>
            <w:proofErr w:type="spellStart"/>
            <w:r w:rsidRPr="0025334A">
              <w:rPr>
                <w:b/>
                <w:sz w:val="22"/>
              </w:rPr>
              <w:t>meniuri</w:t>
            </w:r>
            <w:proofErr w:type="spellEnd"/>
            <w:r w:rsidRPr="0025334A">
              <w:rPr>
                <w:b/>
                <w:sz w:val="22"/>
              </w:rPr>
              <w:t>/zi</w:t>
            </w:r>
          </w:p>
        </w:tc>
        <w:tc>
          <w:tcPr>
            <w:tcW w:w="1617" w:type="dxa"/>
            <w:tcBorders>
              <w:bottom w:val="single" w:sz="4" w:space="0" w:color="auto"/>
            </w:tcBorders>
            <w:tcMar>
              <w:left w:w="28" w:type="dxa"/>
              <w:right w:w="28" w:type="dxa"/>
            </w:tcMar>
            <w:vAlign w:val="center"/>
          </w:tcPr>
          <w:p w14:paraId="230F6D1F" w14:textId="77777777" w:rsidR="0025334A" w:rsidRPr="0025334A" w:rsidRDefault="0025334A" w:rsidP="006B3867">
            <w:pPr>
              <w:ind w:firstLine="0"/>
              <w:jc w:val="center"/>
              <w:rPr>
                <w:b/>
                <w:sz w:val="22"/>
              </w:rPr>
            </w:pPr>
            <w:proofErr w:type="spellStart"/>
            <w:r w:rsidRPr="0025334A">
              <w:rPr>
                <w:b/>
                <w:sz w:val="22"/>
              </w:rPr>
              <w:t>Valoare</w:t>
            </w:r>
            <w:proofErr w:type="spellEnd"/>
            <w:r w:rsidRPr="0025334A">
              <w:rPr>
                <w:b/>
                <w:sz w:val="22"/>
              </w:rPr>
              <w:t xml:space="preserve"> </w:t>
            </w:r>
          </w:p>
          <w:p w14:paraId="577F062F" w14:textId="77777777" w:rsidR="0025334A" w:rsidRPr="0025334A" w:rsidRDefault="0025334A" w:rsidP="006B3867">
            <w:pPr>
              <w:ind w:firstLine="0"/>
              <w:jc w:val="center"/>
              <w:rPr>
                <w:b/>
                <w:sz w:val="22"/>
              </w:rPr>
            </w:pPr>
            <w:r w:rsidRPr="0025334A">
              <w:rPr>
                <w:b/>
                <w:sz w:val="22"/>
              </w:rPr>
              <w:t xml:space="preserve">Cel </w:t>
            </w:r>
            <w:proofErr w:type="spellStart"/>
            <w:r w:rsidRPr="0025334A">
              <w:rPr>
                <w:b/>
                <w:sz w:val="22"/>
              </w:rPr>
              <w:t>mai</w:t>
            </w:r>
            <w:proofErr w:type="spellEnd"/>
            <w:r w:rsidRPr="0025334A">
              <w:rPr>
                <w:b/>
                <w:sz w:val="22"/>
              </w:rPr>
              <w:t xml:space="preserve"> mic contract </w:t>
            </w:r>
            <w:proofErr w:type="spellStart"/>
            <w:r w:rsidRPr="0025334A">
              <w:rPr>
                <w:b/>
                <w:sz w:val="22"/>
              </w:rPr>
              <w:t>subsecvent</w:t>
            </w:r>
            <w:proofErr w:type="spellEnd"/>
            <w:r w:rsidRPr="0025334A">
              <w:rPr>
                <w:b/>
                <w:sz w:val="22"/>
              </w:rPr>
              <w:t xml:space="preserve"> </w:t>
            </w:r>
          </w:p>
          <w:p w14:paraId="2E01BFE6" w14:textId="5C178DE6" w:rsidR="0025334A" w:rsidRPr="0025334A" w:rsidRDefault="0025334A" w:rsidP="006B3867">
            <w:pPr>
              <w:ind w:firstLine="0"/>
              <w:jc w:val="center"/>
              <w:rPr>
                <w:sz w:val="22"/>
              </w:rPr>
            </w:pPr>
            <w:r w:rsidRPr="0025334A">
              <w:rPr>
                <w:b/>
                <w:sz w:val="22"/>
              </w:rPr>
              <w:t xml:space="preserve">30 </w:t>
            </w:r>
            <w:proofErr w:type="spellStart"/>
            <w:r w:rsidRPr="0025334A">
              <w:rPr>
                <w:b/>
                <w:sz w:val="22"/>
              </w:rPr>
              <w:t>zile</w:t>
            </w:r>
            <w:proofErr w:type="spellEnd"/>
          </w:p>
        </w:tc>
        <w:tc>
          <w:tcPr>
            <w:tcW w:w="1621" w:type="dxa"/>
            <w:tcBorders>
              <w:bottom w:val="single" w:sz="4" w:space="0" w:color="auto"/>
            </w:tcBorders>
            <w:tcMar>
              <w:left w:w="28" w:type="dxa"/>
              <w:right w:w="28" w:type="dxa"/>
            </w:tcMar>
            <w:vAlign w:val="center"/>
          </w:tcPr>
          <w:p w14:paraId="04DEC764" w14:textId="77777777" w:rsidR="0025334A" w:rsidRPr="0025334A" w:rsidRDefault="0025334A" w:rsidP="006B3867">
            <w:pPr>
              <w:ind w:firstLine="0"/>
              <w:jc w:val="center"/>
              <w:rPr>
                <w:b/>
                <w:sz w:val="22"/>
              </w:rPr>
            </w:pPr>
            <w:proofErr w:type="spellStart"/>
            <w:r w:rsidRPr="0025334A">
              <w:rPr>
                <w:b/>
                <w:sz w:val="22"/>
              </w:rPr>
              <w:t>Valoare</w:t>
            </w:r>
            <w:proofErr w:type="spellEnd"/>
            <w:r w:rsidRPr="0025334A">
              <w:rPr>
                <w:b/>
                <w:sz w:val="22"/>
              </w:rPr>
              <w:t xml:space="preserve"> </w:t>
            </w:r>
          </w:p>
          <w:p w14:paraId="142B99B9" w14:textId="39C2E52D" w:rsidR="0025334A" w:rsidRPr="0025334A" w:rsidRDefault="0025334A" w:rsidP="006B3867">
            <w:pPr>
              <w:ind w:firstLine="0"/>
              <w:jc w:val="center"/>
              <w:rPr>
                <w:sz w:val="22"/>
              </w:rPr>
            </w:pPr>
            <w:r w:rsidRPr="0025334A">
              <w:rPr>
                <w:b/>
                <w:sz w:val="22"/>
              </w:rPr>
              <w:t xml:space="preserve">Cel </w:t>
            </w:r>
            <w:proofErr w:type="spellStart"/>
            <w:r w:rsidRPr="0025334A">
              <w:rPr>
                <w:b/>
                <w:sz w:val="22"/>
              </w:rPr>
              <w:t>mai</w:t>
            </w:r>
            <w:proofErr w:type="spellEnd"/>
            <w:r w:rsidRPr="0025334A">
              <w:rPr>
                <w:b/>
                <w:sz w:val="22"/>
              </w:rPr>
              <w:t xml:space="preserve"> mare contract </w:t>
            </w:r>
            <w:proofErr w:type="spellStart"/>
            <w:r w:rsidRPr="0025334A">
              <w:rPr>
                <w:b/>
                <w:sz w:val="22"/>
              </w:rPr>
              <w:t>subsecvent</w:t>
            </w:r>
            <w:proofErr w:type="spellEnd"/>
            <w:r w:rsidRPr="0025334A">
              <w:rPr>
                <w:b/>
                <w:sz w:val="22"/>
              </w:rPr>
              <w:t xml:space="preserve"> </w:t>
            </w:r>
            <w:r w:rsidRPr="0025334A">
              <w:rPr>
                <w:b/>
                <w:sz w:val="22"/>
              </w:rPr>
              <w:br/>
              <w:t xml:space="preserve">240 </w:t>
            </w:r>
            <w:proofErr w:type="spellStart"/>
            <w:r w:rsidRPr="0025334A">
              <w:rPr>
                <w:b/>
                <w:sz w:val="22"/>
              </w:rPr>
              <w:t>zile</w:t>
            </w:r>
            <w:proofErr w:type="spellEnd"/>
          </w:p>
        </w:tc>
        <w:tc>
          <w:tcPr>
            <w:tcW w:w="1621" w:type="dxa"/>
            <w:tcBorders>
              <w:bottom w:val="single" w:sz="4" w:space="0" w:color="auto"/>
            </w:tcBorders>
            <w:tcMar>
              <w:left w:w="28" w:type="dxa"/>
              <w:right w:w="28" w:type="dxa"/>
            </w:tcMar>
            <w:vAlign w:val="center"/>
          </w:tcPr>
          <w:p w14:paraId="3948835F" w14:textId="77777777" w:rsidR="0025334A" w:rsidRPr="0025334A" w:rsidRDefault="0025334A" w:rsidP="006B3867">
            <w:pPr>
              <w:ind w:firstLine="0"/>
              <w:jc w:val="center"/>
              <w:rPr>
                <w:b/>
                <w:sz w:val="22"/>
              </w:rPr>
            </w:pPr>
            <w:proofErr w:type="spellStart"/>
            <w:r w:rsidRPr="0025334A">
              <w:rPr>
                <w:b/>
                <w:sz w:val="22"/>
              </w:rPr>
              <w:t>Valoare</w:t>
            </w:r>
            <w:proofErr w:type="spellEnd"/>
            <w:r w:rsidRPr="0025334A">
              <w:rPr>
                <w:b/>
                <w:sz w:val="22"/>
              </w:rPr>
              <w:t xml:space="preserve"> minima </w:t>
            </w:r>
            <w:proofErr w:type="spellStart"/>
            <w:r w:rsidRPr="0025334A">
              <w:rPr>
                <w:b/>
                <w:sz w:val="22"/>
              </w:rPr>
              <w:t>estimata</w:t>
            </w:r>
            <w:proofErr w:type="spellEnd"/>
            <w:r w:rsidRPr="0025334A">
              <w:rPr>
                <w:b/>
                <w:sz w:val="22"/>
              </w:rPr>
              <w:t xml:space="preserve"> </w:t>
            </w:r>
            <w:proofErr w:type="spellStart"/>
            <w:r w:rsidRPr="0025334A">
              <w:rPr>
                <w:b/>
                <w:sz w:val="22"/>
              </w:rPr>
              <w:t>acord-cadru</w:t>
            </w:r>
            <w:proofErr w:type="spellEnd"/>
          </w:p>
          <w:p w14:paraId="67B50667" w14:textId="2DE4A5DC" w:rsidR="0025334A" w:rsidRPr="0025334A" w:rsidRDefault="0025334A" w:rsidP="006B3867">
            <w:pPr>
              <w:ind w:firstLine="0"/>
              <w:jc w:val="center"/>
              <w:rPr>
                <w:sz w:val="22"/>
              </w:rPr>
            </w:pPr>
            <w:r w:rsidRPr="0025334A">
              <w:rPr>
                <w:b/>
                <w:sz w:val="22"/>
              </w:rPr>
              <w:t xml:space="preserve">240 </w:t>
            </w:r>
            <w:proofErr w:type="spellStart"/>
            <w:r w:rsidRPr="0025334A">
              <w:rPr>
                <w:b/>
                <w:sz w:val="22"/>
              </w:rPr>
              <w:t>zile</w:t>
            </w:r>
            <w:proofErr w:type="spellEnd"/>
          </w:p>
        </w:tc>
        <w:tc>
          <w:tcPr>
            <w:tcW w:w="1621" w:type="dxa"/>
            <w:tcBorders>
              <w:bottom w:val="single" w:sz="4" w:space="0" w:color="auto"/>
            </w:tcBorders>
            <w:tcMar>
              <w:left w:w="28" w:type="dxa"/>
              <w:right w:w="28" w:type="dxa"/>
            </w:tcMar>
            <w:vAlign w:val="center"/>
          </w:tcPr>
          <w:p w14:paraId="26C3801A" w14:textId="2A8545F3" w:rsidR="0025334A" w:rsidRPr="0025334A" w:rsidRDefault="0025334A" w:rsidP="006B3867">
            <w:pPr>
              <w:ind w:firstLine="0"/>
              <w:jc w:val="center"/>
              <w:rPr>
                <w:sz w:val="22"/>
              </w:rPr>
            </w:pPr>
            <w:proofErr w:type="spellStart"/>
            <w:r w:rsidRPr="0025334A">
              <w:rPr>
                <w:b/>
                <w:sz w:val="22"/>
              </w:rPr>
              <w:t>Valoare</w:t>
            </w:r>
            <w:proofErr w:type="spellEnd"/>
            <w:r w:rsidRPr="0025334A">
              <w:rPr>
                <w:b/>
                <w:sz w:val="22"/>
              </w:rPr>
              <w:t xml:space="preserve"> maxima </w:t>
            </w:r>
            <w:proofErr w:type="spellStart"/>
            <w:r w:rsidRPr="0025334A">
              <w:rPr>
                <w:b/>
                <w:sz w:val="22"/>
              </w:rPr>
              <w:t>estimata</w:t>
            </w:r>
            <w:proofErr w:type="spellEnd"/>
            <w:r w:rsidRPr="0025334A">
              <w:rPr>
                <w:b/>
                <w:sz w:val="22"/>
              </w:rPr>
              <w:t xml:space="preserve"> </w:t>
            </w:r>
            <w:proofErr w:type="spellStart"/>
            <w:r w:rsidRPr="0025334A">
              <w:rPr>
                <w:b/>
                <w:sz w:val="22"/>
              </w:rPr>
              <w:t>acord-cadru</w:t>
            </w:r>
            <w:proofErr w:type="spellEnd"/>
            <w:r w:rsidRPr="0025334A">
              <w:rPr>
                <w:b/>
                <w:sz w:val="22"/>
              </w:rPr>
              <w:br/>
              <w:t xml:space="preserve">365 </w:t>
            </w:r>
            <w:proofErr w:type="spellStart"/>
            <w:r w:rsidRPr="0025334A">
              <w:rPr>
                <w:b/>
                <w:sz w:val="22"/>
              </w:rPr>
              <w:t>zile</w:t>
            </w:r>
            <w:proofErr w:type="spellEnd"/>
          </w:p>
        </w:tc>
      </w:tr>
      <w:tr w:rsidR="0025334A" w:rsidRPr="0025334A" w14:paraId="6A5F40F2" w14:textId="77777777" w:rsidTr="00D134DF">
        <w:trPr>
          <w:cantSplit/>
          <w:jc w:val="center"/>
        </w:trPr>
        <w:tc>
          <w:tcPr>
            <w:tcW w:w="1992" w:type="dxa"/>
            <w:tcMar>
              <w:left w:w="28" w:type="dxa"/>
              <w:right w:w="28" w:type="dxa"/>
            </w:tcMar>
            <w:vAlign w:val="center"/>
          </w:tcPr>
          <w:p w14:paraId="2D0BB8CB" w14:textId="77777777" w:rsidR="0025334A" w:rsidRPr="0025334A" w:rsidRDefault="0025334A" w:rsidP="0025334A">
            <w:pPr>
              <w:ind w:firstLine="0"/>
              <w:jc w:val="left"/>
              <w:rPr>
                <w:sz w:val="22"/>
              </w:rPr>
            </w:pPr>
            <w:proofErr w:type="spellStart"/>
            <w:r w:rsidRPr="0025334A">
              <w:rPr>
                <w:sz w:val="22"/>
              </w:rPr>
              <w:t>Centrele</w:t>
            </w:r>
            <w:proofErr w:type="spellEnd"/>
            <w:r w:rsidRPr="0025334A">
              <w:rPr>
                <w:sz w:val="22"/>
              </w:rPr>
              <w:t xml:space="preserve"> Maternal </w:t>
            </w:r>
            <w:proofErr w:type="spellStart"/>
            <w:r w:rsidRPr="0025334A">
              <w:rPr>
                <w:sz w:val="22"/>
              </w:rPr>
              <w:t>și</w:t>
            </w:r>
            <w:proofErr w:type="spellEnd"/>
            <w:r w:rsidRPr="0025334A">
              <w:rPr>
                <w:sz w:val="22"/>
              </w:rPr>
              <w:t xml:space="preserve"> Artemis</w:t>
            </w:r>
          </w:p>
        </w:tc>
        <w:tc>
          <w:tcPr>
            <w:tcW w:w="1270" w:type="dxa"/>
            <w:tcBorders>
              <w:right w:val="single" w:sz="4" w:space="0" w:color="auto"/>
            </w:tcBorders>
            <w:tcMar>
              <w:left w:w="28" w:type="dxa"/>
              <w:right w:w="28" w:type="dxa"/>
            </w:tcMar>
            <w:vAlign w:val="center"/>
          </w:tcPr>
          <w:p w14:paraId="35BD17D1" w14:textId="77777777" w:rsidR="0025334A" w:rsidRPr="0025334A" w:rsidRDefault="0025334A" w:rsidP="0025334A">
            <w:pPr>
              <w:ind w:firstLine="0"/>
              <w:jc w:val="center"/>
              <w:rPr>
                <w:sz w:val="22"/>
              </w:rPr>
            </w:pPr>
            <w:r w:rsidRPr="0025334A">
              <w:rPr>
                <w:sz w:val="22"/>
              </w:rPr>
              <w:t>32</w:t>
            </w:r>
          </w:p>
        </w:tc>
        <w:tc>
          <w:tcPr>
            <w:tcW w:w="16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477F20" w14:textId="3F4C3C17" w:rsidR="0025334A" w:rsidRPr="0025334A" w:rsidRDefault="0025334A" w:rsidP="0025334A">
            <w:pPr>
              <w:ind w:firstLine="0"/>
              <w:jc w:val="center"/>
              <w:rPr>
                <w:sz w:val="22"/>
              </w:rPr>
            </w:pPr>
            <w:r w:rsidRPr="0025334A">
              <w:rPr>
                <w:sz w:val="22"/>
              </w:rPr>
              <w:t>30.698,49</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E4AC10" w14:textId="12108548" w:rsidR="0025334A" w:rsidRPr="0025334A" w:rsidRDefault="0025334A" w:rsidP="0025334A">
            <w:pPr>
              <w:ind w:firstLine="0"/>
              <w:jc w:val="center"/>
              <w:rPr>
                <w:sz w:val="22"/>
              </w:rPr>
            </w:pPr>
            <w:r w:rsidRPr="0025334A">
              <w:rPr>
                <w:sz w:val="22"/>
              </w:rPr>
              <w:t>245.587,88</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A9DFEC" w14:textId="17531615" w:rsidR="0025334A" w:rsidRPr="0025334A" w:rsidRDefault="0025334A" w:rsidP="0025334A">
            <w:pPr>
              <w:ind w:firstLine="0"/>
              <w:jc w:val="center"/>
              <w:rPr>
                <w:sz w:val="22"/>
              </w:rPr>
            </w:pPr>
            <w:r w:rsidRPr="0025334A">
              <w:rPr>
                <w:sz w:val="22"/>
              </w:rPr>
              <w:t>245.587,88</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0008D3" w14:textId="59887460" w:rsidR="0025334A" w:rsidRPr="0025334A" w:rsidRDefault="0025334A" w:rsidP="0025334A">
            <w:pPr>
              <w:ind w:firstLine="0"/>
              <w:jc w:val="center"/>
              <w:rPr>
                <w:sz w:val="22"/>
              </w:rPr>
            </w:pPr>
            <w:r w:rsidRPr="0025334A">
              <w:rPr>
                <w:sz w:val="22"/>
              </w:rPr>
              <w:t>373.498,24</w:t>
            </w:r>
          </w:p>
        </w:tc>
      </w:tr>
      <w:tr w:rsidR="0025334A" w:rsidRPr="0025334A" w14:paraId="5B4F6CE5" w14:textId="77777777" w:rsidTr="00D134DF">
        <w:trPr>
          <w:cantSplit/>
          <w:jc w:val="center"/>
        </w:trPr>
        <w:tc>
          <w:tcPr>
            <w:tcW w:w="1992" w:type="dxa"/>
            <w:tcMar>
              <w:left w:w="28" w:type="dxa"/>
              <w:right w:w="28" w:type="dxa"/>
            </w:tcMar>
            <w:vAlign w:val="center"/>
          </w:tcPr>
          <w:p w14:paraId="634B69E4" w14:textId="77777777" w:rsidR="0025334A" w:rsidRPr="0025334A" w:rsidRDefault="0025334A" w:rsidP="0025334A">
            <w:pPr>
              <w:ind w:firstLine="0"/>
              <w:jc w:val="left"/>
              <w:rPr>
                <w:sz w:val="22"/>
              </w:rPr>
            </w:pPr>
            <w:r w:rsidRPr="0025334A">
              <w:rPr>
                <w:sz w:val="22"/>
              </w:rPr>
              <w:t>CIAPAD „</w:t>
            </w:r>
            <w:proofErr w:type="spellStart"/>
            <w:r w:rsidRPr="0025334A">
              <w:rPr>
                <w:sz w:val="22"/>
              </w:rPr>
              <w:t>Condorul</w:t>
            </w:r>
            <w:proofErr w:type="spellEnd"/>
            <w:r w:rsidRPr="0025334A">
              <w:rPr>
                <w:sz w:val="22"/>
              </w:rPr>
              <w:t>”</w:t>
            </w:r>
          </w:p>
        </w:tc>
        <w:tc>
          <w:tcPr>
            <w:tcW w:w="1270" w:type="dxa"/>
            <w:tcBorders>
              <w:right w:val="single" w:sz="4" w:space="0" w:color="auto"/>
            </w:tcBorders>
            <w:tcMar>
              <w:left w:w="28" w:type="dxa"/>
              <w:right w:w="28" w:type="dxa"/>
            </w:tcMar>
            <w:vAlign w:val="center"/>
          </w:tcPr>
          <w:p w14:paraId="5F2A31D5" w14:textId="77777777" w:rsidR="0025334A" w:rsidRPr="0025334A" w:rsidRDefault="0025334A" w:rsidP="0025334A">
            <w:pPr>
              <w:ind w:firstLine="0"/>
              <w:jc w:val="center"/>
              <w:rPr>
                <w:sz w:val="22"/>
              </w:rPr>
            </w:pPr>
            <w:r w:rsidRPr="0025334A">
              <w:rPr>
                <w:sz w:val="22"/>
              </w:rPr>
              <w:t>48</w:t>
            </w:r>
          </w:p>
        </w:tc>
        <w:tc>
          <w:tcPr>
            <w:tcW w:w="16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C6A8B2" w14:textId="1BEA76C4" w:rsidR="0025334A" w:rsidRPr="0025334A" w:rsidRDefault="0025334A" w:rsidP="0025334A">
            <w:pPr>
              <w:ind w:firstLine="0"/>
              <w:jc w:val="center"/>
              <w:rPr>
                <w:sz w:val="22"/>
              </w:rPr>
            </w:pPr>
            <w:r w:rsidRPr="0025334A">
              <w:rPr>
                <w:sz w:val="22"/>
              </w:rPr>
              <w:t>46.047,73</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429939" w14:textId="0BC6AA21" w:rsidR="0025334A" w:rsidRPr="0025334A" w:rsidRDefault="0025334A" w:rsidP="0025334A">
            <w:pPr>
              <w:ind w:firstLine="0"/>
              <w:jc w:val="center"/>
              <w:rPr>
                <w:sz w:val="22"/>
              </w:rPr>
            </w:pPr>
            <w:r w:rsidRPr="0025334A">
              <w:rPr>
                <w:sz w:val="22"/>
              </w:rPr>
              <w:t>368.381,83</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FCCA30" w14:textId="5EDB91F1" w:rsidR="0025334A" w:rsidRPr="0025334A" w:rsidRDefault="0025334A" w:rsidP="0025334A">
            <w:pPr>
              <w:ind w:firstLine="0"/>
              <w:jc w:val="center"/>
              <w:rPr>
                <w:sz w:val="22"/>
              </w:rPr>
            </w:pPr>
            <w:r w:rsidRPr="0025334A">
              <w:rPr>
                <w:sz w:val="22"/>
              </w:rPr>
              <w:t>368.381,83</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E59344" w14:textId="17E0F9F2" w:rsidR="0025334A" w:rsidRPr="0025334A" w:rsidRDefault="0025334A" w:rsidP="0025334A">
            <w:pPr>
              <w:ind w:firstLine="0"/>
              <w:jc w:val="center"/>
              <w:rPr>
                <w:sz w:val="22"/>
              </w:rPr>
            </w:pPr>
            <w:r w:rsidRPr="0025334A">
              <w:rPr>
                <w:sz w:val="22"/>
              </w:rPr>
              <w:t>560.247,36</w:t>
            </w:r>
          </w:p>
        </w:tc>
      </w:tr>
      <w:tr w:rsidR="0025334A" w:rsidRPr="0025334A" w14:paraId="2478EB78" w14:textId="77777777" w:rsidTr="00D134DF">
        <w:trPr>
          <w:cantSplit/>
          <w:jc w:val="center"/>
        </w:trPr>
        <w:tc>
          <w:tcPr>
            <w:tcW w:w="1992" w:type="dxa"/>
            <w:tcMar>
              <w:left w:w="28" w:type="dxa"/>
              <w:right w:w="28" w:type="dxa"/>
            </w:tcMar>
            <w:vAlign w:val="center"/>
          </w:tcPr>
          <w:p w14:paraId="11117B30" w14:textId="77777777" w:rsidR="0025334A" w:rsidRPr="0025334A" w:rsidRDefault="0025334A" w:rsidP="0025334A">
            <w:pPr>
              <w:ind w:firstLine="0"/>
              <w:jc w:val="left"/>
              <w:rPr>
                <w:sz w:val="22"/>
              </w:rPr>
            </w:pPr>
            <w:r w:rsidRPr="0025334A">
              <w:rPr>
                <w:sz w:val="22"/>
              </w:rPr>
              <w:t>CIAPAD „Henri Coandă”</w:t>
            </w:r>
          </w:p>
        </w:tc>
        <w:tc>
          <w:tcPr>
            <w:tcW w:w="1270" w:type="dxa"/>
            <w:tcBorders>
              <w:right w:val="single" w:sz="4" w:space="0" w:color="auto"/>
            </w:tcBorders>
            <w:tcMar>
              <w:left w:w="28" w:type="dxa"/>
              <w:right w:w="28" w:type="dxa"/>
            </w:tcMar>
            <w:vAlign w:val="center"/>
          </w:tcPr>
          <w:p w14:paraId="66AFACCA" w14:textId="77777777" w:rsidR="0025334A" w:rsidRPr="0025334A" w:rsidRDefault="0025334A" w:rsidP="0025334A">
            <w:pPr>
              <w:ind w:firstLine="0"/>
              <w:jc w:val="center"/>
              <w:rPr>
                <w:sz w:val="22"/>
              </w:rPr>
            </w:pPr>
            <w:r w:rsidRPr="0025334A">
              <w:rPr>
                <w:sz w:val="22"/>
              </w:rPr>
              <w:t>50</w:t>
            </w:r>
          </w:p>
        </w:tc>
        <w:tc>
          <w:tcPr>
            <w:tcW w:w="16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849EBD" w14:textId="4AF61F57" w:rsidR="0025334A" w:rsidRPr="0025334A" w:rsidRDefault="0025334A" w:rsidP="0025334A">
            <w:pPr>
              <w:ind w:firstLine="0"/>
              <w:jc w:val="center"/>
              <w:rPr>
                <w:sz w:val="22"/>
              </w:rPr>
            </w:pPr>
            <w:r w:rsidRPr="0025334A">
              <w:rPr>
                <w:sz w:val="22"/>
              </w:rPr>
              <w:t>47.966,38</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CAC54E" w14:textId="51717BA8" w:rsidR="0025334A" w:rsidRPr="0025334A" w:rsidRDefault="0025334A" w:rsidP="0025334A">
            <w:pPr>
              <w:ind w:firstLine="0"/>
              <w:jc w:val="center"/>
              <w:rPr>
                <w:sz w:val="22"/>
              </w:rPr>
            </w:pPr>
            <w:r w:rsidRPr="0025334A">
              <w:rPr>
                <w:sz w:val="22"/>
              </w:rPr>
              <w:t>383.731,07</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FFF291" w14:textId="03DEE38E" w:rsidR="0025334A" w:rsidRPr="0025334A" w:rsidRDefault="0025334A" w:rsidP="0025334A">
            <w:pPr>
              <w:ind w:firstLine="0"/>
              <w:jc w:val="center"/>
              <w:rPr>
                <w:sz w:val="22"/>
              </w:rPr>
            </w:pPr>
            <w:r w:rsidRPr="0025334A">
              <w:rPr>
                <w:sz w:val="22"/>
              </w:rPr>
              <w:t>383.731,07</w:t>
            </w:r>
          </w:p>
        </w:tc>
        <w:tc>
          <w:tcPr>
            <w:tcW w:w="162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09651E" w14:textId="5E83CFF3" w:rsidR="0025334A" w:rsidRPr="0025334A" w:rsidRDefault="0025334A" w:rsidP="0025334A">
            <w:pPr>
              <w:ind w:firstLine="0"/>
              <w:jc w:val="center"/>
              <w:rPr>
                <w:sz w:val="22"/>
              </w:rPr>
            </w:pPr>
            <w:r w:rsidRPr="0025334A">
              <w:rPr>
                <w:sz w:val="22"/>
              </w:rPr>
              <w:t>583.591,00</w:t>
            </w:r>
          </w:p>
        </w:tc>
      </w:tr>
      <w:tr w:rsidR="0025334A" w:rsidRPr="0025334A" w14:paraId="60A827B7" w14:textId="77777777" w:rsidTr="00D134DF">
        <w:trPr>
          <w:cantSplit/>
          <w:jc w:val="center"/>
        </w:trPr>
        <w:tc>
          <w:tcPr>
            <w:tcW w:w="1992" w:type="dxa"/>
            <w:tcMar>
              <w:left w:w="28" w:type="dxa"/>
              <w:right w:w="28" w:type="dxa"/>
            </w:tcMar>
            <w:vAlign w:val="center"/>
          </w:tcPr>
          <w:p w14:paraId="4DEE1D94" w14:textId="6F4F53A1" w:rsidR="0025334A" w:rsidRPr="0025334A" w:rsidRDefault="0025334A" w:rsidP="0025334A">
            <w:pPr>
              <w:ind w:firstLine="0"/>
              <w:jc w:val="left"/>
              <w:rPr>
                <w:b/>
                <w:bCs/>
                <w:sz w:val="22"/>
              </w:rPr>
            </w:pPr>
            <w:r w:rsidRPr="0025334A">
              <w:rPr>
                <w:b/>
                <w:bCs/>
                <w:sz w:val="22"/>
              </w:rPr>
              <w:t>TOTAL fara TVA</w:t>
            </w:r>
          </w:p>
        </w:tc>
        <w:tc>
          <w:tcPr>
            <w:tcW w:w="1270" w:type="dxa"/>
            <w:tcBorders>
              <w:right w:val="single" w:sz="4" w:space="0" w:color="auto"/>
            </w:tcBorders>
            <w:tcMar>
              <w:left w:w="28" w:type="dxa"/>
              <w:right w:w="28" w:type="dxa"/>
            </w:tcMar>
            <w:vAlign w:val="center"/>
          </w:tcPr>
          <w:p w14:paraId="42F19F71" w14:textId="77777777" w:rsidR="0025334A" w:rsidRPr="0025334A" w:rsidRDefault="0025334A" w:rsidP="0025334A">
            <w:pPr>
              <w:ind w:firstLine="0"/>
              <w:jc w:val="center"/>
              <w:rPr>
                <w:b/>
                <w:bCs/>
                <w:sz w:val="22"/>
              </w:rPr>
            </w:pPr>
            <w:r w:rsidRPr="0025334A">
              <w:rPr>
                <w:b/>
                <w:bCs/>
                <w:sz w:val="22"/>
              </w:rPr>
              <w:t>130</w:t>
            </w:r>
          </w:p>
        </w:tc>
        <w:tc>
          <w:tcPr>
            <w:tcW w:w="1617"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4A7E8260" w14:textId="7F4F92F1" w:rsidR="0025334A" w:rsidRPr="0025334A" w:rsidRDefault="0025334A" w:rsidP="0025334A">
            <w:pPr>
              <w:ind w:firstLine="0"/>
              <w:jc w:val="center"/>
              <w:rPr>
                <w:b/>
                <w:bCs/>
                <w:sz w:val="22"/>
              </w:rPr>
            </w:pPr>
            <w:r w:rsidRPr="0025334A">
              <w:rPr>
                <w:b/>
                <w:bCs/>
                <w:sz w:val="22"/>
              </w:rPr>
              <w:t>124.712,60</w:t>
            </w:r>
          </w:p>
        </w:tc>
        <w:tc>
          <w:tcPr>
            <w:tcW w:w="1621"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725C6BEC" w14:textId="1EBC1BCD" w:rsidR="0025334A" w:rsidRPr="0025334A" w:rsidRDefault="0025334A" w:rsidP="0025334A">
            <w:pPr>
              <w:ind w:firstLine="0"/>
              <w:jc w:val="center"/>
              <w:rPr>
                <w:b/>
                <w:bCs/>
                <w:sz w:val="22"/>
              </w:rPr>
            </w:pPr>
            <w:r w:rsidRPr="0025334A">
              <w:rPr>
                <w:b/>
                <w:bCs/>
                <w:sz w:val="22"/>
              </w:rPr>
              <w:t>997.700,78</w:t>
            </w:r>
          </w:p>
        </w:tc>
        <w:tc>
          <w:tcPr>
            <w:tcW w:w="1621"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5EA52EC6" w14:textId="77D8CF1E" w:rsidR="0025334A" w:rsidRPr="0025334A" w:rsidRDefault="0025334A" w:rsidP="0025334A">
            <w:pPr>
              <w:ind w:firstLine="0"/>
              <w:jc w:val="center"/>
              <w:rPr>
                <w:b/>
                <w:bCs/>
                <w:sz w:val="22"/>
              </w:rPr>
            </w:pPr>
            <w:r w:rsidRPr="0025334A">
              <w:rPr>
                <w:b/>
                <w:bCs/>
                <w:sz w:val="22"/>
              </w:rPr>
              <w:t>997.700,78</w:t>
            </w:r>
          </w:p>
        </w:tc>
        <w:tc>
          <w:tcPr>
            <w:tcW w:w="1621"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02004D75" w14:textId="41F8103A" w:rsidR="0025334A" w:rsidRPr="0025334A" w:rsidRDefault="0025334A" w:rsidP="0025334A">
            <w:pPr>
              <w:ind w:firstLine="0"/>
              <w:jc w:val="center"/>
              <w:rPr>
                <w:b/>
                <w:bCs/>
                <w:sz w:val="22"/>
              </w:rPr>
            </w:pPr>
            <w:bookmarkStart w:id="14" w:name="_Hlk239948107"/>
            <w:r w:rsidRPr="0025334A">
              <w:rPr>
                <w:b/>
                <w:bCs/>
                <w:sz w:val="22"/>
              </w:rPr>
              <w:t>1.517.336,61</w:t>
            </w:r>
            <w:bookmarkEnd w:id="14"/>
          </w:p>
        </w:tc>
      </w:tr>
      <w:tr w:rsidR="003D42A0" w:rsidRPr="0025334A" w14:paraId="50DEBD3C" w14:textId="77777777" w:rsidTr="00D134DF">
        <w:trPr>
          <w:cantSplit/>
          <w:jc w:val="center"/>
        </w:trPr>
        <w:tc>
          <w:tcPr>
            <w:tcW w:w="1992" w:type="dxa"/>
            <w:tcMar>
              <w:left w:w="28" w:type="dxa"/>
              <w:right w:w="28" w:type="dxa"/>
            </w:tcMar>
            <w:vAlign w:val="center"/>
          </w:tcPr>
          <w:p w14:paraId="19B5F5C1" w14:textId="4079A30B" w:rsidR="0025334A" w:rsidRPr="0025334A" w:rsidRDefault="0025334A" w:rsidP="0025334A">
            <w:pPr>
              <w:ind w:firstLine="0"/>
              <w:jc w:val="left"/>
              <w:rPr>
                <w:b/>
                <w:bCs/>
                <w:sz w:val="22"/>
              </w:rPr>
            </w:pPr>
            <w:r w:rsidRPr="0025334A">
              <w:rPr>
                <w:b/>
                <w:bCs/>
                <w:sz w:val="22"/>
              </w:rPr>
              <w:t>TOTAL cu TVA</w:t>
            </w:r>
          </w:p>
        </w:tc>
        <w:tc>
          <w:tcPr>
            <w:tcW w:w="1270" w:type="dxa"/>
            <w:tcBorders>
              <w:right w:val="single" w:sz="4" w:space="0" w:color="auto"/>
            </w:tcBorders>
            <w:tcMar>
              <w:left w:w="28" w:type="dxa"/>
              <w:right w:w="28" w:type="dxa"/>
            </w:tcMar>
            <w:vAlign w:val="center"/>
          </w:tcPr>
          <w:p w14:paraId="74A19CD7" w14:textId="77777777" w:rsidR="0025334A" w:rsidRPr="0025334A" w:rsidRDefault="0025334A" w:rsidP="0025334A">
            <w:pPr>
              <w:ind w:firstLine="0"/>
              <w:jc w:val="center"/>
              <w:rPr>
                <w:b/>
                <w:bCs/>
                <w:sz w:val="22"/>
              </w:rPr>
            </w:pPr>
          </w:p>
        </w:tc>
        <w:tc>
          <w:tcPr>
            <w:tcW w:w="1617"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770AD8FE" w14:textId="1DDB7BAB" w:rsidR="0025334A" w:rsidRPr="0025334A" w:rsidRDefault="0025334A" w:rsidP="0025334A">
            <w:pPr>
              <w:ind w:firstLine="0"/>
              <w:jc w:val="center"/>
              <w:rPr>
                <w:b/>
                <w:bCs/>
                <w:sz w:val="22"/>
              </w:rPr>
            </w:pPr>
            <w:r w:rsidRPr="0025334A">
              <w:rPr>
                <w:b/>
                <w:bCs/>
                <w:sz w:val="22"/>
              </w:rPr>
              <w:t>139.659,00</w:t>
            </w:r>
          </w:p>
        </w:tc>
        <w:tc>
          <w:tcPr>
            <w:tcW w:w="1621"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76336FE5" w14:textId="7948DAB4" w:rsidR="0025334A" w:rsidRPr="0025334A" w:rsidRDefault="0025334A" w:rsidP="0025334A">
            <w:pPr>
              <w:ind w:firstLine="0"/>
              <w:jc w:val="center"/>
              <w:rPr>
                <w:b/>
                <w:bCs/>
                <w:sz w:val="22"/>
              </w:rPr>
            </w:pPr>
            <w:r w:rsidRPr="0025334A">
              <w:rPr>
                <w:b/>
                <w:bCs/>
                <w:sz w:val="22"/>
              </w:rPr>
              <w:t>1.117.272,00</w:t>
            </w:r>
          </w:p>
        </w:tc>
        <w:tc>
          <w:tcPr>
            <w:tcW w:w="1621"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2E58AC7D" w14:textId="5ADFE4BB" w:rsidR="0025334A" w:rsidRPr="0025334A" w:rsidRDefault="0025334A" w:rsidP="0025334A">
            <w:pPr>
              <w:ind w:firstLine="0"/>
              <w:jc w:val="center"/>
              <w:rPr>
                <w:b/>
                <w:bCs/>
                <w:sz w:val="22"/>
              </w:rPr>
            </w:pPr>
            <w:r w:rsidRPr="0025334A">
              <w:rPr>
                <w:b/>
                <w:bCs/>
                <w:sz w:val="22"/>
              </w:rPr>
              <w:t>1.117.272,00</w:t>
            </w:r>
          </w:p>
        </w:tc>
        <w:tc>
          <w:tcPr>
            <w:tcW w:w="1621" w:type="dxa"/>
            <w:tcBorders>
              <w:top w:val="single" w:sz="4" w:space="0" w:color="auto"/>
              <w:left w:val="single" w:sz="4" w:space="0" w:color="auto"/>
              <w:bottom w:val="single" w:sz="4" w:space="0" w:color="auto"/>
              <w:right w:val="single" w:sz="4" w:space="0" w:color="auto"/>
            </w:tcBorders>
            <w:shd w:val="clear" w:color="000000" w:fill="EEF5FA"/>
            <w:tcMar>
              <w:left w:w="28" w:type="dxa"/>
              <w:right w:w="28" w:type="dxa"/>
            </w:tcMar>
            <w:vAlign w:val="center"/>
          </w:tcPr>
          <w:p w14:paraId="1ADDFA79" w14:textId="499C80C6" w:rsidR="0025334A" w:rsidRPr="0025334A" w:rsidRDefault="0025334A" w:rsidP="0025334A">
            <w:pPr>
              <w:ind w:firstLine="0"/>
              <w:jc w:val="center"/>
              <w:rPr>
                <w:b/>
                <w:bCs/>
                <w:sz w:val="22"/>
              </w:rPr>
            </w:pPr>
            <w:r w:rsidRPr="0025334A">
              <w:rPr>
                <w:b/>
                <w:bCs/>
                <w:sz w:val="22"/>
              </w:rPr>
              <w:t>1.699.184,50</w:t>
            </w:r>
          </w:p>
        </w:tc>
      </w:tr>
    </w:tbl>
    <w:p w14:paraId="4873B874" w14:textId="2346F348" w:rsidR="000C4CB5" w:rsidRDefault="00D134DF">
      <w:pPr>
        <w:spacing w:after="50" w:line="247" w:lineRule="auto"/>
      </w:pPr>
      <w:r w:rsidRPr="00D134DF">
        <w:t xml:space="preserve">La </w:t>
      </w:r>
      <w:proofErr w:type="spellStart"/>
      <w:r w:rsidRPr="00D134DF">
        <w:t>atribuirea</w:t>
      </w:r>
      <w:proofErr w:type="spellEnd"/>
      <w:r w:rsidRPr="00D134DF">
        <w:t xml:space="preserve"> </w:t>
      </w:r>
      <w:proofErr w:type="spellStart"/>
      <w:r w:rsidRPr="00D134DF">
        <w:t>fiecărui</w:t>
      </w:r>
      <w:proofErr w:type="spellEnd"/>
      <w:r w:rsidRPr="00D134DF">
        <w:t xml:space="preserve"> contract </w:t>
      </w:r>
      <w:proofErr w:type="spellStart"/>
      <w:r w:rsidRPr="00D134DF">
        <w:t>subsecvent</w:t>
      </w:r>
      <w:proofErr w:type="spellEnd"/>
      <w:r w:rsidRPr="00D134DF">
        <w:t xml:space="preserve">, </w:t>
      </w:r>
      <w:proofErr w:type="spellStart"/>
      <w:r w:rsidRPr="00D134DF">
        <w:t>Autoritatea</w:t>
      </w:r>
      <w:proofErr w:type="spellEnd"/>
      <w:r w:rsidRPr="00D134DF">
        <w:t xml:space="preserve"> </w:t>
      </w:r>
      <w:proofErr w:type="spellStart"/>
      <w:r w:rsidRPr="00D134DF">
        <w:t>Contractantă</w:t>
      </w:r>
      <w:proofErr w:type="spellEnd"/>
      <w:r w:rsidRPr="00D134DF">
        <w:t xml:space="preserve"> </w:t>
      </w:r>
      <w:proofErr w:type="spellStart"/>
      <w:r w:rsidRPr="00D134DF">
        <w:t>precizează</w:t>
      </w:r>
      <w:proofErr w:type="spellEnd"/>
      <w:r w:rsidRPr="00D134DF">
        <w:t xml:space="preserve"> </w:t>
      </w:r>
      <w:proofErr w:type="spellStart"/>
      <w:r w:rsidRPr="00D134DF">
        <w:t>perioada</w:t>
      </w:r>
      <w:proofErr w:type="spellEnd"/>
      <w:r w:rsidRPr="00D134DF">
        <w:t xml:space="preserve"> </w:t>
      </w:r>
      <w:proofErr w:type="spellStart"/>
      <w:r w:rsidRPr="00D134DF">
        <w:t>și</w:t>
      </w:r>
      <w:proofErr w:type="spellEnd"/>
      <w:r w:rsidRPr="00D134DF">
        <w:t xml:space="preserve"> </w:t>
      </w:r>
      <w:proofErr w:type="spellStart"/>
      <w:r w:rsidRPr="00D134DF">
        <w:t>cantitatea</w:t>
      </w:r>
      <w:proofErr w:type="spellEnd"/>
      <w:r w:rsidRPr="00D134DF">
        <w:t xml:space="preserve"> </w:t>
      </w:r>
      <w:proofErr w:type="spellStart"/>
      <w:r w:rsidRPr="00D134DF">
        <w:t>estimată</w:t>
      </w:r>
      <w:proofErr w:type="spellEnd"/>
      <w:r w:rsidRPr="00D134DF">
        <w:t xml:space="preserve">, </w:t>
      </w:r>
      <w:proofErr w:type="spellStart"/>
      <w:r w:rsidRPr="00D134DF">
        <w:t>în</w:t>
      </w:r>
      <w:proofErr w:type="spellEnd"/>
      <w:r w:rsidRPr="00D134DF">
        <w:t xml:space="preserve"> </w:t>
      </w:r>
      <w:proofErr w:type="spellStart"/>
      <w:r w:rsidRPr="00D134DF">
        <w:t>limitele</w:t>
      </w:r>
      <w:proofErr w:type="spellEnd"/>
      <w:r w:rsidRPr="00D134DF">
        <w:t xml:space="preserve"> </w:t>
      </w:r>
      <w:proofErr w:type="spellStart"/>
      <w:r w:rsidRPr="00D134DF">
        <w:t>acordului-cadru</w:t>
      </w:r>
      <w:proofErr w:type="spellEnd"/>
      <w:r w:rsidRPr="00D134DF">
        <w:t>.</w:t>
      </w:r>
      <w:r>
        <w:t xml:space="preserve"> </w:t>
      </w:r>
      <w:proofErr w:type="spellStart"/>
      <w:r w:rsidRPr="00D134DF">
        <w:t>Contractele</w:t>
      </w:r>
      <w:proofErr w:type="spellEnd"/>
      <w:r w:rsidRPr="00D134DF">
        <w:t xml:space="preserve"> </w:t>
      </w:r>
      <w:proofErr w:type="spellStart"/>
      <w:r w:rsidRPr="00D134DF">
        <w:t>subsecvente</w:t>
      </w:r>
      <w:proofErr w:type="spellEnd"/>
      <w:r w:rsidRPr="00D134DF">
        <w:t xml:space="preserve"> nu pot </w:t>
      </w:r>
      <w:proofErr w:type="spellStart"/>
      <w:r w:rsidRPr="00D134DF">
        <w:t>depăși</w:t>
      </w:r>
      <w:proofErr w:type="spellEnd"/>
      <w:r w:rsidRPr="00D134DF">
        <w:t xml:space="preserve"> </w:t>
      </w:r>
      <w:proofErr w:type="spellStart"/>
      <w:r w:rsidRPr="00D134DF">
        <w:t>cumulat</w:t>
      </w:r>
      <w:proofErr w:type="spellEnd"/>
      <w:r w:rsidRPr="00D134DF">
        <w:t xml:space="preserve"> </w:t>
      </w:r>
      <w:proofErr w:type="spellStart"/>
      <w:r w:rsidRPr="00D134DF">
        <w:t>limitele</w:t>
      </w:r>
      <w:proofErr w:type="spellEnd"/>
      <w:r w:rsidRPr="00D134DF">
        <w:t xml:space="preserve"> </w:t>
      </w:r>
      <w:proofErr w:type="spellStart"/>
      <w:r w:rsidRPr="00D134DF">
        <w:t>maxime</w:t>
      </w:r>
      <w:proofErr w:type="spellEnd"/>
      <w:r w:rsidRPr="00D134DF">
        <w:t xml:space="preserve"> ale </w:t>
      </w:r>
      <w:proofErr w:type="spellStart"/>
      <w:r w:rsidRPr="00D134DF">
        <w:t>acordului-cadru</w:t>
      </w:r>
      <w:proofErr w:type="spellEnd"/>
      <w:r w:rsidRPr="00D134DF">
        <w:t xml:space="preserve">. </w:t>
      </w:r>
      <w:proofErr w:type="spellStart"/>
      <w:r w:rsidRPr="00D134DF">
        <w:t>Cantitățile</w:t>
      </w:r>
      <w:proofErr w:type="spellEnd"/>
      <w:r w:rsidRPr="00D134DF">
        <w:t xml:space="preserve"> </w:t>
      </w:r>
      <w:proofErr w:type="spellStart"/>
      <w:r w:rsidRPr="00D134DF">
        <w:t>neutilizate</w:t>
      </w:r>
      <w:proofErr w:type="spellEnd"/>
      <w:r w:rsidRPr="00D134DF">
        <w:t xml:space="preserve"> nu </w:t>
      </w:r>
      <w:proofErr w:type="spellStart"/>
      <w:r w:rsidRPr="00D134DF">
        <w:t>generează</w:t>
      </w:r>
      <w:proofErr w:type="spellEnd"/>
      <w:r w:rsidRPr="00D134DF">
        <w:t xml:space="preserve"> </w:t>
      </w:r>
      <w:proofErr w:type="spellStart"/>
      <w:r w:rsidRPr="00D134DF">
        <w:t>obligații</w:t>
      </w:r>
      <w:proofErr w:type="spellEnd"/>
      <w:r w:rsidRPr="00D134DF">
        <w:t xml:space="preserve"> de </w:t>
      </w:r>
      <w:proofErr w:type="spellStart"/>
      <w:r w:rsidRPr="00D134DF">
        <w:t>plată</w:t>
      </w:r>
      <w:proofErr w:type="spellEnd"/>
      <w:r w:rsidRPr="00D134DF">
        <w:t>.</w:t>
      </w:r>
    </w:p>
    <w:p w14:paraId="00DFCCA9" w14:textId="5610E360" w:rsidR="0025334A" w:rsidRPr="0025334A" w:rsidRDefault="0025334A" w:rsidP="0025334A">
      <w:pPr>
        <w:spacing w:after="50" w:line="247" w:lineRule="auto"/>
      </w:pPr>
      <w:r w:rsidRPr="0025334A">
        <w:rPr>
          <w:b/>
          <w:bCs/>
        </w:rPr>
        <w:t>NOTA</w:t>
      </w:r>
      <w:r>
        <w:t xml:space="preserve">: </w:t>
      </w:r>
      <w:proofErr w:type="spellStart"/>
      <w:r w:rsidRPr="0025334A">
        <w:t>Prestatorul</w:t>
      </w:r>
      <w:proofErr w:type="spellEnd"/>
      <w:r w:rsidRPr="0025334A">
        <w:t xml:space="preserve"> </w:t>
      </w:r>
      <w:proofErr w:type="spellStart"/>
      <w:r w:rsidRPr="0025334A">
        <w:t>va</w:t>
      </w:r>
      <w:proofErr w:type="spellEnd"/>
      <w:r w:rsidRPr="0025334A">
        <w:t xml:space="preserve"> </w:t>
      </w:r>
      <w:proofErr w:type="spellStart"/>
      <w:r w:rsidRPr="0025334A">
        <w:t>respecta</w:t>
      </w:r>
      <w:proofErr w:type="spellEnd"/>
      <w:r w:rsidRPr="0025334A">
        <w:t xml:space="preserve"> </w:t>
      </w:r>
      <w:proofErr w:type="spellStart"/>
      <w:r w:rsidRPr="0025334A">
        <w:t>nivelul</w:t>
      </w:r>
      <w:proofErr w:type="spellEnd"/>
      <w:r w:rsidRPr="0025334A">
        <w:t xml:space="preserve"> minim al </w:t>
      </w:r>
      <w:proofErr w:type="spellStart"/>
      <w:r w:rsidRPr="0025334A">
        <w:t>alocației</w:t>
      </w:r>
      <w:proofErr w:type="spellEnd"/>
      <w:r w:rsidRPr="0025334A">
        <w:t xml:space="preserve"> </w:t>
      </w:r>
      <w:proofErr w:type="spellStart"/>
      <w:r w:rsidRPr="0025334A">
        <w:t>zilnice</w:t>
      </w:r>
      <w:proofErr w:type="spellEnd"/>
      <w:r w:rsidRPr="0025334A">
        <w:t xml:space="preserve"> de </w:t>
      </w:r>
      <w:proofErr w:type="spellStart"/>
      <w:r w:rsidRPr="0025334A">
        <w:t>hrană</w:t>
      </w:r>
      <w:proofErr w:type="spellEnd"/>
      <w:r w:rsidRPr="0025334A">
        <w:t xml:space="preserve"> </w:t>
      </w:r>
      <w:proofErr w:type="spellStart"/>
      <w:r w:rsidRPr="0025334A">
        <w:t>stabilit</w:t>
      </w:r>
      <w:proofErr w:type="spellEnd"/>
      <w:r w:rsidRPr="0025334A">
        <w:t xml:space="preserve"> </w:t>
      </w:r>
      <w:proofErr w:type="spellStart"/>
      <w:r w:rsidRPr="0025334A">
        <w:t>prin</w:t>
      </w:r>
      <w:proofErr w:type="spellEnd"/>
      <w:r w:rsidRPr="0025334A">
        <w:t xml:space="preserve"> </w:t>
      </w:r>
      <w:proofErr w:type="spellStart"/>
      <w:r>
        <w:t>legislaţia</w:t>
      </w:r>
      <w:proofErr w:type="spellEnd"/>
      <w:r>
        <w:t xml:space="preserve"> in </w:t>
      </w:r>
      <w:proofErr w:type="spellStart"/>
      <w:r>
        <w:t>vigoare</w:t>
      </w:r>
      <w:proofErr w:type="spellEnd"/>
      <w:r>
        <w:t xml:space="preserve"> la </w:t>
      </w:r>
      <w:proofErr w:type="spellStart"/>
      <w:r>
        <w:t>momentul</w:t>
      </w:r>
      <w:proofErr w:type="spellEnd"/>
      <w:r>
        <w:t xml:space="preserve"> </w:t>
      </w:r>
      <w:proofErr w:type="spellStart"/>
      <w:r>
        <w:t>livrarii</w:t>
      </w:r>
      <w:proofErr w:type="spellEnd"/>
      <w:r w:rsidRPr="0025334A">
        <w:t xml:space="preserve">. </w:t>
      </w:r>
    </w:p>
    <w:p w14:paraId="407DECCE" w14:textId="77777777" w:rsidR="0055374F" w:rsidRDefault="0055374F" w:rsidP="0025334A">
      <w:pPr>
        <w:spacing w:after="50" w:line="247" w:lineRule="auto"/>
        <w:rPr>
          <w:b/>
          <w:bCs/>
          <w:i/>
          <w:iCs/>
          <w:color w:val="0000FF"/>
        </w:rPr>
      </w:pPr>
      <w:r>
        <w:rPr>
          <w:b/>
          <w:bCs/>
          <w:i/>
          <w:iCs/>
          <w:color w:val="0000FF"/>
        </w:rPr>
        <w:tab/>
      </w:r>
      <w:proofErr w:type="spellStart"/>
      <w:r>
        <w:rPr>
          <w:b/>
          <w:bCs/>
          <w:i/>
          <w:iCs/>
          <w:color w:val="0000FF"/>
        </w:rPr>
        <w:t>În</w:t>
      </w:r>
      <w:proofErr w:type="spellEnd"/>
      <w:r>
        <w:rPr>
          <w:b/>
          <w:bCs/>
          <w:i/>
          <w:iCs/>
          <w:color w:val="0000FF"/>
        </w:rPr>
        <w:t xml:space="preserve"> </w:t>
      </w:r>
      <w:proofErr w:type="spellStart"/>
      <w:r>
        <w:rPr>
          <w:b/>
          <w:bCs/>
          <w:i/>
          <w:iCs/>
          <w:color w:val="0000FF"/>
        </w:rPr>
        <w:t>cazul</w:t>
      </w:r>
      <w:proofErr w:type="spellEnd"/>
      <w:r>
        <w:rPr>
          <w:b/>
          <w:bCs/>
          <w:i/>
          <w:iCs/>
          <w:color w:val="0000FF"/>
        </w:rPr>
        <w:t xml:space="preserve"> </w:t>
      </w:r>
      <w:proofErr w:type="spellStart"/>
      <w:r>
        <w:rPr>
          <w:b/>
          <w:bCs/>
          <w:i/>
          <w:iCs/>
          <w:color w:val="0000FF"/>
        </w:rPr>
        <w:t>modificării</w:t>
      </w:r>
      <w:proofErr w:type="spellEnd"/>
      <w:r>
        <w:rPr>
          <w:b/>
          <w:bCs/>
          <w:i/>
          <w:iCs/>
          <w:color w:val="0000FF"/>
        </w:rPr>
        <w:t xml:space="preserve"> </w:t>
      </w:r>
      <w:proofErr w:type="spellStart"/>
      <w:r>
        <w:rPr>
          <w:b/>
          <w:bCs/>
          <w:i/>
          <w:iCs/>
          <w:color w:val="0000FF"/>
        </w:rPr>
        <w:t>prin</w:t>
      </w:r>
      <w:proofErr w:type="spellEnd"/>
      <w:r>
        <w:rPr>
          <w:b/>
          <w:bCs/>
          <w:i/>
          <w:iCs/>
          <w:color w:val="0000FF"/>
        </w:rPr>
        <w:t xml:space="preserve"> act </w:t>
      </w:r>
      <w:proofErr w:type="spellStart"/>
      <w:r>
        <w:rPr>
          <w:b/>
          <w:bCs/>
          <w:i/>
          <w:iCs/>
          <w:color w:val="0000FF"/>
        </w:rPr>
        <w:t>normativ</w:t>
      </w:r>
      <w:proofErr w:type="spellEnd"/>
      <w:r>
        <w:rPr>
          <w:b/>
          <w:bCs/>
          <w:i/>
          <w:iCs/>
          <w:color w:val="0000FF"/>
        </w:rPr>
        <w:t xml:space="preserve"> a </w:t>
      </w:r>
      <w:proofErr w:type="spellStart"/>
      <w:r>
        <w:rPr>
          <w:b/>
          <w:bCs/>
          <w:i/>
          <w:iCs/>
          <w:color w:val="0000FF"/>
        </w:rPr>
        <w:t>nivelului</w:t>
      </w:r>
      <w:proofErr w:type="spellEnd"/>
      <w:r>
        <w:rPr>
          <w:b/>
          <w:bCs/>
          <w:i/>
          <w:iCs/>
          <w:color w:val="0000FF"/>
        </w:rPr>
        <w:t xml:space="preserve"> minim al </w:t>
      </w:r>
      <w:proofErr w:type="spellStart"/>
      <w:r>
        <w:rPr>
          <w:b/>
          <w:bCs/>
          <w:i/>
          <w:iCs/>
          <w:color w:val="0000FF"/>
        </w:rPr>
        <w:t>alocației</w:t>
      </w:r>
      <w:proofErr w:type="spellEnd"/>
      <w:r>
        <w:rPr>
          <w:b/>
          <w:bCs/>
          <w:i/>
          <w:iCs/>
          <w:color w:val="0000FF"/>
        </w:rPr>
        <w:t xml:space="preserve"> </w:t>
      </w:r>
      <w:proofErr w:type="spellStart"/>
      <w:r>
        <w:rPr>
          <w:b/>
          <w:bCs/>
          <w:i/>
          <w:iCs/>
          <w:color w:val="0000FF"/>
        </w:rPr>
        <w:t>zilnice</w:t>
      </w:r>
      <w:proofErr w:type="spellEnd"/>
      <w:r>
        <w:rPr>
          <w:b/>
          <w:bCs/>
          <w:i/>
          <w:iCs/>
          <w:color w:val="0000FF"/>
        </w:rPr>
        <w:t xml:space="preserve"> de </w:t>
      </w:r>
      <w:proofErr w:type="spellStart"/>
      <w:r>
        <w:rPr>
          <w:b/>
          <w:bCs/>
          <w:i/>
          <w:iCs/>
          <w:color w:val="0000FF"/>
        </w:rPr>
        <w:t>hrană</w:t>
      </w:r>
      <w:proofErr w:type="spellEnd"/>
      <w:r>
        <w:rPr>
          <w:b/>
          <w:bCs/>
          <w:i/>
          <w:iCs/>
          <w:color w:val="0000FF"/>
        </w:rPr>
        <w:t xml:space="preserve"> </w:t>
      </w:r>
      <w:proofErr w:type="spellStart"/>
      <w:r>
        <w:rPr>
          <w:b/>
          <w:bCs/>
          <w:i/>
          <w:iCs/>
          <w:color w:val="0000FF"/>
        </w:rPr>
        <w:t>ori</w:t>
      </w:r>
      <w:proofErr w:type="spellEnd"/>
      <w:r>
        <w:rPr>
          <w:b/>
          <w:bCs/>
          <w:i/>
          <w:iCs/>
          <w:color w:val="0000FF"/>
        </w:rPr>
        <w:t xml:space="preserve"> a </w:t>
      </w:r>
      <w:proofErr w:type="spellStart"/>
      <w:r>
        <w:rPr>
          <w:b/>
          <w:bCs/>
          <w:i/>
          <w:iCs/>
          <w:color w:val="0000FF"/>
        </w:rPr>
        <w:t>cotelor</w:t>
      </w:r>
      <w:proofErr w:type="spellEnd"/>
      <w:r>
        <w:rPr>
          <w:b/>
          <w:bCs/>
          <w:i/>
          <w:iCs/>
          <w:color w:val="0000FF"/>
        </w:rPr>
        <w:t xml:space="preserve"> TVA </w:t>
      </w:r>
      <w:proofErr w:type="spellStart"/>
      <w:r>
        <w:rPr>
          <w:b/>
          <w:bCs/>
          <w:i/>
          <w:iCs/>
          <w:color w:val="0000FF"/>
        </w:rPr>
        <w:t>aplicabile</w:t>
      </w:r>
      <w:proofErr w:type="spellEnd"/>
      <w:r>
        <w:rPr>
          <w:b/>
          <w:bCs/>
          <w:i/>
          <w:iCs/>
          <w:color w:val="0000FF"/>
        </w:rPr>
        <w:t xml:space="preserve">, </w:t>
      </w:r>
      <w:proofErr w:type="spellStart"/>
      <w:r>
        <w:rPr>
          <w:b/>
          <w:bCs/>
          <w:i/>
          <w:iCs/>
          <w:color w:val="0000FF"/>
        </w:rPr>
        <w:t>părțile</w:t>
      </w:r>
      <w:proofErr w:type="spellEnd"/>
      <w:r>
        <w:rPr>
          <w:b/>
          <w:bCs/>
          <w:i/>
          <w:iCs/>
          <w:color w:val="0000FF"/>
        </w:rPr>
        <w:t xml:space="preserve"> </w:t>
      </w:r>
      <w:proofErr w:type="spellStart"/>
      <w:r>
        <w:rPr>
          <w:b/>
          <w:bCs/>
          <w:i/>
          <w:iCs/>
          <w:color w:val="0000FF"/>
        </w:rPr>
        <w:t>vor</w:t>
      </w:r>
      <w:proofErr w:type="spellEnd"/>
      <w:r>
        <w:rPr>
          <w:b/>
          <w:bCs/>
          <w:i/>
          <w:iCs/>
          <w:color w:val="0000FF"/>
        </w:rPr>
        <w:t xml:space="preserve"> </w:t>
      </w:r>
      <w:proofErr w:type="spellStart"/>
      <w:r>
        <w:rPr>
          <w:b/>
          <w:bCs/>
          <w:i/>
          <w:iCs/>
          <w:color w:val="0000FF"/>
        </w:rPr>
        <w:t>aplica</w:t>
      </w:r>
      <w:proofErr w:type="spellEnd"/>
      <w:r>
        <w:rPr>
          <w:b/>
          <w:bCs/>
          <w:i/>
          <w:iCs/>
          <w:color w:val="0000FF"/>
        </w:rPr>
        <w:t xml:space="preserve"> </w:t>
      </w:r>
      <w:proofErr w:type="spellStart"/>
      <w:r>
        <w:rPr>
          <w:b/>
          <w:bCs/>
          <w:i/>
          <w:iCs/>
          <w:color w:val="0000FF"/>
        </w:rPr>
        <w:t>dispozițiile</w:t>
      </w:r>
      <w:proofErr w:type="spellEnd"/>
      <w:r>
        <w:rPr>
          <w:b/>
          <w:bCs/>
          <w:i/>
          <w:iCs/>
          <w:color w:val="0000FF"/>
        </w:rPr>
        <w:t xml:space="preserve"> </w:t>
      </w:r>
      <w:proofErr w:type="spellStart"/>
      <w:r>
        <w:rPr>
          <w:b/>
          <w:bCs/>
          <w:i/>
          <w:iCs/>
          <w:color w:val="0000FF"/>
        </w:rPr>
        <w:t>legale</w:t>
      </w:r>
      <w:proofErr w:type="spellEnd"/>
      <w:r>
        <w:rPr>
          <w:b/>
          <w:bCs/>
          <w:i/>
          <w:iCs/>
          <w:color w:val="0000FF"/>
        </w:rPr>
        <w:t xml:space="preserve"> </w:t>
      </w:r>
      <w:proofErr w:type="spellStart"/>
      <w:r>
        <w:rPr>
          <w:b/>
          <w:bCs/>
          <w:i/>
          <w:iCs/>
          <w:color w:val="0000FF"/>
        </w:rPr>
        <w:t>în</w:t>
      </w:r>
      <w:proofErr w:type="spellEnd"/>
      <w:r>
        <w:rPr>
          <w:b/>
          <w:bCs/>
          <w:i/>
          <w:iCs/>
          <w:color w:val="0000FF"/>
        </w:rPr>
        <w:t xml:space="preserve"> </w:t>
      </w:r>
      <w:proofErr w:type="spellStart"/>
      <w:r>
        <w:rPr>
          <w:b/>
          <w:bCs/>
          <w:i/>
          <w:iCs/>
          <w:color w:val="0000FF"/>
        </w:rPr>
        <w:t>vigoare</w:t>
      </w:r>
      <w:proofErr w:type="spellEnd"/>
      <w:r>
        <w:rPr>
          <w:b/>
          <w:bCs/>
          <w:i/>
          <w:iCs/>
          <w:color w:val="0000FF"/>
        </w:rPr>
        <w:t xml:space="preserve"> </w:t>
      </w:r>
      <w:proofErr w:type="spellStart"/>
      <w:r>
        <w:rPr>
          <w:b/>
          <w:bCs/>
          <w:i/>
          <w:iCs/>
          <w:color w:val="0000FF"/>
        </w:rPr>
        <w:t>și</w:t>
      </w:r>
      <w:proofErr w:type="spellEnd"/>
      <w:r>
        <w:rPr>
          <w:b/>
          <w:bCs/>
          <w:i/>
          <w:iCs/>
          <w:color w:val="0000FF"/>
        </w:rPr>
        <w:t xml:space="preserve"> </w:t>
      </w:r>
      <w:proofErr w:type="spellStart"/>
      <w:r>
        <w:rPr>
          <w:b/>
          <w:bCs/>
          <w:i/>
          <w:iCs/>
          <w:color w:val="0000FF"/>
        </w:rPr>
        <w:t>clauza</w:t>
      </w:r>
      <w:proofErr w:type="spellEnd"/>
      <w:r>
        <w:rPr>
          <w:b/>
          <w:bCs/>
          <w:i/>
          <w:iCs/>
          <w:color w:val="0000FF"/>
        </w:rPr>
        <w:t xml:space="preserve"> de </w:t>
      </w:r>
      <w:proofErr w:type="spellStart"/>
      <w:r>
        <w:rPr>
          <w:b/>
          <w:bCs/>
          <w:i/>
          <w:iCs/>
          <w:color w:val="0000FF"/>
        </w:rPr>
        <w:t>revizuire</w:t>
      </w:r>
      <w:proofErr w:type="spellEnd"/>
      <w:r>
        <w:rPr>
          <w:b/>
          <w:bCs/>
          <w:i/>
          <w:iCs/>
          <w:color w:val="0000FF"/>
        </w:rPr>
        <w:t xml:space="preserve"> </w:t>
      </w:r>
      <w:proofErr w:type="spellStart"/>
      <w:r>
        <w:rPr>
          <w:b/>
          <w:bCs/>
          <w:i/>
          <w:iCs/>
          <w:color w:val="0000FF"/>
        </w:rPr>
        <w:t>prevăzută</w:t>
      </w:r>
      <w:proofErr w:type="spellEnd"/>
      <w:r>
        <w:rPr>
          <w:b/>
          <w:bCs/>
          <w:i/>
          <w:iCs/>
          <w:color w:val="0000FF"/>
        </w:rPr>
        <w:t xml:space="preserve"> </w:t>
      </w:r>
      <w:proofErr w:type="spellStart"/>
      <w:r>
        <w:rPr>
          <w:b/>
          <w:bCs/>
          <w:i/>
          <w:iCs/>
          <w:color w:val="0000FF"/>
        </w:rPr>
        <w:t>în</w:t>
      </w:r>
      <w:proofErr w:type="spellEnd"/>
      <w:r>
        <w:rPr>
          <w:b/>
          <w:bCs/>
          <w:i/>
          <w:iCs/>
          <w:color w:val="0000FF"/>
        </w:rPr>
        <w:t xml:space="preserve"> </w:t>
      </w:r>
      <w:proofErr w:type="spellStart"/>
      <w:r>
        <w:rPr>
          <w:b/>
          <w:bCs/>
          <w:i/>
          <w:iCs/>
          <w:color w:val="0000FF"/>
        </w:rPr>
        <w:t>acordul-cadru</w:t>
      </w:r>
      <w:proofErr w:type="spellEnd"/>
      <w:r>
        <w:rPr>
          <w:b/>
          <w:bCs/>
          <w:i/>
          <w:iCs/>
          <w:color w:val="0000FF"/>
        </w:rPr>
        <w:t>/</w:t>
      </w:r>
      <w:proofErr w:type="spellStart"/>
      <w:r>
        <w:rPr>
          <w:b/>
          <w:bCs/>
          <w:i/>
          <w:iCs/>
          <w:color w:val="0000FF"/>
        </w:rPr>
        <w:t>contractul</w:t>
      </w:r>
      <w:proofErr w:type="spellEnd"/>
      <w:r>
        <w:rPr>
          <w:b/>
          <w:bCs/>
          <w:i/>
          <w:iCs/>
          <w:color w:val="0000FF"/>
        </w:rPr>
        <w:t xml:space="preserve"> </w:t>
      </w:r>
      <w:proofErr w:type="spellStart"/>
      <w:r>
        <w:rPr>
          <w:b/>
          <w:bCs/>
          <w:i/>
          <w:iCs/>
          <w:color w:val="0000FF"/>
        </w:rPr>
        <w:t>subsecvent</w:t>
      </w:r>
      <w:proofErr w:type="spellEnd"/>
      <w:r>
        <w:rPr>
          <w:b/>
          <w:bCs/>
          <w:i/>
          <w:iCs/>
          <w:color w:val="0000FF"/>
        </w:rPr>
        <w:t xml:space="preserve">, </w:t>
      </w:r>
      <w:proofErr w:type="spellStart"/>
      <w:r>
        <w:rPr>
          <w:b/>
          <w:bCs/>
          <w:i/>
          <w:iCs/>
          <w:color w:val="0000FF"/>
        </w:rPr>
        <w:t>fără</w:t>
      </w:r>
      <w:proofErr w:type="spellEnd"/>
      <w:r>
        <w:rPr>
          <w:b/>
          <w:bCs/>
          <w:i/>
          <w:iCs/>
          <w:color w:val="0000FF"/>
        </w:rPr>
        <w:t xml:space="preserve"> </w:t>
      </w:r>
      <w:proofErr w:type="spellStart"/>
      <w:r>
        <w:rPr>
          <w:b/>
          <w:bCs/>
          <w:i/>
          <w:iCs/>
          <w:color w:val="0000FF"/>
        </w:rPr>
        <w:t>diminuarea</w:t>
      </w:r>
      <w:proofErr w:type="spellEnd"/>
      <w:r>
        <w:rPr>
          <w:b/>
          <w:bCs/>
          <w:i/>
          <w:iCs/>
          <w:color w:val="0000FF"/>
        </w:rPr>
        <w:t xml:space="preserve"> </w:t>
      </w:r>
      <w:proofErr w:type="spellStart"/>
      <w:r>
        <w:rPr>
          <w:b/>
          <w:bCs/>
          <w:i/>
          <w:iCs/>
          <w:color w:val="0000FF"/>
        </w:rPr>
        <w:t>nivelului</w:t>
      </w:r>
      <w:proofErr w:type="spellEnd"/>
      <w:r>
        <w:rPr>
          <w:b/>
          <w:bCs/>
          <w:i/>
          <w:iCs/>
          <w:color w:val="0000FF"/>
        </w:rPr>
        <w:t xml:space="preserve"> legal al </w:t>
      </w:r>
      <w:proofErr w:type="spellStart"/>
      <w:r>
        <w:rPr>
          <w:b/>
          <w:bCs/>
          <w:i/>
          <w:iCs/>
          <w:color w:val="0000FF"/>
        </w:rPr>
        <w:t>alocației</w:t>
      </w:r>
      <w:proofErr w:type="spellEnd"/>
      <w:r>
        <w:rPr>
          <w:b/>
          <w:bCs/>
          <w:i/>
          <w:iCs/>
          <w:color w:val="0000FF"/>
        </w:rPr>
        <w:t xml:space="preserve"> de </w:t>
      </w:r>
      <w:proofErr w:type="spellStart"/>
      <w:r>
        <w:rPr>
          <w:b/>
          <w:bCs/>
          <w:i/>
          <w:iCs/>
          <w:color w:val="0000FF"/>
        </w:rPr>
        <w:t>hrană</w:t>
      </w:r>
      <w:proofErr w:type="spellEnd"/>
      <w:r>
        <w:rPr>
          <w:b/>
          <w:bCs/>
          <w:i/>
          <w:iCs/>
          <w:color w:val="0000FF"/>
        </w:rPr>
        <w:t xml:space="preserve">. </w:t>
      </w:r>
    </w:p>
    <w:p w14:paraId="665A9553" w14:textId="3876CC07" w:rsidR="0025334A" w:rsidRPr="0025334A" w:rsidRDefault="0025334A" w:rsidP="0025334A">
      <w:pPr>
        <w:spacing w:after="50" w:line="247" w:lineRule="auto"/>
      </w:pPr>
      <w:r w:rsidRPr="0025334A">
        <w:rPr>
          <w:b/>
          <w:lang w:val="fr-FR"/>
        </w:rPr>
        <w:t xml:space="preserve">In </w:t>
      </w:r>
      <w:proofErr w:type="spellStart"/>
      <w:r w:rsidRPr="0025334A">
        <w:rPr>
          <w:b/>
          <w:lang w:val="fr-FR"/>
        </w:rPr>
        <w:t>cazul</w:t>
      </w:r>
      <w:proofErr w:type="spellEnd"/>
      <w:r w:rsidRPr="0025334A">
        <w:rPr>
          <w:b/>
          <w:lang w:val="fr-FR"/>
        </w:rPr>
        <w:t xml:space="preserve"> in care </w:t>
      </w:r>
      <w:proofErr w:type="spellStart"/>
      <w:r w:rsidRPr="0025334A">
        <w:rPr>
          <w:b/>
          <w:lang w:val="fr-FR"/>
        </w:rPr>
        <w:t>apar</w:t>
      </w:r>
      <w:proofErr w:type="spellEnd"/>
      <w:r w:rsidRPr="0025334A">
        <w:rPr>
          <w:b/>
          <w:lang w:val="fr-FR"/>
        </w:rPr>
        <w:t xml:space="preserve"> </w:t>
      </w:r>
      <w:proofErr w:type="spellStart"/>
      <w:r w:rsidRPr="0025334A">
        <w:rPr>
          <w:b/>
          <w:lang w:val="fr-FR"/>
        </w:rPr>
        <w:t>modificari</w:t>
      </w:r>
      <w:proofErr w:type="spellEnd"/>
      <w:r w:rsidRPr="0025334A">
        <w:rPr>
          <w:b/>
          <w:lang w:val="fr-FR"/>
        </w:rPr>
        <w:t xml:space="preserve"> </w:t>
      </w:r>
      <w:proofErr w:type="spellStart"/>
      <w:r w:rsidRPr="0025334A">
        <w:rPr>
          <w:b/>
          <w:lang w:val="fr-FR"/>
        </w:rPr>
        <w:t>legislative</w:t>
      </w:r>
      <w:proofErr w:type="spellEnd"/>
      <w:r w:rsidRPr="0025334A">
        <w:rPr>
          <w:b/>
          <w:lang w:val="fr-FR"/>
        </w:rPr>
        <w:t xml:space="preserve"> </w:t>
      </w:r>
      <w:proofErr w:type="spellStart"/>
      <w:r w:rsidRPr="0025334A">
        <w:rPr>
          <w:b/>
          <w:lang w:val="fr-FR"/>
        </w:rPr>
        <w:t>privind</w:t>
      </w:r>
      <w:proofErr w:type="spellEnd"/>
      <w:r w:rsidRPr="0025334A">
        <w:rPr>
          <w:b/>
          <w:lang w:val="fr-FR"/>
        </w:rPr>
        <w:t xml:space="preserve"> cota de TVA, </w:t>
      </w:r>
      <w:proofErr w:type="spellStart"/>
      <w:r w:rsidRPr="0025334A">
        <w:rPr>
          <w:b/>
          <w:lang w:val="fr-FR"/>
        </w:rPr>
        <w:t>Prestatorul</w:t>
      </w:r>
      <w:proofErr w:type="spellEnd"/>
      <w:r w:rsidRPr="0025334A">
        <w:rPr>
          <w:b/>
          <w:lang w:val="fr-FR"/>
        </w:rPr>
        <w:t xml:space="preserve"> va </w:t>
      </w:r>
      <w:proofErr w:type="spellStart"/>
      <w:r w:rsidRPr="0025334A">
        <w:rPr>
          <w:b/>
          <w:lang w:val="fr-FR"/>
        </w:rPr>
        <w:t>suporta</w:t>
      </w:r>
      <w:proofErr w:type="spellEnd"/>
      <w:r w:rsidRPr="0025334A">
        <w:rPr>
          <w:b/>
          <w:lang w:val="fr-FR"/>
        </w:rPr>
        <w:t xml:space="preserve"> </w:t>
      </w:r>
      <w:proofErr w:type="spellStart"/>
      <w:r w:rsidRPr="0025334A">
        <w:rPr>
          <w:b/>
          <w:lang w:val="fr-FR"/>
        </w:rPr>
        <w:t>pe</w:t>
      </w:r>
      <w:proofErr w:type="spellEnd"/>
      <w:r w:rsidRPr="0025334A">
        <w:rPr>
          <w:b/>
          <w:lang w:val="fr-FR"/>
        </w:rPr>
        <w:t xml:space="preserve"> </w:t>
      </w:r>
      <w:proofErr w:type="spellStart"/>
      <w:r w:rsidRPr="0025334A">
        <w:rPr>
          <w:b/>
          <w:lang w:val="fr-FR"/>
        </w:rPr>
        <w:t>cheltuiala</w:t>
      </w:r>
      <w:proofErr w:type="spellEnd"/>
      <w:r w:rsidRPr="0025334A">
        <w:rPr>
          <w:b/>
          <w:lang w:val="fr-FR"/>
        </w:rPr>
        <w:t xml:space="preserve"> </w:t>
      </w:r>
      <w:proofErr w:type="spellStart"/>
      <w:r w:rsidRPr="0025334A">
        <w:rPr>
          <w:b/>
          <w:lang w:val="fr-FR"/>
        </w:rPr>
        <w:t>proprie</w:t>
      </w:r>
      <w:proofErr w:type="spellEnd"/>
      <w:r w:rsidRPr="0025334A">
        <w:rPr>
          <w:b/>
          <w:lang w:val="fr-FR"/>
        </w:rPr>
        <w:t xml:space="preserve"> </w:t>
      </w:r>
      <w:proofErr w:type="spellStart"/>
      <w:r w:rsidRPr="0025334A">
        <w:rPr>
          <w:b/>
          <w:lang w:val="fr-FR"/>
        </w:rPr>
        <w:t>incadrarea</w:t>
      </w:r>
      <w:proofErr w:type="spellEnd"/>
      <w:r w:rsidRPr="0025334A">
        <w:rPr>
          <w:b/>
          <w:lang w:val="fr-FR"/>
        </w:rPr>
        <w:t xml:space="preserve"> in </w:t>
      </w:r>
      <w:proofErr w:type="spellStart"/>
      <w:r w:rsidRPr="0025334A">
        <w:rPr>
          <w:b/>
          <w:lang w:val="fr-FR"/>
        </w:rPr>
        <w:t>alocația</w:t>
      </w:r>
      <w:proofErr w:type="spellEnd"/>
      <w:r w:rsidRPr="0025334A">
        <w:rPr>
          <w:b/>
          <w:lang w:val="fr-FR"/>
        </w:rPr>
        <w:t xml:space="preserve"> </w:t>
      </w:r>
      <w:proofErr w:type="spellStart"/>
      <w:r w:rsidRPr="0025334A">
        <w:rPr>
          <w:b/>
          <w:lang w:val="fr-FR"/>
        </w:rPr>
        <w:t>zilnica</w:t>
      </w:r>
      <w:proofErr w:type="spellEnd"/>
      <w:r w:rsidRPr="0025334A">
        <w:rPr>
          <w:b/>
          <w:lang w:val="fr-FR"/>
        </w:rPr>
        <w:t xml:space="preserve"> de </w:t>
      </w:r>
      <w:proofErr w:type="spellStart"/>
      <w:r w:rsidRPr="0025334A">
        <w:rPr>
          <w:b/>
          <w:lang w:val="fr-FR"/>
        </w:rPr>
        <w:t>hrană</w:t>
      </w:r>
      <w:proofErr w:type="spellEnd"/>
      <w:r w:rsidRPr="0025334A">
        <w:rPr>
          <w:b/>
          <w:lang w:val="fr-FR"/>
        </w:rPr>
        <w:t xml:space="preserve">. In </w:t>
      </w:r>
      <w:proofErr w:type="spellStart"/>
      <w:r w:rsidRPr="0025334A">
        <w:rPr>
          <w:b/>
          <w:lang w:val="fr-FR"/>
        </w:rPr>
        <w:t>acest</w:t>
      </w:r>
      <w:proofErr w:type="spellEnd"/>
      <w:r w:rsidRPr="0025334A">
        <w:rPr>
          <w:b/>
          <w:lang w:val="fr-FR"/>
        </w:rPr>
        <w:t xml:space="preserve"> sens, se va </w:t>
      </w:r>
      <w:proofErr w:type="spellStart"/>
      <w:r w:rsidRPr="0025334A">
        <w:rPr>
          <w:b/>
          <w:lang w:val="fr-FR"/>
        </w:rPr>
        <w:t>incheia</w:t>
      </w:r>
      <w:proofErr w:type="spellEnd"/>
      <w:r w:rsidRPr="0025334A">
        <w:rPr>
          <w:b/>
          <w:lang w:val="fr-FR"/>
        </w:rPr>
        <w:t xml:space="preserve"> un </w:t>
      </w:r>
      <w:proofErr w:type="spellStart"/>
      <w:r w:rsidRPr="0025334A">
        <w:rPr>
          <w:b/>
          <w:lang w:val="fr-FR"/>
        </w:rPr>
        <w:t>act</w:t>
      </w:r>
      <w:proofErr w:type="spellEnd"/>
      <w:r w:rsidRPr="0025334A">
        <w:rPr>
          <w:b/>
          <w:lang w:val="fr-FR"/>
        </w:rPr>
        <w:t xml:space="preserve"> </w:t>
      </w:r>
      <w:proofErr w:type="spellStart"/>
      <w:r w:rsidRPr="0025334A">
        <w:rPr>
          <w:b/>
          <w:lang w:val="fr-FR"/>
        </w:rPr>
        <w:t>aditional</w:t>
      </w:r>
      <w:proofErr w:type="spellEnd"/>
      <w:r w:rsidRPr="0025334A">
        <w:rPr>
          <w:b/>
          <w:lang w:val="fr-FR"/>
        </w:rPr>
        <w:t xml:space="preserve"> , </w:t>
      </w:r>
      <w:proofErr w:type="spellStart"/>
      <w:r w:rsidRPr="0025334A">
        <w:rPr>
          <w:b/>
          <w:lang w:val="fr-FR"/>
        </w:rPr>
        <w:t>cu</w:t>
      </w:r>
      <w:proofErr w:type="spellEnd"/>
      <w:r w:rsidRPr="0025334A">
        <w:rPr>
          <w:b/>
          <w:lang w:val="fr-FR"/>
        </w:rPr>
        <w:t xml:space="preserve"> </w:t>
      </w:r>
      <w:proofErr w:type="spellStart"/>
      <w:r w:rsidRPr="0025334A">
        <w:rPr>
          <w:b/>
          <w:lang w:val="fr-FR"/>
        </w:rPr>
        <w:t>acordul</w:t>
      </w:r>
      <w:proofErr w:type="spellEnd"/>
      <w:r w:rsidRPr="0025334A">
        <w:rPr>
          <w:b/>
          <w:lang w:val="fr-FR"/>
        </w:rPr>
        <w:t xml:space="preserve"> </w:t>
      </w:r>
      <w:proofErr w:type="spellStart"/>
      <w:r w:rsidRPr="0025334A">
        <w:rPr>
          <w:b/>
          <w:lang w:val="fr-FR"/>
        </w:rPr>
        <w:t>partilor</w:t>
      </w:r>
      <w:proofErr w:type="spellEnd"/>
    </w:p>
    <w:p w14:paraId="424EB663" w14:textId="3AEAA035" w:rsidR="0025334A" w:rsidRPr="00833E8D" w:rsidRDefault="0025334A" w:rsidP="0025334A">
      <w:pPr>
        <w:rPr>
          <w:b/>
          <w:lang w:val="fr-FR"/>
        </w:rPr>
      </w:pPr>
      <w:proofErr w:type="spellStart"/>
      <w:r w:rsidRPr="00833E8D">
        <w:rPr>
          <w:b/>
          <w:lang w:val="fr-FR"/>
        </w:rPr>
        <w:t>Ofertarea</w:t>
      </w:r>
      <w:proofErr w:type="spellEnd"/>
      <w:r w:rsidRPr="00833E8D">
        <w:rPr>
          <w:b/>
          <w:lang w:val="fr-FR"/>
        </w:rPr>
        <w:t xml:space="preserve"> se va </w:t>
      </w:r>
      <w:proofErr w:type="spellStart"/>
      <w:r w:rsidRPr="00833E8D">
        <w:rPr>
          <w:b/>
          <w:lang w:val="fr-FR"/>
        </w:rPr>
        <w:t>realiza</w:t>
      </w:r>
      <w:proofErr w:type="spellEnd"/>
      <w:r w:rsidRPr="00833E8D">
        <w:rPr>
          <w:b/>
          <w:lang w:val="fr-FR"/>
        </w:rPr>
        <w:t xml:space="preserve"> la </w:t>
      </w:r>
      <w:proofErr w:type="spellStart"/>
      <w:r w:rsidRPr="00833E8D">
        <w:rPr>
          <w:b/>
          <w:lang w:val="fr-FR"/>
        </w:rPr>
        <w:t>pretul</w:t>
      </w:r>
      <w:proofErr w:type="spellEnd"/>
      <w:r w:rsidRPr="00833E8D">
        <w:rPr>
          <w:b/>
          <w:lang w:val="fr-FR"/>
        </w:rPr>
        <w:t xml:space="preserve"> </w:t>
      </w:r>
      <w:proofErr w:type="spellStart"/>
      <w:r w:rsidRPr="00833E8D">
        <w:rPr>
          <w:b/>
          <w:lang w:val="fr-FR"/>
        </w:rPr>
        <w:t>fara</w:t>
      </w:r>
      <w:proofErr w:type="spellEnd"/>
      <w:r w:rsidRPr="00833E8D">
        <w:rPr>
          <w:b/>
          <w:lang w:val="fr-FR"/>
        </w:rPr>
        <w:t xml:space="preserve"> TVA.</w:t>
      </w:r>
    </w:p>
    <w:p w14:paraId="1A7803CC" w14:textId="7E9A2689" w:rsidR="000C4CB5" w:rsidRPr="0025334A" w:rsidRDefault="004E746A" w:rsidP="0025334A">
      <w:pPr>
        <w:pStyle w:val="Heading2"/>
        <w:rPr>
          <w:color w:val="auto"/>
        </w:rPr>
      </w:pPr>
      <w:bookmarkStart w:id="15" w:name="_Toc242951456"/>
      <w:r w:rsidRPr="0025334A">
        <w:rPr>
          <w:color w:val="auto"/>
        </w:rPr>
        <w:t xml:space="preserve">3.4. </w:t>
      </w:r>
      <w:proofErr w:type="spellStart"/>
      <w:r w:rsidR="0025334A">
        <w:rPr>
          <w:color w:val="auto"/>
        </w:rPr>
        <w:t>C</w:t>
      </w:r>
      <w:r w:rsidRPr="0025334A">
        <w:rPr>
          <w:color w:val="auto"/>
        </w:rPr>
        <w:t>omand</w:t>
      </w:r>
      <w:r w:rsidR="0025334A">
        <w:rPr>
          <w:color w:val="auto"/>
        </w:rPr>
        <w:t>a</w:t>
      </w:r>
      <w:proofErr w:type="spellEnd"/>
      <w:r w:rsidRPr="0025334A">
        <w:rPr>
          <w:color w:val="auto"/>
        </w:rPr>
        <w:t xml:space="preserve"> </w:t>
      </w:r>
      <w:proofErr w:type="spellStart"/>
      <w:r w:rsidRPr="0025334A">
        <w:rPr>
          <w:color w:val="auto"/>
        </w:rPr>
        <w:t>zilnică</w:t>
      </w:r>
      <w:bookmarkEnd w:id="15"/>
      <w:proofErr w:type="spellEnd"/>
    </w:p>
    <w:p w14:paraId="14C34CFE" w14:textId="12EFDC41" w:rsidR="0025334A" w:rsidRPr="0025334A" w:rsidRDefault="0025334A" w:rsidP="0025334A">
      <w:pPr>
        <w:spacing w:after="50" w:line="247" w:lineRule="auto"/>
      </w:pPr>
      <w:proofErr w:type="spellStart"/>
      <w:r w:rsidRPr="0025334A">
        <w:t>Fiecare</w:t>
      </w:r>
      <w:proofErr w:type="spellEnd"/>
      <w:r w:rsidRPr="0025334A">
        <w:t xml:space="preserve"> </w:t>
      </w:r>
      <w:proofErr w:type="spellStart"/>
      <w:r w:rsidRPr="0025334A">
        <w:t>centru</w:t>
      </w:r>
      <w:proofErr w:type="spellEnd"/>
      <w:r w:rsidRPr="0025334A">
        <w:t xml:space="preserve"> </w:t>
      </w:r>
      <w:proofErr w:type="spellStart"/>
      <w:r w:rsidRPr="0025334A">
        <w:t>transmite</w:t>
      </w:r>
      <w:proofErr w:type="spellEnd"/>
      <w:r w:rsidRPr="0025334A">
        <w:t xml:space="preserve"> </w:t>
      </w:r>
      <w:proofErr w:type="spellStart"/>
      <w:r w:rsidRPr="0025334A">
        <w:t>comanda</w:t>
      </w:r>
      <w:proofErr w:type="spellEnd"/>
      <w:r w:rsidRPr="0025334A">
        <w:t xml:space="preserve"> </w:t>
      </w:r>
      <w:proofErr w:type="spellStart"/>
      <w:r w:rsidRPr="0025334A">
        <w:t>pentru</w:t>
      </w:r>
      <w:proofErr w:type="spellEnd"/>
      <w:r w:rsidRPr="0025334A">
        <w:t xml:space="preserve"> </w:t>
      </w:r>
      <w:proofErr w:type="spellStart"/>
      <w:r w:rsidRPr="0025334A">
        <w:t>ziua</w:t>
      </w:r>
      <w:proofErr w:type="spellEnd"/>
      <w:r w:rsidRPr="0025334A">
        <w:t xml:space="preserve"> </w:t>
      </w:r>
      <w:proofErr w:type="spellStart"/>
      <w:r w:rsidRPr="0025334A">
        <w:t>următoare</w:t>
      </w:r>
      <w:proofErr w:type="spellEnd"/>
      <w:r w:rsidRPr="0025334A">
        <w:t xml:space="preserve"> </w:t>
      </w:r>
      <w:proofErr w:type="spellStart"/>
      <w:r w:rsidRPr="0025334A">
        <w:t>prin</w:t>
      </w:r>
      <w:proofErr w:type="spellEnd"/>
      <w:r w:rsidRPr="0025334A">
        <w:t xml:space="preserve"> e-mail </w:t>
      </w:r>
      <w:proofErr w:type="spellStart"/>
      <w:r w:rsidRPr="0025334A">
        <w:t>sau</w:t>
      </w:r>
      <w:proofErr w:type="spellEnd"/>
      <w:r w:rsidRPr="0025334A">
        <w:t xml:space="preserve"> </w:t>
      </w:r>
      <w:proofErr w:type="spellStart"/>
      <w:r w:rsidRPr="0025334A">
        <w:t>prin</w:t>
      </w:r>
      <w:proofErr w:type="spellEnd"/>
      <w:r w:rsidRPr="0025334A">
        <w:t xml:space="preserve"> </w:t>
      </w:r>
      <w:proofErr w:type="spellStart"/>
      <w:r w:rsidRPr="0025334A">
        <w:t>canalul</w:t>
      </w:r>
      <w:proofErr w:type="spellEnd"/>
      <w:r w:rsidRPr="0025334A">
        <w:t xml:space="preserve"> electronic </w:t>
      </w:r>
      <w:proofErr w:type="spellStart"/>
      <w:r w:rsidRPr="0025334A">
        <w:t>agreat</w:t>
      </w:r>
      <w:proofErr w:type="spellEnd"/>
      <w:r w:rsidRPr="0025334A">
        <w:t xml:space="preserve">. </w:t>
      </w:r>
      <w:proofErr w:type="spellStart"/>
      <w:r w:rsidRPr="0025334A">
        <w:t>Comanda</w:t>
      </w:r>
      <w:proofErr w:type="spellEnd"/>
      <w:r w:rsidRPr="0025334A">
        <w:t xml:space="preserve"> </w:t>
      </w:r>
      <w:proofErr w:type="spellStart"/>
      <w:r w:rsidRPr="0025334A">
        <w:t>va</w:t>
      </w:r>
      <w:proofErr w:type="spellEnd"/>
      <w:r w:rsidRPr="0025334A">
        <w:t xml:space="preserve"> </w:t>
      </w:r>
      <w:proofErr w:type="spellStart"/>
      <w:r w:rsidRPr="0025334A">
        <w:t>cuprinde</w:t>
      </w:r>
      <w:proofErr w:type="spellEnd"/>
      <w:r w:rsidRPr="0025334A">
        <w:t xml:space="preserve"> cel </w:t>
      </w:r>
      <w:proofErr w:type="spellStart"/>
      <w:r w:rsidRPr="0025334A">
        <w:t>puțin</w:t>
      </w:r>
      <w:proofErr w:type="spellEnd"/>
      <w:r w:rsidRPr="0025334A">
        <w:t xml:space="preserve"> data, </w:t>
      </w:r>
      <w:proofErr w:type="spellStart"/>
      <w:r w:rsidRPr="0025334A">
        <w:t>numărul</w:t>
      </w:r>
      <w:proofErr w:type="spellEnd"/>
      <w:r w:rsidRPr="0025334A">
        <w:t xml:space="preserve"> de </w:t>
      </w:r>
      <w:proofErr w:type="spellStart"/>
      <w:r w:rsidRPr="0025334A">
        <w:t>meniuri</w:t>
      </w:r>
      <w:proofErr w:type="spellEnd"/>
      <w:r w:rsidRPr="0025334A">
        <w:t xml:space="preserve">, </w:t>
      </w:r>
      <w:proofErr w:type="spellStart"/>
      <w:r w:rsidRPr="0025334A">
        <w:t>repartizarea</w:t>
      </w:r>
      <w:proofErr w:type="spellEnd"/>
      <w:r w:rsidRPr="0025334A">
        <w:t xml:space="preserve"> pe </w:t>
      </w:r>
      <w:proofErr w:type="spellStart"/>
      <w:r w:rsidRPr="0025334A">
        <w:t>regimuri</w:t>
      </w:r>
      <w:proofErr w:type="spellEnd"/>
      <w:r w:rsidRPr="0025334A">
        <w:t xml:space="preserve"> </w:t>
      </w:r>
      <w:proofErr w:type="spellStart"/>
      <w:r w:rsidRPr="0025334A">
        <w:t>și</w:t>
      </w:r>
      <w:proofErr w:type="spellEnd"/>
      <w:r w:rsidRPr="0025334A">
        <w:t xml:space="preserve"> </w:t>
      </w:r>
      <w:proofErr w:type="spellStart"/>
      <w:r w:rsidRPr="0025334A">
        <w:t>texturi</w:t>
      </w:r>
      <w:proofErr w:type="spellEnd"/>
      <w:r w:rsidRPr="0025334A">
        <w:t xml:space="preserve"> </w:t>
      </w:r>
      <w:proofErr w:type="spellStart"/>
      <w:r w:rsidRPr="0025334A">
        <w:t>adaptate</w:t>
      </w:r>
      <w:proofErr w:type="spellEnd"/>
      <w:r w:rsidRPr="0025334A">
        <w:t xml:space="preserve">, </w:t>
      </w:r>
      <w:proofErr w:type="spellStart"/>
      <w:r w:rsidRPr="0025334A">
        <w:t>alergiile</w:t>
      </w:r>
      <w:proofErr w:type="spellEnd"/>
      <w:r w:rsidRPr="0025334A">
        <w:t>/</w:t>
      </w:r>
      <w:proofErr w:type="spellStart"/>
      <w:r w:rsidRPr="0025334A">
        <w:t>intoleranțele</w:t>
      </w:r>
      <w:proofErr w:type="spellEnd"/>
      <w:r w:rsidRPr="0025334A">
        <w:t xml:space="preserve"> </w:t>
      </w:r>
      <w:proofErr w:type="spellStart"/>
      <w:r w:rsidRPr="0025334A">
        <w:t>relevante</w:t>
      </w:r>
      <w:proofErr w:type="spellEnd"/>
      <w:r w:rsidRPr="0025334A">
        <w:t xml:space="preserve">, </w:t>
      </w:r>
      <w:proofErr w:type="spellStart"/>
      <w:r w:rsidRPr="0025334A">
        <w:t>pachetele</w:t>
      </w:r>
      <w:proofErr w:type="spellEnd"/>
      <w:r w:rsidRPr="0025334A">
        <w:t xml:space="preserve"> </w:t>
      </w:r>
      <w:proofErr w:type="spellStart"/>
      <w:r w:rsidRPr="0025334A">
        <w:t>reci</w:t>
      </w:r>
      <w:proofErr w:type="spellEnd"/>
      <w:r w:rsidRPr="0025334A">
        <w:t xml:space="preserve">, </w:t>
      </w:r>
      <w:proofErr w:type="spellStart"/>
      <w:r w:rsidRPr="0025334A">
        <w:t>meniurile</w:t>
      </w:r>
      <w:proofErr w:type="spellEnd"/>
      <w:r w:rsidRPr="0025334A">
        <w:t xml:space="preserve"> festive </w:t>
      </w:r>
      <w:proofErr w:type="spellStart"/>
      <w:r w:rsidRPr="0025334A">
        <w:t>și</w:t>
      </w:r>
      <w:proofErr w:type="spellEnd"/>
      <w:r w:rsidRPr="0025334A">
        <w:t xml:space="preserve"> </w:t>
      </w:r>
      <w:proofErr w:type="spellStart"/>
      <w:r w:rsidRPr="0025334A">
        <w:t>eventualele</w:t>
      </w:r>
      <w:proofErr w:type="spellEnd"/>
      <w:r w:rsidRPr="0025334A">
        <w:t xml:space="preserve"> </w:t>
      </w:r>
      <w:proofErr w:type="spellStart"/>
      <w:r w:rsidRPr="0025334A">
        <w:t>modificări</w:t>
      </w:r>
      <w:proofErr w:type="spellEnd"/>
      <w:r w:rsidRPr="0025334A">
        <w:t xml:space="preserve"> </w:t>
      </w:r>
      <w:proofErr w:type="spellStart"/>
      <w:r w:rsidRPr="0025334A">
        <w:t>față</w:t>
      </w:r>
      <w:proofErr w:type="spellEnd"/>
      <w:r w:rsidRPr="0025334A">
        <w:t xml:space="preserve"> de </w:t>
      </w:r>
      <w:proofErr w:type="spellStart"/>
      <w:r w:rsidRPr="0025334A">
        <w:t>meniul</w:t>
      </w:r>
      <w:proofErr w:type="spellEnd"/>
      <w:r w:rsidRPr="0025334A">
        <w:t xml:space="preserve"> </w:t>
      </w:r>
      <w:proofErr w:type="spellStart"/>
      <w:r w:rsidRPr="0025334A">
        <w:t>aprobat</w:t>
      </w:r>
      <w:proofErr w:type="spellEnd"/>
      <w:r w:rsidRPr="0025334A">
        <w:t xml:space="preserve">. </w:t>
      </w:r>
      <w:proofErr w:type="spellStart"/>
      <w:r w:rsidRPr="0025334A">
        <w:t>Datele</w:t>
      </w:r>
      <w:proofErr w:type="spellEnd"/>
      <w:r w:rsidRPr="0025334A">
        <w:t xml:space="preserve"> </w:t>
      </w:r>
      <w:proofErr w:type="spellStart"/>
      <w:r w:rsidRPr="0025334A">
        <w:t>medicale</w:t>
      </w:r>
      <w:proofErr w:type="spellEnd"/>
      <w:r w:rsidRPr="0025334A">
        <w:t xml:space="preserve"> </w:t>
      </w:r>
      <w:proofErr w:type="spellStart"/>
      <w:r w:rsidRPr="0025334A">
        <w:t>comunicate</w:t>
      </w:r>
      <w:proofErr w:type="spellEnd"/>
      <w:r w:rsidRPr="0025334A">
        <w:t xml:space="preserve"> </w:t>
      </w:r>
      <w:proofErr w:type="spellStart"/>
      <w:r w:rsidRPr="0025334A">
        <w:t>vor</w:t>
      </w:r>
      <w:proofErr w:type="spellEnd"/>
      <w:r w:rsidRPr="0025334A">
        <w:t xml:space="preserve"> fi </w:t>
      </w:r>
      <w:proofErr w:type="spellStart"/>
      <w:r w:rsidRPr="0025334A">
        <w:t>limitate</w:t>
      </w:r>
      <w:proofErr w:type="spellEnd"/>
      <w:r w:rsidRPr="0025334A">
        <w:t xml:space="preserve"> la  </w:t>
      </w:r>
      <w:proofErr w:type="spellStart"/>
      <w:r w:rsidRPr="0025334A">
        <w:t>informațiile</w:t>
      </w:r>
      <w:proofErr w:type="spellEnd"/>
      <w:r w:rsidRPr="0025334A">
        <w:t xml:space="preserve"> strict </w:t>
      </w:r>
      <w:proofErr w:type="spellStart"/>
      <w:r w:rsidRPr="0025334A">
        <w:t>necesare</w:t>
      </w:r>
      <w:proofErr w:type="spellEnd"/>
      <w:r w:rsidRPr="0025334A">
        <w:t xml:space="preserve"> </w:t>
      </w:r>
      <w:proofErr w:type="spellStart"/>
      <w:r w:rsidRPr="0025334A">
        <w:t>prestării</w:t>
      </w:r>
      <w:proofErr w:type="spellEnd"/>
      <w:r w:rsidRPr="0025334A">
        <w:t xml:space="preserve"> </w:t>
      </w:r>
      <w:proofErr w:type="spellStart"/>
      <w:r w:rsidRPr="0025334A">
        <w:t>corecte</w:t>
      </w:r>
      <w:proofErr w:type="spellEnd"/>
      <w:r w:rsidRPr="0025334A">
        <w:t>.</w:t>
      </w:r>
    </w:p>
    <w:p w14:paraId="236D6CCA" w14:textId="77777777" w:rsidR="0025334A" w:rsidRPr="0025334A" w:rsidRDefault="0025334A" w:rsidP="0025334A">
      <w:pPr>
        <w:spacing w:after="50" w:line="247" w:lineRule="auto"/>
      </w:pPr>
      <w:proofErr w:type="spellStart"/>
      <w:r w:rsidRPr="0025334A">
        <w:t>Prestatorul</w:t>
      </w:r>
      <w:proofErr w:type="spellEnd"/>
      <w:r w:rsidRPr="0025334A">
        <w:t xml:space="preserve"> </w:t>
      </w:r>
      <w:proofErr w:type="spellStart"/>
      <w:r w:rsidRPr="0025334A">
        <w:t>confirmă</w:t>
      </w:r>
      <w:proofErr w:type="spellEnd"/>
      <w:r w:rsidRPr="0025334A">
        <w:t xml:space="preserve"> </w:t>
      </w:r>
      <w:proofErr w:type="spellStart"/>
      <w:r w:rsidRPr="0025334A">
        <w:t>primirea</w:t>
      </w:r>
      <w:proofErr w:type="spellEnd"/>
      <w:r w:rsidRPr="0025334A">
        <w:t xml:space="preserve"> </w:t>
      </w:r>
      <w:proofErr w:type="spellStart"/>
      <w:r w:rsidRPr="0025334A">
        <w:t>comenzii</w:t>
      </w:r>
      <w:proofErr w:type="spellEnd"/>
      <w:r w:rsidRPr="0025334A">
        <w:t xml:space="preserve"> </w:t>
      </w:r>
      <w:proofErr w:type="spellStart"/>
      <w:r w:rsidRPr="0025334A">
        <w:t>și</w:t>
      </w:r>
      <w:proofErr w:type="spellEnd"/>
      <w:r w:rsidRPr="0025334A">
        <w:t xml:space="preserve"> </w:t>
      </w:r>
      <w:proofErr w:type="spellStart"/>
      <w:r w:rsidRPr="0025334A">
        <w:t>clarifică</w:t>
      </w:r>
      <w:proofErr w:type="spellEnd"/>
      <w:r w:rsidRPr="0025334A">
        <w:t xml:space="preserve"> </w:t>
      </w:r>
      <w:proofErr w:type="spellStart"/>
      <w:r w:rsidRPr="0025334A">
        <w:t>imediat</w:t>
      </w:r>
      <w:proofErr w:type="spellEnd"/>
      <w:r w:rsidRPr="0025334A">
        <w:t xml:space="preserve"> </w:t>
      </w:r>
      <w:proofErr w:type="spellStart"/>
      <w:r w:rsidRPr="0025334A">
        <w:t>orice</w:t>
      </w:r>
      <w:proofErr w:type="spellEnd"/>
      <w:r w:rsidRPr="0025334A">
        <w:t xml:space="preserve"> </w:t>
      </w:r>
      <w:proofErr w:type="spellStart"/>
      <w:r w:rsidRPr="0025334A">
        <w:t>informație</w:t>
      </w:r>
      <w:proofErr w:type="spellEnd"/>
      <w:r w:rsidRPr="0025334A">
        <w:t xml:space="preserve"> </w:t>
      </w:r>
      <w:proofErr w:type="spellStart"/>
      <w:r w:rsidRPr="0025334A">
        <w:t>incompletă</w:t>
      </w:r>
      <w:proofErr w:type="spellEnd"/>
      <w:r w:rsidRPr="0025334A">
        <w:t xml:space="preserve">. </w:t>
      </w:r>
      <w:proofErr w:type="spellStart"/>
      <w:r w:rsidRPr="0025334A">
        <w:t>Modificările</w:t>
      </w:r>
      <w:proofErr w:type="spellEnd"/>
      <w:r w:rsidRPr="0025334A">
        <w:t xml:space="preserve"> </w:t>
      </w:r>
      <w:proofErr w:type="spellStart"/>
      <w:r w:rsidRPr="0025334A">
        <w:t>ulterioare</w:t>
      </w:r>
      <w:proofErr w:type="spellEnd"/>
      <w:r w:rsidRPr="0025334A">
        <w:t xml:space="preserve"> se </w:t>
      </w:r>
      <w:proofErr w:type="spellStart"/>
      <w:r w:rsidRPr="0025334A">
        <w:t>confirmă</w:t>
      </w:r>
      <w:proofErr w:type="spellEnd"/>
      <w:r w:rsidRPr="0025334A">
        <w:t xml:space="preserve"> </w:t>
      </w:r>
      <w:proofErr w:type="spellStart"/>
      <w:r w:rsidRPr="0025334A">
        <w:t>în</w:t>
      </w:r>
      <w:proofErr w:type="spellEnd"/>
      <w:r w:rsidRPr="0025334A">
        <w:t xml:space="preserve"> </w:t>
      </w:r>
      <w:proofErr w:type="spellStart"/>
      <w:r w:rsidRPr="0025334A">
        <w:t>scris</w:t>
      </w:r>
      <w:proofErr w:type="spellEnd"/>
      <w:r w:rsidRPr="0025334A">
        <w:t xml:space="preserve">. </w:t>
      </w:r>
      <w:proofErr w:type="spellStart"/>
      <w:r w:rsidRPr="0025334A">
        <w:t>În</w:t>
      </w:r>
      <w:proofErr w:type="spellEnd"/>
      <w:r w:rsidRPr="0025334A">
        <w:t xml:space="preserve"> </w:t>
      </w:r>
      <w:proofErr w:type="spellStart"/>
      <w:r w:rsidRPr="0025334A">
        <w:t>situații</w:t>
      </w:r>
      <w:proofErr w:type="spellEnd"/>
      <w:r w:rsidRPr="0025334A">
        <w:t xml:space="preserve"> </w:t>
      </w:r>
      <w:proofErr w:type="spellStart"/>
      <w:r w:rsidRPr="0025334A">
        <w:t>urgente</w:t>
      </w:r>
      <w:proofErr w:type="spellEnd"/>
      <w:r w:rsidRPr="0025334A">
        <w:t xml:space="preserve">, </w:t>
      </w:r>
      <w:proofErr w:type="spellStart"/>
      <w:r w:rsidRPr="0025334A">
        <w:t>comunicarea</w:t>
      </w:r>
      <w:proofErr w:type="spellEnd"/>
      <w:r w:rsidRPr="0025334A">
        <w:t xml:space="preserve"> se </w:t>
      </w:r>
      <w:proofErr w:type="spellStart"/>
      <w:r w:rsidRPr="0025334A">
        <w:t>poate</w:t>
      </w:r>
      <w:proofErr w:type="spellEnd"/>
      <w:r w:rsidRPr="0025334A">
        <w:t xml:space="preserve"> </w:t>
      </w:r>
      <w:proofErr w:type="spellStart"/>
      <w:r w:rsidRPr="0025334A">
        <w:t>realiza</w:t>
      </w:r>
      <w:proofErr w:type="spellEnd"/>
      <w:r w:rsidRPr="0025334A">
        <w:t xml:space="preserve"> </w:t>
      </w:r>
      <w:proofErr w:type="spellStart"/>
      <w:r w:rsidRPr="0025334A">
        <w:t>telefonic</w:t>
      </w:r>
      <w:proofErr w:type="spellEnd"/>
      <w:r w:rsidRPr="0025334A">
        <w:t xml:space="preserve"> </w:t>
      </w:r>
      <w:proofErr w:type="spellStart"/>
      <w:r w:rsidRPr="0025334A">
        <w:t>și</w:t>
      </w:r>
      <w:proofErr w:type="spellEnd"/>
      <w:r w:rsidRPr="0025334A">
        <w:t xml:space="preserve"> se </w:t>
      </w:r>
      <w:proofErr w:type="spellStart"/>
      <w:r w:rsidRPr="0025334A">
        <w:t>consemnează</w:t>
      </w:r>
      <w:proofErr w:type="spellEnd"/>
      <w:r w:rsidRPr="0025334A">
        <w:t xml:space="preserve"> ulterior </w:t>
      </w:r>
      <w:proofErr w:type="spellStart"/>
      <w:r w:rsidRPr="0025334A">
        <w:t>în</w:t>
      </w:r>
      <w:proofErr w:type="spellEnd"/>
      <w:r w:rsidRPr="0025334A">
        <w:t xml:space="preserve"> </w:t>
      </w:r>
      <w:proofErr w:type="spellStart"/>
      <w:r w:rsidRPr="0025334A">
        <w:t>scris</w:t>
      </w:r>
      <w:proofErr w:type="spellEnd"/>
      <w:r w:rsidRPr="0025334A">
        <w:t xml:space="preserve">, </w:t>
      </w:r>
      <w:proofErr w:type="spellStart"/>
      <w:r w:rsidRPr="0025334A">
        <w:t>astfel</w:t>
      </w:r>
      <w:proofErr w:type="spellEnd"/>
      <w:r w:rsidRPr="0025334A">
        <w:t xml:space="preserve"> </w:t>
      </w:r>
      <w:proofErr w:type="spellStart"/>
      <w:r w:rsidRPr="0025334A">
        <w:t>încât</w:t>
      </w:r>
      <w:proofErr w:type="spellEnd"/>
      <w:r w:rsidRPr="0025334A">
        <w:t xml:space="preserve"> </w:t>
      </w:r>
      <w:proofErr w:type="spellStart"/>
      <w:r w:rsidRPr="0025334A">
        <w:t>numărul</w:t>
      </w:r>
      <w:proofErr w:type="spellEnd"/>
      <w:r w:rsidRPr="0025334A">
        <w:t xml:space="preserve"> de </w:t>
      </w:r>
      <w:proofErr w:type="spellStart"/>
      <w:r w:rsidRPr="0025334A">
        <w:t>porții</w:t>
      </w:r>
      <w:proofErr w:type="spellEnd"/>
      <w:r w:rsidRPr="0025334A">
        <w:t xml:space="preserve"> </w:t>
      </w:r>
      <w:proofErr w:type="spellStart"/>
      <w:r w:rsidRPr="0025334A">
        <w:t>și</w:t>
      </w:r>
      <w:proofErr w:type="spellEnd"/>
      <w:r w:rsidRPr="0025334A">
        <w:t xml:space="preserve"> </w:t>
      </w:r>
      <w:proofErr w:type="spellStart"/>
      <w:r w:rsidRPr="0025334A">
        <w:t>cerințele</w:t>
      </w:r>
      <w:proofErr w:type="spellEnd"/>
      <w:r w:rsidRPr="0025334A">
        <w:t xml:space="preserve"> </w:t>
      </w:r>
      <w:proofErr w:type="spellStart"/>
      <w:r w:rsidRPr="0025334A">
        <w:t>speciale</w:t>
      </w:r>
      <w:proofErr w:type="spellEnd"/>
      <w:r w:rsidRPr="0025334A">
        <w:t xml:space="preserve"> </w:t>
      </w:r>
      <w:proofErr w:type="spellStart"/>
      <w:r w:rsidRPr="0025334A">
        <w:t>să</w:t>
      </w:r>
      <w:proofErr w:type="spellEnd"/>
      <w:r w:rsidRPr="0025334A">
        <w:t xml:space="preserve"> </w:t>
      </w:r>
      <w:proofErr w:type="spellStart"/>
      <w:r w:rsidRPr="0025334A">
        <w:t>poată</w:t>
      </w:r>
      <w:proofErr w:type="spellEnd"/>
      <w:r w:rsidRPr="0025334A">
        <w:t xml:space="preserve"> fi </w:t>
      </w:r>
      <w:proofErr w:type="spellStart"/>
      <w:r w:rsidRPr="0025334A">
        <w:t>reconstituite</w:t>
      </w:r>
      <w:proofErr w:type="spellEnd"/>
      <w:r w:rsidRPr="0025334A">
        <w:t>.</w:t>
      </w:r>
    </w:p>
    <w:p w14:paraId="1239FC42" w14:textId="52C4A744" w:rsidR="0025334A" w:rsidRPr="0025334A" w:rsidRDefault="0025334A" w:rsidP="0025334A">
      <w:pPr>
        <w:spacing w:after="50" w:line="247" w:lineRule="auto"/>
      </w:pPr>
      <w:proofErr w:type="spellStart"/>
      <w:r w:rsidRPr="0025334A">
        <w:t>Termenul</w:t>
      </w:r>
      <w:proofErr w:type="spellEnd"/>
      <w:r w:rsidRPr="0025334A">
        <w:t xml:space="preserve"> </w:t>
      </w:r>
      <w:proofErr w:type="spellStart"/>
      <w:r w:rsidRPr="0025334A">
        <w:t>și</w:t>
      </w:r>
      <w:proofErr w:type="spellEnd"/>
      <w:r w:rsidRPr="0025334A">
        <w:t xml:space="preserve"> </w:t>
      </w:r>
      <w:proofErr w:type="spellStart"/>
      <w:r w:rsidRPr="0025334A">
        <w:t>ora</w:t>
      </w:r>
      <w:proofErr w:type="spellEnd"/>
      <w:r w:rsidRPr="0025334A">
        <w:t xml:space="preserve"> de </w:t>
      </w:r>
      <w:proofErr w:type="spellStart"/>
      <w:r w:rsidRPr="0025334A">
        <w:t>transmitere</w:t>
      </w:r>
      <w:proofErr w:type="spellEnd"/>
      <w:r w:rsidRPr="0025334A">
        <w:t xml:space="preserve"> a </w:t>
      </w:r>
      <w:proofErr w:type="spellStart"/>
      <w:r w:rsidRPr="0025334A">
        <w:t>comenzii</w:t>
      </w:r>
      <w:proofErr w:type="spellEnd"/>
      <w:r w:rsidRPr="0025334A">
        <w:t xml:space="preserve">: </w:t>
      </w:r>
      <w:proofErr w:type="spellStart"/>
      <w:r w:rsidRPr="0025334A">
        <w:rPr>
          <w:b/>
          <w:bCs/>
        </w:rPr>
        <w:t>până</w:t>
      </w:r>
      <w:proofErr w:type="spellEnd"/>
      <w:r w:rsidRPr="0025334A">
        <w:rPr>
          <w:b/>
          <w:bCs/>
        </w:rPr>
        <w:t xml:space="preserve"> la </w:t>
      </w:r>
      <w:proofErr w:type="spellStart"/>
      <w:r w:rsidRPr="0025334A">
        <w:rPr>
          <w:b/>
          <w:bCs/>
        </w:rPr>
        <w:t>ora</w:t>
      </w:r>
      <w:proofErr w:type="spellEnd"/>
      <w:r w:rsidRPr="0025334A">
        <w:rPr>
          <w:b/>
          <w:bCs/>
        </w:rPr>
        <w:t xml:space="preserve"> 12:00 </w:t>
      </w:r>
      <w:proofErr w:type="spellStart"/>
      <w:r w:rsidRPr="0025334A">
        <w:rPr>
          <w:b/>
          <w:bCs/>
        </w:rPr>
        <w:t>pentru</w:t>
      </w:r>
      <w:proofErr w:type="spellEnd"/>
      <w:r w:rsidRPr="0025334A">
        <w:rPr>
          <w:b/>
          <w:bCs/>
        </w:rPr>
        <w:t xml:space="preserve"> </w:t>
      </w:r>
      <w:proofErr w:type="spellStart"/>
      <w:r w:rsidRPr="0025334A">
        <w:rPr>
          <w:b/>
          <w:bCs/>
        </w:rPr>
        <w:t>ziua</w:t>
      </w:r>
      <w:proofErr w:type="spellEnd"/>
      <w:r w:rsidRPr="0025334A">
        <w:rPr>
          <w:b/>
          <w:bCs/>
        </w:rPr>
        <w:t xml:space="preserve"> </w:t>
      </w:r>
      <w:proofErr w:type="spellStart"/>
      <w:r w:rsidRPr="0025334A">
        <w:rPr>
          <w:b/>
          <w:bCs/>
        </w:rPr>
        <w:t>urmatoare</w:t>
      </w:r>
      <w:proofErr w:type="spellEnd"/>
      <w:r w:rsidRPr="0025334A">
        <w:t xml:space="preserve">.  </w:t>
      </w:r>
      <w:proofErr w:type="spellStart"/>
      <w:r w:rsidRPr="0025334A">
        <w:t>După</w:t>
      </w:r>
      <w:proofErr w:type="spellEnd"/>
      <w:r w:rsidRPr="0025334A">
        <w:t xml:space="preserve"> </w:t>
      </w:r>
      <w:proofErr w:type="spellStart"/>
      <w:r w:rsidRPr="0025334A">
        <w:t>ora</w:t>
      </w:r>
      <w:proofErr w:type="spellEnd"/>
      <w:r w:rsidRPr="0025334A">
        <w:t xml:space="preserve"> 12:00, </w:t>
      </w:r>
      <w:proofErr w:type="spellStart"/>
      <w:r w:rsidRPr="0025334A">
        <w:t>modificările</w:t>
      </w:r>
      <w:proofErr w:type="spellEnd"/>
      <w:r w:rsidRPr="0025334A">
        <w:t xml:space="preserve"> pot fi </w:t>
      </w:r>
      <w:proofErr w:type="spellStart"/>
      <w:r w:rsidRPr="0025334A">
        <w:t>comunicate</w:t>
      </w:r>
      <w:proofErr w:type="spellEnd"/>
      <w:r w:rsidRPr="0025334A">
        <w:t xml:space="preserve"> </w:t>
      </w:r>
      <w:proofErr w:type="spellStart"/>
      <w:r w:rsidRPr="0025334A">
        <w:t>telefonic</w:t>
      </w:r>
      <w:proofErr w:type="spellEnd"/>
      <w:r w:rsidRPr="0025334A">
        <w:t xml:space="preserve">, </w:t>
      </w:r>
      <w:proofErr w:type="spellStart"/>
      <w:r w:rsidRPr="0025334A">
        <w:t>urmând</w:t>
      </w:r>
      <w:proofErr w:type="spellEnd"/>
      <w:r w:rsidRPr="0025334A">
        <w:t xml:space="preserve"> a fi </w:t>
      </w:r>
      <w:proofErr w:type="spellStart"/>
      <w:r w:rsidRPr="0025334A">
        <w:t>confirmate</w:t>
      </w:r>
      <w:proofErr w:type="spellEnd"/>
      <w:r w:rsidRPr="0025334A">
        <w:t xml:space="preserve"> </w:t>
      </w:r>
      <w:proofErr w:type="spellStart"/>
      <w:r w:rsidRPr="0025334A">
        <w:t>în</w:t>
      </w:r>
      <w:proofErr w:type="spellEnd"/>
      <w:r w:rsidRPr="0025334A">
        <w:t xml:space="preserve"> </w:t>
      </w:r>
      <w:proofErr w:type="spellStart"/>
      <w:r w:rsidRPr="0025334A">
        <w:t>scris</w:t>
      </w:r>
      <w:proofErr w:type="spellEnd"/>
      <w:r w:rsidRPr="0025334A">
        <w:t xml:space="preserve"> </w:t>
      </w:r>
      <w:proofErr w:type="spellStart"/>
      <w:r w:rsidRPr="0025334A">
        <w:t>în</w:t>
      </w:r>
      <w:proofErr w:type="spellEnd"/>
      <w:r w:rsidRPr="0025334A">
        <w:t xml:space="preserve"> </w:t>
      </w:r>
      <w:proofErr w:type="spellStart"/>
      <w:r w:rsidRPr="0025334A">
        <w:t>ziua</w:t>
      </w:r>
      <w:proofErr w:type="spellEnd"/>
      <w:r w:rsidRPr="0025334A">
        <w:t xml:space="preserve"> </w:t>
      </w:r>
      <w:proofErr w:type="spellStart"/>
      <w:r w:rsidRPr="0025334A">
        <w:t>următoare</w:t>
      </w:r>
      <w:proofErr w:type="spellEnd"/>
      <w:r w:rsidRPr="0025334A">
        <w:t xml:space="preserve"> de </w:t>
      </w:r>
      <w:proofErr w:type="spellStart"/>
      <w:r w:rsidRPr="0025334A">
        <w:t>către</w:t>
      </w:r>
      <w:proofErr w:type="spellEnd"/>
      <w:r w:rsidRPr="0025334A">
        <w:t xml:space="preserve"> </w:t>
      </w:r>
      <w:proofErr w:type="spellStart"/>
      <w:r w:rsidRPr="0025334A">
        <w:t>șeful</w:t>
      </w:r>
      <w:proofErr w:type="spellEnd"/>
      <w:r w:rsidRPr="0025334A">
        <w:t xml:space="preserve"> </w:t>
      </w:r>
      <w:proofErr w:type="spellStart"/>
      <w:r w:rsidRPr="0025334A">
        <w:t>centrului</w:t>
      </w:r>
      <w:proofErr w:type="spellEnd"/>
      <w:r w:rsidRPr="0025334A">
        <w:t xml:space="preserve"> </w:t>
      </w:r>
      <w:proofErr w:type="spellStart"/>
      <w:r w:rsidRPr="0025334A">
        <w:t>sau</w:t>
      </w:r>
      <w:proofErr w:type="spellEnd"/>
      <w:r w:rsidRPr="0025334A">
        <w:t xml:space="preserve"> </w:t>
      </w:r>
      <w:proofErr w:type="spellStart"/>
      <w:r w:rsidRPr="0025334A">
        <w:t>persoana</w:t>
      </w:r>
      <w:proofErr w:type="spellEnd"/>
      <w:r w:rsidRPr="0025334A">
        <w:t xml:space="preserve"> </w:t>
      </w:r>
      <w:proofErr w:type="spellStart"/>
      <w:r w:rsidRPr="0025334A">
        <w:t>desemnată</w:t>
      </w:r>
      <w:proofErr w:type="spellEnd"/>
      <w:r w:rsidRPr="0025334A">
        <w:t>.</w:t>
      </w:r>
    </w:p>
    <w:p w14:paraId="558F2C71" w14:textId="77777777" w:rsidR="0025334A" w:rsidRPr="0025334A" w:rsidRDefault="0025334A" w:rsidP="0025334A">
      <w:pPr>
        <w:spacing w:after="50" w:line="247" w:lineRule="auto"/>
      </w:pPr>
      <w:proofErr w:type="spellStart"/>
      <w:r w:rsidRPr="0025334A">
        <w:t>Pentru</w:t>
      </w:r>
      <w:proofErr w:type="spellEnd"/>
      <w:r w:rsidRPr="0025334A">
        <w:t xml:space="preserve"> </w:t>
      </w:r>
      <w:proofErr w:type="spellStart"/>
      <w:r w:rsidRPr="0025334A">
        <w:t>Centrele</w:t>
      </w:r>
      <w:proofErr w:type="spellEnd"/>
      <w:r w:rsidRPr="0025334A">
        <w:t xml:space="preserve"> Maternal </w:t>
      </w:r>
      <w:proofErr w:type="spellStart"/>
      <w:r w:rsidRPr="0025334A">
        <w:t>și</w:t>
      </w:r>
      <w:proofErr w:type="spellEnd"/>
      <w:r w:rsidRPr="0025334A">
        <w:t xml:space="preserve"> Artemis, </w:t>
      </w:r>
      <w:proofErr w:type="spellStart"/>
      <w:r w:rsidRPr="0025334A">
        <w:t>având</w:t>
      </w:r>
      <w:proofErr w:type="spellEnd"/>
      <w:r w:rsidRPr="0025334A">
        <w:t xml:space="preserve"> </w:t>
      </w:r>
      <w:proofErr w:type="spellStart"/>
      <w:r w:rsidRPr="0025334A">
        <w:t>în</w:t>
      </w:r>
      <w:proofErr w:type="spellEnd"/>
      <w:r w:rsidRPr="0025334A">
        <w:t xml:space="preserve"> </w:t>
      </w:r>
      <w:proofErr w:type="spellStart"/>
      <w:r w:rsidRPr="0025334A">
        <w:t>vedere</w:t>
      </w:r>
      <w:proofErr w:type="spellEnd"/>
      <w:r w:rsidRPr="0025334A">
        <w:t xml:space="preserve"> </w:t>
      </w:r>
      <w:proofErr w:type="spellStart"/>
      <w:r w:rsidRPr="0025334A">
        <w:t>fluctuația</w:t>
      </w:r>
      <w:proofErr w:type="spellEnd"/>
      <w:r w:rsidRPr="0025334A">
        <w:t xml:space="preserve"> </w:t>
      </w:r>
      <w:proofErr w:type="spellStart"/>
      <w:r w:rsidRPr="0025334A">
        <w:t>beneficiarilor</w:t>
      </w:r>
      <w:proofErr w:type="spellEnd"/>
      <w:r w:rsidRPr="0025334A">
        <w:t xml:space="preserve">, pot fi </w:t>
      </w:r>
      <w:proofErr w:type="spellStart"/>
      <w:r w:rsidRPr="0025334A">
        <w:t>comunicate</w:t>
      </w:r>
      <w:proofErr w:type="spellEnd"/>
      <w:r w:rsidRPr="0025334A">
        <w:t xml:space="preserve"> </w:t>
      </w:r>
      <w:proofErr w:type="spellStart"/>
      <w:r w:rsidRPr="0025334A">
        <w:t>completări</w:t>
      </w:r>
      <w:proofErr w:type="spellEnd"/>
      <w:r w:rsidRPr="0025334A">
        <w:t xml:space="preserve"> </w:t>
      </w:r>
      <w:proofErr w:type="spellStart"/>
      <w:r w:rsidRPr="0025334A">
        <w:t>sau</w:t>
      </w:r>
      <w:proofErr w:type="spellEnd"/>
      <w:r w:rsidRPr="0025334A">
        <w:t xml:space="preserve"> </w:t>
      </w:r>
      <w:proofErr w:type="spellStart"/>
      <w:r w:rsidRPr="0025334A">
        <w:t>diminuări</w:t>
      </w:r>
      <w:proofErr w:type="spellEnd"/>
      <w:r w:rsidRPr="0025334A">
        <w:t xml:space="preserve"> </w:t>
      </w:r>
      <w:proofErr w:type="spellStart"/>
      <w:r w:rsidRPr="0025334A">
        <w:t>în</w:t>
      </w:r>
      <w:proofErr w:type="spellEnd"/>
      <w:r w:rsidRPr="0025334A">
        <w:t xml:space="preserve"> </w:t>
      </w:r>
      <w:proofErr w:type="spellStart"/>
      <w:r w:rsidRPr="0025334A">
        <w:t>ziua</w:t>
      </w:r>
      <w:proofErr w:type="spellEnd"/>
      <w:r w:rsidRPr="0025334A">
        <w:t xml:space="preserve"> </w:t>
      </w:r>
      <w:proofErr w:type="spellStart"/>
      <w:r w:rsidRPr="0025334A">
        <w:t>prestării</w:t>
      </w:r>
      <w:proofErr w:type="spellEnd"/>
      <w:r w:rsidRPr="0025334A">
        <w:t xml:space="preserve"> </w:t>
      </w:r>
      <w:proofErr w:type="spellStart"/>
      <w:r w:rsidRPr="0025334A">
        <w:t>atunci</w:t>
      </w:r>
      <w:proofErr w:type="spellEnd"/>
      <w:r w:rsidRPr="0025334A">
        <w:t xml:space="preserve"> </w:t>
      </w:r>
      <w:proofErr w:type="spellStart"/>
      <w:r w:rsidRPr="0025334A">
        <w:t>când</w:t>
      </w:r>
      <w:proofErr w:type="spellEnd"/>
      <w:r w:rsidRPr="0025334A">
        <w:t xml:space="preserve"> </w:t>
      </w:r>
      <w:proofErr w:type="spellStart"/>
      <w:r w:rsidRPr="0025334A">
        <w:t>situația</w:t>
      </w:r>
      <w:proofErr w:type="spellEnd"/>
      <w:r w:rsidRPr="0025334A">
        <w:t xml:space="preserve"> </w:t>
      </w:r>
      <w:proofErr w:type="spellStart"/>
      <w:r w:rsidRPr="0025334A">
        <w:t>operativă</w:t>
      </w:r>
      <w:proofErr w:type="spellEnd"/>
      <w:r w:rsidRPr="0025334A">
        <w:t xml:space="preserve"> o </w:t>
      </w:r>
      <w:proofErr w:type="spellStart"/>
      <w:r w:rsidRPr="0025334A">
        <w:t>impune</w:t>
      </w:r>
      <w:proofErr w:type="spellEnd"/>
      <w:r w:rsidRPr="0025334A">
        <w:t xml:space="preserve">. </w:t>
      </w:r>
      <w:proofErr w:type="spellStart"/>
      <w:r w:rsidRPr="0025334A">
        <w:t>Prestatorul</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asigure</w:t>
      </w:r>
      <w:proofErr w:type="spellEnd"/>
      <w:r w:rsidRPr="0025334A">
        <w:t xml:space="preserve"> o capacitate </w:t>
      </w:r>
      <w:proofErr w:type="spellStart"/>
      <w:r w:rsidRPr="0025334A">
        <w:t>rezonabilă</w:t>
      </w:r>
      <w:proofErr w:type="spellEnd"/>
      <w:r w:rsidRPr="0025334A">
        <w:t xml:space="preserve"> de </w:t>
      </w:r>
      <w:proofErr w:type="spellStart"/>
      <w:r w:rsidRPr="0025334A">
        <w:t>adaptare</w:t>
      </w:r>
      <w:proofErr w:type="spellEnd"/>
      <w:r w:rsidRPr="0025334A">
        <w:t xml:space="preserve">, </w:t>
      </w:r>
      <w:proofErr w:type="spellStart"/>
      <w:r w:rsidRPr="0025334A">
        <w:t>în</w:t>
      </w:r>
      <w:proofErr w:type="spellEnd"/>
      <w:r w:rsidRPr="0025334A">
        <w:t xml:space="preserve"> </w:t>
      </w:r>
      <w:proofErr w:type="spellStart"/>
      <w:r w:rsidRPr="0025334A">
        <w:t>limita</w:t>
      </w:r>
      <w:proofErr w:type="spellEnd"/>
      <w:r w:rsidRPr="0025334A">
        <w:t xml:space="preserve"> </w:t>
      </w:r>
      <w:proofErr w:type="spellStart"/>
      <w:r w:rsidRPr="0025334A">
        <w:t>resurselor</w:t>
      </w:r>
      <w:proofErr w:type="spellEnd"/>
      <w:r w:rsidRPr="0025334A">
        <w:t xml:space="preserve"> </w:t>
      </w:r>
      <w:proofErr w:type="spellStart"/>
      <w:r w:rsidRPr="0025334A">
        <w:t>planificate</w:t>
      </w:r>
      <w:proofErr w:type="spellEnd"/>
      <w:r w:rsidRPr="0025334A">
        <w:t xml:space="preserve"> </w:t>
      </w:r>
      <w:proofErr w:type="spellStart"/>
      <w:r w:rsidRPr="0025334A">
        <w:t>și</w:t>
      </w:r>
      <w:proofErr w:type="spellEnd"/>
      <w:r w:rsidRPr="0025334A">
        <w:t xml:space="preserve"> </w:t>
      </w:r>
      <w:proofErr w:type="spellStart"/>
      <w:r w:rsidRPr="0025334A">
        <w:t>fără</w:t>
      </w:r>
      <w:proofErr w:type="spellEnd"/>
      <w:r w:rsidRPr="0025334A">
        <w:t xml:space="preserve"> </w:t>
      </w:r>
      <w:proofErr w:type="spellStart"/>
      <w:r w:rsidRPr="0025334A">
        <w:t>afectarea</w:t>
      </w:r>
      <w:proofErr w:type="spellEnd"/>
      <w:r w:rsidRPr="0025334A">
        <w:t xml:space="preserve"> </w:t>
      </w:r>
      <w:proofErr w:type="spellStart"/>
      <w:r w:rsidRPr="0025334A">
        <w:t>siguranței</w:t>
      </w:r>
      <w:proofErr w:type="spellEnd"/>
      <w:r w:rsidRPr="0025334A">
        <w:t xml:space="preserve"> </w:t>
      </w:r>
      <w:proofErr w:type="spellStart"/>
      <w:r w:rsidRPr="0025334A">
        <w:t>alimentare</w:t>
      </w:r>
      <w:proofErr w:type="spellEnd"/>
      <w:r w:rsidRPr="0025334A">
        <w:t>.</w:t>
      </w:r>
    </w:p>
    <w:p w14:paraId="736C0648" w14:textId="77777777" w:rsidR="0025334A" w:rsidRPr="0025334A" w:rsidRDefault="0025334A" w:rsidP="0025334A">
      <w:pPr>
        <w:spacing w:after="50" w:line="247" w:lineRule="auto"/>
        <w:rPr>
          <w:lang w:val="fr-FR"/>
        </w:rPr>
      </w:pPr>
    </w:p>
    <w:p w14:paraId="10CF54DF" w14:textId="77777777" w:rsidR="0025334A" w:rsidRPr="0025334A" w:rsidRDefault="0025334A" w:rsidP="0025334A">
      <w:pPr>
        <w:spacing w:after="50" w:line="247" w:lineRule="auto"/>
      </w:pPr>
      <w:proofErr w:type="spellStart"/>
      <w:r w:rsidRPr="0025334A">
        <w:t>Prestatorul</w:t>
      </w:r>
      <w:proofErr w:type="spellEnd"/>
      <w:r w:rsidRPr="0025334A">
        <w:t xml:space="preserve"> </w:t>
      </w:r>
      <w:proofErr w:type="spellStart"/>
      <w:r w:rsidRPr="0025334A">
        <w:t>confirmă</w:t>
      </w:r>
      <w:proofErr w:type="spellEnd"/>
      <w:r w:rsidRPr="0025334A">
        <w:t xml:space="preserve"> </w:t>
      </w:r>
      <w:proofErr w:type="spellStart"/>
      <w:r w:rsidRPr="0025334A">
        <w:t>comanda</w:t>
      </w:r>
      <w:proofErr w:type="spellEnd"/>
      <w:r w:rsidRPr="0025334A">
        <w:t xml:space="preserve"> </w:t>
      </w:r>
      <w:proofErr w:type="spellStart"/>
      <w:r w:rsidRPr="0025334A">
        <w:t>și</w:t>
      </w:r>
      <w:proofErr w:type="spellEnd"/>
      <w:r w:rsidRPr="0025334A">
        <w:t xml:space="preserve"> </w:t>
      </w:r>
      <w:proofErr w:type="spellStart"/>
      <w:r w:rsidRPr="0025334A">
        <w:t>semnalează</w:t>
      </w:r>
      <w:proofErr w:type="spellEnd"/>
      <w:r w:rsidRPr="0025334A">
        <w:t xml:space="preserve"> </w:t>
      </w:r>
      <w:proofErr w:type="spellStart"/>
      <w:r w:rsidRPr="0025334A">
        <w:t>imediat</w:t>
      </w:r>
      <w:proofErr w:type="spellEnd"/>
      <w:r w:rsidRPr="0025334A">
        <w:t xml:space="preserve"> </w:t>
      </w:r>
      <w:proofErr w:type="spellStart"/>
      <w:r w:rsidRPr="0025334A">
        <w:t>orice</w:t>
      </w:r>
      <w:proofErr w:type="spellEnd"/>
      <w:r w:rsidRPr="0025334A">
        <w:t xml:space="preserve"> </w:t>
      </w:r>
      <w:proofErr w:type="spellStart"/>
      <w:r w:rsidRPr="0025334A">
        <w:t>neclaritate</w:t>
      </w:r>
      <w:proofErr w:type="spellEnd"/>
      <w:r w:rsidRPr="0025334A">
        <w:t xml:space="preserve">. </w:t>
      </w:r>
      <w:proofErr w:type="spellStart"/>
      <w:r w:rsidRPr="0025334A">
        <w:t>Lipsa</w:t>
      </w:r>
      <w:proofErr w:type="spellEnd"/>
      <w:r w:rsidRPr="0025334A">
        <w:t xml:space="preserve"> </w:t>
      </w:r>
      <w:proofErr w:type="spellStart"/>
      <w:r w:rsidRPr="0025334A">
        <w:t>confirmării</w:t>
      </w:r>
      <w:proofErr w:type="spellEnd"/>
      <w:r w:rsidRPr="0025334A">
        <w:t xml:space="preserve"> nu </w:t>
      </w:r>
      <w:proofErr w:type="spellStart"/>
      <w:r w:rsidRPr="0025334A">
        <w:t>îl</w:t>
      </w:r>
      <w:proofErr w:type="spellEnd"/>
      <w:r w:rsidRPr="0025334A">
        <w:t xml:space="preserve"> </w:t>
      </w:r>
      <w:proofErr w:type="spellStart"/>
      <w:r w:rsidRPr="0025334A">
        <w:t>îndreptățește</w:t>
      </w:r>
      <w:proofErr w:type="spellEnd"/>
      <w:r w:rsidRPr="0025334A">
        <w:t xml:space="preserve"> </w:t>
      </w:r>
      <w:proofErr w:type="spellStart"/>
      <w:r w:rsidRPr="0025334A">
        <w:t>să</w:t>
      </w:r>
      <w:proofErr w:type="spellEnd"/>
      <w:r w:rsidRPr="0025334A">
        <w:t xml:space="preserve"> </w:t>
      </w:r>
      <w:proofErr w:type="spellStart"/>
      <w:r w:rsidRPr="0025334A">
        <w:t>presupună</w:t>
      </w:r>
      <w:proofErr w:type="spellEnd"/>
      <w:r w:rsidRPr="0025334A">
        <w:t xml:space="preserve"> un </w:t>
      </w:r>
      <w:proofErr w:type="spellStart"/>
      <w:r w:rsidRPr="0025334A">
        <w:t>număr</w:t>
      </w:r>
      <w:proofErr w:type="spellEnd"/>
      <w:r w:rsidRPr="0025334A">
        <w:t xml:space="preserve"> de </w:t>
      </w:r>
      <w:proofErr w:type="spellStart"/>
      <w:r w:rsidRPr="0025334A">
        <w:t>porții</w:t>
      </w:r>
      <w:proofErr w:type="spellEnd"/>
      <w:r w:rsidRPr="0025334A">
        <w:t xml:space="preserve"> </w:t>
      </w:r>
      <w:proofErr w:type="spellStart"/>
      <w:r w:rsidRPr="0025334A">
        <w:t>diferit</w:t>
      </w:r>
      <w:proofErr w:type="spellEnd"/>
      <w:r w:rsidRPr="0025334A">
        <w:t xml:space="preserve"> de cel </w:t>
      </w:r>
      <w:proofErr w:type="spellStart"/>
      <w:r w:rsidRPr="0025334A">
        <w:t>comunicat</w:t>
      </w:r>
      <w:proofErr w:type="spellEnd"/>
      <w:r w:rsidRPr="0025334A">
        <w:t xml:space="preserve">. </w:t>
      </w:r>
      <w:proofErr w:type="spellStart"/>
      <w:r w:rsidRPr="0025334A">
        <w:t>Dacă</w:t>
      </w:r>
      <w:proofErr w:type="spellEnd"/>
      <w:r w:rsidRPr="0025334A">
        <w:t xml:space="preserve"> </w:t>
      </w:r>
      <w:proofErr w:type="spellStart"/>
      <w:r w:rsidRPr="0025334A">
        <w:t>există</w:t>
      </w:r>
      <w:proofErr w:type="spellEnd"/>
      <w:r w:rsidRPr="0025334A">
        <w:t xml:space="preserve"> </w:t>
      </w:r>
      <w:proofErr w:type="spellStart"/>
      <w:r w:rsidRPr="0025334A">
        <w:t>contradicții</w:t>
      </w:r>
      <w:proofErr w:type="spellEnd"/>
      <w:r w:rsidRPr="0025334A">
        <w:t xml:space="preserve"> </w:t>
      </w:r>
      <w:proofErr w:type="spellStart"/>
      <w:r w:rsidRPr="0025334A">
        <w:t>între</w:t>
      </w:r>
      <w:proofErr w:type="spellEnd"/>
      <w:r w:rsidRPr="0025334A">
        <w:t xml:space="preserve"> </w:t>
      </w:r>
      <w:proofErr w:type="spellStart"/>
      <w:r w:rsidRPr="0025334A">
        <w:t>mesajele</w:t>
      </w:r>
      <w:proofErr w:type="spellEnd"/>
      <w:r w:rsidRPr="0025334A">
        <w:t xml:space="preserve"> </w:t>
      </w:r>
      <w:proofErr w:type="spellStart"/>
      <w:r w:rsidRPr="0025334A">
        <w:t>succesive</w:t>
      </w:r>
      <w:proofErr w:type="spellEnd"/>
      <w:r w:rsidRPr="0025334A">
        <w:t xml:space="preserve">, se </w:t>
      </w:r>
      <w:proofErr w:type="spellStart"/>
      <w:r w:rsidRPr="0025334A">
        <w:t>aplică</w:t>
      </w:r>
      <w:proofErr w:type="spellEnd"/>
      <w:r w:rsidRPr="0025334A">
        <w:t xml:space="preserve"> ultima </w:t>
      </w:r>
      <w:proofErr w:type="spellStart"/>
      <w:r w:rsidRPr="0025334A">
        <w:t>comandă</w:t>
      </w:r>
      <w:proofErr w:type="spellEnd"/>
      <w:r w:rsidRPr="0025334A">
        <w:t xml:space="preserve"> </w:t>
      </w:r>
      <w:proofErr w:type="spellStart"/>
      <w:r w:rsidRPr="0025334A">
        <w:t>validată</w:t>
      </w:r>
      <w:proofErr w:type="spellEnd"/>
      <w:r w:rsidRPr="0025334A">
        <w:t xml:space="preserve"> de </w:t>
      </w:r>
      <w:proofErr w:type="spellStart"/>
      <w:r w:rsidRPr="0025334A">
        <w:t>persoana</w:t>
      </w:r>
      <w:proofErr w:type="spellEnd"/>
      <w:r w:rsidRPr="0025334A">
        <w:t xml:space="preserve"> </w:t>
      </w:r>
      <w:proofErr w:type="spellStart"/>
      <w:r w:rsidRPr="0025334A">
        <w:t>autorizată</w:t>
      </w:r>
      <w:proofErr w:type="spellEnd"/>
      <w:r w:rsidRPr="0025334A">
        <w:t xml:space="preserve"> a </w:t>
      </w:r>
      <w:proofErr w:type="spellStart"/>
      <w:r w:rsidRPr="0025334A">
        <w:t>centrului</w:t>
      </w:r>
      <w:proofErr w:type="spellEnd"/>
      <w:r w:rsidRPr="0025334A">
        <w:t>.</w:t>
      </w:r>
    </w:p>
    <w:p w14:paraId="1D9F0BB5" w14:textId="4CAE913C" w:rsidR="000C4CB5" w:rsidRDefault="0025334A" w:rsidP="0025334A">
      <w:pPr>
        <w:spacing w:after="50" w:line="247" w:lineRule="auto"/>
      </w:pPr>
      <w:proofErr w:type="spellStart"/>
      <w:r w:rsidRPr="0025334A">
        <w:t>Modificările</w:t>
      </w:r>
      <w:proofErr w:type="spellEnd"/>
      <w:r w:rsidRPr="0025334A">
        <w:t xml:space="preserve"> cu impact </w:t>
      </w:r>
      <w:proofErr w:type="spellStart"/>
      <w:r w:rsidRPr="0025334A">
        <w:t>asupra</w:t>
      </w:r>
      <w:proofErr w:type="spellEnd"/>
      <w:r w:rsidRPr="0025334A">
        <w:t xml:space="preserve"> </w:t>
      </w:r>
      <w:proofErr w:type="spellStart"/>
      <w:r w:rsidRPr="0025334A">
        <w:t>unui</w:t>
      </w:r>
      <w:proofErr w:type="spellEnd"/>
      <w:r w:rsidRPr="0025334A">
        <w:t xml:space="preserve"> </w:t>
      </w:r>
      <w:proofErr w:type="spellStart"/>
      <w:r w:rsidRPr="0025334A">
        <w:t>regim</w:t>
      </w:r>
      <w:proofErr w:type="spellEnd"/>
      <w:r w:rsidRPr="0025334A">
        <w:t xml:space="preserve"> medical, </w:t>
      </w:r>
      <w:proofErr w:type="spellStart"/>
      <w:r w:rsidRPr="0025334A">
        <w:t>texturi</w:t>
      </w:r>
      <w:proofErr w:type="spellEnd"/>
      <w:r w:rsidRPr="0025334A">
        <w:t xml:space="preserve"> </w:t>
      </w:r>
      <w:proofErr w:type="spellStart"/>
      <w:r w:rsidRPr="0025334A">
        <w:t>sau</w:t>
      </w:r>
      <w:proofErr w:type="spellEnd"/>
      <w:r w:rsidRPr="0025334A">
        <w:t xml:space="preserve"> </w:t>
      </w:r>
      <w:proofErr w:type="spellStart"/>
      <w:r w:rsidRPr="0025334A">
        <w:t>alergeni</w:t>
      </w:r>
      <w:proofErr w:type="spellEnd"/>
      <w:r w:rsidRPr="0025334A">
        <w:t xml:space="preserve"> se </w:t>
      </w:r>
      <w:proofErr w:type="spellStart"/>
      <w:r w:rsidRPr="0025334A">
        <w:t>tratează</w:t>
      </w:r>
      <w:proofErr w:type="spellEnd"/>
      <w:r w:rsidRPr="0025334A">
        <w:t xml:space="preserve"> cu </w:t>
      </w:r>
      <w:proofErr w:type="spellStart"/>
      <w:r w:rsidRPr="0025334A">
        <w:t>prioritate</w:t>
      </w:r>
      <w:proofErr w:type="spellEnd"/>
      <w:r w:rsidRPr="0025334A">
        <w:t xml:space="preserve">. </w:t>
      </w: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în</w:t>
      </w:r>
      <w:proofErr w:type="spellEnd"/>
      <w:r w:rsidRPr="0025334A">
        <w:t xml:space="preserve"> care </w:t>
      </w:r>
      <w:proofErr w:type="spellStart"/>
      <w:r w:rsidRPr="0025334A">
        <w:t>informația</w:t>
      </w:r>
      <w:proofErr w:type="spellEnd"/>
      <w:r w:rsidRPr="0025334A">
        <w:t xml:space="preserve"> </w:t>
      </w:r>
      <w:proofErr w:type="spellStart"/>
      <w:r w:rsidRPr="0025334A">
        <w:t>este</w:t>
      </w:r>
      <w:proofErr w:type="spellEnd"/>
      <w:r w:rsidRPr="0025334A">
        <w:t xml:space="preserve"> </w:t>
      </w:r>
      <w:proofErr w:type="spellStart"/>
      <w:r w:rsidRPr="0025334A">
        <w:t>insuficientă</w:t>
      </w:r>
      <w:proofErr w:type="spellEnd"/>
      <w:r w:rsidRPr="0025334A">
        <w:t xml:space="preserve"> </w:t>
      </w:r>
      <w:proofErr w:type="spellStart"/>
      <w:r w:rsidRPr="0025334A">
        <w:t>pentru</w:t>
      </w:r>
      <w:proofErr w:type="spellEnd"/>
      <w:r w:rsidRPr="0025334A">
        <w:t xml:space="preserve"> o </w:t>
      </w:r>
      <w:proofErr w:type="spellStart"/>
      <w:r w:rsidRPr="0025334A">
        <w:t>preparare</w:t>
      </w:r>
      <w:proofErr w:type="spellEnd"/>
      <w:r w:rsidRPr="0025334A">
        <w:t xml:space="preserve"> </w:t>
      </w:r>
      <w:proofErr w:type="spellStart"/>
      <w:r w:rsidRPr="0025334A">
        <w:t>sigură</w:t>
      </w:r>
      <w:proofErr w:type="spellEnd"/>
      <w:r w:rsidRPr="0025334A">
        <w:t xml:space="preserve">, </w:t>
      </w:r>
      <w:proofErr w:type="spellStart"/>
      <w:r w:rsidRPr="0025334A">
        <w:t>prestatorul</w:t>
      </w:r>
      <w:proofErr w:type="spellEnd"/>
      <w:r w:rsidRPr="0025334A">
        <w:t xml:space="preserve"> </w:t>
      </w:r>
      <w:proofErr w:type="spellStart"/>
      <w:r w:rsidRPr="0025334A">
        <w:t>solicită</w:t>
      </w:r>
      <w:proofErr w:type="spellEnd"/>
      <w:r w:rsidRPr="0025334A">
        <w:t xml:space="preserve"> </w:t>
      </w:r>
      <w:proofErr w:type="spellStart"/>
      <w:r w:rsidRPr="0025334A">
        <w:lastRenderedPageBreak/>
        <w:t>clarificarea</w:t>
      </w:r>
      <w:proofErr w:type="spellEnd"/>
      <w:r w:rsidRPr="0025334A">
        <w:t xml:space="preserve"> </w:t>
      </w:r>
      <w:proofErr w:type="spellStart"/>
      <w:r w:rsidRPr="0025334A">
        <w:t>înainte</w:t>
      </w:r>
      <w:proofErr w:type="spellEnd"/>
      <w:r w:rsidRPr="0025334A">
        <w:t xml:space="preserve"> de </w:t>
      </w:r>
      <w:proofErr w:type="spellStart"/>
      <w:r w:rsidRPr="0025334A">
        <w:t>producție</w:t>
      </w:r>
      <w:proofErr w:type="spellEnd"/>
      <w:r w:rsidRPr="0025334A">
        <w:t xml:space="preserve">; </w:t>
      </w:r>
      <w:proofErr w:type="spellStart"/>
      <w:r w:rsidRPr="0025334A">
        <w:t>dacă</w:t>
      </w:r>
      <w:proofErr w:type="spellEnd"/>
      <w:r w:rsidRPr="0025334A">
        <w:t xml:space="preserve"> masa </w:t>
      </w:r>
      <w:proofErr w:type="spellStart"/>
      <w:r w:rsidRPr="0025334A">
        <w:t>este</w:t>
      </w:r>
      <w:proofErr w:type="spellEnd"/>
      <w:r w:rsidRPr="0025334A">
        <w:t xml:space="preserve"> </w:t>
      </w:r>
      <w:proofErr w:type="spellStart"/>
      <w:r w:rsidRPr="0025334A">
        <w:t>iminentă</w:t>
      </w:r>
      <w:proofErr w:type="spellEnd"/>
      <w:r w:rsidRPr="0025334A">
        <w:t xml:space="preserve">, </w:t>
      </w:r>
      <w:proofErr w:type="spellStart"/>
      <w:r w:rsidRPr="0025334A">
        <w:t>părțile</w:t>
      </w:r>
      <w:proofErr w:type="spellEnd"/>
      <w:r w:rsidRPr="0025334A">
        <w:t xml:space="preserve"> </w:t>
      </w:r>
      <w:proofErr w:type="spellStart"/>
      <w:r w:rsidRPr="0025334A">
        <w:t>stabilesc</w:t>
      </w:r>
      <w:proofErr w:type="spellEnd"/>
      <w:r w:rsidRPr="0025334A">
        <w:t xml:space="preserve"> o </w:t>
      </w:r>
      <w:proofErr w:type="spellStart"/>
      <w:r w:rsidRPr="0025334A">
        <w:t>soluție</w:t>
      </w:r>
      <w:proofErr w:type="spellEnd"/>
      <w:r w:rsidRPr="0025334A">
        <w:t xml:space="preserve"> </w:t>
      </w:r>
      <w:proofErr w:type="spellStart"/>
      <w:r w:rsidRPr="0025334A">
        <w:t>temporară</w:t>
      </w:r>
      <w:proofErr w:type="spellEnd"/>
      <w:r w:rsidRPr="0025334A">
        <w:t xml:space="preserve"> </w:t>
      </w:r>
      <w:proofErr w:type="spellStart"/>
      <w:r w:rsidRPr="0025334A">
        <w:t>sigură</w:t>
      </w:r>
      <w:proofErr w:type="spellEnd"/>
      <w:r w:rsidRPr="0025334A">
        <w:t xml:space="preserve">, </w:t>
      </w:r>
      <w:proofErr w:type="spellStart"/>
      <w:r w:rsidRPr="0025334A">
        <w:t>fără</w:t>
      </w:r>
      <w:proofErr w:type="spellEnd"/>
      <w:r w:rsidRPr="0025334A">
        <w:t xml:space="preserve"> </w:t>
      </w:r>
      <w:proofErr w:type="spellStart"/>
      <w:r w:rsidRPr="0025334A">
        <w:t>improvizații</w:t>
      </w:r>
      <w:proofErr w:type="spellEnd"/>
      <w:r w:rsidRPr="0025334A">
        <w:t xml:space="preserve"> care </w:t>
      </w:r>
      <w:proofErr w:type="spellStart"/>
      <w:r w:rsidRPr="0025334A">
        <w:t>ar</w:t>
      </w:r>
      <w:proofErr w:type="spellEnd"/>
      <w:r w:rsidRPr="0025334A">
        <w:t xml:space="preserve"> </w:t>
      </w:r>
      <w:proofErr w:type="spellStart"/>
      <w:r w:rsidRPr="0025334A">
        <w:t>putea</w:t>
      </w:r>
      <w:proofErr w:type="spellEnd"/>
      <w:r w:rsidRPr="0025334A">
        <w:t xml:space="preserve"> </w:t>
      </w:r>
      <w:proofErr w:type="spellStart"/>
      <w:r w:rsidRPr="0025334A">
        <w:t>expune</w:t>
      </w:r>
      <w:proofErr w:type="spellEnd"/>
      <w:r w:rsidRPr="0025334A">
        <w:t xml:space="preserve"> </w:t>
      </w:r>
      <w:proofErr w:type="spellStart"/>
      <w:r w:rsidRPr="0025334A">
        <w:t>beneficiarul</w:t>
      </w:r>
      <w:proofErr w:type="spellEnd"/>
      <w:r w:rsidRPr="0025334A">
        <w:t xml:space="preserve"> la </w:t>
      </w:r>
      <w:proofErr w:type="spellStart"/>
      <w:r w:rsidRPr="0025334A">
        <w:t>risc</w:t>
      </w:r>
      <w:proofErr w:type="spellEnd"/>
      <w:r w:rsidRPr="0025334A">
        <w:t>.</w:t>
      </w:r>
      <w:r>
        <w:t xml:space="preserve"> </w:t>
      </w:r>
    </w:p>
    <w:p w14:paraId="7E0A6ECC" w14:textId="77777777" w:rsidR="00371A16" w:rsidRPr="00371A16" w:rsidRDefault="00371A16" w:rsidP="00371A16">
      <w:pPr>
        <w:spacing w:after="50" w:line="247" w:lineRule="auto"/>
        <w:rPr>
          <w:lang w:val="ro-RO"/>
        </w:rPr>
      </w:pPr>
      <w:r w:rsidRPr="00371A16">
        <w:rPr>
          <w:lang w:val="ro-RO"/>
        </w:rPr>
        <w:t>Programul și cantitățile de livrare pot fi ajustate în funcție de necesitățile efective ale centrelor, cu respectarea mecanismului de comandă. Aceste ajustări nu modifică prețul unitar ofertat și nici cerințele de calitate.</w:t>
      </w:r>
    </w:p>
    <w:p w14:paraId="714970B5" w14:textId="77777777" w:rsidR="00371A16" w:rsidRPr="00371A16" w:rsidRDefault="00371A16" w:rsidP="00371A16">
      <w:pPr>
        <w:spacing w:after="50" w:line="247" w:lineRule="auto"/>
        <w:rPr>
          <w:lang w:val="ro-RO"/>
        </w:rPr>
      </w:pPr>
      <w:r w:rsidRPr="00371A16">
        <w:rPr>
          <w:lang w:val="ro-RO"/>
        </w:rPr>
        <w:t>Prestatorul va asigura o capacitate rezonabilă de adaptare la variațiile de beneficiari, în special pentru centrele în care numărul persoanelor poate fluctua de la o zi la alta.</w:t>
      </w:r>
    </w:p>
    <w:p w14:paraId="5681F58C" w14:textId="77777777" w:rsidR="00371A16" w:rsidRPr="0025334A" w:rsidRDefault="00371A16" w:rsidP="0025334A">
      <w:pPr>
        <w:spacing w:after="50" w:line="247" w:lineRule="auto"/>
      </w:pPr>
    </w:p>
    <w:p w14:paraId="7990E3E9" w14:textId="77777777" w:rsidR="000C4CB5" w:rsidRDefault="004E746A" w:rsidP="0025334A">
      <w:pPr>
        <w:pStyle w:val="Heading2"/>
        <w:rPr>
          <w:color w:val="auto"/>
        </w:rPr>
      </w:pPr>
      <w:bookmarkStart w:id="16" w:name="_Toc242951457"/>
      <w:r w:rsidRPr="0025334A">
        <w:rPr>
          <w:color w:val="auto"/>
        </w:rPr>
        <w:t xml:space="preserve">3.5. </w:t>
      </w:r>
      <w:proofErr w:type="spellStart"/>
      <w:r w:rsidRPr="0025334A">
        <w:rPr>
          <w:color w:val="auto"/>
        </w:rPr>
        <w:t>Structura</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alcătuirea</w:t>
      </w:r>
      <w:proofErr w:type="spellEnd"/>
      <w:r w:rsidRPr="0025334A">
        <w:rPr>
          <w:color w:val="auto"/>
        </w:rPr>
        <w:t xml:space="preserve"> </w:t>
      </w:r>
      <w:proofErr w:type="spellStart"/>
      <w:r w:rsidRPr="0025334A">
        <w:rPr>
          <w:color w:val="auto"/>
        </w:rPr>
        <w:t>meniului</w:t>
      </w:r>
      <w:proofErr w:type="spellEnd"/>
      <w:r w:rsidRPr="0025334A">
        <w:rPr>
          <w:color w:val="auto"/>
        </w:rPr>
        <w:t xml:space="preserve"> </w:t>
      </w:r>
      <w:proofErr w:type="spellStart"/>
      <w:r w:rsidRPr="0025334A">
        <w:rPr>
          <w:color w:val="auto"/>
        </w:rPr>
        <w:t>zilnic</w:t>
      </w:r>
      <w:bookmarkEnd w:id="16"/>
      <w:proofErr w:type="spellEnd"/>
    </w:p>
    <w:p w14:paraId="54CDDE0B" w14:textId="226DA54F" w:rsidR="00C12BC7" w:rsidRPr="0046654C" w:rsidRDefault="00D134DF" w:rsidP="00C12BC7">
      <w:pPr>
        <w:rPr>
          <w:lang w:val="ro-RO"/>
        </w:rPr>
      </w:pPr>
      <w:proofErr w:type="spellStart"/>
      <w:r w:rsidRPr="0046654C">
        <w:rPr>
          <w:b/>
          <w:bCs/>
        </w:rPr>
        <w:t>Meniurile</w:t>
      </w:r>
      <w:proofErr w:type="spellEnd"/>
      <w:r w:rsidRPr="0046654C">
        <w:rPr>
          <w:b/>
          <w:bCs/>
        </w:rPr>
        <w:t xml:space="preserve"> se </w:t>
      </w:r>
      <w:proofErr w:type="spellStart"/>
      <w:r w:rsidRPr="0046654C">
        <w:rPr>
          <w:b/>
          <w:bCs/>
        </w:rPr>
        <w:t>planifică</w:t>
      </w:r>
      <w:proofErr w:type="spellEnd"/>
      <w:r w:rsidRPr="0046654C">
        <w:rPr>
          <w:b/>
          <w:bCs/>
        </w:rPr>
        <w:t xml:space="preserve"> </w:t>
      </w:r>
      <w:r w:rsidR="00861B20" w:rsidRPr="0046654C">
        <w:rPr>
          <w:b/>
          <w:bCs/>
        </w:rPr>
        <w:t>periodic</w:t>
      </w:r>
      <w:r w:rsidRPr="0046654C">
        <w:rPr>
          <w:b/>
          <w:bCs/>
        </w:rPr>
        <w:t xml:space="preserve"> </w:t>
      </w:r>
      <w:proofErr w:type="spellStart"/>
      <w:r w:rsidRPr="0046654C">
        <w:rPr>
          <w:b/>
          <w:bCs/>
        </w:rPr>
        <w:t>asigur</w:t>
      </w:r>
      <w:r w:rsidR="00861B20" w:rsidRPr="0046654C">
        <w:rPr>
          <w:b/>
          <w:bCs/>
        </w:rPr>
        <w:t>and</w:t>
      </w:r>
      <w:proofErr w:type="spellEnd"/>
      <w:r w:rsidRPr="0046654C">
        <w:rPr>
          <w:b/>
          <w:bCs/>
        </w:rPr>
        <w:t xml:space="preserve"> </w:t>
      </w:r>
      <w:proofErr w:type="spellStart"/>
      <w:r w:rsidRPr="0046654C">
        <w:rPr>
          <w:b/>
          <w:bCs/>
        </w:rPr>
        <w:t>diversificarea</w:t>
      </w:r>
      <w:proofErr w:type="spellEnd"/>
      <w:r w:rsidRPr="0046654C">
        <w:rPr>
          <w:b/>
          <w:bCs/>
        </w:rPr>
        <w:t xml:space="preserve">, </w:t>
      </w:r>
      <w:proofErr w:type="spellStart"/>
      <w:r w:rsidRPr="0046654C">
        <w:rPr>
          <w:b/>
          <w:bCs/>
        </w:rPr>
        <w:t>utilizând</w:t>
      </w:r>
      <w:proofErr w:type="spellEnd"/>
      <w:r w:rsidRPr="0046654C">
        <w:rPr>
          <w:b/>
          <w:bCs/>
        </w:rPr>
        <w:t xml:space="preserve"> </w:t>
      </w:r>
      <w:r w:rsidR="0055374F" w:rsidRPr="0046654C">
        <w:rPr>
          <w:b/>
          <w:bCs/>
        </w:rPr>
        <w:t>4</w:t>
      </w:r>
      <w:r w:rsidRPr="0046654C">
        <w:rPr>
          <w:b/>
          <w:bCs/>
        </w:rPr>
        <w:t xml:space="preserve"> </w:t>
      </w:r>
      <w:proofErr w:type="spellStart"/>
      <w:r w:rsidRPr="0046654C">
        <w:rPr>
          <w:b/>
          <w:bCs/>
        </w:rPr>
        <w:t>planuri</w:t>
      </w:r>
      <w:proofErr w:type="spellEnd"/>
      <w:r w:rsidRPr="0046654C">
        <w:rPr>
          <w:b/>
          <w:bCs/>
        </w:rPr>
        <w:t xml:space="preserve"> </w:t>
      </w:r>
      <w:proofErr w:type="spellStart"/>
      <w:r w:rsidRPr="0046654C">
        <w:rPr>
          <w:b/>
          <w:bCs/>
        </w:rPr>
        <w:t>săptămânale</w:t>
      </w:r>
      <w:proofErr w:type="spellEnd"/>
      <w:r w:rsidRPr="0046654C">
        <w:rPr>
          <w:b/>
          <w:bCs/>
        </w:rPr>
        <w:t xml:space="preserve"> ca </w:t>
      </w:r>
      <w:proofErr w:type="spellStart"/>
      <w:r w:rsidRPr="0046654C">
        <w:rPr>
          <w:b/>
          <w:bCs/>
        </w:rPr>
        <w:t>reper</w:t>
      </w:r>
      <w:proofErr w:type="spellEnd"/>
      <w:r w:rsidRPr="0046654C">
        <w:rPr>
          <w:b/>
          <w:bCs/>
        </w:rPr>
        <w:t xml:space="preserve"> </w:t>
      </w:r>
      <w:proofErr w:type="spellStart"/>
      <w:r w:rsidRPr="0046654C">
        <w:rPr>
          <w:b/>
          <w:bCs/>
        </w:rPr>
        <w:t>operațional</w:t>
      </w:r>
      <w:proofErr w:type="spellEnd"/>
      <w:r w:rsidRPr="0046654C">
        <w:rPr>
          <w:b/>
          <w:bCs/>
        </w:rPr>
        <w:t xml:space="preserve">. </w:t>
      </w:r>
      <w:proofErr w:type="spellStart"/>
      <w:r w:rsidRPr="0046654C">
        <w:t>Meniul</w:t>
      </w:r>
      <w:proofErr w:type="spellEnd"/>
      <w:r w:rsidRPr="0046654C">
        <w:t xml:space="preserve"> </w:t>
      </w:r>
      <w:proofErr w:type="spellStart"/>
      <w:r w:rsidRPr="0046654C">
        <w:t>săptămânal</w:t>
      </w:r>
      <w:proofErr w:type="spellEnd"/>
      <w:r w:rsidRPr="0046654C">
        <w:t xml:space="preserve"> </w:t>
      </w:r>
      <w:proofErr w:type="spellStart"/>
      <w:r w:rsidRPr="0046654C">
        <w:t>validat</w:t>
      </w:r>
      <w:proofErr w:type="spellEnd"/>
      <w:r w:rsidRPr="0046654C">
        <w:t xml:space="preserve"> se </w:t>
      </w:r>
      <w:proofErr w:type="spellStart"/>
      <w:r w:rsidRPr="0046654C">
        <w:t>transmite</w:t>
      </w:r>
      <w:proofErr w:type="spellEnd"/>
      <w:r w:rsidRPr="0046654C">
        <w:t xml:space="preserve"> </w:t>
      </w:r>
      <w:proofErr w:type="spellStart"/>
      <w:r w:rsidRPr="0046654C">
        <w:t>centrului</w:t>
      </w:r>
      <w:proofErr w:type="spellEnd"/>
      <w:r w:rsidRPr="0046654C">
        <w:t xml:space="preserve">, </w:t>
      </w:r>
      <w:proofErr w:type="spellStart"/>
      <w:r w:rsidRPr="0046654C">
        <w:t>iar</w:t>
      </w:r>
      <w:proofErr w:type="spellEnd"/>
      <w:r w:rsidRPr="0046654C">
        <w:t xml:space="preserve"> </w:t>
      </w:r>
      <w:proofErr w:type="spellStart"/>
      <w:r w:rsidRPr="0046654C">
        <w:t>afișarea</w:t>
      </w:r>
      <w:proofErr w:type="spellEnd"/>
      <w:r w:rsidRPr="0046654C">
        <w:t xml:space="preserve"> </w:t>
      </w:r>
      <w:proofErr w:type="spellStart"/>
      <w:r w:rsidRPr="0046654C">
        <w:t>către</w:t>
      </w:r>
      <w:proofErr w:type="spellEnd"/>
      <w:r w:rsidRPr="0046654C">
        <w:t xml:space="preserve"> </w:t>
      </w:r>
      <w:proofErr w:type="spellStart"/>
      <w:r w:rsidRPr="0046654C">
        <w:t>beneficiari</w:t>
      </w:r>
      <w:proofErr w:type="spellEnd"/>
      <w:r w:rsidRPr="0046654C">
        <w:t xml:space="preserve"> se </w:t>
      </w:r>
      <w:proofErr w:type="spellStart"/>
      <w:r w:rsidRPr="0046654C">
        <w:t>realizează</w:t>
      </w:r>
      <w:proofErr w:type="spellEnd"/>
      <w:r w:rsidRPr="0046654C">
        <w:t xml:space="preserve"> </w:t>
      </w:r>
      <w:proofErr w:type="spellStart"/>
      <w:r w:rsidRPr="0046654C">
        <w:t>potrivit</w:t>
      </w:r>
      <w:proofErr w:type="spellEnd"/>
      <w:r w:rsidRPr="0046654C">
        <w:t xml:space="preserve"> </w:t>
      </w:r>
      <w:proofErr w:type="spellStart"/>
      <w:r w:rsidRPr="0046654C">
        <w:t>organizării</w:t>
      </w:r>
      <w:proofErr w:type="spellEnd"/>
      <w:r w:rsidRPr="0046654C">
        <w:t xml:space="preserve"> </w:t>
      </w:r>
      <w:proofErr w:type="spellStart"/>
      <w:r w:rsidRPr="0046654C">
        <w:t>centrului</w:t>
      </w:r>
      <w:proofErr w:type="spellEnd"/>
      <w:r w:rsidRPr="0046654C">
        <w:t>.</w:t>
      </w:r>
    </w:p>
    <w:p w14:paraId="78CC3EA2" w14:textId="1E6024FC" w:rsidR="00C12BC7" w:rsidRDefault="00C12BC7" w:rsidP="00C12BC7">
      <w:pPr>
        <w:rPr>
          <w:lang w:val="ro-RO"/>
        </w:rPr>
      </w:pPr>
      <w:r w:rsidRPr="0046654C">
        <w:rPr>
          <w:b/>
          <w:bCs/>
          <w:lang w:val="ro-RO"/>
        </w:rPr>
        <w:t xml:space="preserve">Ofertantul are obligația de a-si insusi si respecta lista de </w:t>
      </w:r>
      <w:r w:rsidR="00EA4E43" w:rsidRPr="0046654C">
        <w:rPr>
          <w:b/>
          <w:bCs/>
          <w:lang w:val="ro-RO"/>
        </w:rPr>
        <w:t>preparate/</w:t>
      </w:r>
      <w:r w:rsidRPr="0046654C">
        <w:rPr>
          <w:b/>
          <w:bCs/>
          <w:lang w:val="ro-RO"/>
        </w:rPr>
        <w:t>meniuri, anexata la prezentul caiet de sarcini</w:t>
      </w:r>
      <w:r w:rsidR="00EA4E43" w:rsidRPr="0046654C">
        <w:rPr>
          <w:b/>
          <w:bCs/>
          <w:lang w:val="ro-RO"/>
        </w:rPr>
        <w:t xml:space="preserve"> (anexa 10)</w:t>
      </w:r>
      <w:r w:rsidRPr="0046654C">
        <w:rPr>
          <w:b/>
          <w:bCs/>
          <w:lang w:val="ro-RO"/>
        </w:rPr>
        <w:t>.</w:t>
      </w:r>
      <w:r w:rsidRPr="0046654C">
        <w:rPr>
          <w:lang w:val="ro-RO"/>
        </w:rPr>
        <w:t xml:space="preserve"> In cazul in care medicul nutritionist considea unele meniuri neconforme din punct de vedere nutritional, acestea vor fi modificate</w:t>
      </w:r>
      <w:r w:rsidRPr="00795B23">
        <w:rPr>
          <w:lang w:val="ro-RO"/>
        </w:rPr>
        <w:t xml:space="preserve"> de comun acord cu furnizorul si beneficiarul. Prestatorul poate propune - numai printr-un înscris - și alte tipuri de meniuri, dar nu le poate folosi până nu are aprobarea scrisă din partea conducerii autoritatii contractante/sef centru/ asistent medical, după stabilirea cantitatilor si caloriilor si avizat de către medicul nutritionist.</w:t>
      </w:r>
    </w:p>
    <w:p w14:paraId="53078FC9" w14:textId="77777777" w:rsidR="00C12BC7" w:rsidRPr="00C12BC7" w:rsidRDefault="00C12BC7" w:rsidP="00C12BC7"/>
    <w:p w14:paraId="49D6ABEA" w14:textId="43301A1D" w:rsidR="000C4CB5" w:rsidRPr="0025334A" w:rsidRDefault="004E746A" w:rsidP="0025334A">
      <w:pPr>
        <w:spacing w:after="50" w:line="247" w:lineRule="auto"/>
      </w:pPr>
      <w:proofErr w:type="spellStart"/>
      <w:r w:rsidRPr="0025334A">
        <w:t>Meniul</w:t>
      </w:r>
      <w:proofErr w:type="spellEnd"/>
      <w:r w:rsidRPr="0025334A">
        <w:t xml:space="preserve"> </w:t>
      </w:r>
      <w:proofErr w:type="spellStart"/>
      <w:r w:rsidRPr="0025334A">
        <w:t>zilnic</w:t>
      </w:r>
      <w:proofErr w:type="spellEnd"/>
      <w:r w:rsidRPr="0025334A">
        <w:t xml:space="preserve"> </w:t>
      </w:r>
      <w:proofErr w:type="spellStart"/>
      <w:r w:rsidRPr="0025334A">
        <w:t>complet</w:t>
      </w:r>
      <w:proofErr w:type="spellEnd"/>
      <w:r w:rsidRPr="0025334A">
        <w:t xml:space="preserve"> </w:t>
      </w:r>
      <w:proofErr w:type="spellStart"/>
      <w:r w:rsidRPr="0025334A">
        <w:t>este</w:t>
      </w:r>
      <w:proofErr w:type="spellEnd"/>
      <w:r w:rsidRPr="0025334A">
        <w:t xml:space="preserve"> format din </w:t>
      </w:r>
      <w:proofErr w:type="spellStart"/>
      <w:r w:rsidRPr="0025334A">
        <w:t>trei</w:t>
      </w:r>
      <w:proofErr w:type="spellEnd"/>
      <w:r w:rsidRPr="0025334A">
        <w:t xml:space="preserve"> mese </w:t>
      </w:r>
      <w:proofErr w:type="spellStart"/>
      <w:r w:rsidRPr="0025334A">
        <w:t>principale</w:t>
      </w:r>
      <w:proofErr w:type="spellEnd"/>
      <w:r w:rsidRPr="0025334A">
        <w:t xml:space="preserve"> </w:t>
      </w:r>
      <w:proofErr w:type="spellStart"/>
      <w:r w:rsidRPr="0025334A">
        <w:t>și</w:t>
      </w:r>
      <w:proofErr w:type="spellEnd"/>
      <w:r w:rsidRPr="0025334A">
        <w:t xml:space="preserve"> </w:t>
      </w:r>
      <w:proofErr w:type="spellStart"/>
      <w:r w:rsidRPr="0025334A">
        <w:t>două</w:t>
      </w:r>
      <w:proofErr w:type="spellEnd"/>
      <w:r w:rsidRPr="0025334A">
        <w:t xml:space="preserve"> </w:t>
      </w:r>
      <w:proofErr w:type="spellStart"/>
      <w:r w:rsidRPr="0025334A">
        <w:t>gustări</w:t>
      </w:r>
      <w:proofErr w:type="spellEnd"/>
      <w:r w:rsidRPr="0025334A">
        <w:t xml:space="preserve">: mic </w:t>
      </w:r>
      <w:proofErr w:type="spellStart"/>
      <w:r w:rsidRPr="0025334A">
        <w:t>dejun</w:t>
      </w:r>
      <w:proofErr w:type="spellEnd"/>
      <w:r w:rsidRPr="0025334A">
        <w:t xml:space="preserve">, </w:t>
      </w:r>
      <w:proofErr w:type="spellStart"/>
      <w:r w:rsidRPr="0025334A">
        <w:t>gustarea</w:t>
      </w:r>
      <w:proofErr w:type="spellEnd"/>
      <w:r w:rsidRPr="0025334A">
        <w:t xml:space="preserve"> I, </w:t>
      </w:r>
      <w:proofErr w:type="spellStart"/>
      <w:r w:rsidRPr="0025334A">
        <w:t>prânz</w:t>
      </w:r>
      <w:proofErr w:type="spellEnd"/>
      <w:r w:rsidRPr="0025334A">
        <w:t xml:space="preserve">, </w:t>
      </w:r>
      <w:proofErr w:type="spellStart"/>
      <w:r w:rsidRPr="0025334A">
        <w:t>gustarea</w:t>
      </w:r>
      <w:proofErr w:type="spellEnd"/>
      <w:r w:rsidRPr="0025334A">
        <w:t xml:space="preserve"> II </w:t>
      </w:r>
      <w:proofErr w:type="spellStart"/>
      <w:r w:rsidRPr="0025334A">
        <w:t>și</w:t>
      </w:r>
      <w:proofErr w:type="spellEnd"/>
      <w:r w:rsidRPr="0025334A">
        <w:t xml:space="preserve"> </w:t>
      </w:r>
      <w:proofErr w:type="spellStart"/>
      <w:r w:rsidRPr="0025334A">
        <w:t>cină</w:t>
      </w:r>
      <w:proofErr w:type="spellEnd"/>
      <w:r w:rsidRPr="0025334A">
        <w:t xml:space="preserve">. </w:t>
      </w:r>
      <w:proofErr w:type="spellStart"/>
      <w:r w:rsidRPr="0025334A">
        <w:t>Repartizarea</w:t>
      </w:r>
      <w:proofErr w:type="spellEnd"/>
      <w:r w:rsidRPr="0025334A">
        <w:t xml:space="preserve"> de </w:t>
      </w:r>
      <w:proofErr w:type="spellStart"/>
      <w:r w:rsidRPr="0025334A">
        <w:t>referință</w:t>
      </w:r>
      <w:proofErr w:type="spellEnd"/>
      <w:r w:rsidRPr="0025334A">
        <w:t xml:space="preserve"> a </w:t>
      </w:r>
      <w:proofErr w:type="spellStart"/>
      <w:r w:rsidRPr="0025334A">
        <w:t>alimentelor</w:t>
      </w:r>
      <w:proofErr w:type="spellEnd"/>
      <w:r w:rsidRPr="0025334A">
        <w:t>/</w:t>
      </w:r>
      <w:proofErr w:type="spellStart"/>
      <w:r w:rsidRPr="0025334A">
        <w:t>energiei</w:t>
      </w:r>
      <w:proofErr w:type="spellEnd"/>
      <w:r w:rsidRPr="0025334A">
        <w:t xml:space="preserve"> </w:t>
      </w:r>
      <w:proofErr w:type="spellStart"/>
      <w:r w:rsidRPr="0025334A">
        <w:t>este</w:t>
      </w:r>
      <w:proofErr w:type="spellEnd"/>
      <w:r w:rsidRPr="0025334A">
        <w:t xml:space="preserve"> de </w:t>
      </w:r>
      <w:proofErr w:type="spellStart"/>
      <w:r w:rsidRPr="0025334A">
        <w:t>aproximativ</w:t>
      </w:r>
      <w:proofErr w:type="spellEnd"/>
      <w:r w:rsidRPr="0025334A">
        <w:t xml:space="preserve"> 25% </w:t>
      </w:r>
      <w:proofErr w:type="spellStart"/>
      <w:r w:rsidRPr="0025334A">
        <w:t>pentru</w:t>
      </w:r>
      <w:proofErr w:type="spellEnd"/>
      <w:r w:rsidRPr="0025334A">
        <w:t xml:space="preserve"> </w:t>
      </w:r>
      <w:proofErr w:type="spellStart"/>
      <w:r w:rsidRPr="0025334A">
        <w:t>micul</w:t>
      </w:r>
      <w:proofErr w:type="spellEnd"/>
      <w:r w:rsidRPr="0025334A">
        <w:t xml:space="preserve"> </w:t>
      </w:r>
      <w:proofErr w:type="spellStart"/>
      <w:r w:rsidRPr="0025334A">
        <w:t>dejun</w:t>
      </w:r>
      <w:proofErr w:type="spellEnd"/>
      <w:r w:rsidRPr="0025334A">
        <w:t xml:space="preserve"> </w:t>
      </w:r>
      <w:proofErr w:type="spellStart"/>
      <w:r w:rsidRPr="0025334A">
        <w:t>și</w:t>
      </w:r>
      <w:proofErr w:type="spellEnd"/>
      <w:r w:rsidRPr="0025334A">
        <w:t xml:space="preserve"> </w:t>
      </w:r>
      <w:proofErr w:type="spellStart"/>
      <w:r w:rsidRPr="0025334A">
        <w:t>gustarea</w:t>
      </w:r>
      <w:proofErr w:type="spellEnd"/>
      <w:r w:rsidRPr="0025334A">
        <w:t xml:space="preserve"> I, </w:t>
      </w:r>
      <w:proofErr w:type="spellStart"/>
      <w:r w:rsidRPr="0025334A">
        <w:t>aproximativ</w:t>
      </w:r>
      <w:proofErr w:type="spellEnd"/>
      <w:r w:rsidRPr="0025334A">
        <w:t xml:space="preserve"> 50% </w:t>
      </w:r>
      <w:proofErr w:type="spellStart"/>
      <w:r w:rsidRPr="0025334A">
        <w:t>pentru</w:t>
      </w:r>
      <w:proofErr w:type="spellEnd"/>
      <w:r w:rsidRPr="0025334A">
        <w:t xml:space="preserve"> </w:t>
      </w:r>
      <w:proofErr w:type="spellStart"/>
      <w:r w:rsidRPr="0025334A">
        <w:t>prânz</w:t>
      </w:r>
      <w:proofErr w:type="spellEnd"/>
      <w:r w:rsidRPr="0025334A">
        <w:t xml:space="preserve"> </w:t>
      </w:r>
      <w:proofErr w:type="spellStart"/>
      <w:r w:rsidRPr="0025334A">
        <w:t>și</w:t>
      </w:r>
      <w:proofErr w:type="spellEnd"/>
      <w:r w:rsidRPr="0025334A">
        <w:t xml:space="preserve"> </w:t>
      </w:r>
      <w:proofErr w:type="spellStart"/>
      <w:r w:rsidRPr="0025334A">
        <w:t>gustarea</w:t>
      </w:r>
      <w:proofErr w:type="spellEnd"/>
      <w:r w:rsidRPr="0025334A">
        <w:t xml:space="preserve"> II </w:t>
      </w:r>
      <w:proofErr w:type="spellStart"/>
      <w:r w:rsidRPr="0025334A">
        <w:t>și</w:t>
      </w:r>
      <w:proofErr w:type="spellEnd"/>
      <w:r w:rsidRPr="0025334A">
        <w:t xml:space="preserve"> </w:t>
      </w:r>
      <w:proofErr w:type="spellStart"/>
      <w:r w:rsidRPr="0025334A">
        <w:t>aproximativ</w:t>
      </w:r>
      <w:proofErr w:type="spellEnd"/>
      <w:r w:rsidRPr="0025334A">
        <w:t xml:space="preserve"> 25% </w:t>
      </w:r>
      <w:proofErr w:type="spellStart"/>
      <w:r w:rsidRPr="0025334A">
        <w:t>pentru</w:t>
      </w:r>
      <w:proofErr w:type="spellEnd"/>
      <w:r w:rsidRPr="0025334A">
        <w:t xml:space="preserve"> </w:t>
      </w:r>
      <w:proofErr w:type="spellStart"/>
      <w:r w:rsidRPr="0025334A">
        <w:t>cină</w:t>
      </w:r>
      <w:proofErr w:type="spellEnd"/>
      <w:r w:rsidRPr="0025334A">
        <w:t xml:space="preserve">, cu </w:t>
      </w:r>
      <w:proofErr w:type="spellStart"/>
      <w:r w:rsidRPr="0025334A">
        <w:t>adaptare</w:t>
      </w:r>
      <w:proofErr w:type="spellEnd"/>
      <w:r w:rsidRPr="0025334A">
        <w:t xml:space="preserve"> la </w:t>
      </w:r>
      <w:proofErr w:type="spellStart"/>
      <w:r w:rsidRPr="0025334A">
        <w:t>vârstă</w:t>
      </w:r>
      <w:proofErr w:type="spellEnd"/>
      <w:r w:rsidRPr="0025334A">
        <w:t xml:space="preserve">, stare de </w:t>
      </w:r>
      <w:proofErr w:type="spellStart"/>
      <w:r w:rsidRPr="0025334A">
        <w:t>sănătate</w:t>
      </w:r>
      <w:proofErr w:type="spellEnd"/>
      <w:r w:rsidRPr="0025334A">
        <w:t xml:space="preserve">, </w:t>
      </w:r>
      <w:proofErr w:type="spellStart"/>
      <w:r w:rsidRPr="0025334A">
        <w:t>recomandări</w:t>
      </w:r>
      <w:proofErr w:type="spellEnd"/>
      <w:r w:rsidRPr="0025334A">
        <w:t xml:space="preserve"> </w:t>
      </w:r>
      <w:proofErr w:type="spellStart"/>
      <w:r w:rsidRPr="0025334A">
        <w:t>medicale</w:t>
      </w:r>
      <w:proofErr w:type="spellEnd"/>
      <w:r w:rsidRPr="0025334A">
        <w:t xml:space="preserve"> </w:t>
      </w:r>
      <w:proofErr w:type="spellStart"/>
      <w:r w:rsidRPr="0025334A">
        <w:t>și</w:t>
      </w:r>
      <w:proofErr w:type="spellEnd"/>
      <w:r w:rsidRPr="0025334A">
        <w:t xml:space="preserve"> </w:t>
      </w:r>
      <w:proofErr w:type="spellStart"/>
      <w:r w:rsidRPr="0025334A">
        <w:t>specificul</w:t>
      </w:r>
      <w:proofErr w:type="spellEnd"/>
      <w:r w:rsidRPr="0025334A">
        <w:t xml:space="preserve"> </w:t>
      </w:r>
      <w:proofErr w:type="spellStart"/>
      <w:r w:rsidRPr="0025334A">
        <w:t>centrului</w:t>
      </w:r>
      <w:proofErr w:type="spellEnd"/>
      <w:r w:rsidRPr="0025334A">
        <w:t>.</w:t>
      </w:r>
    </w:p>
    <w:tbl>
      <w:tblPr>
        <w:tblStyle w:val="TableGrid"/>
        <w:tblW w:w="0" w:type="auto"/>
        <w:tblLook w:val="04A0" w:firstRow="1" w:lastRow="0" w:firstColumn="1" w:lastColumn="0" w:noHBand="0" w:noVBand="1"/>
      </w:tblPr>
      <w:tblGrid>
        <w:gridCol w:w="1537"/>
        <w:gridCol w:w="8431"/>
      </w:tblGrid>
      <w:tr w:rsidR="0025334A" w:rsidRPr="0025334A" w14:paraId="1FC35DA2" w14:textId="77777777" w:rsidTr="006B3867">
        <w:tc>
          <w:tcPr>
            <w:tcW w:w="0" w:type="auto"/>
          </w:tcPr>
          <w:p w14:paraId="0E40FF53" w14:textId="77777777" w:rsidR="0025334A" w:rsidRPr="0025334A" w:rsidRDefault="0025334A" w:rsidP="0025334A">
            <w:pPr>
              <w:spacing w:after="50" w:line="247" w:lineRule="auto"/>
              <w:ind w:firstLine="0"/>
            </w:pPr>
            <w:proofErr w:type="spellStart"/>
            <w:r w:rsidRPr="0025334A">
              <w:rPr>
                <w:b/>
              </w:rPr>
              <w:t>Componentă</w:t>
            </w:r>
            <w:proofErr w:type="spellEnd"/>
          </w:p>
        </w:tc>
        <w:tc>
          <w:tcPr>
            <w:tcW w:w="0" w:type="auto"/>
          </w:tcPr>
          <w:p w14:paraId="6E8FDAA2" w14:textId="77777777" w:rsidR="0025334A" w:rsidRPr="0025334A" w:rsidRDefault="0025334A" w:rsidP="0025334A">
            <w:pPr>
              <w:spacing w:after="50" w:line="247" w:lineRule="auto"/>
              <w:ind w:firstLine="0"/>
            </w:pPr>
            <w:proofErr w:type="spellStart"/>
            <w:r w:rsidRPr="0025334A">
              <w:rPr>
                <w:b/>
              </w:rPr>
              <w:t>Cerință</w:t>
            </w:r>
            <w:proofErr w:type="spellEnd"/>
            <w:r w:rsidRPr="0025334A">
              <w:rPr>
                <w:b/>
              </w:rPr>
              <w:t xml:space="preserve"> de </w:t>
            </w:r>
            <w:proofErr w:type="spellStart"/>
            <w:r w:rsidRPr="0025334A">
              <w:rPr>
                <w:b/>
              </w:rPr>
              <w:t>bază</w:t>
            </w:r>
            <w:proofErr w:type="spellEnd"/>
          </w:p>
        </w:tc>
      </w:tr>
      <w:tr w:rsidR="0025334A" w:rsidRPr="0025334A" w14:paraId="2C2A7E94" w14:textId="77777777" w:rsidTr="006B3867">
        <w:tc>
          <w:tcPr>
            <w:tcW w:w="0" w:type="auto"/>
          </w:tcPr>
          <w:p w14:paraId="24EBCF2B" w14:textId="77777777" w:rsidR="0025334A" w:rsidRPr="0025334A" w:rsidRDefault="0025334A" w:rsidP="0025334A">
            <w:pPr>
              <w:spacing w:after="50" w:line="247" w:lineRule="auto"/>
              <w:ind w:firstLine="0"/>
            </w:pPr>
            <w:r w:rsidRPr="0025334A">
              <w:rPr>
                <w:b/>
              </w:rPr>
              <w:t xml:space="preserve">Mic </w:t>
            </w:r>
            <w:proofErr w:type="spellStart"/>
            <w:r w:rsidRPr="0025334A">
              <w:rPr>
                <w:b/>
              </w:rPr>
              <w:t>dejun</w:t>
            </w:r>
            <w:proofErr w:type="spellEnd"/>
          </w:p>
        </w:tc>
        <w:tc>
          <w:tcPr>
            <w:tcW w:w="0" w:type="auto"/>
          </w:tcPr>
          <w:p w14:paraId="05776AC2" w14:textId="77777777" w:rsidR="0025334A" w:rsidRPr="0025334A" w:rsidRDefault="0025334A" w:rsidP="0025334A">
            <w:pPr>
              <w:spacing w:after="50" w:line="247" w:lineRule="auto"/>
              <w:ind w:firstLine="0"/>
            </w:pPr>
            <w:r w:rsidRPr="0025334A">
              <w:t>-</w:t>
            </w:r>
            <w:proofErr w:type="spellStart"/>
            <w:r w:rsidRPr="0025334A">
              <w:t>Reprezintă</w:t>
            </w:r>
            <w:proofErr w:type="spellEnd"/>
            <w:r w:rsidRPr="0025334A">
              <w:t xml:space="preserve"> un </w:t>
            </w:r>
            <w:proofErr w:type="spellStart"/>
            <w:r w:rsidRPr="0025334A">
              <w:t>procent</w:t>
            </w:r>
            <w:proofErr w:type="spellEnd"/>
            <w:r w:rsidRPr="0025334A">
              <w:t xml:space="preserve"> de 25% din </w:t>
            </w:r>
            <w:proofErr w:type="spellStart"/>
            <w:r w:rsidRPr="0025334A">
              <w:t>totalul</w:t>
            </w:r>
            <w:proofErr w:type="spellEnd"/>
            <w:r w:rsidRPr="0025334A">
              <w:t xml:space="preserve"> </w:t>
            </w:r>
            <w:proofErr w:type="spellStart"/>
            <w:r w:rsidRPr="0025334A">
              <w:t>alimentelor</w:t>
            </w:r>
            <w:proofErr w:type="spellEnd"/>
            <w:r w:rsidRPr="0025334A">
              <w:t xml:space="preserve"> </w:t>
            </w:r>
            <w:proofErr w:type="spellStart"/>
            <w:r w:rsidRPr="0025334A">
              <w:t>incluse</w:t>
            </w:r>
            <w:proofErr w:type="spellEnd"/>
            <w:r w:rsidRPr="0025334A">
              <w:t xml:space="preserve"> </w:t>
            </w:r>
            <w:proofErr w:type="spellStart"/>
            <w:r w:rsidRPr="0025334A">
              <w:t>în</w:t>
            </w:r>
            <w:proofErr w:type="spellEnd"/>
            <w:r w:rsidRPr="0025334A">
              <w:t xml:space="preserve"> </w:t>
            </w:r>
            <w:proofErr w:type="spellStart"/>
            <w:r w:rsidRPr="0025334A">
              <w:t>ziua</w:t>
            </w:r>
            <w:proofErr w:type="spellEnd"/>
            <w:r w:rsidRPr="0025334A">
              <w:t xml:space="preserve"> de </w:t>
            </w:r>
            <w:proofErr w:type="spellStart"/>
            <w:r w:rsidRPr="0025334A">
              <w:t>hrană</w:t>
            </w:r>
            <w:proofErr w:type="spellEnd"/>
            <w:r w:rsidRPr="0025334A">
              <w:t xml:space="preserve"> </w:t>
            </w:r>
          </w:p>
          <w:p w14:paraId="5147488D" w14:textId="77777777" w:rsidR="0025334A" w:rsidRPr="0025334A" w:rsidRDefault="0025334A" w:rsidP="0025334A">
            <w:pPr>
              <w:spacing w:after="50" w:line="247" w:lineRule="auto"/>
              <w:ind w:firstLine="0"/>
            </w:pPr>
            <w:r w:rsidRPr="0025334A">
              <w:t xml:space="preserve">-Format din </w:t>
            </w:r>
            <w:proofErr w:type="spellStart"/>
            <w:r w:rsidRPr="0025334A">
              <w:t>produse</w:t>
            </w:r>
            <w:proofErr w:type="spellEnd"/>
            <w:r w:rsidRPr="0025334A">
              <w:t xml:space="preserve"> care se pot </w:t>
            </w:r>
            <w:proofErr w:type="spellStart"/>
            <w:r w:rsidRPr="0025334A">
              <w:t>consuma</w:t>
            </w:r>
            <w:proofErr w:type="spellEnd"/>
            <w:r w:rsidRPr="0025334A">
              <w:t xml:space="preserve"> </w:t>
            </w:r>
            <w:proofErr w:type="spellStart"/>
            <w:r w:rsidRPr="0025334A">
              <w:t>nepreparate</w:t>
            </w:r>
            <w:proofErr w:type="spellEnd"/>
            <w:r w:rsidRPr="0025334A">
              <w:t xml:space="preserve"> </w:t>
            </w:r>
            <w:proofErr w:type="spellStart"/>
            <w:r w:rsidRPr="0025334A">
              <w:t>sau</w:t>
            </w:r>
            <w:proofErr w:type="spellEnd"/>
            <w:r w:rsidRPr="0025334A">
              <w:t xml:space="preserve"> </w:t>
            </w:r>
            <w:proofErr w:type="spellStart"/>
            <w:r w:rsidRPr="0025334A">
              <w:t>semipreparate</w:t>
            </w:r>
            <w:proofErr w:type="spellEnd"/>
            <w:r w:rsidRPr="0025334A">
              <w:t xml:space="preserve"> la care se </w:t>
            </w:r>
            <w:proofErr w:type="spellStart"/>
            <w:r w:rsidRPr="0025334A">
              <w:t>adaugă</w:t>
            </w:r>
            <w:proofErr w:type="spellEnd"/>
            <w:r w:rsidRPr="0025334A">
              <w:t xml:space="preserve"> </w:t>
            </w:r>
            <w:proofErr w:type="spellStart"/>
            <w:r w:rsidRPr="0025334A">
              <w:t>ceai</w:t>
            </w:r>
            <w:proofErr w:type="spellEnd"/>
            <w:r w:rsidRPr="0025334A">
              <w:t xml:space="preserve">, </w:t>
            </w:r>
            <w:proofErr w:type="spellStart"/>
            <w:r w:rsidRPr="0025334A">
              <w:t>lapte</w:t>
            </w:r>
            <w:proofErr w:type="spellEnd"/>
            <w:r w:rsidRPr="0025334A">
              <w:t xml:space="preserve"> (</w:t>
            </w:r>
            <w:proofErr w:type="spellStart"/>
            <w:r w:rsidRPr="0025334A">
              <w:t>lapte</w:t>
            </w:r>
            <w:proofErr w:type="spellEnd"/>
            <w:r w:rsidRPr="0025334A">
              <w:t xml:space="preserve"> dulce </w:t>
            </w:r>
            <w:proofErr w:type="spellStart"/>
            <w:r w:rsidRPr="0025334A">
              <w:t>proaspat</w:t>
            </w:r>
            <w:proofErr w:type="spellEnd"/>
            <w:r w:rsidRPr="0025334A">
              <w:t xml:space="preserve">, </w:t>
            </w:r>
            <w:proofErr w:type="spellStart"/>
            <w:r w:rsidRPr="0025334A">
              <w:t>lapte</w:t>
            </w:r>
            <w:proofErr w:type="spellEnd"/>
            <w:r w:rsidRPr="0025334A">
              <w:t xml:space="preserve"> </w:t>
            </w:r>
            <w:proofErr w:type="spellStart"/>
            <w:r w:rsidRPr="0025334A">
              <w:t>batut</w:t>
            </w:r>
            <w:proofErr w:type="spellEnd"/>
            <w:r w:rsidRPr="0025334A">
              <w:t xml:space="preserve">, sana, </w:t>
            </w:r>
            <w:proofErr w:type="spellStart"/>
            <w:r w:rsidRPr="0025334A">
              <w:t>iaurt</w:t>
            </w:r>
            <w:proofErr w:type="spellEnd"/>
            <w:r w:rsidRPr="0025334A">
              <w:t xml:space="preserve">) </w:t>
            </w:r>
            <w:proofErr w:type="spellStart"/>
            <w:r w:rsidRPr="0025334A">
              <w:t>sau</w:t>
            </w:r>
            <w:proofErr w:type="spellEnd"/>
            <w:r w:rsidRPr="0025334A">
              <w:t xml:space="preserve"> cacao cu </w:t>
            </w:r>
            <w:proofErr w:type="spellStart"/>
            <w:r w:rsidRPr="0025334A">
              <w:t>lapte</w:t>
            </w:r>
            <w:proofErr w:type="spellEnd"/>
            <w:r w:rsidRPr="0025334A">
              <w:t>.</w:t>
            </w:r>
          </w:p>
          <w:p w14:paraId="36B72C47" w14:textId="77777777" w:rsidR="0025334A" w:rsidRPr="0025334A" w:rsidRDefault="0025334A" w:rsidP="0025334A">
            <w:pPr>
              <w:spacing w:after="50" w:line="247" w:lineRule="auto"/>
              <w:ind w:firstLine="0"/>
            </w:pPr>
            <w:r w:rsidRPr="0025334A">
              <w:t>-</w:t>
            </w:r>
            <w:proofErr w:type="spellStart"/>
            <w:r w:rsidRPr="0025334A">
              <w:t>Contine</w:t>
            </w:r>
            <w:proofErr w:type="spellEnd"/>
            <w:r w:rsidRPr="0025334A">
              <w:t xml:space="preserve">: </w:t>
            </w:r>
            <w:proofErr w:type="spellStart"/>
            <w:r w:rsidRPr="0025334A">
              <w:t>preparat</w:t>
            </w:r>
            <w:proofErr w:type="spellEnd"/>
            <w:r w:rsidRPr="0025334A">
              <w:t xml:space="preserve"> </w:t>
            </w:r>
            <w:proofErr w:type="spellStart"/>
            <w:r w:rsidRPr="0025334A">
              <w:t>lactat</w:t>
            </w:r>
            <w:proofErr w:type="spellEnd"/>
            <w:r w:rsidRPr="0025334A">
              <w:t xml:space="preserve"> </w:t>
            </w:r>
            <w:proofErr w:type="spellStart"/>
            <w:r w:rsidRPr="0025334A">
              <w:t>și</w:t>
            </w:r>
            <w:proofErr w:type="spellEnd"/>
            <w:r w:rsidRPr="0025334A">
              <w:t>/</w:t>
            </w:r>
            <w:proofErr w:type="spellStart"/>
            <w:r w:rsidRPr="0025334A">
              <w:t>sau</w:t>
            </w:r>
            <w:proofErr w:type="spellEnd"/>
            <w:r w:rsidRPr="0025334A">
              <w:t xml:space="preserve"> </w:t>
            </w:r>
            <w:proofErr w:type="spellStart"/>
            <w:r w:rsidRPr="0025334A">
              <w:t>proteic</w:t>
            </w:r>
            <w:proofErr w:type="spellEnd"/>
            <w:r w:rsidRPr="0025334A">
              <w:t xml:space="preserve">, </w:t>
            </w:r>
            <w:proofErr w:type="spellStart"/>
            <w:r w:rsidRPr="0025334A">
              <w:t>pâine</w:t>
            </w:r>
            <w:proofErr w:type="spellEnd"/>
            <w:r w:rsidRPr="0025334A">
              <w:t>/</w:t>
            </w:r>
            <w:proofErr w:type="spellStart"/>
            <w:r w:rsidRPr="0025334A">
              <w:t>produs</w:t>
            </w:r>
            <w:proofErr w:type="spellEnd"/>
            <w:r w:rsidRPr="0025334A">
              <w:t xml:space="preserve"> de </w:t>
            </w:r>
            <w:proofErr w:type="spellStart"/>
            <w:r w:rsidRPr="0025334A">
              <w:t>panificație</w:t>
            </w:r>
            <w:proofErr w:type="spellEnd"/>
            <w:r w:rsidRPr="0025334A">
              <w:t xml:space="preserve">, </w:t>
            </w:r>
            <w:proofErr w:type="spellStart"/>
            <w:r w:rsidRPr="0025334A">
              <w:t>legumă</w:t>
            </w:r>
            <w:proofErr w:type="spellEnd"/>
            <w:r w:rsidRPr="0025334A">
              <w:t>/</w:t>
            </w:r>
            <w:proofErr w:type="spellStart"/>
            <w:r w:rsidRPr="0025334A">
              <w:t>fruct</w:t>
            </w:r>
            <w:proofErr w:type="spellEnd"/>
            <w:r w:rsidRPr="0025334A">
              <w:t xml:space="preserve"> </w:t>
            </w:r>
            <w:proofErr w:type="spellStart"/>
            <w:r w:rsidRPr="0025334A">
              <w:t>ori</w:t>
            </w:r>
            <w:proofErr w:type="spellEnd"/>
            <w:r w:rsidRPr="0025334A">
              <w:t xml:space="preserve"> </w:t>
            </w:r>
            <w:proofErr w:type="spellStart"/>
            <w:r w:rsidRPr="0025334A">
              <w:t>altă</w:t>
            </w:r>
            <w:proofErr w:type="spellEnd"/>
            <w:r w:rsidRPr="0025334A">
              <w:t xml:space="preserve"> </w:t>
            </w:r>
            <w:proofErr w:type="spellStart"/>
            <w:r w:rsidRPr="0025334A">
              <w:t>componentă</w:t>
            </w:r>
            <w:proofErr w:type="spellEnd"/>
            <w:r w:rsidRPr="0025334A">
              <w:t xml:space="preserve"> </w:t>
            </w:r>
            <w:proofErr w:type="spellStart"/>
            <w:r w:rsidRPr="0025334A">
              <w:t>compatibilă</w:t>
            </w:r>
            <w:proofErr w:type="spellEnd"/>
            <w:r w:rsidRPr="0025334A">
              <w:t xml:space="preserve"> cu </w:t>
            </w:r>
            <w:proofErr w:type="spellStart"/>
            <w:r w:rsidRPr="0025334A">
              <w:t>meniul</w:t>
            </w:r>
            <w:proofErr w:type="spellEnd"/>
            <w:r w:rsidRPr="0025334A">
              <w:t xml:space="preserve"> </w:t>
            </w:r>
            <w:proofErr w:type="spellStart"/>
            <w:r w:rsidRPr="0025334A">
              <w:t>și</w:t>
            </w:r>
            <w:proofErr w:type="spellEnd"/>
            <w:r w:rsidRPr="0025334A">
              <w:t xml:space="preserve"> </w:t>
            </w:r>
            <w:proofErr w:type="spellStart"/>
            <w:r w:rsidRPr="0025334A">
              <w:t>regimul</w:t>
            </w:r>
            <w:proofErr w:type="spellEnd"/>
            <w:r w:rsidRPr="0025334A">
              <w:t xml:space="preserve">, </w:t>
            </w:r>
            <w:proofErr w:type="spellStart"/>
            <w:r w:rsidRPr="0025334A">
              <w:t>și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w:t>
            </w:r>
            <w:proofErr w:type="spellStart"/>
            <w:r w:rsidRPr="0025334A">
              <w:t>băutură</w:t>
            </w:r>
            <w:proofErr w:type="spellEnd"/>
            <w:r w:rsidRPr="0025334A">
              <w:t xml:space="preserve"> </w:t>
            </w:r>
            <w:proofErr w:type="spellStart"/>
            <w:r w:rsidRPr="0025334A">
              <w:t>adecvată</w:t>
            </w:r>
            <w:proofErr w:type="spellEnd"/>
            <w:r w:rsidRPr="0025334A">
              <w:t>.</w:t>
            </w:r>
          </w:p>
        </w:tc>
      </w:tr>
      <w:tr w:rsidR="0055374F" w:rsidRPr="0025334A" w14:paraId="143AD93A" w14:textId="77777777" w:rsidTr="006B3867">
        <w:tc>
          <w:tcPr>
            <w:tcW w:w="0" w:type="auto"/>
          </w:tcPr>
          <w:p w14:paraId="7546C4FC" w14:textId="77777777" w:rsidR="0055374F" w:rsidRPr="0025334A" w:rsidRDefault="0055374F" w:rsidP="0055374F">
            <w:pPr>
              <w:spacing w:after="50" w:line="247" w:lineRule="auto"/>
              <w:ind w:firstLine="0"/>
            </w:pPr>
            <w:proofErr w:type="spellStart"/>
            <w:r w:rsidRPr="0025334A">
              <w:rPr>
                <w:b/>
              </w:rPr>
              <w:t>Gustarea</w:t>
            </w:r>
            <w:proofErr w:type="spellEnd"/>
            <w:r w:rsidRPr="0025334A">
              <w:rPr>
                <w:b/>
              </w:rPr>
              <w:t xml:space="preserve"> I</w:t>
            </w:r>
          </w:p>
        </w:tc>
        <w:tc>
          <w:tcPr>
            <w:tcW w:w="0" w:type="auto"/>
          </w:tcPr>
          <w:p w14:paraId="36FFF3DB" w14:textId="5D01885A" w:rsidR="0055374F" w:rsidRPr="0025334A" w:rsidRDefault="0055374F" w:rsidP="0055374F">
            <w:pPr>
              <w:spacing w:after="50" w:line="247" w:lineRule="auto"/>
              <w:ind w:firstLine="0"/>
            </w:pPr>
            <w:proofErr w:type="spellStart"/>
            <w:r>
              <w:t>Produs</w:t>
            </w:r>
            <w:proofErr w:type="spellEnd"/>
            <w:r>
              <w:t xml:space="preserve"> </w:t>
            </w:r>
            <w:proofErr w:type="spellStart"/>
            <w:r>
              <w:t>lactat</w:t>
            </w:r>
            <w:proofErr w:type="spellEnd"/>
            <w:r>
              <w:t xml:space="preserve">, </w:t>
            </w:r>
            <w:proofErr w:type="spellStart"/>
            <w:r>
              <w:t>prăjituri</w:t>
            </w:r>
            <w:proofErr w:type="spellEnd"/>
            <w:r>
              <w:t xml:space="preserve"> </w:t>
            </w:r>
            <w:proofErr w:type="spellStart"/>
            <w:r>
              <w:t>ambalate</w:t>
            </w:r>
            <w:proofErr w:type="spellEnd"/>
            <w:r>
              <w:t xml:space="preserve">, </w:t>
            </w:r>
            <w:proofErr w:type="spellStart"/>
            <w:r>
              <w:rPr>
                <w:color w:val="0000FF"/>
              </w:rPr>
              <w:t>fructe</w:t>
            </w:r>
            <w:proofErr w:type="spellEnd"/>
            <w:r>
              <w:rPr>
                <w:color w:val="0000FF"/>
              </w:rPr>
              <w:t xml:space="preserve"> </w:t>
            </w:r>
            <w:proofErr w:type="spellStart"/>
            <w:r>
              <w:rPr>
                <w:color w:val="0000FF"/>
              </w:rPr>
              <w:t>proastepe</w:t>
            </w:r>
            <w:proofErr w:type="spellEnd"/>
            <w:r>
              <w:rPr>
                <w:color w:val="0000FF"/>
              </w:rPr>
              <w:t xml:space="preserve"> </w:t>
            </w:r>
            <w:proofErr w:type="spellStart"/>
            <w:r>
              <w:rPr>
                <w:color w:val="0000FF"/>
              </w:rPr>
              <w:t>si</w:t>
            </w:r>
            <w:proofErr w:type="spellEnd"/>
            <w:r>
              <w:rPr>
                <w:color w:val="0000FF"/>
              </w:rPr>
              <w:t xml:space="preserve"> </w:t>
            </w:r>
            <w:proofErr w:type="spellStart"/>
            <w:r>
              <w:rPr>
                <w:color w:val="0000FF"/>
              </w:rPr>
              <w:t>produse</w:t>
            </w:r>
            <w:proofErr w:type="spellEnd"/>
            <w:r>
              <w:rPr>
                <w:color w:val="0000FF"/>
              </w:rPr>
              <w:t xml:space="preserve"> de </w:t>
            </w:r>
            <w:proofErr w:type="spellStart"/>
            <w:r>
              <w:rPr>
                <w:color w:val="0000FF"/>
              </w:rPr>
              <w:t>patiserie</w:t>
            </w:r>
            <w:proofErr w:type="spellEnd"/>
            <w:r>
              <w:rPr>
                <w:color w:val="0000FF"/>
              </w:rPr>
              <w:t>/</w:t>
            </w:r>
            <w:proofErr w:type="spellStart"/>
            <w:r>
              <w:rPr>
                <w:color w:val="0000FF"/>
              </w:rPr>
              <w:t>deserturi</w:t>
            </w:r>
            <w:proofErr w:type="spellEnd"/>
            <w:r>
              <w:rPr>
                <w:color w:val="0000FF"/>
              </w:rPr>
              <w:t xml:space="preserve"> preparate (nu </w:t>
            </w:r>
            <w:proofErr w:type="spellStart"/>
            <w:r>
              <w:rPr>
                <w:color w:val="0000FF"/>
              </w:rPr>
              <w:t>cumparate</w:t>
            </w:r>
            <w:proofErr w:type="spellEnd"/>
            <w:r>
              <w:rPr>
                <w:color w:val="0000FF"/>
              </w:rPr>
              <w:t xml:space="preserve">), cel </w:t>
            </w:r>
            <w:proofErr w:type="spellStart"/>
            <w:r>
              <w:rPr>
                <w:color w:val="0000FF"/>
              </w:rPr>
              <w:t>putin</w:t>
            </w:r>
            <w:proofErr w:type="spellEnd"/>
            <w:r>
              <w:rPr>
                <w:color w:val="0000FF"/>
              </w:rPr>
              <w:t xml:space="preserve"> de </w:t>
            </w:r>
            <w:proofErr w:type="spellStart"/>
            <w:r>
              <w:rPr>
                <w:color w:val="0000FF"/>
              </w:rPr>
              <w:t>trei</w:t>
            </w:r>
            <w:proofErr w:type="spellEnd"/>
            <w:r>
              <w:rPr>
                <w:color w:val="0000FF"/>
              </w:rPr>
              <w:t xml:space="preserve"> </w:t>
            </w:r>
            <w:proofErr w:type="spellStart"/>
            <w:r>
              <w:rPr>
                <w:color w:val="0000FF"/>
              </w:rPr>
              <w:t>ori</w:t>
            </w:r>
            <w:proofErr w:type="spellEnd"/>
            <w:r>
              <w:rPr>
                <w:color w:val="0000FF"/>
              </w:rPr>
              <w:t xml:space="preserve"> pe </w:t>
            </w:r>
            <w:proofErr w:type="spellStart"/>
            <w:r>
              <w:rPr>
                <w:color w:val="0000FF"/>
              </w:rPr>
              <w:t>saptamana</w:t>
            </w:r>
            <w:proofErr w:type="spellEnd"/>
            <w:r>
              <w:rPr>
                <w:color w:val="0000FF"/>
              </w:rPr>
              <w:t xml:space="preserve">, conform </w:t>
            </w:r>
            <w:proofErr w:type="spellStart"/>
            <w:r>
              <w:rPr>
                <w:color w:val="0000FF"/>
              </w:rPr>
              <w:t>Ordinului</w:t>
            </w:r>
            <w:proofErr w:type="spellEnd"/>
            <w:r>
              <w:rPr>
                <w:color w:val="0000FF"/>
              </w:rPr>
              <w:t xml:space="preserve"> nr.507/2026 </w:t>
            </w:r>
            <w:proofErr w:type="spellStart"/>
            <w:r>
              <w:rPr>
                <w:color w:val="0000FF"/>
              </w:rPr>
              <w:t>si</w:t>
            </w:r>
            <w:proofErr w:type="spellEnd"/>
            <w:r>
              <w:rPr>
                <w:color w:val="0000FF"/>
              </w:rPr>
              <w:t xml:space="preserve"> a </w:t>
            </w:r>
            <w:proofErr w:type="spellStart"/>
            <w:r>
              <w:rPr>
                <w:color w:val="0000FF"/>
              </w:rPr>
              <w:t>Ordinului</w:t>
            </w:r>
            <w:proofErr w:type="spellEnd"/>
            <w:r>
              <w:rPr>
                <w:color w:val="0000FF"/>
              </w:rPr>
              <w:t xml:space="preserve"> nr.834/2026</w:t>
            </w:r>
            <w:r>
              <w:t xml:space="preserve">, </w:t>
            </w:r>
            <w:proofErr w:type="spellStart"/>
            <w:r>
              <w:t>corelat</w:t>
            </w:r>
            <w:proofErr w:type="spellEnd"/>
            <w:r>
              <w:t xml:space="preserve"> cu </w:t>
            </w:r>
            <w:proofErr w:type="spellStart"/>
            <w:r>
              <w:t>restul</w:t>
            </w:r>
            <w:proofErr w:type="spellEnd"/>
            <w:r>
              <w:t xml:space="preserve"> </w:t>
            </w:r>
            <w:proofErr w:type="spellStart"/>
            <w:r>
              <w:t>meniului</w:t>
            </w:r>
            <w:proofErr w:type="spellEnd"/>
            <w:r>
              <w:t>.</w:t>
            </w:r>
          </w:p>
        </w:tc>
      </w:tr>
      <w:tr w:rsidR="0025334A" w:rsidRPr="0025334A" w14:paraId="3800939D" w14:textId="77777777" w:rsidTr="006B3867">
        <w:tc>
          <w:tcPr>
            <w:tcW w:w="0" w:type="auto"/>
          </w:tcPr>
          <w:p w14:paraId="30AC302E" w14:textId="77777777" w:rsidR="0025334A" w:rsidRPr="0025334A" w:rsidRDefault="0025334A" w:rsidP="0025334A">
            <w:pPr>
              <w:spacing w:after="50" w:line="247" w:lineRule="auto"/>
              <w:ind w:firstLine="0"/>
            </w:pPr>
            <w:proofErr w:type="spellStart"/>
            <w:r w:rsidRPr="0025334A">
              <w:rPr>
                <w:b/>
              </w:rPr>
              <w:t>Prânz</w:t>
            </w:r>
            <w:proofErr w:type="spellEnd"/>
          </w:p>
        </w:tc>
        <w:tc>
          <w:tcPr>
            <w:tcW w:w="0" w:type="auto"/>
          </w:tcPr>
          <w:p w14:paraId="58C131B2" w14:textId="77777777" w:rsidR="0025334A" w:rsidRPr="0025334A" w:rsidRDefault="0025334A" w:rsidP="0025334A">
            <w:pPr>
              <w:spacing w:after="50" w:line="247" w:lineRule="auto"/>
              <w:ind w:firstLine="0"/>
            </w:pPr>
            <w:r w:rsidRPr="0025334A">
              <w:t>-</w:t>
            </w:r>
            <w:proofErr w:type="spellStart"/>
            <w:r w:rsidRPr="0025334A">
              <w:t>Reprezintă</w:t>
            </w:r>
            <w:proofErr w:type="spellEnd"/>
            <w:r w:rsidRPr="0025334A">
              <w:t xml:space="preserve"> un </w:t>
            </w:r>
            <w:proofErr w:type="spellStart"/>
            <w:r w:rsidRPr="0025334A">
              <w:t>procent</w:t>
            </w:r>
            <w:proofErr w:type="spellEnd"/>
            <w:r w:rsidRPr="0025334A">
              <w:t xml:space="preserve"> de 50% din </w:t>
            </w:r>
            <w:proofErr w:type="spellStart"/>
            <w:r w:rsidRPr="0025334A">
              <w:t>totalul</w:t>
            </w:r>
            <w:proofErr w:type="spellEnd"/>
            <w:r w:rsidRPr="0025334A">
              <w:t xml:space="preserve"> de </w:t>
            </w:r>
            <w:proofErr w:type="spellStart"/>
            <w:r w:rsidRPr="0025334A">
              <w:t>hrană</w:t>
            </w:r>
            <w:proofErr w:type="spellEnd"/>
            <w:r w:rsidRPr="0025334A">
              <w:t xml:space="preserve"> </w:t>
            </w:r>
          </w:p>
          <w:p w14:paraId="069C6377" w14:textId="77777777" w:rsidR="0025334A" w:rsidRPr="0025334A" w:rsidRDefault="0025334A" w:rsidP="0025334A">
            <w:pPr>
              <w:spacing w:after="50" w:line="247" w:lineRule="auto"/>
              <w:ind w:firstLine="0"/>
            </w:pPr>
            <w:r w:rsidRPr="0025334A">
              <w:t xml:space="preserve">-De </w:t>
            </w:r>
            <w:proofErr w:type="spellStart"/>
            <w:r w:rsidRPr="0025334A">
              <w:t>regulă</w:t>
            </w:r>
            <w:proofErr w:type="spellEnd"/>
            <w:r w:rsidRPr="0025334A">
              <w:t xml:space="preserve"> </w:t>
            </w:r>
            <w:proofErr w:type="spellStart"/>
            <w:r w:rsidRPr="0025334A">
              <w:t>compus</w:t>
            </w:r>
            <w:proofErr w:type="spellEnd"/>
            <w:r w:rsidRPr="0025334A">
              <w:t xml:space="preserve"> din 2 </w:t>
            </w:r>
            <w:proofErr w:type="spellStart"/>
            <w:r w:rsidRPr="0025334A">
              <w:t>feluri</w:t>
            </w:r>
            <w:proofErr w:type="spellEnd"/>
            <w:r w:rsidRPr="0025334A">
              <w:t xml:space="preserve"> de </w:t>
            </w:r>
            <w:proofErr w:type="spellStart"/>
            <w:r w:rsidRPr="0025334A">
              <w:t>mâncare</w:t>
            </w:r>
            <w:proofErr w:type="spellEnd"/>
            <w:r w:rsidRPr="0025334A">
              <w:t xml:space="preserve"> </w:t>
            </w:r>
            <w:proofErr w:type="spellStart"/>
            <w:r w:rsidRPr="0025334A">
              <w:t>si</w:t>
            </w:r>
            <w:proofErr w:type="spellEnd"/>
            <w:r w:rsidRPr="0025334A">
              <w:t xml:space="preserve"> desert:</w:t>
            </w:r>
          </w:p>
          <w:p w14:paraId="38A091FD" w14:textId="51D635C3" w:rsidR="0025334A" w:rsidRPr="0025334A" w:rsidRDefault="0025334A" w:rsidP="0025334A">
            <w:pPr>
              <w:spacing w:after="50" w:line="247" w:lineRule="auto"/>
              <w:ind w:firstLine="0"/>
            </w:pPr>
            <w:r w:rsidRPr="0025334A">
              <w:t>-</w:t>
            </w:r>
            <w:r w:rsidRPr="0025334A">
              <w:tab/>
              <w:t xml:space="preserve">Felul 1: </w:t>
            </w:r>
            <w:proofErr w:type="spellStart"/>
            <w:r w:rsidRPr="0025334A">
              <w:t>supă</w:t>
            </w:r>
            <w:proofErr w:type="spellEnd"/>
            <w:r w:rsidRPr="0025334A">
              <w:t>/</w:t>
            </w:r>
            <w:proofErr w:type="spellStart"/>
            <w:r w:rsidRPr="0025334A">
              <w:t>ciorbă</w:t>
            </w:r>
            <w:proofErr w:type="spellEnd"/>
            <w:r w:rsidRPr="0025334A">
              <w:t>/</w:t>
            </w:r>
            <w:proofErr w:type="spellStart"/>
            <w:r w:rsidRPr="0025334A">
              <w:t>borș</w:t>
            </w:r>
            <w:proofErr w:type="spellEnd"/>
            <w:r>
              <w:t>;</w:t>
            </w:r>
            <w:r w:rsidRPr="0025334A">
              <w:t xml:space="preserve"> </w:t>
            </w:r>
          </w:p>
          <w:p w14:paraId="030D74E0" w14:textId="7DD60033" w:rsidR="0025334A" w:rsidRPr="0025334A" w:rsidRDefault="0025334A" w:rsidP="0025334A">
            <w:pPr>
              <w:spacing w:after="50" w:line="247" w:lineRule="auto"/>
              <w:ind w:firstLine="0"/>
            </w:pPr>
            <w:r w:rsidRPr="0025334A">
              <w:t>-</w:t>
            </w:r>
            <w:r w:rsidRPr="0025334A">
              <w:tab/>
              <w:t xml:space="preserve">Felul 2: </w:t>
            </w:r>
            <w:proofErr w:type="spellStart"/>
            <w:r w:rsidRPr="0025334A">
              <w:t>preparat</w:t>
            </w:r>
            <w:proofErr w:type="spellEnd"/>
            <w:r w:rsidRPr="0025334A">
              <w:t xml:space="preserve"> principal cu </w:t>
            </w:r>
            <w:proofErr w:type="spellStart"/>
            <w:r w:rsidRPr="0025334A">
              <w:t>sursă</w:t>
            </w:r>
            <w:proofErr w:type="spellEnd"/>
            <w:r w:rsidRPr="0025334A">
              <w:t xml:space="preserve"> </w:t>
            </w:r>
            <w:proofErr w:type="spellStart"/>
            <w:r w:rsidRPr="0025334A">
              <w:t>proteică</w:t>
            </w:r>
            <w:proofErr w:type="spellEnd"/>
            <w:r w:rsidRPr="0025334A">
              <w:t xml:space="preserve"> și </w:t>
            </w:r>
            <w:proofErr w:type="spellStart"/>
            <w:r w:rsidRPr="0025334A">
              <w:t>garnitură</w:t>
            </w:r>
            <w:proofErr w:type="spellEnd"/>
            <w:r w:rsidRPr="0025334A">
              <w:t>/legume</w:t>
            </w:r>
            <w:r>
              <w:t>/</w:t>
            </w:r>
            <w:proofErr w:type="spellStart"/>
            <w:r>
              <w:t>salata</w:t>
            </w:r>
            <w:proofErr w:type="spellEnd"/>
            <w:r w:rsidRPr="0025334A">
              <w:t xml:space="preserve">; </w:t>
            </w:r>
          </w:p>
          <w:p w14:paraId="2AE1BB12" w14:textId="77777777" w:rsidR="0025334A" w:rsidRDefault="0025334A" w:rsidP="0025334A">
            <w:pPr>
              <w:spacing w:after="50" w:line="247" w:lineRule="auto"/>
              <w:ind w:firstLine="0"/>
            </w:pPr>
            <w:r w:rsidRPr="0025334A">
              <w:t>-</w:t>
            </w:r>
            <w:r w:rsidRPr="0025334A">
              <w:tab/>
              <w:t xml:space="preserve">Desert: </w:t>
            </w:r>
            <w:proofErr w:type="spellStart"/>
            <w:r w:rsidRPr="0025334A">
              <w:t>prăjituri</w:t>
            </w:r>
            <w:proofErr w:type="spellEnd"/>
            <w:r w:rsidRPr="0025334A">
              <w:t xml:space="preserve">, </w:t>
            </w:r>
            <w:proofErr w:type="spellStart"/>
            <w:r w:rsidRPr="0025334A">
              <w:t>fructe</w:t>
            </w:r>
            <w:proofErr w:type="spellEnd"/>
            <w:r w:rsidRPr="0025334A">
              <w:t xml:space="preserve"> </w:t>
            </w:r>
            <w:proofErr w:type="spellStart"/>
            <w:r w:rsidRPr="0025334A">
              <w:t>proaspete</w:t>
            </w:r>
            <w:proofErr w:type="spellEnd"/>
            <w:r w:rsidRPr="0025334A">
              <w:t xml:space="preserve">, </w:t>
            </w:r>
            <w:proofErr w:type="spellStart"/>
            <w:r w:rsidRPr="0025334A">
              <w:t>compot</w:t>
            </w:r>
            <w:proofErr w:type="spellEnd"/>
            <w:r w:rsidRPr="0025334A">
              <w:t xml:space="preserve">, </w:t>
            </w:r>
            <w:proofErr w:type="spellStart"/>
            <w:r w:rsidRPr="0025334A">
              <w:t>budinci</w:t>
            </w:r>
            <w:proofErr w:type="spellEnd"/>
            <w:r w:rsidRPr="0025334A">
              <w:t xml:space="preserve">, </w:t>
            </w:r>
            <w:proofErr w:type="spellStart"/>
            <w:r w:rsidRPr="0025334A">
              <w:t>iaurturi</w:t>
            </w:r>
            <w:proofErr w:type="spellEnd"/>
            <w:r w:rsidRPr="0025334A">
              <w:t xml:space="preserve"> de </w:t>
            </w:r>
            <w:proofErr w:type="spellStart"/>
            <w:r w:rsidRPr="0025334A">
              <w:t>fructe</w:t>
            </w:r>
            <w:proofErr w:type="spellEnd"/>
            <w:r w:rsidRPr="0025334A">
              <w:t xml:space="preserve"> </w:t>
            </w:r>
            <w:proofErr w:type="spellStart"/>
            <w:r w:rsidRPr="0025334A">
              <w:t>etc</w:t>
            </w:r>
            <w:proofErr w:type="spellEnd"/>
            <w:r w:rsidRPr="0025334A">
              <w:t xml:space="preserve">, precum </w:t>
            </w:r>
            <w:proofErr w:type="spellStart"/>
            <w:r w:rsidRPr="0025334A">
              <w:t>şi</w:t>
            </w:r>
            <w:proofErr w:type="spellEnd"/>
            <w:r w:rsidRPr="0025334A">
              <w:t xml:space="preserve"> </w:t>
            </w:r>
            <w:proofErr w:type="spellStart"/>
            <w:r w:rsidRPr="0025334A">
              <w:t>apă</w:t>
            </w:r>
            <w:proofErr w:type="spellEnd"/>
            <w:r w:rsidRPr="0025334A">
              <w:t xml:space="preserve"> </w:t>
            </w:r>
            <w:proofErr w:type="spellStart"/>
            <w:r w:rsidRPr="0025334A">
              <w:t>minerală</w:t>
            </w:r>
            <w:proofErr w:type="spellEnd"/>
            <w:r w:rsidRPr="0025334A">
              <w:t xml:space="preserve"> </w:t>
            </w:r>
            <w:proofErr w:type="spellStart"/>
            <w:r w:rsidRPr="0025334A">
              <w:t>sau</w:t>
            </w:r>
            <w:proofErr w:type="spellEnd"/>
            <w:r w:rsidRPr="0025334A">
              <w:t xml:space="preserve"> </w:t>
            </w:r>
            <w:proofErr w:type="spellStart"/>
            <w:r w:rsidRPr="0025334A">
              <w:t>sucuri</w:t>
            </w:r>
            <w:proofErr w:type="spellEnd"/>
            <w:r w:rsidRPr="0025334A">
              <w:t>.</w:t>
            </w:r>
          </w:p>
          <w:p w14:paraId="04EDCCA4" w14:textId="77777777" w:rsidR="00175DC4" w:rsidRPr="00175DC4" w:rsidRDefault="00175DC4" w:rsidP="00175DC4">
            <w:pPr>
              <w:spacing w:after="50" w:line="247" w:lineRule="auto"/>
              <w:ind w:firstLine="0"/>
              <w:rPr>
                <w:u w:val="single"/>
              </w:rPr>
            </w:pPr>
            <w:r w:rsidRPr="00175DC4">
              <w:rPr>
                <w:u w:val="single"/>
              </w:rPr>
              <w:t>Nota:</w:t>
            </w:r>
          </w:p>
          <w:p w14:paraId="74E3319D" w14:textId="26865450" w:rsidR="00175DC4" w:rsidRDefault="00175DC4" w:rsidP="0025334A">
            <w:pPr>
              <w:spacing w:after="50" w:line="247" w:lineRule="auto"/>
              <w:ind w:firstLine="0"/>
            </w:pPr>
            <w:r>
              <w:t>Felul 1 = 400g</w:t>
            </w:r>
          </w:p>
          <w:p w14:paraId="0174E7E0" w14:textId="413CBDB9" w:rsidR="00175DC4" w:rsidRDefault="00175DC4" w:rsidP="0025334A">
            <w:pPr>
              <w:spacing w:after="50" w:line="247" w:lineRule="auto"/>
              <w:ind w:firstLine="0"/>
            </w:pPr>
            <w:r>
              <w:t xml:space="preserve">Felul 2 = </w:t>
            </w:r>
            <w:r w:rsidR="0046654C">
              <w:t xml:space="preserve">300 g, din care </w:t>
            </w:r>
            <w:proofErr w:type="spellStart"/>
            <w:r>
              <w:t>preparat</w:t>
            </w:r>
            <w:proofErr w:type="spellEnd"/>
            <w:r>
              <w:t xml:space="preserve"> din carne minim 150g</w:t>
            </w:r>
          </w:p>
          <w:p w14:paraId="3649604F" w14:textId="51F85085" w:rsidR="00175DC4" w:rsidRPr="0025334A" w:rsidRDefault="00175DC4" w:rsidP="0025334A">
            <w:pPr>
              <w:spacing w:after="50" w:line="247" w:lineRule="auto"/>
              <w:ind w:firstLine="0"/>
            </w:pPr>
            <w:r>
              <w:t>Paine = 150g</w:t>
            </w:r>
          </w:p>
        </w:tc>
      </w:tr>
      <w:tr w:rsidR="0055374F" w:rsidRPr="0025334A" w14:paraId="3E83B30B" w14:textId="77777777" w:rsidTr="006B3867">
        <w:tc>
          <w:tcPr>
            <w:tcW w:w="0" w:type="auto"/>
          </w:tcPr>
          <w:p w14:paraId="092BC182" w14:textId="77777777" w:rsidR="0055374F" w:rsidRPr="0025334A" w:rsidRDefault="0055374F" w:rsidP="0055374F">
            <w:pPr>
              <w:spacing w:after="50" w:line="247" w:lineRule="auto"/>
              <w:ind w:firstLine="0"/>
            </w:pPr>
            <w:proofErr w:type="spellStart"/>
            <w:r w:rsidRPr="0025334A">
              <w:rPr>
                <w:b/>
              </w:rPr>
              <w:t>Gustarea</w:t>
            </w:r>
            <w:proofErr w:type="spellEnd"/>
            <w:r w:rsidRPr="0025334A">
              <w:rPr>
                <w:b/>
              </w:rPr>
              <w:t xml:space="preserve"> II</w:t>
            </w:r>
          </w:p>
        </w:tc>
        <w:tc>
          <w:tcPr>
            <w:tcW w:w="0" w:type="auto"/>
          </w:tcPr>
          <w:p w14:paraId="6EAB5909" w14:textId="2A7402F0" w:rsidR="0055374F" w:rsidRPr="0025334A" w:rsidRDefault="0055374F" w:rsidP="0055374F">
            <w:pPr>
              <w:spacing w:after="50" w:line="247" w:lineRule="auto"/>
              <w:ind w:firstLine="0"/>
            </w:pPr>
            <w:proofErr w:type="spellStart"/>
            <w:r>
              <w:t>Produs</w:t>
            </w:r>
            <w:proofErr w:type="spellEnd"/>
            <w:r>
              <w:t xml:space="preserve"> </w:t>
            </w:r>
            <w:proofErr w:type="spellStart"/>
            <w:r>
              <w:t>lactat</w:t>
            </w:r>
            <w:proofErr w:type="spellEnd"/>
            <w:r>
              <w:t xml:space="preserve">, </w:t>
            </w:r>
            <w:proofErr w:type="spellStart"/>
            <w:r>
              <w:t>prăjituri</w:t>
            </w:r>
            <w:proofErr w:type="spellEnd"/>
            <w:r>
              <w:t xml:space="preserve"> </w:t>
            </w:r>
            <w:proofErr w:type="spellStart"/>
            <w:r>
              <w:t>ambalate</w:t>
            </w:r>
            <w:proofErr w:type="spellEnd"/>
            <w:r>
              <w:t xml:space="preserve">, </w:t>
            </w:r>
            <w:proofErr w:type="spellStart"/>
            <w:r>
              <w:t>compot</w:t>
            </w:r>
            <w:proofErr w:type="spellEnd"/>
            <w:r>
              <w:t xml:space="preserve">, </w:t>
            </w:r>
            <w:proofErr w:type="spellStart"/>
            <w:r>
              <w:t>budincă</w:t>
            </w:r>
            <w:proofErr w:type="spellEnd"/>
            <w:r>
              <w:t xml:space="preserve">, </w:t>
            </w:r>
            <w:proofErr w:type="spellStart"/>
            <w:r>
              <w:rPr>
                <w:color w:val="0000FF"/>
              </w:rPr>
              <w:t>fructe</w:t>
            </w:r>
            <w:proofErr w:type="spellEnd"/>
            <w:r>
              <w:rPr>
                <w:color w:val="0000FF"/>
              </w:rPr>
              <w:t xml:space="preserve"> </w:t>
            </w:r>
            <w:proofErr w:type="spellStart"/>
            <w:r>
              <w:rPr>
                <w:color w:val="0000FF"/>
              </w:rPr>
              <w:t>proaspete</w:t>
            </w:r>
            <w:proofErr w:type="spellEnd"/>
            <w:r>
              <w:rPr>
                <w:color w:val="0000FF"/>
              </w:rPr>
              <w:t xml:space="preserve"> </w:t>
            </w:r>
            <w:proofErr w:type="spellStart"/>
            <w:r>
              <w:rPr>
                <w:color w:val="0000FF"/>
              </w:rPr>
              <w:t>si</w:t>
            </w:r>
            <w:proofErr w:type="spellEnd"/>
            <w:r>
              <w:rPr>
                <w:color w:val="0000FF"/>
              </w:rPr>
              <w:t xml:space="preserve"> </w:t>
            </w:r>
            <w:proofErr w:type="spellStart"/>
            <w:r>
              <w:rPr>
                <w:color w:val="0000FF"/>
              </w:rPr>
              <w:t>produse</w:t>
            </w:r>
            <w:proofErr w:type="spellEnd"/>
            <w:r>
              <w:rPr>
                <w:color w:val="0000FF"/>
              </w:rPr>
              <w:t xml:space="preserve"> de </w:t>
            </w:r>
            <w:proofErr w:type="spellStart"/>
            <w:r>
              <w:rPr>
                <w:color w:val="0000FF"/>
              </w:rPr>
              <w:t>patiserie</w:t>
            </w:r>
            <w:proofErr w:type="spellEnd"/>
            <w:r>
              <w:rPr>
                <w:color w:val="0000FF"/>
              </w:rPr>
              <w:t xml:space="preserve">/ </w:t>
            </w:r>
            <w:proofErr w:type="spellStart"/>
            <w:r>
              <w:rPr>
                <w:color w:val="0000FF"/>
              </w:rPr>
              <w:t>deserturi</w:t>
            </w:r>
            <w:proofErr w:type="spellEnd"/>
            <w:r>
              <w:rPr>
                <w:color w:val="0000FF"/>
              </w:rPr>
              <w:t xml:space="preserve"> preparate (nu </w:t>
            </w:r>
            <w:proofErr w:type="spellStart"/>
            <w:r>
              <w:rPr>
                <w:color w:val="0000FF"/>
              </w:rPr>
              <w:t>cumparate</w:t>
            </w:r>
            <w:proofErr w:type="spellEnd"/>
            <w:r>
              <w:rPr>
                <w:color w:val="0000FF"/>
              </w:rPr>
              <w:t xml:space="preserve">) cel </w:t>
            </w:r>
            <w:proofErr w:type="spellStart"/>
            <w:r>
              <w:rPr>
                <w:color w:val="0000FF"/>
              </w:rPr>
              <w:t>putin</w:t>
            </w:r>
            <w:proofErr w:type="spellEnd"/>
            <w:r>
              <w:rPr>
                <w:color w:val="0000FF"/>
              </w:rPr>
              <w:t xml:space="preserve"> de </w:t>
            </w:r>
            <w:proofErr w:type="spellStart"/>
            <w:r>
              <w:rPr>
                <w:color w:val="0000FF"/>
              </w:rPr>
              <w:t>trei</w:t>
            </w:r>
            <w:proofErr w:type="spellEnd"/>
            <w:r>
              <w:rPr>
                <w:color w:val="0000FF"/>
              </w:rPr>
              <w:t xml:space="preserve"> </w:t>
            </w:r>
            <w:proofErr w:type="spellStart"/>
            <w:r>
              <w:rPr>
                <w:color w:val="0000FF"/>
              </w:rPr>
              <w:t>ori</w:t>
            </w:r>
            <w:proofErr w:type="spellEnd"/>
            <w:r>
              <w:rPr>
                <w:color w:val="0000FF"/>
              </w:rPr>
              <w:t xml:space="preserve"> pe </w:t>
            </w:r>
            <w:proofErr w:type="spellStart"/>
            <w:r>
              <w:rPr>
                <w:color w:val="0000FF"/>
              </w:rPr>
              <w:t>saptamana</w:t>
            </w:r>
            <w:proofErr w:type="spellEnd"/>
            <w:r>
              <w:rPr>
                <w:color w:val="0000FF"/>
              </w:rPr>
              <w:t xml:space="preserve">, conform </w:t>
            </w:r>
            <w:proofErr w:type="spellStart"/>
            <w:r>
              <w:rPr>
                <w:color w:val="0000FF"/>
              </w:rPr>
              <w:t>Ordinului</w:t>
            </w:r>
            <w:proofErr w:type="spellEnd"/>
            <w:r>
              <w:rPr>
                <w:color w:val="0000FF"/>
              </w:rPr>
              <w:t xml:space="preserve"> nr.507/2026 </w:t>
            </w:r>
            <w:proofErr w:type="spellStart"/>
            <w:r>
              <w:rPr>
                <w:color w:val="0000FF"/>
              </w:rPr>
              <w:t>si</w:t>
            </w:r>
            <w:proofErr w:type="spellEnd"/>
            <w:r>
              <w:rPr>
                <w:color w:val="0000FF"/>
              </w:rPr>
              <w:t xml:space="preserve"> a </w:t>
            </w:r>
            <w:proofErr w:type="spellStart"/>
            <w:r>
              <w:rPr>
                <w:color w:val="0000FF"/>
              </w:rPr>
              <w:t>Ordinului</w:t>
            </w:r>
            <w:proofErr w:type="spellEnd"/>
            <w:r>
              <w:rPr>
                <w:color w:val="0000FF"/>
              </w:rPr>
              <w:t xml:space="preserve"> nr.834/2026</w:t>
            </w:r>
            <w:r>
              <w:t xml:space="preserve"> , </w:t>
            </w:r>
            <w:proofErr w:type="spellStart"/>
            <w:r>
              <w:t>corelat</w:t>
            </w:r>
            <w:proofErr w:type="spellEnd"/>
            <w:r>
              <w:t xml:space="preserve"> cu </w:t>
            </w:r>
            <w:proofErr w:type="spellStart"/>
            <w:r>
              <w:t>restul</w:t>
            </w:r>
            <w:proofErr w:type="spellEnd"/>
            <w:r>
              <w:t xml:space="preserve"> </w:t>
            </w:r>
            <w:proofErr w:type="spellStart"/>
            <w:r>
              <w:t>meniului</w:t>
            </w:r>
            <w:proofErr w:type="spellEnd"/>
            <w:r>
              <w:t>.</w:t>
            </w:r>
          </w:p>
        </w:tc>
      </w:tr>
      <w:tr w:rsidR="0025334A" w:rsidRPr="0025334A" w14:paraId="17869561" w14:textId="77777777" w:rsidTr="006B3867">
        <w:tc>
          <w:tcPr>
            <w:tcW w:w="0" w:type="auto"/>
          </w:tcPr>
          <w:p w14:paraId="5D7881BD" w14:textId="77777777" w:rsidR="0025334A" w:rsidRPr="0025334A" w:rsidRDefault="0025334A" w:rsidP="0025334A">
            <w:pPr>
              <w:spacing w:after="50" w:line="247" w:lineRule="auto"/>
              <w:ind w:firstLine="0"/>
            </w:pPr>
            <w:proofErr w:type="spellStart"/>
            <w:r w:rsidRPr="0025334A">
              <w:rPr>
                <w:b/>
              </w:rPr>
              <w:t>Cină</w:t>
            </w:r>
            <w:proofErr w:type="spellEnd"/>
          </w:p>
        </w:tc>
        <w:tc>
          <w:tcPr>
            <w:tcW w:w="0" w:type="auto"/>
          </w:tcPr>
          <w:p w14:paraId="73161A35" w14:textId="77777777" w:rsidR="0025334A" w:rsidRPr="0025334A" w:rsidRDefault="0025334A" w:rsidP="0025334A">
            <w:pPr>
              <w:spacing w:after="50" w:line="247" w:lineRule="auto"/>
              <w:ind w:firstLine="0"/>
            </w:pPr>
            <w:proofErr w:type="spellStart"/>
            <w:r w:rsidRPr="0025334A">
              <w:t>Reprezinta</w:t>
            </w:r>
            <w:proofErr w:type="spellEnd"/>
            <w:r w:rsidRPr="0025334A">
              <w:t xml:space="preserve"> 25% din </w:t>
            </w:r>
            <w:proofErr w:type="spellStart"/>
            <w:r w:rsidRPr="0025334A">
              <w:t>totalul</w:t>
            </w:r>
            <w:proofErr w:type="spellEnd"/>
            <w:r w:rsidRPr="0025334A">
              <w:t xml:space="preserve"> </w:t>
            </w:r>
            <w:proofErr w:type="spellStart"/>
            <w:r w:rsidRPr="0025334A">
              <w:t>alimentelor</w:t>
            </w:r>
            <w:proofErr w:type="spellEnd"/>
            <w:r w:rsidRPr="0025334A">
              <w:t xml:space="preserve"> </w:t>
            </w:r>
            <w:proofErr w:type="spellStart"/>
            <w:r w:rsidRPr="0025334A">
              <w:t>incluse</w:t>
            </w:r>
            <w:proofErr w:type="spellEnd"/>
            <w:r w:rsidRPr="0025334A">
              <w:t xml:space="preserve"> in </w:t>
            </w:r>
            <w:proofErr w:type="spellStart"/>
            <w:r w:rsidRPr="0025334A">
              <w:t>ziua</w:t>
            </w:r>
            <w:proofErr w:type="spellEnd"/>
            <w:r w:rsidRPr="0025334A">
              <w:t xml:space="preserve"> de </w:t>
            </w:r>
            <w:proofErr w:type="spellStart"/>
            <w:r w:rsidRPr="0025334A">
              <w:t>hrana</w:t>
            </w:r>
            <w:proofErr w:type="spellEnd"/>
            <w:r w:rsidRPr="0025334A">
              <w:t xml:space="preserve"> </w:t>
            </w:r>
            <w:proofErr w:type="spellStart"/>
            <w:r w:rsidRPr="0025334A">
              <w:t>si</w:t>
            </w:r>
            <w:proofErr w:type="spellEnd"/>
            <w:r w:rsidRPr="0025334A">
              <w:t xml:space="preserve"> </w:t>
            </w:r>
            <w:proofErr w:type="spellStart"/>
            <w:r w:rsidRPr="0025334A">
              <w:t>va</w:t>
            </w:r>
            <w:proofErr w:type="spellEnd"/>
            <w:r w:rsidRPr="0025334A">
              <w:t xml:space="preserve"> fi </w:t>
            </w:r>
            <w:proofErr w:type="spellStart"/>
            <w:r w:rsidRPr="0025334A">
              <w:t>realizata</w:t>
            </w:r>
            <w:proofErr w:type="spellEnd"/>
            <w:r w:rsidRPr="0025334A">
              <w:t xml:space="preserve"> sub </w:t>
            </w:r>
            <w:r w:rsidRPr="0025334A">
              <w:lastRenderedPageBreak/>
              <w:t xml:space="preserve">forma de preparate </w:t>
            </w:r>
            <w:proofErr w:type="spellStart"/>
            <w:r w:rsidRPr="0025334A">
              <w:t>alimentare</w:t>
            </w:r>
            <w:proofErr w:type="spellEnd"/>
            <w:r w:rsidRPr="0025334A">
              <w:t xml:space="preserve"> </w:t>
            </w:r>
            <w:proofErr w:type="spellStart"/>
            <w:r w:rsidRPr="0025334A">
              <w:t>ușor</w:t>
            </w:r>
            <w:proofErr w:type="spellEnd"/>
            <w:r w:rsidRPr="0025334A">
              <w:t xml:space="preserve"> </w:t>
            </w:r>
            <w:proofErr w:type="spellStart"/>
            <w:r w:rsidRPr="0025334A">
              <w:t>digerabile</w:t>
            </w:r>
            <w:proofErr w:type="spellEnd"/>
            <w:r w:rsidRPr="0025334A">
              <w:t xml:space="preserve">, cu </w:t>
            </w:r>
            <w:proofErr w:type="spellStart"/>
            <w:r w:rsidRPr="0025334A">
              <w:t>sursă</w:t>
            </w:r>
            <w:proofErr w:type="spellEnd"/>
            <w:r w:rsidRPr="0025334A">
              <w:t xml:space="preserve"> </w:t>
            </w:r>
            <w:proofErr w:type="spellStart"/>
            <w:r w:rsidRPr="0025334A">
              <w:t>proteică</w:t>
            </w:r>
            <w:proofErr w:type="spellEnd"/>
            <w:r w:rsidRPr="0025334A">
              <w:t xml:space="preserve"> </w:t>
            </w:r>
            <w:proofErr w:type="spellStart"/>
            <w:r w:rsidRPr="0025334A">
              <w:t>și</w:t>
            </w:r>
            <w:proofErr w:type="spellEnd"/>
            <w:r w:rsidRPr="0025334A">
              <w:t>/</w:t>
            </w:r>
            <w:proofErr w:type="spellStart"/>
            <w:r w:rsidRPr="0025334A">
              <w:t>sau</w:t>
            </w:r>
            <w:proofErr w:type="spellEnd"/>
            <w:r w:rsidRPr="0025334A">
              <w:t xml:space="preserve"> </w:t>
            </w:r>
            <w:proofErr w:type="spellStart"/>
            <w:r w:rsidRPr="0025334A">
              <w:t>lactată</w:t>
            </w:r>
            <w:proofErr w:type="spellEnd"/>
            <w:r w:rsidRPr="0025334A">
              <w:t xml:space="preserve"> </w:t>
            </w:r>
            <w:proofErr w:type="spellStart"/>
            <w:r w:rsidRPr="0025334A">
              <w:t>și</w:t>
            </w:r>
            <w:proofErr w:type="spellEnd"/>
            <w:r w:rsidRPr="0025334A">
              <w:t xml:space="preserve"> </w:t>
            </w:r>
            <w:proofErr w:type="spellStart"/>
            <w:r w:rsidRPr="0025334A">
              <w:t>garnitură</w:t>
            </w:r>
            <w:proofErr w:type="spellEnd"/>
            <w:r w:rsidRPr="0025334A">
              <w:t xml:space="preserve">/legume, </w:t>
            </w:r>
            <w:proofErr w:type="spellStart"/>
            <w:r w:rsidRPr="0025334A">
              <w:t>adaptate</w:t>
            </w:r>
            <w:proofErr w:type="spellEnd"/>
            <w:r w:rsidRPr="0025334A">
              <w:t xml:space="preserve"> </w:t>
            </w:r>
            <w:proofErr w:type="spellStart"/>
            <w:r w:rsidRPr="0025334A">
              <w:t>regimului</w:t>
            </w:r>
            <w:proofErr w:type="spellEnd"/>
            <w:r w:rsidRPr="0025334A">
              <w:t xml:space="preserve">, </w:t>
            </w:r>
            <w:proofErr w:type="spellStart"/>
            <w:r w:rsidRPr="0025334A">
              <w:t>fără</w:t>
            </w:r>
            <w:proofErr w:type="spellEnd"/>
            <w:r w:rsidRPr="0025334A">
              <w:t xml:space="preserve"> </w:t>
            </w:r>
            <w:proofErr w:type="spellStart"/>
            <w:r w:rsidRPr="0025334A">
              <w:t>repetarea</w:t>
            </w:r>
            <w:proofErr w:type="spellEnd"/>
            <w:r w:rsidRPr="0025334A">
              <w:t xml:space="preserve"> </w:t>
            </w:r>
            <w:proofErr w:type="spellStart"/>
            <w:r w:rsidRPr="0025334A">
              <w:t>mecanică</w:t>
            </w:r>
            <w:proofErr w:type="spellEnd"/>
            <w:r w:rsidRPr="0025334A">
              <w:t xml:space="preserve"> a </w:t>
            </w:r>
            <w:proofErr w:type="spellStart"/>
            <w:r w:rsidRPr="0025334A">
              <w:t>prânzului</w:t>
            </w:r>
            <w:proofErr w:type="spellEnd"/>
            <w:r w:rsidRPr="0025334A">
              <w:t>:</w:t>
            </w:r>
          </w:p>
          <w:p w14:paraId="31F84855" w14:textId="77777777" w:rsidR="0025334A" w:rsidRPr="0025334A" w:rsidRDefault="0025334A" w:rsidP="0025334A">
            <w:pPr>
              <w:spacing w:after="50" w:line="247" w:lineRule="auto"/>
              <w:ind w:firstLine="0"/>
            </w:pPr>
            <w:r w:rsidRPr="0025334A">
              <w:t>-</w:t>
            </w:r>
            <w:r w:rsidRPr="0025334A">
              <w:tab/>
              <w:t xml:space="preserve">Felul 1: </w:t>
            </w:r>
            <w:proofErr w:type="spellStart"/>
            <w:r w:rsidRPr="0025334A">
              <w:t>hrana</w:t>
            </w:r>
            <w:proofErr w:type="spellEnd"/>
            <w:r w:rsidRPr="0025334A">
              <w:t xml:space="preserve"> </w:t>
            </w:r>
            <w:proofErr w:type="spellStart"/>
            <w:r w:rsidRPr="0025334A">
              <w:t>calda</w:t>
            </w:r>
            <w:proofErr w:type="spellEnd"/>
            <w:r w:rsidRPr="0025334A">
              <w:t xml:space="preserve"> sub forma de </w:t>
            </w:r>
            <w:proofErr w:type="spellStart"/>
            <w:r w:rsidRPr="0025334A">
              <w:t>mâcăruri</w:t>
            </w:r>
            <w:proofErr w:type="spellEnd"/>
            <w:r w:rsidRPr="0025334A">
              <w:t xml:space="preserve"> </w:t>
            </w:r>
            <w:proofErr w:type="spellStart"/>
            <w:r w:rsidRPr="0025334A">
              <w:t>scăzute</w:t>
            </w:r>
            <w:proofErr w:type="spellEnd"/>
            <w:r w:rsidRPr="0025334A">
              <w:t xml:space="preserve">, pe </w:t>
            </w:r>
            <w:proofErr w:type="spellStart"/>
            <w:r w:rsidRPr="0025334A">
              <w:t>baza</w:t>
            </w:r>
            <w:proofErr w:type="spellEnd"/>
            <w:r w:rsidRPr="0025334A">
              <w:t xml:space="preserve"> de came </w:t>
            </w:r>
            <w:proofErr w:type="spellStart"/>
            <w:r w:rsidRPr="0025334A">
              <w:t>si</w:t>
            </w:r>
            <w:proofErr w:type="spellEnd"/>
            <w:r w:rsidRPr="0025334A">
              <w:t xml:space="preserve"> </w:t>
            </w:r>
            <w:proofErr w:type="spellStart"/>
            <w:r w:rsidRPr="0025334A">
              <w:t>legume,etc</w:t>
            </w:r>
            <w:proofErr w:type="spellEnd"/>
            <w:r w:rsidRPr="0025334A">
              <w:t>.</w:t>
            </w:r>
          </w:p>
          <w:p w14:paraId="46CC6698" w14:textId="77777777" w:rsidR="0025334A" w:rsidRDefault="0025334A" w:rsidP="008506A3">
            <w:pPr>
              <w:spacing w:after="50" w:line="247" w:lineRule="auto"/>
              <w:ind w:firstLine="0"/>
            </w:pPr>
            <w:r w:rsidRPr="0025334A">
              <w:t>-</w:t>
            </w:r>
            <w:r w:rsidRPr="0025334A">
              <w:tab/>
              <w:t xml:space="preserve">Felul 2: </w:t>
            </w:r>
            <w:proofErr w:type="spellStart"/>
            <w:r w:rsidRPr="0025334A">
              <w:t>făinoase</w:t>
            </w:r>
            <w:proofErr w:type="spellEnd"/>
            <w:r w:rsidRPr="0025334A">
              <w:t xml:space="preserve"> cu </w:t>
            </w:r>
            <w:proofErr w:type="spellStart"/>
            <w:r w:rsidRPr="0025334A">
              <w:t>branza</w:t>
            </w:r>
            <w:proofErr w:type="spellEnd"/>
            <w:r w:rsidRPr="0025334A">
              <w:t>/</w:t>
            </w:r>
            <w:proofErr w:type="spellStart"/>
            <w:r w:rsidRPr="0025334A">
              <w:t>lapte</w:t>
            </w:r>
            <w:proofErr w:type="spellEnd"/>
            <w:r w:rsidRPr="0025334A">
              <w:t xml:space="preserve">, </w:t>
            </w:r>
            <w:proofErr w:type="spellStart"/>
            <w:r w:rsidRPr="0025334A">
              <w:t>orez</w:t>
            </w:r>
            <w:proofErr w:type="spellEnd"/>
            <w:r w:rsidRPr="0025334A">
              <w:t xml:space="preserve">/ </w:t>
            </w:r>
            <w:proofErr w:type="spellStart"/>
            <w:r w:rsidRPr="0025334A">
              <w:t>griș</w:t>
            </w:r>
            <w:proofErr w:type="spellEnd"/>
            <w:r w:rsidRPr="0025334A">
              <w:t xml:space="preserve"> cu </w:t>
            </w:r>
            <w:proofErr w:type="spellStart"/>
            <w:r w:rsidRPr="0025334A">
              <w:t>lapte</w:t>
            </w:r>
            <w:proofErr w:type="spellEnd"/>
            <w:r w:rsidRPr="0025334A">
              <w:t xml:space="preserve">, </w:t>
            </w:r>
            <w:proofErr w:type="spellStart"/>
            <w:r w:rsidRPr="0025334A">
              <w:t>clătite</w:t>
            </w:r>
            <w:proofErr w:type="spellEnd"/>
            <w:r w:rsidRPr="0025334A">
              <w:t xml:space="preserve">, </w:t>
            </w:r>
            <w:proofErr w:type="spellStart"/>
            <w:r w:rsidRPr="0025334A">
              <w:t>compoturi</w:t>
            </w:r>
            <w:proofErr w:type="spellEnd"/>
            <w:r w:rsidRPr="0025334A">
              <w:t xml:space="preserve">, </w:t>
            </w:r>
            <w:proofErr w:type="spellStart"/>
            <w:r w:rsidRPr="0025334A">
              <w:t>plăcinte</w:t>
            </w:r>
            <w:proofErr w:type="spellEnd"/>
            <w:r w:rsidRPr="0025334A">
              <w:t xml:space="preserve">, </w:t>
            </w:r>
            <w:proofErr w:type="spellStart"/>
            <w:r w:rsidRPr="0025334A">
              <w:t>budinci</w:t>
            </w:r>
            <w:proofErr w:type="spellEnd"/>
            <w:r w:rsidRPr="0025334A">
              <w:t xml:space="preserve">, paste cu </w:t>
            </w:r>
            <w:proofErr w:type="spellStart"/>
            <w:r w:rsidRPr="0025334A">
              <w:t>sosuri</w:t>
            </w:r>
            <w:proofErr w:type="spellEnd"/>
            <w:r w:rsidRPr="0025334A">
              <w:t xml:space="preserve"> etc.</w:t>
            </w:r>
          </w:p>
          <w:p w14:paraId="05BA4FC1" w14:textId="77777777" w:rsidR="00175DC4" w:rsidRPr="00175DC4" w:rsidRDefault="00175DC4" w:rsidP="00175DC4">
            <w:pPr>
              <w:spacing w:after="50" w:line="247" w:lineRule="auto"/>
              <w:ind w:firstLine="0"/>
              <w:rPr>
                <w:u w:val="single"/>
              </w:rPr>
            </w:pPr>
            <w:r w:rsidRPr="00175DC4">
              <w:rPr>
                <w:u w:val="single"/>
              </w:rPr>
              <w:t>Nota:</w:t>
            </w:r>
          </w:p>
          <w:p w14:paraId="2A88AA44" w14:textId="441F7438" w:rsidR="00175DC4" w:rsidRDefault="00175DC4" w:rsidP="00175DC4">
            <w:pPr>
              <w:spacing w:after="50" w:line="247" w:lineRule="auto"/>
              <w:ind w:firstLine="0"/>
            </w:pPr>
            <w:r>
              <w:t xml:space="preserve">Felul 1 = preparate din carne minim 150g, </w:t>
            </w:r>
            <w:proofErr w:type="spellStart"/>
            <w:r>
              <w:t>garnitura</w:t>
            </w:r>
            <w:proofErr w:type="spellEnd"/>
            <w:r>
              <w:t xml:space="preserve"> minim 100g</w:t>
            </w:r>
          </w:p>
          <w:p w14:paraId="01042831" w14:textId="57F8AC66" w:rsidR="00175DC4" w:rsidRPr="0025334A" w:rsidRDefault="00175DC4" w:rsidP="00175DC4">
            <w:pPr>
              <w:spacing w:after="50" w:line="247" w:lineRule="auto"/>
              <w:ind w:firstLine="0"/>
            </w:pPr>
            <w:r>
              <w:t>Paine = 150g</w:t>
            </w:r>
          </w:p>
        </w:tc>
      </w:tr>
    </w:tbl>
    <w:p w14:paraId="05D4D6C1" w14:textId="0413702E" w:rsidR="0025334A" w:rsidRPr="0025334A" w:rsidRDefault="0025334A" w:rsidP="0025334A">
      <w:pPr>
        <w:spacing w:after="50" w:line="247" w:lineRule="auto"/>
        <w:ind w:firstLine="0"/>
      </w:pPr>
      <w:proofErr w:type="spellStart"/>
      <w:r w:rsidRPr="0025334A">
        <w:lastRenderedPageBreak/>
        <w:t>Gramajele</w:t>
      </w:r>
      <w:proofErr w:type="spellEnd"/>
      <w:r w:rsidRPr="0025334A">
        <w:t xml:space="preserve"> </w:t>
      </w:r>
      <w:proofErr w:type="spellStart"/>
      <w:r w:rsidRPr="0025334A">
        <w:t>exacte</w:t>
      </w:r>
      <w:proofErr w:type="spellEnd"/>
      <w:r w:rsidRPr="0025334A">
        <w:t xml:space="preserve"> sunt </w:t>
      </w:r>
      <w:proofErr w:type="spellStart"/>
      <w:r w:rsidRPr="0025334A">
        <w:t>cele</w:t>
      </w:r>
      <w:proofErr w:type="spellEnd"/>
      <w:r w:rsidRPr="0025334A">
        <w:t xml:space="preserve"> din </w:t>
      </w:r>
      <w:proofErr w:type="spellStart"/>
      <w:r w:rsidRPr="0025334A">
        <w:t>meniul</w:t>
      </w:r>
      <w:proofErr w:type="spellEnd"/>
      <w:r w:rsidRPr="0025334A">
        <w:t xml:space="preserve"> </w:t>
      </w:r>
      <w:proofErr w:type="spellStart"/>
      <w:r w:rsidRPr="0025334A">
        <w:t>aprobat</w:t>
      </w:r>
      <w:proofErr w:type="spellEnd"/>
      <w:r w:rsidRPr="0025334A">
        <w:t xml:space="preserve"> </w:t>
      </w:r>
      <w:proofErr w:type="spellStart"/>
      <w:r w:rsidRPr="0025334A">
        <w:t>și</w:t>
      </w:r>
      <w:proofErr w:type="spellEnd"/>
      <w:r w:rsidRPr="0025334A">
        <w:t xml:space="preserve"> </w:t>
      </w:r>
      <w:proofErr w:type="spellStart"/>
      <w:r w:rsidRPr="0025334A">
        <w:t>fișele</w:t>
      </w:r>
      <w:proofErr w:type="spellEnd"/>
      <w:r w:rsidRPr="0025334A">
        <w:t xml:space="preserve"> </w:t>
      </w:r>
      <w:proofErr w:type="spellStart"/>
      <w:r w:rsidRPr="0025334A">
        <w:t>tehnologice</w:t>
      </w:r>
      <w:proofErr w:type="spellEnd"/>
      <w:r w:rsidRPr="0025334A">
        <w:t>..</w:t>
      </w:r>
    </w:p>
    <w:p w14:paraId="339BC3A0" w14:textId="77777777" w:rsidR="0025334A" w:rsidRPr="0025334A" w:rsidRDefault="0025334A" w:rsidP="0025334A">
      <w:pPr>
        <w:spacing w:after="50" w:line="247" w:lineRule="auto"/>
        <w:rPr>
          <w:b/>
          <w:bCs/>
          <w:i/>
          <w:iCs/>
        </w:rPr>
      </w:pPr>
      <w:proofErr w:type="spellStart"/>
      <w:r w:rsidRPr="0025334A">
        <w:rPr>
          <w:b/>
          <w:bCs/>
          <w:i/>
          <w:iCs/>
        </w:rPr>
        <w:t>Pâinea</w:t>
      </w:r>
      <w:proofErr w:type="spellEnd"/>
      <w:r w:rsidRPr="0025334A">
        <w:rPr>
          <w:b/>
          <w:bCs/>
          <w:i/>
          <w:iCs/>
        </w:rPr>
        <w:t xml:space="preserve"> </w:t>
      </w:r>
      <w:proofErr w:type="spellStart"/>
      <w:r w:rsidRPr="0025334A">
        <w:rPr>
          <w:b/>
          <w:bCs/>
          <w:i/>
          <w:iCs/>
        </w:rPr>
        <w:t>și</w:t>
      </w:r>
      <w:proofErr w:type="spellEnd"/>
      <w:r w:rsidRPr="0025334A">
        <w:rPr>
          <w:b/>
          <w:bCs/>
          <w:i/>
          <w:iCs/>
        </w:rPr>
        <w:t xml:space="preserve"> </w:t>
      </w:r>
      <w:proofErr w:type="spellStart"/>
      <w:r w:rsidRPr="0025334A">
        <w:rPr>
          <w:b/>
          <w:bCs/>
          <w:i/>
          <w:iCs/>
        </w:rPr>
        <w:t>produsele</w:t>
      </w:r>
      <w:proofErr w:type="spellEnd"/>
      <w:r w:rsidRPr="0025334A">
        <w:rPr>
          <w:b/>
          <w:bCs/>
          <w:i/>
          <w:iCs/>
        </w:rPr>
        <w:t xml:space="preserve"> de </w:t>
      </w:r>
      <w:proofErr w:type="spellStart"/>
      <w:r w:rsidRPr="0025334A">
        <w:rPr>
          <w:b/>
          <w:bCs/>
          <w:i/>
          <w:iCs/>
        </w:rPr>
        <w:t>panificație</w:t>
      </w:r>
      <w:proofErr w:type="spellEnd"/>
      <w:r w:rsidRPr="0025334A">
        <w:rPr>
          <w:b/>
          <w:bCs/>
          <w:i/>
          <w:iCs/>
        </w:rPr>
        <w:t xml:space="preserve">. </w:t>
      </w:r>
    </w:p>
    <w:p w14:paraId="79ACA963" w14:textId="1584DDA1" w:rsidR="0025334A" w:rsidRPr="0025334A" w:rsidRDefault="0025334A" w:rsidP="0025334A">
      <w:pPr>
        <w:spacing w:after="50" w:line="247" w:lineRule="auto"/>
      </w:pPr>
      <w:proofErr w:type="spellStart"/>
      <w:r w:rsidRPr="0025334A">
        <w:t>Pâinea</w:t>
      </w:r>
      <w:proofErr w:type="spellEnd"/>
      <w:r w:rsidRPr="0025334A">
        <w:t xml:space="preserve"> se </w:t>
      </w:r>
      <w:proofErr w:type="spellStart"/>
      <w:r w:rsidRPr="0025334A">
        <w:t>asigură</w:t>
      </w:r>
      <w:proofErr w:type="spellEnd"/>
      <w:r w:rsidRPr="0025334A">
        <w:t xml:space="preserve"> </w:t>
      </w:r>
      <w:proofErr w:type="spellStart"/>
      <w:r w:rsidRPr="0025334A">
        <w:t>zilnic</w:t>
      </w:r>
      <w:proofErr w:type="spellEnd"/>
      <w:r w:rsidRPr="0025334A">
        <w:t xml:space="preserve">, </w:t>
      </w:r>
      <w:proofErr w:type="spellStart"/>
      <w:r w:rsidRPr="0025334A">
        <w:t>în</w:t>
      </w:r>
      <w:proofErr w:type="spellEnd"/>
      <w:r w:rsidRPr="0025334A">
        <w:t xml:space="preserve"> </w:t>
      </w:r>
      <w:proofErr w:type="spellStart"/>
      <w:r w:rsidRPr="0025334A">
        <w:t>cantitatea</w:t>
      </w:r>
      <w:proofErr w:type="spellEnd"/>
      <w:r w:rsidRPr="0025334A">
        <w:t xml:space="preserve"> </w:t>
      </w:r>
      <w:proofErr w:type="spellStart"/>
      <w:r w:rsidRPr="0025334A">
        <w:t>adecvată</w:t>
      </w:r>
      <w:proofErr w:type="spellEnd"/>
      <w:r w:rsidRPr="0025334A">
        <w:t xml:space="preserve"> </w:t>
      </w:r>
      <w:proofErr w:type="spellStart"/>
      <w:r w:rsidRPr="0025334A">
        <w:t>meniului</w:t>
      </w:r>
      <w:proofErr w:type="spellEnd"/>
      <w:r w:rsidRPr="0025334A">
        <w:t xml:space="preserve">, </w:t>
      </w:r>
      <w:proofErr w:type="spellStart"/>
      <w:r w:rsidRPr="0025334A">
        <w:t>vârstei</w:t>
      </w:r>
      <w:proofErr w:type="spellEnd"/>
      <w:r w:rsidRPr="0025334A">
        <w:t xml:space="preserve"> </w:t>
      </w:r>
      <w:proofErr w:type="spellStart"/>
      <w:r w:rsidRPr="0025334A">
        <w:t>și</w:t>
      </w:r>
      <w:proofErr w:type="spellEnd"/>
      <w:r w:rsidRPr="0025334A">
        <w:t xml:space="preserve"> </w:t>
      </w:r>
      <w:proofErr w:type="spellStart"/>
      <w:r w:rsidRPr="0025334A">
        <w:t>regimului</w:t>
      </w:r>
      <w:proofErr w:type="spellEnd"/>
      <w:r w:rsidRPr="0025334A">
        <w:t xml:space="preserve">. </w:t>
      </w:r>
      <w:proofErr w:type="spellStart"/>
      <w:r w:rsidRPr="0025334A">
        <w:t>Pentru</w:t>
      </w:r>
      <w:proofErr w:type="spellEnd"/>
      <w:r w:rsidRPr="0025334A">
        <w:t xml:space="preserve"> </w:t>
      </w:r>
      <w:proofErr w:type="spellStart"/>
      <w:r w:rsidRPr="0025334A">
        <w:t>beneficiarii</w:t>
      </w:r>
      <w:proofErr w:type="spellEnd"/>
      <w:r w:rsidRPr="0025334A">
        <w:t xml:space="preserve"> </w:t>
      </w:r>
      <w:proofErr w:type="spellStart"/>
      <w:r w:rsidRPr="0025334A">
        <w:t>adulți</w:t>
      </w:r>
      <w:proofErr w:type="spellEnd"/>
      <w:r w:rsidRPr="0025334A">
        <w:t xml:space="preserve"> se </w:t>
      </w:r>
      <w:proofErr w:type="spellStart"/>
      <w:r w:rsidRPr="0025334A">
        <w:t>utilizează</w:t>
      </w:r>
      <w:proofErr w:type="spellEnd"/>
      <w:r w:rsidRPr="0025334A">
        <w:t xml:space="preserve"> ca </w:t>
      </w:r>
      <w:proofErr w:type="spellStart"/>
      <w:r w:rsidRPr="0025334A">
        <w:t>reper</w:t>
      </w:r>
      <w:proofErr w:type="spellEnd"/>
      <w:r w:rsidRPr="0025334A">
        <w:t xml:space="preserve"> </w:t>
      </w:r>
      <w:proofErr w:type="spellStart"/>
      <w:r w:rsidRPr="0025334A">
        <w:t>tehnic</w:t>
      </w:r>
      <w:proofErr w:type="spellEnd"/>
      <w:r w:rsidRPr="0025334A">
        <w:t xml:space="preserve"> </w:t>
      </w:r>
      <w:proofErr w:type="spellStart"/>
      <w:r w:rsidRPr="0025334A">
        <w:t>cantitatea</w:t>
      </w:r>
      <w:proofErr w:type="spellEnd"/>
      <w:r w:rsidRPr="0025334A">
        <w:t xml:space="preserve"> </w:t>
      </w:r>
      <w:proofErr w:type="spellStart"/>
      <w:r w:rsidRPr="0025334A">
        <w:t>prevăzută</w:t>
      </w:r>
      <w:proofErr w:type="spellEnd"/>
      <w:r w:rsidRPr="0025334A">
        <w:t xml:space="preserve"> </w:t>
      </w:r>
      <w:proofErr w:type="spellStart"/>
      <w:r w:rsidRPr="0025334A">
        <w:t>în</w:t>
      </w:r>
      <w:proofErr w:type="spellEnd"/>
      <w:r w:rsidRPr="0025334A">
        <w:t xml:space="preserve"> </w:t>
      </w:r>
      <w:proofErr w:type="spellStart"/>
      <w:r w:rsidRPr="0025334A">
        <w:t>meniurile</w:t>
      </w:r>
      <w:proofErr w:type="spellEnd"/>
      <w:r w:rsidRPr="0025334A">
        <w:t xml:space="preserve"> </w:t>
      </w:r>
      <w:proofErr w:type="spellStart"/>
      <w:r w:rsidRPr="0025334A">
        <w:t>aprobate</w:t>
      </w:r>
      <w:proofErr w:type="spellEnd"/>
      <w:r w:rsidRPr="0025334A">
        <w:t xml:space="preserve"> </w:t>
      </w:r>
      <w:proofErr w:type="spellStart"/>
      <w:r w:rsidRPr="0025334A">
        <w:t>și</w:t>
      </w:r>
      <w:proofErr w:type="spellEnd"/>
      <w:r w:rsidRPr="0025334A">
        <w:t xml:space="preserve"> </w:t>
      </w:r>
      <w:proofErr w:type="spellStart"/>
      <w:r w:rsidRPr="0025334A">
        <w:t>fișele</w:t>
      </w:r>
      <w:proofErr w:type="spellEnd"/>
      <w:r w:rsidRPr="0025334A">
        <w:t xml:space="preserve"> de </w:t>
      </w:r>
      <w:r w:rsidR="00AD64C0">
        <w:t xml:space="preserve">preparate, </w:t>
      </w:r>
      <w:proofErr w:type="spellStart"/>
      <w:r w:rsidRPr="0025334A">
        <w:t>pentru</w:t>
      </w:r>
      <w:proofErr w:type="spellEnd"/>
      <w:r w:rsidRPr="0025334A">
        <w:t xml:space="preserve"> </w:t>
      </w:r>
      <w:proofErr w:type="spellStart"/>
      <w:r w:rsidRPr="0025334A">
        <w:t>copii</w:t>
      </w:r>
      <w:proofErr w:type="spellEnd"/>
      <w:r w:rsidRPr="0025334A">
        <w:t xml:space="preserve"> </w:t>
      </w:r>
      <w:proofErr w:type="spellStart"/>
      <w:r w:rsidRPr="0025334A">
        <w:t>și</w:t>
      </w:r>
      <w:proofErr w:type="spellEnd"/>
      <w:r w:rsidRPr="0025334A">
        <w:t xml:space="preserve"> </w:t>
      </w:r>
      <w:proofErr w:type="spellStart"/>
      <w:r w:rsidRPr="0025334A">
        <w:t>regimuri</w:t>
      </w:r>
      <w:proofErr w:type="spellEnd"/>
      <w:r w:rsidRPr="0025334A">
        <w:t xml:space="preserve"> </w:t>
      </w:r>
      <w:proofErr w:type="spellStart"/>
      <w:r w:rsidRPr="0025334A">
        <w:t>speciale</w:t>
      </w:r>
      <w:proofErr w:type="spellEnd"/>
      <w:r w:rsidRPr="0025334A">
        <w:t xml:space="preserve"> </w:t>
      </w:r>
      <w:proofErr w:type="spellStart"/>
      <w:r w:rsidRPr="0025334A">
        <w:t>cantitatea</w:t>
      </w:r>
      <w:proofErr w:type="spellEnd"/>
      <w:r w:rsidRPr="0025334A">
        <w:t xml:space="preserve"> se </w:t>
      </w:r>
      <w:proofErr w:type="spellStart"/>
      <w:r w:rsidRPr="0025334A">
        <w:t>adaptează</w:t>
      </w:r>
      <w:proofErr w:type="spellEnd"/>
      <w:r w:rsidRPr="0025334A">
        <w:t xml:space="preserve"> </w:t>
      </w:r>
      <w:proofErr w:type="spellStart"/>
      <w:r w:rsidRPr="0025334A">
        <w:t>necesarului</w:t>
      </w:r>
      <w:proofErr w:type="spellEnd"/>
      <w:r w:rsidRPr="0025334A">
        <w:t xml:space="preserve"> </w:t>
      </w:r>
      <w:proofErr w:type="spellStart"/>
      <w:r w:rsidRPr="0025334A">
        <w:t>nutrițional</w:t>
      </w:r>
      <w:proofErr w:type="spellEnd"/>
      <w:r w:rsidRPr="0025334A">
        <w:t xml:space="preserve">. </w:t>
      </w:r>
      <w:proofErr w:type="spellStart"/>
      <w:r w:rsidRPr="0025334A">
        <w:t>Produsele</w:t>
      </w:r>
      <w:proofErr w:type="spellEnd"/>
      <w:r w:rsidRPr="0025334A">
        <w:t xml:space="preserve"> de </w:t>
      </w:r>
      <w:proofErr w:type="spellStart"/>
      <w:r w:rsidRPr="0025334A">
        <w:t>panificație</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w:t>
      </w:r>
      <w:proofErr w:type="spellStart"/>
      <w:r w:rsidRPr="0025334A">
        <w:t>proaspete</w:t>
      </w:r>
      <w:proofErr w:type="spellEnd"/>
      <w:r w:rsidRPr="0025334A">
        <w:t xml:space="preserve">, </w:t>
      </w:r>
      <w:proofErr w:type="spellStart"/>
      <w:r w:rsidRPr="0025334A">
        <w:t>protejate</w:t>
      </w:r>
      <w:proofErr w:type="spellEnd"/>
      <w:r w:rsidRPr="0025334A">
        <w:t xml:space="preserve"> </w:t>
      </w:r>
      <w:proofErr w:type="spellStart"/>
      <w:r w:rsidRPr="0025334A">
        <w:t>igienic</w:t>
      </w:r>
      <w:proofErr w:type="spellEnd"/>
      <w:r w:rsidRPr="0025334A">
        <w:t xml:space="preserve"> </w:t>
      </w:r>
      <w:proofErr w:type="spellStart"/>
      <w:r w:rsidRPr="0025334A">
        <w:t>și</w:t>
      </w:r>
      <w:proofErr w:type="spellEnd"/>
      <w:r w:rsidRPr="0025334A">
        <w:t xml:space="preserve"> </w:t>
      </w:r>
      <w:proofErr w:type="spellStart"/>
      <w:r w:rsidRPr="0025334A">
        <w:t>etichetate</w:t>
      </w:r>
      <w:proofErr w:type="spellEnd"/>
      <w:r w:rsidRPr="0025334A">
        <w:t xml:space="preserve"> conform </w:t>
      </w:r>
      <w:proofErr w:type="spellStart"/>
      <w:r w:rsidRPr="0025334A">
        <w:t>legislației</w:t>
      </w:r>
      <w:proofErr w:type="spellEnd"/>
      <w:r w:rsidRPr="0025334A">
        <w:t>.</w:t>
      </w:r>
    </w:p>
    <w:p w14:paraId="6FEB3A1E" w14:textId="77777777" w:rsidR="0025334A" w:rsidRPr="0025334A" w:rsidRDefault="0025334A" w:rsidP="0025334A">
      <w:pPr>
        <w:spacing w:after="50" w:line="247" w:lineRule="auto"/>
        <w:rPr>
          <w:b/>
          <w:bCs/>
          <w:i/>
          <w:iCs/>
        </w:rPr>
      </w:pPr>
      <w:proofErr w:type="spellStart"/>
      <w:r w:rsidRPr="0025334A">
        <w:rPr>
          <w:b/>
          <w:bCs/>
          <w:i/>
          <w:iCs/>
        </w:rPr>
        <w:t>Pachete</w:t>
      </w:r>
      <w:proofErr w:type="spellEnd"/>
      <w:r w:rsidRPr="0025334A">
        <w:rPr>
          <w:b/>
          <w:bCs/>
          <w:i/>
          <w:iCs/>
        </w:rPr>
        <w:t xml:space="preserve"> </w:t>
      </w:r>
      <w:proofErr w:type="spellStart"/>
      <w:r w:rsidRPr="0025334A">
        <w:rPr>
          <w:b/>
          <w:bCs/>
          <w:i/>
          <w:iCs/>
        </w:rPr>
        <w:t>reci</w:t>
      </w:r>
      <w:proofErr w:type="spellEnd"/>
      <w:r w:rsidRPr="0025334A">
        <w:rPr>
          <w:b/>
          <w:bCs/>
          <w:i/>
          <w:iCs/>
        </w:rPr>
        <w:t xml:space="preserve"> </w:t>
      </w:r>
      <w:proofErr w:type="spellStart"/>
      <w:r w:rsidRPr="0025334A">
        <w:rPr>
          <w:b/>
          <w:bCs/>
          <w:i/>
          <w:iCs/>
        </w:rPr>
        <w:t>și</w:t>
      </w:r>
      <w:proofErr w:type="spellEnd"/>
      <w:r w:rsidRPr="0025334A">
        <w:rPr>
          <w:b/>
          <w:bCs/>
          <w:i/>
          <w:iCs/>
        </w:rPr>
        <w:t xml:space="preserve"> </w:t>
      </w:r>
      <w:proofErr w:type="spellStart"/>
      <w:r w:rsidRPr="0025334A">
        <w:rPr>
          <w:b/>
          <w:bCs/>
          <w:i/>
          <w:iCs/>
        </w:rPr>
        <w:t>activități</w:t>
      </w:r>
      <w:proofErr w:type="spellEnd"/>
      <w:r w:rsidRPr="0025334A">
        <w:rPr>
          <w:b/>
          <w:bCs/>
          <w:i/>
          <w:iCs/>
        </w:rPr>
        <w:t xml:space="preserve"> externe </w:t>
      </w:r>
    </w:p>
    <w:p w14:paraId="2E21742E" w14:textId="77777777" w:rsidR="0025334A" w:rsidRPr="0025334A" w:rsidRDefault="0025334A" w:rsidP="0025334A">
      <w:pPr>
        <w:spacing w:after="50" w:line="247" w:lineRule="auto"/>
      </w:pPr>
      <w:proofErr w:type="spellStart"/>
      <w:r w:rsidRPr="0025334A">
        <w:t>Pentru</w:t>
      </w:r>
      <w:proofErr w:type="spellEnd"/>
      <w:r w:rsidRPr="0025334A">
        <w:t xml:space="preserve"> </w:t>
      </w:r>
      <w:proofErr w:type="spellStart"/>
      <w:r w:rsidRPr="0025334A">
        <w:t>beneficiarii</w:t>
      </w:r>
      <w:proofErr w:type="spellEnd"/>
      <w:r w:rsidRPr="0025334A">
        <w:t xml:space="preserve"> </w:t>
      </w:r>
      <w:proofErr w:type="spellStart"/>
      <w:r w:rsidRPr="0025334A">
        <w:t>aflați</w:t>
      </w:r>
      <w:proofErr w:type="spellEnd"/>
      <w:r w:rsidRPr="0025334A">
        <w:t xml:space="preserve"> </w:t>
      </w:r>
      <w:proofErr w:type="spellStart"/>
      <w:r w:rsidRPr="0025334A">
        <w:t>în</w:t>
      </w:r>
      <w:proofErr w:type="spellEnd"/>
      <w:r w:rsidRPr="0025334A">
        <w:t xml:space="preserve"> </w:t>
      </w:r>
      <w:proofErr w:type="spellStart"/>
      <w:r w:rsidRPr="0025334A">
        <w:t>activități</w:t>
      </w:r>
      <w:proofErr w:type="spellEnd"/>
      <w:r w:rsidRPr="0025334A">
        <w:t xml:space="preserve"> externe, la </w:t>
      </w:r>
      <w:proofErr w:type="spellStart"/>
      <w:r w:rsidRPr="0025334A">
        <w:t>consultații</w:t>
      </w:r>
      <w:proofErr w:type="spellEnd"/>
      <w:r w:rsidRPr="0025334A">
        <w:t xml:space="preserve">, </w:t>
      </w:r>
      <w:proofErr w:type="spellStart"/>
      <w:r w:rsidRPr="0025334A">
        <w:t>în</w:t>
      </w:r>
      <w:proofErr w:type="spellEnd"/>
      <w:r w:rsidRPr="0025334A">
        <w:t xml:space="preserve"> </w:t>
      </w:r>
      <w:proofErr w:type="spellStart"/>
      <w:r w:rsidRPr="0025334A">
        <w:t>deplasări</w:t>
      </w:r>
      <w:proofErr w:type="spellEnd"/>
      <w:r w:rsidRPr="0025334A">
        <w:t xml:space="preserve"> </w:t>
      </w:r>
      <w:proofErr w:type="spellStart"/>
      <w:r w:rsidRPr="0025334A">
        <w:t>sau</w:t>
      </w:r>
      <w:proofErr w:type="spellEnd"/>
      <w:r w:rsidRPr="0025334A">
        <w:t xml:space="preserve"> </w:t>
      </w:r>
      <w:proofErr w:type="spellStart"/>
      <w:r w:rsidRPr="0025334A">
        <w:t>alte</w:t>
      </w:r>
      <w:proofErr w:type="spellEnd"/>
      <w:r w:rsidRPr="0025334A">
        <w:t xml:space="preserve"> </w:t>
      </w:r>
      <w:proofErr w:type="spellStart"/>
      <w:r w:rsidRPr="0025334A">
        <w:t>situații</w:t>
      </w:r>
      <w:proofErr w:type="spellEnd"/>
      <w:r w:rsidRPr="0025334A">
        <w:t xml:space="preserve"> </w:t>
      </w:r>
      <w:proofErr w:type="spellStart"/>
      <w:r w:rsidRPr="0025334A">
        <w:t>în</w:t>
      </w:r>
      <w:proofErr w:type="spellEnd"/>
      <w:r w:rsidRPr="0025334A">
        <w:t xml:space="preserve"> care masa </w:t>
      </w:r>
      <w:proofErr w:type="spellStart"/>
      <w:r w:rsidRPr="0025334A">
        <w:t>caldă</w:t>
      </w:r>
      <w:proofErr w:type="spellEnd"/>
      <w:r w:rsidRPr="0025334A">
        <w:t xml:space="preserve"> nu </w:t>
      </w:r>
      <w:proofErr w:type="spellStart"/>
      <w:r w:rsidRPr="0025334A">
        <w:t>poate</w:t>
      </w:r>
      <w:proofErr w:type="spellEnd"/>
      <w:r w:rsidRPr="0025334A">
        <w:t xml:space="preserve"> fi </w:t>
      </w:r>
      <w:proofErr w:type="spellStart"/>
      <w:r w:rsidRPr="0025334A">
        <w:t>servită</w:t>
      </w:r>
      <w:proofErr w:type="spellEnd"/>
      <w:r w:rsidRPr="0025334A">
        <w:t xml:space="preserve"> </w:t>
      </w:r>
      <w:proofErr w:type="spellStart"/>
      <w:r w:rsidRPr="0025334A">
        <w:t>în</w:t>
      </w:r>
      <w:proofErr w:type="spellEnd"/>
      <w:r w:rsidRPr="0025334A">
        <w:t xml:space="preserve"> </w:t>
      </w:r>
      <w:proofErr w:type="spellStart"/>
      <w:r w:rsidRPr="0025334A">
        <w:t>condiții</w:t>
      </w:r>
      <w:proofErr w:type="spellEnd"/>
      <w:r w:rsidRPr="0025334A">
        <w:t xml:space="preserve"> </w:t>
      </w:r>
      <w:proofErr w:type="spellStart"/>
      <w:r w:rsidRPr="0025334A">
        <w:t>normale</w:t>
      </w:r>
      <w:proofErr w:type="spellEnd"/>
      <w:r w:rsidRPr="0025334A">
        <w:t xml:space="preserve">, </w:t>
      </w:r>
      <w:proofErr w:type="spellStart"/>
      <w:r w:rsidRPr="0025334A">
        <w:t>centrul</w:t>
      </w:r>
      <w:proofErr w:type="spellEnd"/>
      <w:r w:rsidRPr="0025334A">
        <w:t xml:space="preserve"> </w:t>
      </w:r>
      <w:proofErr w:type="spellStart"/>
      <w:r w:rsidRPr="0025334A">
        <w:t>poate</w:t>
      </w:r>
      <w:proofErr w:type="spellEnd"/>
      <w:r w:rsidRPr="0025334A">
        <w:t xml:space="preserve"> </w:t>
      </w:r>
      <w:proofErr w:type="spellStart"/>
      <w:r w:rsidRPr="0025334A">
        <w:t>solicita</w:t>
      </w:r>
      <w:proofErr w:type="spellEnd"/>
      <w:r w:rsidRPr="0025334A">
        <w:t xml:space="preserve"> </w:t>
      </w:r>
      <w:proofErr w:type="spellStart"/>
      <w:r w:rsidRPr="0025334A">
        <w:t>pachet</w:t>
      </w:r>
      <w:proofErr w:type="spellEnd"/>
      <w:r w:rsidRPr="0025334A">
        <w:t xml:space="preserve"> </w:t>
      </w:r>
      <w:proofErr w:type="spellStart"/>
      <w:r w:rsidRPr="0025334A">
        <w:t>rece</w:t>
      </w:r>
      <w:proofErr w:type="spellEnd"/>
      <w:r w:rsidRPr="0025334A">
        <w:t xml:space="preserve">. </w:t>
      </w:r>
      <w:proofErr w:type="spellStart"/>
      <w:r w:rsidRPr="0025334A">
        <w:t>Pachetul</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w:t>
      </w:r>
      <w:proofErr w:type="spellStart"/>
      <w:r w:rsidRPr="0025334A">
        <w:t>echivalent</w:t>
      </w:r>
      <w:proofErr w:type="spellEnd"/>
      <w:r w:rsidRPr="0025334A">
        <w:t xml:space="preserve"> cu masa </w:t>
      </w:r>
      <w:proofErr w:type="spellStart"/>
      <w:r w:rsidRPr="0025334A">
        <w:t>sau</w:t>
      </w:r>
      <w:proofErr w:type="spellEnd"/>
      <w:r w:rsidRPr="0025334A">
        <w:t xml:space="preserve"> </w:t>
      </w:r>
      <w:proofErr w:type="spellStart"/>
      <w:r w:rsidRPr="0025334A">
        <w:t>mesele</w:t>
      </w:r>
      <w:proofErr w:type="spellEnd"/>
      <w:r w:rsidRPr="0025334A">
        <w:t xml:space="preserve"> </w:t>
      </w:r>
      <w:proofErr w:type="spellStart"/>
      <w:r w:rsidRPr="0025334A">
        <w:t>înlocuite</w:t>
      </w:r>
      <w:proofErr w:type="spellEnd"/>
      <w:r w:rsidRPr="0025334A">
        <w:t xml:space="preserve">, </w:t>
      </w:r>
      <w:proofErr w:type="spellStart"/>
      <w:r w:rsidRPr="0025334A">
        <w:t>adaptat</w:t>
      </w:r>
      <w:proofErr w:type="spellEnd"/>
      <w:r w:rsidRPr="0025334A">
        <w:t xml:space="preserve"> </w:t>
      </w:r>
      <w:proofErr w:type="spellStart"/>
      <w:r w:rsidRPr="0025334A">
        <w:t>regimului</w:t>
      </w:r>
      <w:proofErr w:type="spellEnd"/>
      <w:r w:rsidRPr="0025334A">
        <w:t xml:space="preserve"> </w:t>
      </w:r>
      <w:proofErr w:type="spellStart"/>
      <w:r w:rsidRPr="0025334A">
        <w:t>și</w:t>
      </w:r>
      <w:proofErr w:type="spellEnd"/>
      <w:r w:rsidRPr="0025334A">
        <w:t xml:space="preserve"> </w:t>
      </w:r>
      <w:proofErr w:type="spellStart"/>
      <w:r w:rsidRPr="0025334A">
        <w:t>alergenilor</w:t>
      </w:r>
      <w:proofErr w:type="spellEnd"/>
      <w:r w:rsidRPr="0025334A">
        <w:t xml:space="preserve">, </w:t>
      </w:r>
      <w:proofErr w:type="spellStart"/>
      <w:r w:rsidRPr="0025334A">
        <w:t>ambalat</w:t>
      </w:r>
      <w:proofErr w:type="spellEnd"/>
      <w:r w:rsidRPr="0025334A">
        <w:t xml:space="preserve"> individual </w:t>
      </w:r>
      <w:proofErr w:type="spellStart"/>
      <w:r w:rsidRPr="0025334A">
        <w:t>și</w:t>
      </w:r>
      <w:proofErr w:type="spellEnd"/>
      <w:r w:rsidRPr="0025334A">
        <w:t xml:space="preserve"> </w:t>
      </w:r>
      <w:proofErr w:type="spellStart"/>
      <w:r w:rsidRPr="0025334A">
        <w:t>identificat</w:t>
      </w:r>
      <w:proofErr w:type="spellEnd"/>
      <w:r w:rsidRPr="0025334A">
        <w:t xml:space="preserve"> distinct, </w:t>
      </w:r>
      <w:proofErr w:type="spellStart"/>
      <w:r w:rsidRPr="0025334A">
        <w:t>etichetat</w:t>
      </w:r>
      <w:proofErr w:type="spellEnd"/>
      <w:r w:rsidRPr="0025334A">
        <w:t xml:space="preserve"> cu data, </w:t>
      </w:r>
      <w:proofErr w:type="spellStart"/>
      <w:r w:rsidRPr="0025334A">
        <w:t>intervalul</w:t>
      </w:r>
      <w:proofErr w:type="spellEnd"/>
      <w:r w:rsidRPr="0025334A">
        <w:t xml:space="preserve"> de </w:t>
      </w:r>
      <w:proofErr w:type="spellStart"/>
      <w:r w:rsidRPr="0025334A">
        <w:t>consum</w:t>
      </w:r>
      <w:proofErr w:type="spellEnd"/>
      <w:r w:rsidRPr="0025334A">
        <w:t xml:space="preserve"> </w:t>
      </w:r>
      <w:proofErr w:type="spellStart"/>
      <w:r w:rsidRPr="0025334A">
        <w:t>și</w:t>
      </w:r>
      <w:proofErr w:type="spellEnd"/>
      <w:r w:rsidRPr="0025334A">
        <w:t xml:space="preserve"> </w:t>
      </w:r>
      <w:proofErr w:type="spellStart"/>
      <w:r w:rsidRPr="0025334A">
        <w:t>condițiile</w:t>
      </w:r>
      <w:proofErr w:type="spellEnd"/>
      <w:r w:rsidRPr="0025334A">
        <w:t xml:space="preserve"> de </w:t>
      </w:r>
      <w:proofErr w:type="spellStart"/>
      <w:r w:rsidRPr="0025334A">
        <w:t>păstrare</w:t>
      </w:r>
      <w:proofErr w:type="spellEnd"/>
      <w:r w:rsidRPr="0025334A">
        <w:t xml:space="preserve">. </w:t>
      </w:r>
    </w:p>
    <w:p w14:paraId="5472D61C" w14:textId="77777777" w:rsidR="0025334A" w:rsidRPr="0025334A" w:rsidRDefault="0025334A" w:rsidP="0025334A">
      <w:pPr>
        <w:spacing w:after="50" w:line="247" w:lineRule="auto"/>
      </w:pPr>
      <w:proofErr w:type="spellStart"/>
      <w:r w:rsidRPr="0025334A">
        <w:t>Solicitarea</w:t>
      </w:r>
      <w:proofErr w:type="spellEnd"/>
      <w:r w:rsidRPr="0025334A">
        <w:t xml:space="preserve"> se </w:t>
      </w:r>
      <w:proofErr w:type="spellStart"/>
      <w:r w:rsidRPr="0025334A">
        <w:t>transmite</w:t>
      </w:r>
      <w:proofErr w:type="spellEnd"/>
      <w:r w:rsidRPr="0025334A">
        <w:t xml:space="preserve">, de </w:t>
      </w:r>
      <w:proofErr w:type="spellStart"/>
      <w:r w:rsidRPr="0025334A">
        <w:t>regulă</w:t>
      </w:r>
      <w:proofErr w:type="spellEnd"/>
      <w:r w:rsidRPr="0025334A">
        <w:t xml:space="preserve">, cu minimum 24 de ore </w:t>
      </w:r>
      <w:proofErr w:type="spellStart"/>
      <w:r w:rsidRPr="0025334A">
        <w:t>înainte</w:t>
      </w:r>
      <w:proofErr w:type="spellEnd"/>
      <w:r w:rsidRPr="0025334A">
        <w:t xml:space="preserve">; </w:t>
      </w:r>
      <w:proofErr w:type="spellStart"/>
      <w:r w:rsidRPr="0025334A">
        <w:t>urgențele</w:t>
      </w:r>
      <w:proofErr w:type="spellEnd"/>
      <w:r w:rsidRPr="0025334A">
        <w:t xml:space="preserve"> se </w:t>
      </w:r>
      <w:proofErr w:type="spellStart"/>
      <w:r w:rsidRPr="0025334A">
        <w:t>gestionează</w:t>
      </w:r>
      <w:proofErr w:type="spellEnd"/>
      <w:r w:rsidRPr="0025334A">
        <w:t xml:space="preserve"> </w:t>
      </w:r>
      <w:proofErr w:type="spellStart"/>
      <w:r w:rsidRPr="0025334A">
        <w:t>în</w:t>
      </w:r>
      <w:proofErr w:type="spellEnd"/>
      <w:r w:rsidRPr="0025334A">
        <w:t xml:space="preserve"> </w:t>
      </w:r>
      <w:proofErr w:type="spellStart"/>
      <w:r w:rsidRPr="0025334A">
        <w:t>limita</w:t>
      </w:r>
      <w:proofErr w:type="spellEnd"/>
      <w:r w:rsidRPr="0025334A">
        <w:t xml:space="preserve"> </w:t>
      </w:r>
      <w:proofErr w:type="spellStart"/>
      <w:r w:rsidRPr="0025334A">
        <w:t>capacității</w:t>
      </w:r>
      <w:proofErr w:type="spellEnd"/>
      <w:r w:rsidRPr="0025334A">
        <w:t xml:space="preserve"> </w:t>
      </w:r>
      <w:proofErr w:type="spellStart"/>
      <w:r w:rsidRPr="0025334A">
        <w:t>operaționale</w:t>
      </w:r>
      <w:proofErr w:type="spellEnd"/>
      <w:r w:rsidRPr="0025334A">
        <w:t xml:space="preserve">, </w:t>
      </w:r>
      <w:proofErr w:type="spellStart"/>
      <w:r w:rsidRPr="0025334A">
        <w:t>fără</w:t>
      </w:r>
      <w:proofErr w:type="spellEnd"/>
      <w:r w:rsidRPr="0025334A">
        <w:t xml:space="preserve"> </w:t>
      </w:r>
      <w:proofErr w:type="spellStart"/>
      <w:r w:rsidRPr="0025334A">
        <w:t>compromisuri</w:t>
      </w:r>
      <w:proofErr w:type="spellEnd"/>
      <w:r w:rsidRPr="0025334A">
        <w:t xml:space="preserve"> de </w:t>
      </w:r>
      <w:proofErr w:type="spellStart"/>
      <w:r w:rsidRPr="0025334A">
        <w:t>siguranță</w:t>
      </w:r>
      <w:proofErr w:type="spellEnd"/>
      <w:r w:rsidRPr="0025334A">
        <w:t xml:space="preserve">. </w:t>
      </w:r>
      <w:proofErr w:type="spellStart"/>
      <w:r w:rsidRPr="0025334A">
        <w:t>Comanda</w:t>
      </w:r>
      <w:proofErr w:type="spellEnd"/>
      <w:r w:rsidRPr="0025334A">
        <w:t xml:space="preserve"> </w:t>
      </w:r>
      <w:proofErr w:type="spellStart"/>
      <w:r w:rsidRPr="0025334A">
        <w:t>precizează</w:t>
      </w:r>
      <w:proofErr w:type="spellEnd"/>
      <w:r w:rsidRPr="0025334A">
        <w:t xml:space="preserve"> </w:t>
      </w:r>
      <w:proofErr w:type="spellStart"/>
      <w:r w:rsidRPr="0025334A">
        <w:t>numărul</w:t>
      </w:r>
      <w:proofErr w:type="spellEnd"/>
      <w:r w:rsidRPr="0025334A">
        <w:t xml:space="preserve">, </w:t>
      </w:r>
      <w:proofErr w:type="spellStart"/>
      <w:r w:rsidRPr="0025334A">
        <w:t>destinația</w:t>
      </w:r>
      <w:proofErr w:type="spellEnd"/>
      <w:r w:rsidRPr="0025334A">
        <w:t xml:space="preserve"> </w:t>
      </w:r>
      <w:proofErr w:type="spellStart"/>
      <w:r w:rsidRPr="0025334A">
        <w:t>și</w:t>
      </w:r>
      <w:proofErr w:type="spellEnd"/>
      <w:r w:rsidRPr="0025334A">
        <w:t xml:space="preserve"> </w:t>
      </w:r>
      <w:proofErr w:type="spellStart"/>
      <w:r w:rsidRPr="0025334A">
        <w:t>eventualele</w:t>
      </w:r>
      <w:proofErr w:type="spellEnd"/>
      <w:r w:rsidRPr="0025334A">
        <w:t xml:space="preserve"> </w:t>
      </w:r>
      <w:proofErr w:type="spellStart"/>
      <w:r w:rsidRPr="0025334A">
        <w:t>restricții</w:t>
      </w:r>
      <w:proofErr w:type="spellEnd"/>
      <w:r w:rsidRPr="0025334A">
        <w:t>.</w:t>
      </w:r>
    </w:p>
    <w:p w14:paraId="548CE25D" w14:textId="77777777" w:rsidR="0025334A" w:rsidRPr="0025334A" w:rsidRDefault="0025334A" w:rsidP="0025334A">
      <w:pPr>
        <w:spacing w:after="50" w:line="247" w:lineRule="auto"/>
        <w:rPr>
          <w:b/>
          <w:bCs/>
          <w:i/>
          <w:iCs/>
        </w:rPr>
      </w:pPr>
      <w:r w:rsidRPr="0025334A">
        <w:rPr>
          <w:b/>
          <w:bCs/>
          <w:i/>
          <w:iCs/>
        </w:rPr>
        <w:t xml:space="preserve">Meniuri festive </w:t>
      </w:r>
      <w:proofErr w:type="spellStart"/>
      <w:r w:rsidRPr="0025334A">
        <w:rPr>
          <w:b/>
          <w:bCs/>
          <w:i/>
          <w:iCs/>
        </w:rPr>
        <w:t>și</w:t>
      </w:r>
      <w:proofErr w:type="spellEnd"/>
      <w:r w:rsidRPr="0025334A">
        <w:rPr>
          <w:b/>
          <w:bCs/>
          <w:i/>
          <w:iCs/>
        </w:rPr>
        <w:t xml:space="preserve"> </w:t>
      </w:r>
      <w:proofErr w:type="spellStart"/>
      <w:r w:rsidRPr="0025334A">
        <w:rPr>
          <w:b/>
          <w:bCs/>
          <w:i/>
          <w:iCs/>
        </w:rPr>
        <w:t>situații</w:t>
      </w:r>
      <w:proofErr w:type="spellEnd"/>
      <w:r w:rsidRPr="0025334A">
        <w:rPr>
          <w:b/>
          <w:bCs/>
          <w:i/>
          <w:iCs/>
        </w:rPr>
        <w:t xml:space="preserve"> </w:t>
      </w:r>
      <w:proofErr w:type="spellStart"/>
      <w:r w:rsidRPr="0025334A">
        <w:rPr>
          <w:b/>
          <w:bCs/>
          <w:i/>
          <w:iCs/>
        </w:rPr>
        <w:t>speciale</w:t>
      </w:r>
      <w:proofErr w:type="spellEnd"/>
    </w:p>
    <w:p w14:paraId="3BD4DCBB" w14:textId="77777777" w:rsidR="0025334A" w:rsidRPr="0025334A" w:rsidRDefault="0025334A" w:rsidP="0025334A">
      <w:pPr>
        <w:spacing w:after="50" w:line="247" w:lineRule="auto"/>
      </w:pPr>
      <w:r w:rsidRPr="0025334A">
        <w:t xml:space="preserve">La </w:t>
      </w:r>
      <w:proofErr w:type="spellStart"/>
      <w:r w:rsidRPr="0025334A">
        <w:t>solicitarea</w:t>
      </w:r>
      <w:proofErr w:type="spellEnd"/>
      <w:r w:rsidRPr="0025334A">
        <w:t xml:space="preserve"> </w:t>
      </w:r>
      <w:proofErr w:type="spellStart"/>
      <w:r w:rsidRPr="0025334A">
        <w:t>centrului</w:t>
      </w:r>
      <w:proofErr w:type="spellEnd"/>
      <w:r w:rsidRPr="0025334A">
        <w:t xml:space="preserve"> pot fi </w:t>
      </w:r>
      <w:proofErr w:type="spellStart"/>
      <w:r w:rsidRPr="0025334A">
        <w:t>planificate</w:t>
      </w:r>
      <w:proofErr w:type="spellEnd"/>
      <w:r w:rsidRPr="0025334A">
        <w:t xml:space="preserve"> </w:t>
      </w:r>
      <w:proofErr w:type="spellStart"/>
      <w:r w:rsidRPr="0025334A">
        <w:t>meniuri</w:t>
      </w:r>
      <w:proofErr w:type="spellEnd"/>
      <w:r w:rsidRPr="0025334A">
        <w:t xml:space="preserve"> festive </w:t>
      </w:r>
      <w:proofErr w:type="spellStart"/>
      <w:r w:rsidRPr="0025334A">
        <w:t>sau</w:t>
      </w:r>
      <w:proofErr w:type="spellEnd"/>
      <w:r w:rsidRPr="0025334A">
        <w:t xml:space="preserve"> </w:t>
      </w:r>
      <w:proofErr w:type="spellStart"/>
      <w:r w:rsidRPr="0025334A">
        <w:t>adaptări</w:t>
      </w:r>
      <w:proofErr w:type="spellEnd"/>
      <w:r w:rsidRPr="0025334A">
        <w:t xml:space="preserve"> </w:t>
      </w:r>
      <w:proofErr w:type="spellStart"/>
      <w:r w:rsidRPr="0025334A">
        <w:t>pentru</w:t>
      </w:r>
      <w:proofErr w:type="spellEnd"/>
      <w:r w:rsidRPr="0025334A">
        <w:t xml:space="preserve"> </w:t>
      </w:r>
      <w:proofErr w:type="spellStart"/>
      <w:r w:rsidRPr="0025334A">
        <w:t>evenimente</w:t>
      </w:r>
      <w:proofErr w:type="spellEnd"/>
      <w:r w:rsidRPr="0025334A">
        <w:t xml:space="preserve">. </w:t>
      </w:r>
      <w:proofErr w:type="spellStart"/>
      <w:r w:rsidRPr="0025334A">
        <w:t>Acestea</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respecte</w:t>
      </w:r>
      <w:proofErr w:type="spellEnd"/>
      <w:r w:rsidRPr="0025334A">
        <w:t xml:space="preserve"> </w:t>
      </w:r>
      <w:proofErr w:type="spellStart"/>
      <w:r w:rsidRPr="0025334A">
        <w:t>aceeași</w:t>
      </w:r>
      <w:proofErr w:type="spellEnd"/>
      <w:r w:rsidRPr="0025334A">
        <w:t xml:space="preserve"> </w:t>
      </w:r>
      <w:proofErr w:type="spellStart"/>
      <w:r w:rsidRPr="0025334A">
        <w:t>logică</w:t>
      </w:r>
      <w:proofErr w:type="spellEnd"/>
      <w:r w:rsidRPr="0025334A">
        <w:t xml:space="preserve"> de </w:t>
      </w:r>
      <w:proofErr w:type="spellStart"/>
      <w:r w:rsidRPr="0025334A">
        <w:t>siguranță</w:t>
      </w:r>
      <w:proofErr w:type="spellEnd"/>
      <w:r w:rsidRPr="0025334A">
        <w:t xml:space="preserve">, </w:t>
      </w:r>
      <w:proofErr w:type="spellStart"/>
      <w:r w:rsidRPr="0025334A">
        <w:t>regimuri</w:t>
      </w:r>
      <w:proofErr w:type="spellEnd"/>
      <w:r w:rsidRPr="0025334A">
        <w:t xml:space="preserve">, </w:t>
      </w:r>
      <w:proofErr w:type="spellStart"/>
      <w:r w:rsidRPr="0025334A">
        <w:t>alergeni</w:t>
      </w:r>
      <w:proofErr w:type="spellEnd"/>
      <w:r w:rsidRPr="0025334A">
        <w:t xml:space="preserve"> </w:t>
      </w:r>
      <w:proofErr w:type="spellStart"/>
      <w:r w:rsidRPr="0025334A">
        <w:t>și</w:t>
      </w:r>
      <w:proofErr w:type="spellEnd"/>
      <w:r w:rsidRPr="0025334A">
        <w:t xml:space="preserve"> </w:t>
      </w:r>
      <w:proofErr w:type="spellStart"/>
      <w:r w:rsidRPr="0025334A">
        <w:t>trasabilitate</w:t>
      </w:r>
      <w:proofErr w:type="spellEnd"/>
      <w:r w:rsidRPr="0025334A">
        <w:t xml:space="preserve"> ca </w:t>
      </w:r>
      <w:proofErr w:type="spellStart"/>
      <w:r w:rsidRPr="0025334A">
        <w:t>meniurile</w:t>
      </w:r>
      <w:proofErr w:type="spellEnd"/>
      <w:r w:rsidRPr="0025334A">
        <w:t xml:space="preserve"> </w:t>
      </w:r>
      <w:proofErr w:type="spellStart"/>
      <w:r w:rsidRPr="0025334A">
        <w:t>obișnuite</w:t>
      </w:r>
      <w:proofErr w:type="spellEnd"/>
      <w:r w:rsidRPr="0025334A">
        <w:t xml:space="preserve">. </w:t>
      </w:r>
      <w:proofErr w:type="spellStart"/>
      <w:r w:rsidRPr="0025334A">
        <w:t>Caracterul</w:t>
      </w:r>
      <w:proofErr w:type="spellEnd"/>
      <w:r w:rsidRPr="0025334A">
        <w:t xml:space="preserve"> </w:t>
      </w:r>
      <w:proofErr w:type="spellStart"/>
      <w:r w:rsidRPr="0025334A">
        <w:t>festiv</w:t>
      </w:r>
      <w:proofErr w:type="spellEnd"/>
      <w:r w:rsidRPr="0025334A">
        <w:t xml:space="preserve"> nu </w:t>
      </w:r>
      <w:proofErr w:type="spellStart"/>
      <w:r w:rsidRPr="0025334A">
        <w:t>justifică</w:t>
      </w:r>
      <w:proofErr w:type="spellEnd"/>
      <w:r w:rsidRPr="0025334A">
        <w:t xml:space="preserve"> </w:t>
      </w:r>
      <w:proofErr w:type="spellStart"/>
      <w:r w:rsidRPr="0025334A">
        <w:t>folosirea</w:t>
      </w:r>
      <w:proofErr w:type="spellEnd"/>
      <w:r w:rsidRPr="0025334A">
        <w:t xml:space="preserve"> </w:t>
      </w:r>
      <w:proofErr w:type="spellStart"/>
      <w:r w:rsidRPr="0025334A">
        <w:t>unor</w:t>
      </w:r>
      <w:proofErr w:type="spellEnd"/>
      <w:r w:rsidRPr="0025334A">
        <w:t xml:space="preserve"> </w:t>
      </w:r>
      <w:proofErr w:type="spellStart"/>
      <w:r w:rsidRPr="0025334A">
        <w:t>produse</w:t>
      </w:r>
      <w:proofErr w:type="spellEnd"/>
      <w:r w:rsidRPr="0025334A">
        <w:t xml:space="preserve"> </w:t>
      </w:r>
      <w:proofErr w:type="spellStart"/>
      <w:r w:rsidRPr="0025334A">
        <w:t>sau</w:t>
      </w:r>
      <w:proofErr w:type="spellEnd"/>
      <w:r w:rsidRPr="0025334A">
        <w:t xml:space="preserve"> </w:t>
      </w:r>
      <w:proofErr w:type="spellStart"/>
      <w:r w:rsidRPr="0025334A">
        <w:t>tehnologii</w:t>
      </w:r>
      <w:proofErr w:type="spellEnd"/>
      <w:r w:rsidRPr="0025334A">
        <w:t xml:space="preserve"> </w:t>
      </w:r>
      <w:proofErr w:type="spellStart"/>
      <w:r w:rsidRPr="0025334A">
        <w:t>incompatibile</w:t>
      </w:r>
      <w:proofErr w:type="spellEnd"/>
      <w:r w:rsidRPr="0025334A">
        <w:t xml:space="preserve"> cu </w:t>
      </w:r>
      <w:proofErr w:type="spellStart"/>
      <w:r w:rsidRPr="0025334A">
        <w:t>dieta</w:t>
      </w:r>
      <w:proofErr w:type="spellEnd"/>
      <w:r w:rsidRPr="0025334A">
        <w:t xml:space="preserve"> </w:t>
      </w:r>
      <w:proofErr w:type="spellStart"/>
      <w:r w:rsidRPr="0025334A">
        <w:t>beneficiarilor</w:t>
      </w:r>
      <w:proofErr w:type="spellEnd"/>
      <w:r w:rsidRPr="0025334A">
        <w:t xml:space="preserve"> </w:t>
      </w:r>
      <w:proofErr w:type="spellStart"/>
      <w:r w:rsidRPr="0025334A">
        <w:t>sau</w:t>
      </w:r>
      <w:proofErr w:type="spellEnd"/>
      <w:r w:rsidRPr="0025334A">
        <w:t xml:space="preserve"> cu </w:t>
      </w:r>
      <w:proofErr w:type="spellStart"/>
      <w:r w:rsidRPr="0025334A">
        <w:t>condițiile</w:t>
      </w:r>
      <w:proofErr w:type="spellEnd"/>
      <w:r w:rsidRPr="0025334A">
        <w:t xml:space="preserve"> de transport </w:t>
      </w:r>
      <w:proofErr w:type="spellStart"/>
      <w:r w:rsidRPr="0025334A">
        <w:t>și</w:t>
      </w:r>
      <w:proofErr w:type="spellEnd"/>
      <w:r w:rsidRPr="0025334A">
        <w:t xml:space="preserve"> </w:t>
      </w:r>
      <w:proofErr w:type="spellStart"/>
      <w:r w:rsidRPr="0025334A">
        <w:t>servire</w:t>
      </w:r>
      <w:proofErr w:type="spellEnd"/>
      <w:r w:rsidRPr="0025334A">
        <w:t xml:space="preserve">. Orice </w:t>
      </w:r>
      <w:proofErr w:type="spellStart"/>
      <w:r w:rsidRPr="0025334A">
        <w:t>modificare</w:t>
      </w:r>
      <w:proofErr w:type="spellEnd"/>
      <w:r w:rsidRPr="0025334A">
        <w:t xml:space="preserve"> a </w:t>
      </w:r>
      <w:proofErr w:type="spellStart"/>
      <w:r w:rsidRPr="0025334A">
        <w:t>meniului</w:t>
      </w:r>
      <w:proofErr w:type="spellEnd"/>
      <w:r w:rsidRPr="0025334A">
        <w:t xml:space="preserve"> </w:t>
      </w:r>
      <w:proofErr w:type="spellStart"/>
      <w:r w:rsidRPr="0025334A">
        <w:t>aprobat</w:t>
      </w:r>
      <w:proofErr w:type="spellEnd"/>
      <w:r w:rsidRPr="0025334A">
        <w:t xml:space="preserve"> se </w:t>
      </w:r>
      <w:proofErr w:type="spellStart"/>
      <w:r w:rsidRPr="0025334A">
        <w:t>justifică</w:t>
      </w:r>
      <w:proofErr w:type="spellEnd"/>
      <w:r w:rsidRPr="0025334A">
        <w:t xml:space="preserve"> </w:t>
      </w:r>
      <w:proofErr w:type="spellStart"/>
      <w:r w:rsidRPr="0025334A">
        <w:t>și</w:t>
      </w:r>
      <w:proofErr w:type="spellEnd"/>
      <w:r w:rsidRPr="0025334A">
        <w:t xml:space="preserve"> se </w:t>
      </w:r>
      <w:proofErr w:type="spellStart"/>
      <w:r w:rsidRPr="0025334A">
        <w:t>comunică</w:t>
      </w:r>
      <w:proofErr w:type="spellEnd"/>
      <w:r w:rsidRPr="0025334A">
        <w:t xml:space="preserve"> in </w:t>
      </w:r>
      <w:proofErr w:type="spellStart"/>
      <w:r w:rsidRPr="0025334A">
        <w:t>regim</w:t>
      </w:r>
      <w:proofErr w:type="spellEnd"/>
      <w:r w:rsidRPr="0025334A">
        <w:t xml:space="preserve"> de </w:t>
      </w:r>
      <w:proofErr w:type="spellStart"/>
      <w:r w:rsidRPr="0025334A">
        <w:t>urgenta</w:t>
      </w:r>
      <w:proofErr w:type="spellEnd"/>
      <w:r w:rsidRPr="0025334A">
        <w:t>.</w:t>
      </w:r>
    </w:p>
    <w:p w14:paraId="58C14E3D" w14:textId="6CC61A95" w:rsidR="0025334A" w:rsidRPr="0025334A" w:rsidRDefault="0025334A" w:rsidP="0025334A">
      <w:pPr>
        <w:spacing w:after="50" w:line="247" w:lineRule="auto"/>
        <w:rPr>
          <w:b/>
          <w:lang w:val="fr-FR"/>
        </w:rPr>
      </w:pPr>
      <w:proofErr w:type="spellStart"/>
      <w:r w:rsidRPr="0025334A">
        <w:rPr>
          <w:b/>
          <w:lang w:val="fr-FR"/>
        </w:rPr>
        <w:t>Pentru</w:t>
      </w:r>
      <w:proofErr w:type="spellEnd"/>
      <w:r w:rsidRPr="0025334A">
        <w:rPr>
          <w:b/>
          <w:lang w:val="fr-FR"/>
        </w:rPr>
        <w:t xml:space="preserve"> </w:t>
      </w:r>
      <w:proofErr w:type="spellStart"/>
      <w:r w:rsidRPr="0025334A">
        <w:rPr>
          <w:b/>
          <w:lang w:val="fr-FR"/>
        </w:rPr>
        <w:t>zilele</w:t>
      </w:r>
      <w:proofErr w:type="spellEnd"/>
      <w:r w:rsidRPr="0025334A">
        <w:rPr>
          <w:b/>
          <w:lang w:val="fr-FR"/>
        </w:rPr>
        <w:t xml:space="preserve"> </w:t>
      </w:r>
      <w:proofErr w:type="spellStart"/>
      <w:r w:rsidRPr="0025334A">
        <w:rPr>
          <w:b/>
          <w:lang w:val="fr-FR"/>
        </w:rPr>
        <w:t>cu</w:t>
      </w:r>
      <w:proofErr w:type="spellEnd"/>
      <w:r w:rsidRPr="0025334A">
        <w:rPr>
          <w:b/>
          <w:lang w:val="fr-FR"/>
        </w:rPr>
        <w:t xml:space="preserve"> </w:t>
      </w:r>
      <w:proofErr w:type="spellStart"/>
      <w:r w:rsidRPr="0025334A">
        <w:rPr>
          <w:b/>
          <w:lang w:val="fr-FR"/>
        </w:rPr>
        <w:t>sărbători</w:t>
      </w:r>
      <w:proofErr w:type="spellEnd"/>
      <w:r w:rsidRPr="0025334A">
        <w:rPr>
          <w:b/>
          <w:lang w:val="fr-FR"/>
        </w:rPr>
        <w:t xml:space="preserve"> </w:t>
      </w:r>
      <w:proofErr w:type="spellStart"/>
      <w:r w:rsidRPr="0025334A">
        <w:rPr>
          <w:b/>
          <w:lang w:val="fr-FR"/>
        </w:rPr>
        <w:t>legale</w:t>
      </w:r>
      <w:proofErr w:type="spellEnd"/>
      <w:r w:rsidR="00861B20" w:rsidRPr="00861B20">
        <w:rPr>
          <w:b/>
        </w:rPr>
        <w:t>/</w:t>
      </w:r>
      <w:proofErr w:type="spellStart"/>
      <w:r w:rsidR="00861B20" w:rsidRPr="00861B20">
        <w:rPr>
          <w:b/>
        </w:rPr>
        <w:t>religioase</w:t>
      </w:r>
      <w:proofErr w:type="spellEnd"/>
      <w:r w:rsidR="00861B20" w:rsidRPr="00861B20">
        <w:rPr>
          <w:b/>
        </w:rPr>
        <w:t xml:space="preserve">, </w:t>
      </w:r>
      <w:proofErr w:type="spellStart"/>
      <w:r w:rsidR="00861B20" w:rsidRPr="00861B20">
        <w:rPr>
          <w:b/>
        </w:rPr>
        <w:t>zile</w:t>
      </w:r>
      <w:proofErr w:type="spellEnd"/>
      <w:r w:rsidR="00861B20" w:rsidRPr="00861B20">
        <w:rPr>
          <w:b/>
        </w:rPr>
        <w:t xml:space="preserve"> de </w:t>
      </w:r>
      <w:proofErr w:type="spellStart"/>
      <w:r w:rsidR="00861B20" w:rsidRPr="00861B20">
        <w:rPr>
          <w:b/>
        </w:rPr>
        <w:t>naștere</w:t>
      </w:r>
      <w:proofErr w:type="spellEnd"/>
      <w:r w:rsidR="00861B20" w:rsidRPr="00861B20">
        <w:rPr>
          <w:b/>
        </w:rPr>
        <w:t xml:space="preserve"> </w:t>
      </w:r>
      <w:proofErr w:type="spellStart"/>
      <w:r w:rsidR="00861B20" w:rsidRPr="00861B20">
        <w:rPr>
          <w:b/>
        </w:rPr>
        <w:t>și</w:t>
      </w:r>
      <w:proofErr w:type="spellEnd"/>
      <w:r w:rsidR="00861B20" w:rsidRPr="00861B20">
        <w:rPr>
          <w:b/>
        </w:rPr>
        <w:t xml:space="preserve"> </w:t>
      </w:r>
      <w:proofErr w:type="spellStart"/>
      <w:r w:rsidR="00861B20" w:rsidRPr="00861B20">
        <w:rPr>
          <w:b/>
        </w:rPr>
        <w:t>alte</w:t>
      </w:r>
      <w:proofErr w:type="spellEnd"/>
      <w:r w:rsidR="00861B20" w:rsidRPr="00861B20">
        <w:rPr>
          <w:b/>
        </w:rPr>
        <w:t xml:space="preserve"> </w:t>
      </w:r>
      <w:proofErr w:type="spellStart"/>
      <w:r w:rsidR="00861B20" w:rsidRPr="00861B20">
        <w:rPr>
          <w:b/>
        </w:rPr>
        <w:t>evenimente</w:t>
      </w:r>
      <w:proofErr w:type="spellEnd"/>
      <w:r w:rsidR="00861B20" w:rsidRPr="00861B20">
        <w:rPr>
          <w:b/>
        </w:rPr>
        <w:t xml:space="preserve"> </w:t>
      </w:r>
      <w:proofErr w:type="spellStart"/>
      <w:r w:rsidR="00861B20" w:rsidRPr="00861B20">
        <w:rPr>
          <w:b/>
        </w:rPr>
        <w:t>aprobate</w:t>
      </w:r>
      <w:proofErr w:type="spellEnd"/>
      <w:r w:rsidR="00861B20" w:rsidRPr="00861B20">
        <w:rPr>
          <w:b/>
        </w:rPr>
        <w:t xml:space="preserve">, </w:t>
      </w:r>
      <w:proofErr w:type="spellStart"/>
      <w:r w:rsidR="00861B20" w:rsidRPr="00861B20">
        <w:rPr>
          <w:b/>
        </w:rPr>
        <w:t>centrul</w:t>
      </w:r>
      <w:proofErr w:type="spellEnd"/>
      <w:r w:rsidR="00861B20" w:rsidRPr="00861B20">
        <w:rPr>
          <w:b/>
        </w:rPr>
        <w:t xml:space="preserve"> </w:t>
      </w:r>
      <w:proofErr w:type="spellStart"/>
      <w:r w:rsidR="00861B20" w:rsidRPr="00861B20">
        <w:rPr>
          <w:b/>
        </w:rPr>
        <w:t>poate</w:t>
      </w:r>
      <w:proofErr w:type="spellEnd"/>
      <w:r w:rsidR="00861B20" w:rsidRPr="00861B20">
        <w:rPr>
          <w:b/>
        </w:rPr>
        <w:t xml:space="preserve"> </w:t>
      </w:r>
      <w:proofErr w:type="spellStart"/>
      <w:r w:rsidR="00861B20" w:rsidRPr="00861B20">
        <w:rPr>
          <w:b/>
        </w:rPr>
        <w:t>solicita</w:t>
      </w:r>
      <w:proofErr w:type="spellEnd"/>
      <w:r w:rsidR="00861B20" w:rsidRPr="00861B20">
        <w:rPr>
          <w:b/>
        </w:rPr>
        <w:t xml:space="preserve"> </w:t>
      </w:r>
      <w:proofErr w:type="spellStart"/>
      <w:r w:rsidR="00861B20" w:rsidRPr="00861B20">
        <w:rPr>
          <w:b/>
        </w:rPr>
        <w:t>meniuri</w:t>
      </w:r>
      <w:proofErr w:type="spellEnd"/>
      <w:r w:rsidR="00861B20" w:rsidRPr="00861B20">
        <w:rPr>
          <w:b/>
        </w:rPr>
        <w:t xml:space="preserve"> festive/</w:t>
      </w:r>
      <w:proofErr w:type="spellStart"/>
      <w:r w:rsidR="00861B20" w:rsidRPr="00861B20">
        <w:rPr>
          <w:b/>
        </w:rPr>
        <w:t>tradiționale</w:t>
      </w:r>
      <w:proofErr w:type="spellEnd"/>
      <w:r w:rsidR="00861B20" w:rsidRPr="00861B20">
        <w:rPr>
          <w:b/>
        </w:rPr>
        <w:t xml:space="preserve">. </w:t>
      </w:r>
      <w:proofErr w:type="spellStart"/>
      <w:r w:rsidR="00861B20" w:rsidRPr="00861B20">
        <w:rPr>
          <w:b/>
        </w:rPr>
        <w:t>Preparatele</w:t>
      </w:r>
      <w:proofErr w:type="spellEnd"/>
      <w:r w:rsidR="00861B20" w:rsidRPr="00861B20">
        <w:rPr>
          <w:b/>
        </w:rPr>
        <w:t xml:space="preserve"> se </w:t>
      </w:r>
      <w:proofErr w:type="spellStart"/>
      <w:r w:rsidR="00861B20" w:rsidRPr="00861B20">
        <w:rPr>
          <w:b/>
        </w:rPr>
        <w:t>includ</w:t>
      </w:r>
      <w:proofErr w:type="spellEnd"/>
      <w:r w:rsidR="00861B20" w:rsidRPr="00861B20">
        <w:rPr>
          <w:b/>
        </w:rPr>
        <w:t xml:space="preserve"> </w:t>
      </w:r>
      <w:proofErr w:type="spellStart"/>
      <w:r w:rsidR="00861B20" w:rsidRPr="00861B20">
        <w:rPr>
          <w:b/>
        </w:rPr>
        <w:t>numai</w:t>
      </w:r>
      <w:proofErr w:type="spellEnd"/>
      <w:r w:rsidR="00861B20" w:rsidRPr="00861B20">
        <w:rPr>
          <w:b/>
        </w:rPr>
        <w:t xml:space="preserve"> </w:t>
      </w:r>
      <w:proofErr w:type="spellStart"/>
      <w:r w:rsidR="00861B20" w:rsidRPr="00861B20">
        <w:rPr>
          <w:b/>
        </w:rPr>
        <w:t>dacă</w:t>
      </w:r>
      <w:proofErr w:type="spellEnd"/>
      <w:r w:rsidR="00861B20" w:rsidRPr="00861B20">
        <w:rPr>
          <w:b/>
        </w:rPr>
        <w:t xml:space="preserve"> sunt </w:t>
      </w:r>
      <w:proofErr w:type="spellStart"/>
      <w:r w:rsidR="00861B20" w:rsidRPr="00861B20">
        <w:rPr>
          <w:b/>
        </w:rPr>
        <w:t>compatibile</w:t>
      </w:r>
      <w:proofErr w:type="spellEnd"/>
      <w:r w:rsidR="00861B20" w:rsidRPr="00861B20">
        <w:rPr>
          <w:b/>
        </w:rPr>
        <w:t xml:space="preserve"> cu </w:t>
      </w:r>
      <w:proofErr w:type="spellStart"/>
      <w:r w:rsidR="00861B20" w:rsidRPr="00861B20">
        <w:rPr>
          <w:b/>
        </w:rPr>
        <w:t>regimurile</w:t>
      </w:r>
      <w:proofErr w:type="spellEnd"/>
      <w:r w:rsidR="00861B20" w:rsidRPr="00861B20">
        <w:rPr>
          <w:b/>
        </w:rPr>
        <w:t xml:space="preserve">, </w:t>
      </w:r>
      <w:proofErr w:type="spellStart"/>
      <w:r w:rsidR="00861B20" w:rsidRPr="00861B20">
        <w:rPr>
          <w:b/>
        </w:rPr>
        <w:t>alergenii</w:t>
      </w:r>
      <w:proofErr w:type="spellEnd"/>
      <w:r w:rsidR="00861B20" w:rsidRPr="00861B20">
        <w:rPr>
          <w:b/>
        </w:rPr>
        <w:t xml:space="preserve"> </w:t>
      </w:r>
      <w:proofErr w:type="spellStart"/>
      <w:r w:rsidR="00861B20" w:rsidRPr="00861B20">
        <w:rPr>
          <w:b/>
        </w:rPr>
        <w:t>și</w:t>
      </w:r>
      <w:proofErr w:type="spellEnd"/>
      <w:r w:rsidR="00861B20" w:rsidRPr="00861B20">
        <w:rPr>
          <w:b/>
        </w:rPr>
        <w:t xml:space="preserve"> </w:t>
      </w:r>
      <w:proofErr w:type="spellStart"/>
      <w:r w:rsidR="00861B20" w:rsidRPr="00861B20">
        <w:rPr>
          <w:b/>
        </w:rPr>
        <w:t>siguranța</w:t>
      </w:r>
      <w:proofErr w:type="spellEnd"/>
      <w:r w:rsidR="00861B20" w:rsidRPr="00861B20">
        <w:rPr>
          <w:b/>
        </w:rPr>
        <w:t xml:space="preserve"> </w:t>
      </w:r>
      <w:proofErr w:type="spellStart"/>
      <w:r w:rsidR="00861B20" w:rsidRPr="00861B20">
        <w:rPr>
          <w:b/>
        </w:rPr>
        <w:t>alimentară</w:t>
      </w:r>
      <w:proofErr w:type="spellEnd"/>
      <w:r w:rsidR="00861B20" w:rsidRPr="00861B20">
        <w:rPr>
          <w:b/>
        </w:rPr>
        <w:t xml:space="preserve"> </w:t>
      </w:r>
      <w:proofErr w:type="spellStart"/>
      <w:r w:rsidR="00861B20" w:rsidRPr="00861B20">
        <w:rPr>
          <w:b/>
        </w:rPr>
        <w:t>și</w:t>
      </w:r>
      <w:proofErr w:type="spellEnd"/>
      <w:r w:rsidR="00861B20" w:rsidRPr="00861B20">
        <w:rPr>
          <w:b/>
        </w:rPr>
        <w:t xml:space="preserve"> sunt validate </w:t>
      </w:r>
      <w:proofErr w:type="spellStart"/>
      <w:r w:rsidR="00861B20" w:rsidRPr="00861B20">
        <w:rPr>
          <w:b/>
        </w:rPr>
        <w:t>în</w:t>
      </w:r>
      <w:proofErr w:type="spellEnd"/>
      <w:r w:rsidR="00861B20" w:rsidRPr="00861B20">
        <w:rPr>
          <w:b/>
        </w:rPr>
        <w:t xml:space="preserve"> </w:t>
      </w:r>
      <w:proofErr w:type="spellStart"/>
      <w:r w:rsidR="00861B20" w:rsidRPr="00861B20">
        <w:rPr>
          <w:b/>
        </w:rPr>
        <w:t>meniul</w:t>
      </w:r>
      <w:proofErr w:type="spellEnd"/>
      <w:r w:rsidR="00861B20" w:rsidRPr="00861B20">
        <w:rPr>
          <w:b/>
        </w:rPr>
        <w:t xml:space="preserve"> </w:t>
      </w:r>
      <w:proofErr w:type="spellStart"/>
      <w:r w:rsidR="00861B20" w:rsidRPr="00861B20">
        <w:rPr>
          <w:b/>
        </w:rPr>
        <w:t>aplicabil</w:t>
      </w:r>
      <w:proofErr w:type="spellEnd"/>
      <w:r w:rsidR="00861B20">
        <w:rPr>
          <w:b/>
        </w:rPr>
        <w:t xml:space="preserve"> </w:t>
      </w:r>
      <w:r w:rsidR="00861B20" w:rsidRPr="0025334A">
        <w:rPr>
          <w:lang w:val="fr-FR"/>
        </w:rPr>
        <w:t>(</w:t>
      </w:r>
      <w:proofErr w:type="spellStart"/>
      <w:r w:rsidR="00861B20" w:rsidRPr="0025334A">
        <w:rPr>
          <w:lang w:val="fr-FR"/>
        </w:rPr>
        <w:t>cozonac</w:t>
      </w:r>
      <w:proofErr w:type="spellEnd"/>
      <w:r w:rsidR="00861B20" w:rsidRPr="0025334A">
        <w:rPr>
          <w:lang w:val="fr-FR"/>
        </w:rPr>
        <w:t xml:space="preserve">, </w:t>
      </w:r>
      <w:proofErr w:type="spellStart"/>
      <w:r w:rsidR="0055374F">
        <w:rPr>
          <w:color w:val="0000FF"/>
        </w:rPr>
        <w:t>pasca</w:t>
      </w:r>
      <w:proofErr w:type="spellEnd"/>
      <w:r w:rsidR="0055374F">
        <w:t xml:space="preserve">, </w:t>
      </w:r>
      <w:proofErr w:type="spellStart"/>
      <w:r w:rsidR="0055374F">
        <w:t>sarmale</w:t>
      </w:r>
      <w:proofErr w:type="spellEnd"/>
      <w:r w:rsidR="0055374F">
        <w:t xml:space="preserve">, </w:t>
      </w:r>
      <w:proofErr w:type="spellStart"/>
      <w:r w:rsidR="0055374F">
        <w:rPr>
          <w:color w:val="0000FF"/>
        </w:rPr>
        <w:t>ardei</w:t>
      </w:r>
      <w:proofErr w:type="spellEnd"/>
      <w:r w:rsidR="0055374F">
        <w:rPr>
          <w:color w:val="0000FF"/>
        </w:rPr>
        <w:t xml:space="preserve"> </w:t>
      </w:r>
      <w:proofErr w:type="spellStart"/>
      <w:r w:rsidR="0055374F">
        <w:rPr>
          <w:color w:val="0000FF"/>
        </w:rPr>
        <w:t>umpluti</w:t>
      </w:r>
      <w:proofErr w:type="spellEnd"/>
      <w:r w:rsidR="00861B20" w:rsidRPr="0025334A">
        <w:rPr>
          <w:lang w:val="fr-FR"/>
        </w:rPr>
        <w:t xml:space="preserve">, </w:t>
      </w:r>
      <w:proofErr w:type="spellStart"/>
      <w:r w:rsidR="00861B20" w:rsidRPr="0025334A">
        <w:rPr>
          <w:lang w:val="fr-FR"/>
        </w:rPr>
        <w:t>drob</w:t>
      </w:r>
      <w:proofErr w:type="spellEnd"/>
      <w:r w:rsidR="00861B20" w:rsidRPr="0025334A">
        <w:rPr>
          <w:lang w:val="fr-FR"/>
        </w:rPr>
        <w:t xml:space="preserve">, </w:t>
      </w:r>
      <w:proofErr w:type="spellStart"/>
      <w:r w:rsidR="00861B20" w:rsidRPr="0025334A">
        <w:rPr>
          <w:lang w:val="fr-FR"/>
        </w:rPr>
        <w:t>oua</w:t>
      </w:r>
      <w:proofErr w:type="spellEnd"/>
      <w:r w:rsidR="00861B20" w:rsidRPr="0025334A">
        <w:rPr>
          <w:lang w:val="fr-FR"/>
        </w:rPr>
        <w:t xml:space="preserve"> </w:t>
      </w:r>
      <w:proofErr w:type="spellStart"/>
      <w:r w:rsidR="00861B20" w:rsidRPr="0025334A">
        <w:rPr>
          <w:lang w:val="fr-FR"/>
        </w:rPr>
        <w:t>rosii</w:t>
      </w:r>
      <w:proofErr w:type="spellEnd"/>
      <w:r w:rsidR="00861B20" w:rsidRPr="0025334A">
        <w:rPr>
          <w:lang w:val="fr-FR"/>
        </w:rPr>
        <w:t xml:space="preserve">, </w:t>
      </w:r>
      <w:proofErr w:type="spellStart"/>
      <w:r w:rsidR="00861B20" w:rsidRPr="0025334A">
        <w:rPr>
          <w:lang w:val="fr-FR"/>
        </w:rPr>
        <w:t>friptura</w:t>
      </w:r>
      <w:proofErr w:type="spellEnd"/>
      <w:r w:rsidR="00861B20" w:rsidRPr="0025334A">
        <w:rPr>
          <w:lang w:val="fr-FR"/>
        </w:rPr>
        <w:t xml:space="preserve">, </w:t>
      </w:r>
      <w:proofErr w:type="spellStart"/>
      <w:r w:rsidR="00861B20" w:rsidRPr="0025334A">
        <w:rPr>
          <w:lang w:val="fr-FR"/>
        </w:rPr>
        <w:t>salata</w:t>
      </w:r>
      <w:proofErr w:type="spellEnd"/>
      <w:r w:rsidR="00861B20" w:rsidRPr="0025334A">
        <w:rPr>
          <w:lang w:val="fr-FR"/>
        </w:rPr>
        <w:t xml:space="preserve"> de </w:t>
      </w:r>
      <w:proofErr w:type="spellStart"/>
      <w:r w:rsidR="00861B20" w:rsidRPr="0025334A">
        <w:rPr>
          <w:lang w:val="fr-FR"/>
        </w:rPr>
        <w:t>boeuf</w:t>
      </w:r>
      <w:proofErr w:type="spellEnd"/>
      <w:r w:rsidR="00861B20" w:rsidRPr="0025334A">
        <w:rPr>
          <w:lang w:val="fr-FR"/>
        </w:rPr>
        <w:t xml:space="preserve">, tort, </w:t>
      </w:r>
      <w:proofErr w:type="spellStart"/>
      <w:r w:rsidR="00861B20" w:rsidRPr="0025334A">
        <w:rPr>
          <w:lang w:val="fr-FR"/>
        </w:rPr>
        <w:t>diferite</w:t>
      </w:r>
      <w:proofErr w:type="spellEnd"/>
      <w:r w:rsidR="00861B20" w:rsidRPr="0025334A">
        <w:rPr>
          <w:lang w:val="fr-FR"/>
        </w:rPr>
        <w:t xml:space="preserve"> </w:t>
      </w:r>
      <w:proofErr w:type="spellStart"/>
      <w:r w:rsidR="00861B20" w:rsidRPr="0025334A">
        <w:rPr>
          <w:lang w:val="fr-FR"/>
        </w:rPr>
        <w:t>sucuri</w:t>
      </w:r>
      <w:proofErr w:type="spellEnd"/>
      <w:r w:rsidR="00861B20" w:rsidRPr="0025334A">
        <w:rPr>
          <w:lang w:val="fr-FR"/>
        </w:rPr>
        <w:t xml:space="preserve"> </w:t>
      </w:r>
      <w:proofErr w:type="spellStart"/>
      <w:r w:rsidR="00861B20" w:rsidRPr="0025334A">
        <w:rPr>
          <w:lang w:val="fr-FR"/>
        </w:rPr>
        <w:t>racoritoare</w:t>
      </w:r>
      <w:proofErr w:type="spellEnd"/>
      <w:r w:rsidR="00861B20" w:rsidRPr="0025334A">
        <w:rPr>
          <w:lang w:val="fr-FR"/>
        </w:rPr>
        <w:t xml:space="preserve"> </w:t>
      </w:r>
      <w:proofErr w:type="spellStart"/>
      <w:r w:rsidR="00861B20" w:rsidRPr="0025334A">
        <w:rPr>
          <w:lang w:val="fr-FR"/>
        </w:rPr>
        <w:t>carbogazoase</w:t>
      </w:r>
      <w:proofErr w:type="spellEnd"/>
      <w:r w:rsidR="00861B20" w:rsidRPr="0025334A">
        <w:rPr>
          <w:lang w:val="fr-FR"/>
        </w:rPr>
        <w:t xml:space="preserve"> / </w:t>
      </w:r>
      <w:proofErr w:type="spellStart"/>
      <w:r w:rsidR="00861B20" w:rsidRPr="0025334A">
        <w:rPr>
          <w:lang w:val="fr-FR"/>
        </w:rPr>
        <w:t>necarbogazoase</w:t>
      </w:r>
      <w:proofErr w:type="spellEnd"/>
      <w:r w:rsidR="00861B20" w:rsidRPr="0025334A">
        <w:rPr>
          <w:lang w:val="fr-FR"/>
        </w:rPr>
        <w:t xml:space="preserve"> / </w:t>
      </w:r>
      <w:proofErr w:type="spellStart"/>
      <w:r w:rsidR="00861B20" w:rsidRPr="0025334A">
        <w:rPr>
          <w:lang w:val="fr-FR"/>
        </w:rPr>
        <w:t>naturale</w:t>
      </w:r>
      <w:proofErr w:type="spellEnd"/>
      <w:r w:rsidR="00861B20" w:rsidRPr="0025334A">
        <w:rPr>
          <w:lang w:val="fr-FR"/>
        </w:rPr>
        <w:t>, etc. )</w:t>
      </w:r>
      <w:r w:rsidR="00861B20">
        <w:rPr>
          <w:lang w:val="fr-FR"/>
        </w:rPr>
        <w:t> :</w:t>
      </w:r>
    </w:p>
    <w:p w14:paraId="0AE35E7E" w14:textId="77777777" w:rsidR="0025334A" w:rsidRPr="0025334A" w:rsidRDefault="0025334A" w:rsidP="002459A2">
      <w:pPr>
        <w:numPr>
          <w:ilvl w:val="0"/>
          <w:numId w:val="8"/>
        </w:numPr>
        <w:spacing w:after="50" w:line="247" w:lineRule="auto"/>
        <w:rPr>
          <w:lang w:val="fr-FR"/>
        </w:rPr>
      </w:pPr>
      <w:r w:rsidRPr="0025334A">
        <w:rPr>
          <w:lang w:val="fr-FR"/>
        </w:rPr>
        <w:t xml:space="preserve">Pasti - 2 </w:t>
      </w:r>
      <w:proofErr w:type="spellStart"/>
      <w:r w:rsidRPr="0025334A">
        <w:rPr>
          <w:lang w:val="fr-FR"/>
        </w:rPr>
        <w:t>zile</w:t>
      </w:r>
      <w:proofErr w:type="spellEnd"/>
      <w:r w:rsidRPr="0025334A">
        <w:rPr>
          <w:lang w:val="fr-FR"/>
        </w:rPr>
        <w:t>,</w:t>
      </w:r>
    </w:p>
    <w:p w14:paraId="4FACC391" w14:textId="77777777" w:rsidR="0025334A" w:rsidRPr="0025334A" w:rsidRDefault="0025334A" w:rsidP="002459A2">
      <w:pPr>
        <w:numPr>
          <w:ilvl w:val="0"/>
          <w:numId w:val="8"/>
        </w:numPr>
        <w:spacing w:after="50" w:line="247" w:lineRule="auto"/>
        <w:rPr>
          <w:lang w:val="fr-FR"/>
        </w:rPr>
      </w:pPr>
      <w:r w:rsidRPr="0025334A">
        <w:rPr>
          <w:lang w:val="fr-FR"/>
        </w:rPr>
        <w:t xml:space="preserve">1 </w:t>
      </w:r>
      <w:proofErr w:type="spellStart"/>
      <w:r w:rsidRPr="0025334A">
        <w:rPr>
          <w:lang w:val="fr-FR"/>
        </w:rPr>
        <w:t>iunie-Ziua</w:t>
      </w:r>
      <w:proofErr w:type="spellEnd"/>
      <w:r w:rsidRPr="0025334A">
        <w:rPr>
          <w:lang w:val="fr-FR"/>
        </w:rPr>
        <w:t xml:space="preserve"> </w:t>
      </w:r>
      <w:proofErr w:type="spellStart"/>
      <w:r w:rsidRPr="0025334A">
        <w:rPr>
          <w:lang w:val="fr-FR"/>
        </w:rPr>
        <w:t>copilului</w:t>
      </w:r>
      <w:proofErr w:type="spellEnd"/>
    </w:p>
    <w:p w14:paraId="31D76991" w14:textId="77777777" w:rsidR="0025334A" w:rsidRPr="0025334A" w:rsidRDefault="0025334A" w:rsidP="002459A2">
      <w:pPr>
        <w:numPr>
          <w:ilvl w:val="0"/>
          <w:numId w:val="8"/>
        </w:numPr>
        <w:spacing w:after="50" w:line="247" w:lineRule="auto"/>
        <w:rPr>
          <w:lang w:val="fr-FR"/>
        </w:rPr>
      </w:pPr>
      <w:r w:rsidRPr="0025334A">
        <w:rPr>
          <w:lang w:val="fr-FR"/>
        </w:rPr>
        <w:t xml:space="preserve">25-26 </w:t>
      </w:r>
      <w:proofErr w:type="spellStart"/>
      <w:r w:rsidRPr="0025334A">
        <w:rPr>
          <w:lang w:val="fr-FR"/>
        </w:rPr>
        <w:t>decembrie</w:t>
      </w:r>
      <w:proofErr w:type="spellEnd"/>
      <w:r w:rsidRPr="0025334A">
        <w:rPr>
          <w:lang w:val="fr-FR"/>
        </w:rPr>
        <w:t xml:space="preserve"> - </w:t>
      </w:r>
      <w:proofErr w:type="spellStart"/>
      <w:r w:rsidRPr="0025334A">
        <w:rPr>
          <w:lang w:val="fr-FR"/>
        </w:rPr>
        <w:t>Craciunul</w:t>
      </w:r>
      <w:proofErr w:type="spellEnd"/>
      <w:r w:rsidRPr="0025334A">
        <w:rPr>
          <w:lang w:val="fr-FR"/>
        </w:rPr>
        <w:t>,</w:t>
      </w:r>
    </w:p>
    <w:p w14:paraId="2FF9BBFD" w14:textId="77777777" w:rsidR="0025334A" w:rsidRPr="0025334A" w:rsidRDefault="0025334A" w:rsidP="002459A2">
      <w:pPr>
        <w:numPr>
          <w:ilvl w:val="0"/>
          <w:numId w:val="8"/>
        </w:numPr>
        <w:spacing w:after="50" w:line="247" w:lineRule="auto"/>
        <w:rPr>
          <w:lang w:val="fr-FR"/>
        </w:rPr>
      </w:pPr>
      <w:r w:rsidRPr="0025334A">
        <w:rPr>
          <w:lang w:val="fr-FR"/>
        </w:rPr>
        <w:t xml:space="preserve">31 </w:t>
      </w:r>
      <w:proofErr w:type="spellStart"/>
      <w:r w:rsidRPr="0025334A">
        <w:rPr>
          <w:lang w:val="fr-FR"/>
        </w:rPr>
        <w:t>decembrie</w:t>
      </w:r>
      <w:proofErr w:type="spellEnd"/>
      <w:r w:rsidRPr="0025334A">
        <w:rPr>
          <w:lang w:val="fr-FR"/>
        </w:rPr>
        <w:t xml:space="preserve">- Anul Nou, si de </w:t>
      </w:r>
      <w:proofErr w:type="spellStart"/>
      <w:r w:rsidRPr="0025334A">
        <w:rPr>
          <w:lang w:val="fr-FR"/>
        </w:rPr>
        <w:t>asemenea</w:t>
      </w:r>
      <w:proofErr w:type="spellEnd"/>
      <w:r w:rsidRPr="0025334A">
        <w:rPr>
          <w:lang w:val="fr-FR"/>
        </w:rPr>
        <w:t>:</w:t>
      </w:r>
    </w:p>
    <w:p w14:paraId="1AADAA5C" w14:textId="77777777" w:rsidR="0025334A" w:rsidRPr="0025334A" w:rsidRDefault="0025334A" w:rsidP="002459A2">
      <w:pPr>
        <w:numPr>
          <w:ilvl w:val="0"/>
          <w:numId w:val="8"/>
        </w:numPr>
        <w:spacing w:after="50" w:line="247" w:lineRule="auto"/>
      </w:pPr>
      <w:r w:rsidRPr="0025334A">
        <w:t xml:space="preserve">3 </w:t>
      </w:r>
      <w:proofErr w:type="spellStart"/>
      <w:r w:rsidRPr="0025334A">
        <w:t>decembrie</w:t>
      </w:r>
      <w:proofErr w:type="spellEnd"/>
      <w:r w:rsidRPr="0025334A">
        <w:t xml:space="preserve"> – </w:t>
      </w:r>
      <w:proofErr w:type="spellStart"/>
      <w:r w:rsidRPr="0025334A">
        <w:t>Ziua</w:t>
      </w:r>
      <w:proofErr w:type="spellEnd"/>
      <w:r w:rsidRPr="0025334A">
        <w:t xml:space="preserve"> </w:t>
      </w:r>
      <w:proofErr w:type="spellStart"/>
      <w:r w:rsidRPr="0025334A">
        <w:t>persoanei</w:t>
      </w:r>
      <w:proofErr w:type="spellEnd"/>
      <w:r w:rsidRPr="0025334A">
        <w:t xml:space="preserve"> cu handicap,</w:t>
      </w:r>
    </w:p>
    <w:p w14:paraId="136D4FE9" w14:textId="77777777" w:rsidR="0025334A" w:rsidRPr="0025334A" w:rsidRDefault="0025334A" w:rsidP="002459A2">
      <w:pPr>
        <w:numPr>
          <w:ilvl w:val="0"/>
          <w:numId w:val="8"/>
        </w:numPr>
        <w:spacing w:after="50" w:line="247" w:lineRule="auto"/>
      </w:pPr>
      <w:proofErr w:type="spellStart"/>
      <w:r w:rsidRPr="0025334A">
        <w:t>Zilele</w:t>
      </w:r>
      <w:proofErr w:type="spellEnd"/>
      <w:r w:rsidRPr="0025334A">
        <w:t xml:space="preserve"> de </w:t>
      </w:r>
      <w:proofErr w:type="spellStart"/>
      <w:r w:rsidRPr="0025334A">
        <w:t>nastere</w:t>
      </w:r>
      <w:proofErr w:type="spellEnd"/>
      <w:r w:rsidRPr="0025334A">
        <w:t xml:space="preserve"> ale </w:t>
      </w:r>
      <w:proofErr w:type="spellStart"/>
      <w:r w:rsidRPr="0025334A">
        <w:t>beneficiarilor</w:t>
      </w:r>
      <w:proofErr w:type="spellEnd"/>
      <w:r w:rsidRPr="0025334A">
        <w:t>,</w:t>
      </w:r>
    </w:p>
    <w:p w14:paraId="639F51DE" w14:textId="77777777" w:rsidR="0025334A" w:rsidRPr="0025334A" w:rsidRDefault="0025334A" w:rsidP="002459A2">
      <w:pPr>
        <w:numPr>
          <w:ilvl w:val="0"/>
          <w:numId w:val="8"/>
        </w:numPr>
        <w:spacing w:after="50" w:line="247" w:lineRule="auto"/>
        <w:rPr>
          <w:lang w:val="fr-FR"/>
        </w:rPr>
      </w:pPr>
      <w:r w:rsidRPr="0025334A">
        <w:rPr>
          <w:lang w:val="fr-FR"/>
        </w:rPr>
        <w:t xml:space="preserve">Alte </w:t>
      </w:r>
      <w:proofErr w:type="spellStart"/>
      <w:r w:rsidRPr="0025334A">
        <w:rPr>
          <w:lang w:val="fr-FR"/>
        </w:rPr>
        <w:t>evenimente</w:t>
      </w:r>
      <w:proofErr w:type="spellEnd"/>
      <w:r w:rsidRPr="0025334A">
        <w:rPr>
          <w:lang w:val="fr-FR"/>
        </w:rPr>
        <w:t>,</w:t>
      </w:r>
    </w:p>
    <w:p w14:paraId="04D57AF7" w14:textId="7BC43DAC" w:rsidR="0025334A" w:rsidRPr="0025334A" w:rsidRDefault="00861B20" w:rsidP="0025334A">
      <w:pPr>
        <w:spacing w:after="50" w:line="247" w:lineRule="auto"/>
      </w:pPr>
      <w:r>
        <w:t xml:space="preserve"> </w:t>
      </w:r>
    </w:p>
    <w:p w14:paraId="568A3D16" w14:textId="77777777" w:rsidR="00330EFD" w:rsidRPr="00330EFD" w:rsidRDefault="00330EFD" w:rsidP="00330EFD">
      <w:pPr>
        <w:spacing w:after="50" w:line="247" w:lineRule="auto"/>
        <w:rPr>
          <w:lang w:val="ro-RO"/>
        </w:rPr>
      </w:pPr>
      <w:r w:rsidRPr="00330EFD">
        <w:rPr>
          <w:lang w:val="ro-RO"/>
        </w:rPr>
        <w:t>Reguli minime de diversificare:</w:t>
      </w:r>
    </w:p>
    <w:p w14:paraId="105658A6" w14:textId="77777777" w:rsidR="00330EFD" w:rsidRPr="00330EFD" w:rsidRDefault="00330EFD" w:rsidP="00330EFD">
      <w:pPr>
        <w:spacing w:after="50" w:line="247" w:lineRule="auto"/>
        <w:ind w:firstLine="0"/>
        <w:rPr>
          <w:lang w:val="ro-RO"/>
        </w:rPr>
      </w:pPr>
      <w:r w:rsidRPr="00330EFD">
        <w:rPr>
          <w:lang w:val="ro-RO"/>
        </w:rPr>
        <w:t>a) se alternează carnea de pasăre, vită, porc, pește și celelalte surse proteice permise;</w:t>
      </w:r>
    </w:p>
    <w:p w14:paraId="5B93A21C" w14:textId="77777777" w:rsidR="00330EFD" w:rsidRPr="00330EFD" w:rsidRDefault="00330EFD" w:rsidP="00330EFD">
      <w:pPr>
        <w:spacing w:after="50" w:line="247" w:lineRule="auto"/>
        <w:ind w:firstLine="0"/>
        <w:rPr>
          <w:lang w:val="ro-RO"/>
        </w:rPr>
      </w:pPr>
      <w:r w:rsidRPr="00330EFD">
        <w:rPr>
          <w:lang w:val="ro-RO"/>
        </w:rPr>
        <w:t>b) se asigură prezența regulată a legumelor și fructelor, în funcție de sezon;</w:t>
      </w:r>
    </w:p>
    <w:p w14:paraId="49BEE2CA" w14:textId="11E2B312" w:rsidR="00330EFD" w:rsidRPr="00330EFD" w:rsidRDefault="00330EFD" w:rsidP="00330EFD">
      <w:pPr>
        <w:spacing w:after="50" w:line="247" w:lineRule="auto"/>
        <w:ind w:firstLine="0"/>
        <w:rPr>
          <w:lang w:val="ro-RO"/>
        </w:rPr>
      </w:pPr>
      <w:r w:rsidRPr="00330EFD">
        <w:rPr>
          <w:lang w:val="ro-RO"/>
        </w:rPr>
        <w:t>c) se limitează repetarea aceluiași preparat într-un interval scurt</w:t>
      </w:r>
      <w:r w:rsidR="008506A3">
        <w:rPr>
          <w:lang w:val="ro-RO"/>
        </w:rPr>
        <w:t xml:space="preserve"> de timp – minim 2 saptamani</w:t>
      </w:r>
      <w:r w:rsidRPr="00330EFD">
        <w:rPr>
          <w:lang w:val="ro-RO"/>
        </w:rPr>
        <w:t>;</w:t>
      </w:r>
    </w:p>
    <w:p w14:paraId="3B0F3853" w14:textId="77777777" w:rsidR="00330EFD" w:rsidRPr="00330EFD" w:rsidRDefault="00330EFD" w:rsidP="00330EFD">
      <w:pPr>
        <w:spacing w:after="50" w:line="247" w:lineRule="auto"/>
        <w:ind w:firstLine="0"/>
        <w:rPr>
          <w:lang w:val="ro-RO"/>
        </w:rPr>
      </w:pPr>
      <w:r w:rsidRPr="00330EFD">
        <w:rPr>
          <w:lang w:val="ro-RO"/>
        </w:rPr>
        <w:lastRenderedPageBreak/>
        <w:t>d) se alternează garniturile și metodele de preparare;</w:t>
      </w:r>
    </w:p>
    <w:p w14:paraId="51F092EE" w14:textId="77777777" w:rsidR="00330EFD" w:rsidRPr="00330EFD" w:rsidRDefault="00330EFD" w:rsidP="00330EFD">
      <w:pPr>
        <w:spacing w:after="50" w:line="247" w:lineRule="auto"/>
        <w:ind w:firstLine="0"/>
        <w:rPr>
          <w:lang w:val="ro-RO"/>
        </w:rPr>
      </w:pPr>
      <w:r w:rsidRPr="00330EFD">
        <w:rPr>
          <w:lang w:val="ro-RO"/>
        </w:rPr>
        <w:t>e) pentru regimurile speciale se adaptează ingredientele și tehnologia, cu păstrarea funcției nutriționale a mesei;</w:t>
      </w:r>
    </w:p>
    <w:p w14:paraId="2777A0B9" w14:textId="65B39348" w:rsidR="0055374F" w:rsidRDefault="00330EFD" w:rsidP="00330EFD">
      <w:pPr>
        <w:spacing w:after="50" w:line="247" w:lineRule="auto"/>
        <w:ind w:firstLine="0"/>
        <w:rPr>
          <w:lang w:val="ro-RO"/>
        </w:rPr>
      </w:pPr>
      <w:r w:rsidRPr="00330EFD">
        <w:rPr>
          <w:lang w:val="ro-RO"/>
        </w:rPr>
        <w:t>f)</w:t>
      </w:r>
      <w:r w:rsidR="0055374F" w:rsidRPr="0055374F">
        <w:t xml:space="preserve"> </w:t>
      </w:r>
      <w:r w:rsidR="0055374F">
        <w:rPr>
          <w:color w:val="0000FF"/>
        </w:rPr>
        <w:t xml:space="preserve">3 </w:t>
      </w:r>
      <w:proofErr w:type="spellStart"/>
      <w:r w:rsidR="0055374F">
        <w:rPr>
          <w:color w:val="0000FF"/>
        </w:rPr>
        <w:t>zile</w:t>
      </w:r>
      <w:proofErr w:type="spellEnd"/>
      <w:r w:rsidR="0055374F">
        <w:rPr>
          <w:color w:val="0000FF"/>
        </w:rPr>
        <w:t xml:space="preserve"> pe </w:t>
      </w:r>
      <w:proofErr w:type="spellStart"/>
      <w:r w:rsidR="0055374F">
        <w:rPr>
          <w:color w:val="0000FF"/>
        </w:rPr>
        <w:t>saptamana</w:t>
      </w:r>
      <w:proofErr w:type="spellEnd"/>
      <w:r w:rsidR="0055374F">
        <w:rPr>
          <w:color w:val="0000FF"/>
        </w:rPr>
        <w:t xml:space="preserve"> se </w:t>
      </w:r>
      <w:proofErr w:type="spellStart"/>
      <w:r w:rsidR="0055374F">
        <w:rPr>
          <w:color w:val="0000FF"/>
        </w:rPr>
        <w:t>vor</w:t>
      </w:r>
      <w:proofErr w:type="spellEnd"/>
      <w:r w:rsidR="0055374F">
        <w:rPr>
          <w:color w:val="0000FF"/>
        </w:rPr>
        <w:t xml:space="preserve"> </w:t>
      </w:r>
      <w:proofErr w:type="spellStart"/>
      <w:r w:rsidR="0055374F">
        <w:rPr>
          <w:color w:val="0000FF"/>
        </w:rPr>
        <w:t>prepara</w:t>
      </w:r>
      <w:proofErr w:type="spellEnd"/>
      <w:r w:rsidR="0055374F">
        <w:rPr>
          <w:color w:val="0000FF"/>
        </w:rPr>
        <w:t xml:space="preserve"> </w:t>
      </w:r>
      <w:proofErr w:type="spellStart"/>
      <w:r w:rsidR="0055374F">
        <w:rPr>
          <w:color w:val="0000FF"/>
        </w:rPr>
        <w:t>deserturi</w:t>
      </w:r>
      <w:proofErr w:type="spellEnd"/>
      <w:r w:rsidR="0055374F">
        <w:rPr>
          <w:color w:val="0000FF"/>
        </w:rPr>
        <w:t xml:space="preserve"> (nu </w:t>
      </w:r>
      <w:proofErr w:type="spellStart"/>
      <w:r w:rsidR="0055374F">
        <w:rPr>
          <w:color w:val="0000FF"/>
        </w:rPr>
        <w:t>cumparate</w:t>
      </w:r>
      <w:proofErr w:type="spellEnd"/>
      <w:r w:rsidR="0055374F">
        <w:rPr>
          <w:color w:val="0000FF"/>
        </w:rPr>
        <w:t xml:space="preserve">), conform </w:t>
      </w:r>
      <w:proofErr w:type="spellStart"/>
      <w:r w:rsidR="0055374F">
        <w:rPr>
          <w:color w:val="0000FF"/>
        </w:rPr>
        <w:t>legislatiei</w:t>
      </w:r>
      <w:proofErr w:type="spellEnd"/>
      <w:r w:rsidR="0055374F">
        <w:rPr>
          <w:color w:val="0000FF"/>
        </w:rPr>
        <w:t xml:space="preserve"> in </w:t>
      </w:r>
      <w:proofErr w:type="spellStart"/>
      <w:r w:rsidR="0055374F">
        <w:rPr>
          <w:color w:val="0000FF"/>
        </w:rPr>
        <w:t>vigoare</w:t>
      </w:r>
      <w:proofErr w:type="spellEnd"/>
    </w:p>
    <w:p w14:paraId="154198F1" w14:textId="141295AD" w:rsidR="00330EFD" w:rsidRPr="00330EFD" w:rsidRDefault="0055374F" w:rsidP="00330EFD">
      <w:pPr>
        <w:spacing w:after="50" w:line="247" w:lineRule="auto"/>
        <w:ind w:firstLine="0"/>
        <w:rPr>
          <w:lang w:val="ro-RO"/>
        </w:rPr>
      </w:pPr>
      <w:r>
        <w:rPr>
          <w:lang w:val="ro-RO"/>
        </w:rPr>
        <w:t>g)</w:t>
      </w:r>
      <w:r w:rsidR="00330EFD" w:rsidRPr="00330EFD">
        <w:rPr>
          <w:lang w:val="ro-RO"/>
        </w:rPr>
        <w:t xml:space="preserve"> pentru beneficiarii cu alergii/intoleranțe se utilizează variante sigure și identificate distinct.</w:t>
      </w:r>
    </w:p>
    <w:p w14:paraId="0CDB0AA2" w14:textId="77777777" w:rsidR="0025334A" w:rsidRPr="0025334A" w:rsidRDefault="0025334A" w:rsidP="0025334A">
      <w:pPr>
        <w:spacing w:after="50" w:line="247" w:lineRule="auto"/>
      </w:pPr>
      <w:proofErr w:type="spellStart"/>
      <w:r w:rsidRPr="0025334A">
        <w:t>Prestatorul</w:t>
      </w:r>
      <w:proofErr w:type="spellEnd"/>
      <w:r w:rsidRPr="0025334A">
        <w:t xml:space="preserve"> </w:t>
      </w:r>
      <w:proofErr w:type="spellStart"/>
      <w:r w:rsidRPr="0025334A">
        <w:t>organizează</w:t>
      </w:r>
      <w:proofErr w:type="spellEnd"/>
      <w:r w:rsidRPr="0025334A">
        <w:t xml:space="preserve"> </w:t>
      </w:r>
      <w:proofErr w:type="spellStart"/>
      <w:r w:rsidRPr="0025334A">
        <w:t>meniurile</w:t>
      </w:r>
      <w:proofErr w:type="spellEnd"/>
      <w:r w:rsidRPr="0025334A">
        <w:t xml:space="preserve"> </w:t>
      </w:r>
      <w:proofErr w:type="spellStart"/>
      <w:r w:rsidRPr="0025334A">
        <w:t>astfel</w:t>
      </w:r>
      <w:proofErr w:type="spellEnd"/>
      <w:r w:rsidRPr="0025334A">
        <w:t xml:space="preserve"> </w:t>
      </w:r>
      <w:proofErr w:type="spellStart"/>
      <w:r w:rsidRPr="0025334A">
        <w:t>încât</w:t>
      </w:r>
      <w:proofErr w:type="spellEnd"/>
      <w:r w:rsidRPr="0025334A">
        <w:t xml:space="preserve"> </w:t>
      </w:r>
      <w:proofErr w:type="spellStart"/>
      <w:r w:rsidRPr="0025334A">
        <w:t>repetarea</w:t>
      </w:r>
      <w:proofErr w:type="spellEnd"/>
      <w:r w:rsidRPr="0025334A">
        <w:t xml:space="preserve"> </w:t>
      </w:r>
      <w:proofErr w:type="spellStart"/>
      <w:r w:rsidRPr="0025334A">
        <w:t>preparatelor</w:t>
      </w:r>
      <w:proofErr w:type="spellEnd"/>
      <w:r w:rsidRPr="0025334A">
        <w:t xml:space="preserve"> </w:t>
      </w:r>
      <w:proofErr w:type="spellStart"/>
      <w:r w:rsidRPr="0025334A">
        <w:t>să</w:t>
      </w:r>
      <w:proofErr w:type="spellEnd"/>
      <w:r w:rsidRPr="0025334A">
        <w:t xml:space="preserve"> fie </w:t>
      </w:r>
      <w:proofErr w:type="spellStart"/>
      <w:r w:rsidRPr="0025334A">
        <w:t>controlată</w:t>
      </w:r>
      <w:proofErr w:type="spellEnd"/>
      <w:r w:rsidRPr="0025334A">
        <w:t xml:space="preserve">, </w:t>
      </w:r>
      <w:proofErr w:type="spellStart"/>
      <w:r w:rsidRPr="0025334A">
        <w:t>iar</w:t>
      </w:r>
      <w:proofErr w:type="spellEnd"/>
      <w:r w:rsidRPr="0025334A">
        <w:t xml:space="preserve"> </w:t>
      </w:r>
      <w:proofErr w:type="spellStart"/>
      <w:r w:rsidRPr="0025334A">
        <w:t>mesele</w:t>
      </w:r>
      <w:proofErr w:type="spellEnd"/>
      <w:r w:rsidRPr="0025334A">
        <w:t xml:space="preserve"> consecutive </w:t>
      </w:r>
      <w:proofErr w:type="spellStart"/>
      <w:r w:rsidRPr="0025334A">
        <w:t>să</w:t>
      </w:r>
      <w:proofErr w:type="spellEnd"/>
      <w:r w:rsidRPr="0025334A">
        <w:t xml:space="preserve"> </w:t>
      </w:r>
      <w:proofErr w:type="spellStart"/>
      <w:r w:rsidRPr="0025334A">
        <w:t>aibă</w:t>
      </w:r>
      <w:proofErr w:type="spellEnd"/>
      <w:r w:rsidRPr="0025334A">
        <w:t xml:space="preserve"> o </w:t>
      </w:r>
      <w:proofErr w:type="spellStart"/>
      <w:r w:rsidRPr="0025334A">
        <w:t>compoziție</w:t>
      </w:r>
      <w:proofErr w:type="spellEnd"/>
      <w:r w:rsidRPr="0025334A">
        <w:t xml:space="preserve"> </w:t>
      </w:r>
      <w:proofErr w:type="spellStart"/>
      <w:r w:rsidRPr="0025334A">
        <w:t>echilibrată</w:t>
      </w:r>
      <w:proofErr w:type="spellEnd"/>
      <w:r w:rsidRPr="0025334A">
        <w:t xml:space="preserve">. Se </w:t>
      </w:r>
      <w:proofErr w:type="spellStart"/>
      <w:r w:rsidRPr="0025334A">
        <w:t>utilizează</w:t>
      </w:r>
      <w:proofErr w:type="spellEnd"/>
      <w:r w:rsidRPr="0025334A">
        <w:t xml:space="preserve"> </w:t>
      </w:r>
      <w:proofErr w:type="spellStart"/>
      <w:r w:rsidRPr="0025334A">
        <w:t>ingrediente</w:t>
      </w:r>
      <w:proofErr w:type="spellEnd"/>
      <w:r w:rsidRPr="0025334A">
        <w:t xml:space="preserve"> </w:t>
      </w:r>
      <w:proofErr w:type="spellStart"/>
      <w:r w:rsidRPr="0025334A">
        <w:t>și</w:t>
      </w:r>
      <w:proofErr w:type="spellEnd"/>
      <w:r w:rsidRPr="0025334A">
        <w:t xml:space="preserve"> </w:t>
      </w:r>
      <w:proofErr w:type="spellStart"/>
      <w:r w:rsidRPr="0025334A">
        <w:t>rețete</w:t>
      </w:r>
      <w:proofErr w:type="spellEnd"/>
      <w:r w:rsidRPr="0025334A">
        <w:t xml:space="preserve"> </w:t>
      </w:r>
      <w:proofErr w:type="spellStart"/>
      <w:r w:rsidRPr="0025334A">
        <w:t>compatibile</w:t>
      </w:r>
      <w:proofErr w:type="spellEnd"/>
      <w:r w:rsidRPr="0025334A">
        <w:t xml:space="preserve"> cu </w:t>
      </w:r>
      <w:proofErr w:type="spellStart"/>
      <w:r w:rsidRPr="0025334A">
        <w:t>vârsta</w:t>
      </w:r>
      <w:proofErr w:type="spellEnd"/>
      <w:r w:rsidRPr="0025334A">
        <w:t xml:space="preserve">, </w:t>
      </w:r>
      <w:proofErr w:type="spellStart"/>
      <w:r w:rsidRPr="0025334A">
        <w:t>starea</w:t>
      </w:r>
      <w:proofErr w:type="spellEnd"/>
      <w:r w:rsidRPr="0025334A">
        <w:t xml:space="preserve"> </w:t>
      </w:r>
      <w:proofErr w:type="spellStart"/>
      <w:r w:rsidRPr="0025334A">
        <w:t>funcțională</w:t>
      </w:r>
      <w:proofErr w:type="spellEnd"/>
      <w:r w:rsidRPr="0025334A">
        <w:t xml:space="preserve"> </w:t>
      </w:r>
      <w:proofErr w:type="spellStart"/>
      <w:r w:rsidRPr="0025334A">
        <w:t>și</w:t>
      </w:r>
      <w:proofErr w:type="spellEnd"/>
      <w:r w:rsidRPr="0025334A">
        <w:t xml:space="preserve"> </w:t>
      </w:r>
      <w:proofErr w:type="spellStart"/>
      <w:r w:rsidRPr="0025334A">
        <w:t>regimurile</w:t>
      </w:r>
      <w:proofErr w:type="spellEnd"/>
      <w:r w:rsidRPr="0025334A">
        <w:t xml:space="preserve"> </w:t>
      </w:r>
      <w:proofErr w:type="spellStart"/>
      <w:r w:rsidRPr="0025334A">
        <w:t>comunicate</w:t>
      </w:r>
      <w:proofErr w:type="spellEnd"/>
      <w:r w:rsidRPr="0025334A">
        <w:t xml:space="preserve"> de </w:t>
      </w:r>
      <w:proofErr w:type="spellStart"/>
      <w:r w:rsidRPr="0025334A">
        <w:t>centre</w:t>
      </w:r>
      <w:proofErr w:type="spellEnd"/>
      <w:r w:rsidRPr="0025334A">
        <w:t>.</w:t>
      </w:r>
    </w:p>
    <w:p w14:paraId="1F73627D" w14:textId="0F10DF60" w:rsidR="000C4CB5" w:rsidRPr="0025334A" w:rsidRDefault="0025334A" w:rsidP="0025334A">
      <w:pPr>
        <w:pStyle w:val="Heading3"/>
        <w:spacing w:after="60"/>
        <w:ind w:firstLine="709"/>
        <w:rPr>
          <w:rFonts w:ascii="Times New Roman" w:hAnsi="Times New Roman"/>
          <w:bCs w:val="0"/>
          <w:i/>
          <w:iCs/>
          <w:color w:val="auto"/>
        </w:rPr>
      </w:pPr>
      <w:bookmarkStart w:id="17" w:name="_Toc242951458"/>
      <w:proofErr w:type="spellStart"/>
      <w:r w:rsidRPr="0025334A">
        <w:rPr>
          <w:rFonts w:ascii="Times New Roman" w:hAnsi="Times New Roman"/>
          <w:bCs w:val="0"/>
          <w:i/>
          <w:iCs/>
          <w:color w:val="auto"/>
        </w:rPr>
        <w:t>Elaborarea</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transmiterea</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și</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aprobarea</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meniurilor</w:t>
      </w:r>
      <w:bookmarkEnd w:id="17"/>
      <w:proofErr w:type="spellEnd"/>
      <w:r w:rsidR="004E746A" w:rsidRPr="0025334A">
        <w:rPr>
          <w:rFonts w:ascii="Times New Roman" w:hAnsi="Times New Roman"/>
          <w:bCs w:val="0"/>
          <w:i/>
          <w:iCs/>
          <w:color w:val="auto"/>
        </w:rPr>
        <w:t xml:space="preserve"> </w:t>
      </w:r>
    </w:p>
    <w:p w14:paraId="28962642" w14:textId="77777777" w:rsidR="000C4CB5" w:rsidRDefault="004E746A">
      <w:pPr>
        <w:spacing w:after="50" w:line="247" w:lineRule="auto"/>
      </w:pPr>
      <w:proofErr w:type="spellStart"/>
      <w:r w:rsidRPr="0025334A">
        <w:t>Prestatorul</w:t>
      </w:r>
      <w:proofErr w:type="spellEnd"/>
      <w:r w:rsidRPr="0025334A">
        <w:t xml:space="preserve"> </w:t>
      </w:r>
      <w:proofErr w:type="spellStart"/>
      <w:r w:rsidRPr="0025334A">
        <w:t>transmite</w:t>
      </w:r>
      <w:proofErr w:type="spellEnd"/>
      <w:r w:rsidRPr="0025334A">
        <w:t xml:space="preserve"> </w:t>
      </w:r>
      <w:proofErr w:type="spellStart"/>
      <w:r w:rsidRPr="0025334A">
        <w:t>meniul</w:t>
      </w:r>
      <w:proofErr w:type="spellEnd"/>
      <w:r w:rsidRPr="0025334A">
        <w:t xml:space="preserve"> </w:t>
      </w:r>
      <w:proofErr w:type="spellStart"/>
      <w:r w:rsidRPr="0025334A">
        <w:t>pentru</w:t>
      </w:r>
      <w:proofErr w:type="spellEnd"/>
      <w:r w:rsidRPr="0025334A">
        <w:t xml:space="preserve"> </w:t>
      </w:r>
      <w:proofErr w:type="spellStart"/>
      <w:r w:rsidRPr="0025334A">
        <w:t>săptămâna</w:t>
      </w:r>
      <w:proofErr w:type="spellEnd"/>
      <w:r w:rsidRPr="0025334A">
        <w:t xml:space="preserve"> </w:t>
      </w:r>
      <w:proofErr w:type="spellStart"/>
      <w:r w:rsidRPr="0025334A">
        <w:t>următoare</w:t>
      </w:r>
      <w:proofErr w:type="spellEnd"/>
      <w:r w:rsidRPr="0025334A">
        <w:t xml:space="preserve"> cu minimum 3 </w:t>
      </w:r>
      <w:proofErr w:type="spellStart"/>
      <w:r w:rsidRPr="0025334A">
        <w:t>zile</w:t>
      </w:r>
      <w:proofErr w:type="spellEnd"/>
      <w:r w:rsidRPr="0025334A">
        <w:t xml:space="preserve"> </w:t>
      </w:r>
      <w:proofErr w:type="spellStart"/>
      <w:r w:rsidRPr="0025334A">
        <w:t>lucrătoare</w:t>
      </w:r>
      <w:proofErr w:type="spellEnd"/>
      <w:r w:rsidRPr="0025334A">
        <w:t xml:space="preserve"> </w:t>
      </w:r>
      <w:proofErr w:type="spellStart"/>
      <w:r w:rsidRPr="0025334A">
        <w:t>înainte</w:t>
      </w:r>
      <w:proofErr w:type="spellEnd"/>
      <w:r w:rsidRPr="0025334A">
        <w:t xml:space="preserve"> de </w:t>
      </w:r>
      <w:proofErr w:type="spellStart"/>
      <w:r w:rsidRPr="0025334A">
        <w:t>aplicare</w:t>
      </w:r>
      <w:proofErr w:type="spellEnd"/>
      <w:r w:rsidRPr="0025334A">
        <w:t xml:space="preserve">, </w:t>
      </w:r>
      <w:proofErr w:type="spellStart"/>
      <w:r w:rsidRPr="0025334A">
        <w:t>dacă</w:t>
      </w:r>
      <w:proofErr w:type="spellEnd"/>
      <w:r w:rsidRPr="0025334A">
        <w:t xml:space="preserve"> </w:t>
      </w:r>
      <w:proofErr w:type="spellStart"/>
      <w:r w:rsidRPr="0025334A">
        <w:t>prin</w:t>
      </w:r>
      <w:proofErr w:type="spellEnd"/>
      <w:r w:rsidRPr="0025334A">
        <w:t xml:space="preserve"> </w:t>
      </w:r>
      <w:proofErr w:type="spellStart"/>
      <w:r w:rsidRPr="0025334A">
        <w:t>contractul</w:t>
      </w:r>
      <w:proofErr w:type="spellEnd"/>
      <w:r w:rsidRPr="0025334A">
        <w:t xml:space="preserve"> </w:t>
      </w:r>
      <w:proofErr w:type="spellStart"/>
      <w:r w:rsidRPr="0025334A">
        <w:t>subsecvent</w:t>
      </w:r>
      <w:proofErr w:type="spellEnd"/>
      <w:r w:rsidRPr="0025334A">
        <w:t xml:space="preserve"> nu se </w:t>
      </w:r>
      <w:proofErr w:type="spellStart"/>
      <w:r w:rsidRPr="0025334A">
        <w:t>stabilește</w:t>
      </w:r>
      <w:proofErr w:type="spellEnd"/>
      <w:r w:rsidRPr="0025334A">
        <w:t xml:space="preserve"> un termen </w:t>
      </w:r>
      <w:proofErr w:type="spellStart"/>
      <w:r w:rsidRPr="0025334A">
        <w:t>mai</w:t>
      </w:r>
      <w:proofErr w:type="spellEnd"/>
      <w:r w:rsidRPr="0025334A">
        <w:t xml:space="preserve"> mare. </w:t>
      </w:r>
      <w:proofErr w:type="spellStart"/>
      <w:r w:rsidRPr="0025334A">
        <w:t>Meniul</w:t>
      </w:r>
      <w:proofErr w:type="spellEnd"/>
      <w:r w:rsidRPr="0025334A">
        <w:t xml:space="preserve"> </w:t>
      </w:r>
      <w:proofErr w:type="spellStart"/>
      <w:r w:rsidRPr="0025334A">
        <w:t>indică</w:t>
      </w:r>
      <w:proofErr w:type="spellEnd"/>
      <w:r w:rsidRPr="0025334A">
        <w:t xml:space="preserve"> </w:t>
      </w:r>
      <w:proofErr w:type="spellStart"/>
      <w:r w:rsidRPr="0025334A">
        <w:t>preparatele</w:t>
      </w:r>
      <w:proofErr w:type="spellEnd"/>
      <w:r w:rsidRPr="0025334A">
        <w:t xml:space="preserve">, </w:t>
      </w:r>
      <w:proofErr w:type="spellStart"/>
      <w:r w:rsidRPr="0025334A">
        <w:t>gramajele</w:t>
      </w:r>
      <w:proofErr w:type="spellEnd"/>
      <w:r w:rsidRPr="0025334A">
        <w:t xml:space="preserve"> nete/</w:t>
      </w:r>
      <w:proofErr w:type="spellStart"/>
      <w:r w:rsidRPr="0025334A">
        <w:t>porție</w:t>
      </w:r>
      <w:proofErr w:type="spellEnd"/>
      <w:r w:rsidRPr="0025334A">
        <w:t xml:space="preserve">, </w:t>
      </w:r>
      <w:proofErr w:type="spellStart"/>
      <w:r w:rsidRPr="0025334A">
        <w:t>ingredientele</w:t>
      </w:r>
      <w:proofErr w:type="spellEnd"/>
      <w:r w:rsidRPr="0025334A">
        <w:t xml:space="preserve"> </w:t>
      </w:r>
      <w:proofErr w:type="spellStart"/>
      <w:r w:rsidRPr="0025334A">
        <w:t>principale</w:t>
      </w:r>
      <w:proofErr w:type="spellEnd"/>
      <w:r w:rsidRPr="0025334A">
        <w:t xml:space="preserve">, </w:t>
      </w:r>
      <w:proofErr w:type="spellStart"/>
      <w:r w:rsidRPr="0025334A">
        <w:t>alergenii</w:t>
      </w:r>
      <w:proofErr w:type="spellEnd"/>
      <w:r w:rsidRPr="0025334A">
        <w:t xml:space="preserve"> </w:t>
      </w:r>
      <w:proofErr w:type="spellStart"/>
      <w:r w:rsidRPr="0025334A">
        <w:t>și</w:t>
      </w:r>
      <w:proofErr w:type="spellEnd"/>
      <w:r w:rsidRPr="0025334A">
        <w:t xml:space="preserve"> </w:t>
      </w:r>
      <w:proofErr w:type="spellStart"/>
      <w:r w:rsidRPr="0025334A">
        <w:t>regimul</w:t>
      </w:r>
      <w:proofErr w:type="spellEnd"/>
      <w:r w:rsidRPr="0025334A">
        <w:t xml:space="preserve">; la </w:t>
      </w:r>
      <w:proofErr w:type="spellStart"/>
      <w:r w:rsidRPr="0025334A">
        <w:t>solicitare</w:t>
      </w:r>
      <w:proofErr w:type="spellEnd"/>
      <w:r w:rsidRPr="0025334A">
        <w:t xml:space="preserve"> se </w:t>
      </w:r>
      <w:proofErr w:type="spellStart"/>
      <w:r w:rsidRPr="0025334A">
        <w:t>prezintă</w:t>
      </w:r>
      <w:proofErr w:type="spellEnd"/>
      <w:r w:rsidRPr="0025334A">
        <w:t xml:space="preserve"> </w:t>
      </w:r>
      <w:proofErr w:type="spellStart"/>
      <w:r w:rsidRPr="0025334A">
        <w:t>valoarea</w:t>
      </w:r>
      <w:proofErr w:type="spellEnd"/>
      <w:r w:rsidRPr="0025334A">
        <w:t xml:space="preserve"> </w:t>
      </w:r>
      <w:proofErr w:type="spellStart"/>
      <w:r w:rsidRPr="0025334A">
        <w:t>energetică</w:t>
      </w:r>
      <w:proofErr w:type="spellEnd"/>
      <w:r w:rsidRPr="0025334A">
        <w:t xml:space="preserve"> </w:t>
      </w:r>
      <w:proofErr w:type="spellStart"/>
      <w:r w:rsidRPr="0025334A">
        <w:t>orientativă</w:t>
      </w:r>
      <w:proofErr w:type="spellEnd"/>
      <w:r w:rsidRPr="0025334A">
        <w:t xml:space="preserve"> </w:t>
      </w:r>
      <w:proofErr w:type="spellStart"/>
      <w:r w:rsidRPr="0025334A">
        <w:t>și</w:t>
      </w:r>
      <w:proofErr w:type="spellEnd"/>
      <w:r w:rsidRPr="0025334A">
        <w:t xml:space="preserve"> </w:t>
      </w:r>
      <w:proofErr w:type="spellStart"/>
      <w:r w:rsidRPr="0025334A">
        <w:t>fișele</w:t>
      </w:r>
      <w:proofErr w:type="spellEnd"/>
      <w:r w:rsidRPr="0025334A">
        <w:t xml:space="preserve"> </w:t>
      </w:r>
      <w:proofErr w:type="spellStart"/>
      <w:r w:rsidRPr="0025334A">
        <w:t>tehnologice</w:t>
      </w:r>
      <w:proofErr w:type="spellEnd"/>
      <w:r w:rsidRPr="0025334A">
        <w:t>.</w:t>
      </w:r>
    </w:p>
    <w:p w14:paraId="45CAF361" w14:textId="77777777" w:rsidR="00E04FEA" w:rsidRDefault="00E04FEA">
      <w:pPr>
        <w:spacing w:after="50" w:line="247" w:lineRule="auto"/>
      </w:pPr>
    </w:p>
    <w:p w14:paraId="5919C87A" w14:textId="1412D927" w:rsidR="0025334A" w:rsidRDefault="0025334A" w:rsidP="0025334A">
      <w:pPr>
        <w:spacing w:after="50" w:line="247" w:lineRule="auto"/>
        <w:rPr>
          <w:lang w:val="fr-FR"/>
        </w:rPr>
      </w:pPr>
      <w:r w:rsidRPr="0025334A">
        <w:rPr>
          <w:lang w:val="fr-FR"/>
        </w:rPr>
        <w:t xml:space="preserve">La </w:t>
      </w:r>
      <w:proofErr w:type="spellStart"/>
      <w:r w:rsidRPr="0025334A">
        <w:rPr>
          <w:lang w:val="fr-FR"/>
        </w:rPr>
        <w:t>intocmirea</w:t>
      </w:r>
      <w:proofErr w:type="spellEnd"/>
      <w:r w:rsidRPr="0025334A">
        <w:rPr>
          <w:lang w:val="fr-FR"/>
        </w:rPr>
        <w:t xml:space="preserve"> </w:t>
      </w:r>
      <w:proofErr w:type="spellStart"/>
      <w:r w:rsidRPr="0025334A">
        <w:rPr>
          <w:lang w:val="fr-FR"/>
        </w:rPr>
        <w:t>meniu</w:t>
      </w:r>
      <w:r>
        <w:rPr>
          <w:lang w:val="fr-FR"/>
        </w:rPr>
        <w:t>lui</w:t>
      </w:r>
      <w:proofErr w:type="spellEnd"/>
      <w:r w:rsidRPr="0025334A">
        <w:rPr>
          <w:lang w:val="fr-FR"/>
        </w:rPr>
        <w:t xml:space="preserve"> </w:t>
      </w:r>
      <w:proofErr w:type="spellStart"/>
      <w:r w:rsidRPr="0025334A">
        <w:rPr>
          <w:lang w:val="fr-FR"/>
        </w:rPr>
        <w:t>saptamanal</w:t>
      </w:r>
      <w:proofErr w:type="spellEnd"/>
      <w:r w:rsidRPr="0025334A">
        <w:rPr>
          <w:lang w:val="fr-FR"/>
        </w:rPr>
        <w:t xml:space="preserve"> </w:t>
      </w:r>
      <w:proofErr w:type="spellStart"/>
      <w:r w:rsidRPr="0025334A">
        <w:rPr>
          <w:lang w:val="fr-FR"/>
        </w:rPr>
        <w:t>trebuie</w:t>
      </w:r>
      <w:proofErr w:type="spellEnd"/>
      <w:r w:rsidRPr="0025334A">
        <w:rPr>
          <w:lang w:val="fr-FR"/>
        </w:rPr>
        <w:t xml:space="preserve"> </w:t>
      </w:r>
      <w:proofErr w:type="spellStart"/>
      <w:r w:rsidRPr="0025334A">
        <w:rPr>
          <w:lang w:val="fr-FR"/>
        </w:rPr>
        <w:t>sa</w:t>
      </w:r>
      <w:proofErr w:type="spellEnd"/>
      <w:r w:rsidRPr="0025334A">
        <w:rPr>
          <w:lang w:val="fr-FR"/>
        </w:rPr>
        <w:t xml:space="preserve"> se </w:t>
      </w:r>
      <w:proofErr w:type="spellStart"/>
      <w:r w:rsidRPr="0025334A">
        <w:rPr>
          <w:lang w:val="fr-FR"/>
        </w:rPr>
        <w:t>tina</w:t>
      </w:r>
      <w:proofErr w:type="spellEnd"/>
      <w:r w:rsidRPr="0025334A">
        <w:rPr>
          <w:lang w:val="fr-FR"/>
        </w:rPr>
        <w:t xml:space="preserve"> </w:t>
      </w:r>
      <w:proofErr w:type="spellStart"/>
      <w:r w:rsidRPr="0025334A">
        <w:rPr>
          <w:lang w:val="fr-FR"/>
        </w:rPr>
        <w:t>cont</w:t>
      </w:r>
      <w:proofErr w:type="spellEnd"/>
      <w:r w:rsidRPr="0025334A">
        <w:rPr>
          <w:lang w:val="fr-FR"/>
        </w:rPr>
        <w:t xml:space="preserve"> de </w:t>
      </w:r>
      <w:proofErr w:type="spellStart"/>
      <w:r w:rsidRPr="0025334A">
        <w:rPr>
          <w:lang w:val="fr-FR"/>
        </w:rPr>
        <w:t>urmatorii</w:t>
      </w:r>
      <w:proofErr w:type="spellEnd"/>
      <w:r w:rsidRPr="0025334A">
        <w:rPr>
          <w:lang w:val="fr-FR"/>
        </w:rPr>
        <w:t xml:space="preserve"> </w:t>
      </w:r>
      <w:proofErr w:type="spellStart"/>
      <w:r w:rsidRPr="0025334A">
        <w:rPr>
          <w:lang w:val="fr-FR"/>
        </w:rPr>
        <w:t>factori</w:t>
      </w:r>
      <w:proofErr w:type="spellEnd"/>
      <w:r w:rsidRPr="0025334A">
        <w:rPr>
          <w:lang w:val="fr-FR"/>
        </w:rPr>
        <w:t>:</w:t>
      </w:r>
    </w:p>
    <w:p w14:paraId="11EE80D4" w14:textId="77777777" w:rsidR="00E23360" w:rsidRDefault="0025334A" w:rsidP="002459A2">
      <w:pPr>
        <w:numPr>
          <w:ilvl w:val="1"/>
          <w:numId w:val="18"/>
        </w:numPr>
        <w:spacing w:after="50" w:line="247" w:lineRule="auto"/>
        <w:ind w:left="0" w:firstLine="360"/>
        <w:rPr>
          <w:lang w:val="fr-FR"/>
        </w:rPr>
      </w:pPr>
      <w:proofErr w:type="spellStart"/>
      <w:r w:rsidRPr="0025334A">
        <w:rPr>
          <w:lang w:val="fr-FR"/>
        </w:rPr>
        <w:t>afectiunile</w:t>
      </w:r>
      <w:proofErr w:type="spellEnd"/>
      <w:r w:rsidRPr="0025334A">
        <w:rPr>
          <w:lang w:val="fr-FR"/>
        </w:rPr>
        <w:t xml:space="preserve">, </w:t>
      </w:r>
      <w:proofErr w:type="spellStart"/>
      <w:r w:rsidRPr="0025334A">
        <w:rPr>
          <w:lang w:val="fr-FR"/>
        </w:rPr>
        <w:t>bolile</w:t>
      </w:r>
      <w:proofErr w:type="spellEnd"/>
      <w:r w:rsidRPr="0025334A">
        <w:rPr>
          <w:lang w:val="fr-FR"/>
        </w:rPr>
        <w:t xml:space="preserve"> si </w:t>
      </w:r>
      <w:proofErr w:type="spellStart"/>
      <w:r w:rsidRPr="0025334A">
        <w:rPr>
          <w:lang w:val="fr-FR"/>
        </w:rPr>
        <w:t>indicatiile</w:t>
      </w:r>
      <w:proofErr w:type="spellEnd"/>
      <w:r w:rsidRPr="0025334A">
        <w:rPr>
          <w:lang w:val="fr-FR"/>
        </w:rPr>
        <w:t xml:space="preserve"> </w:t>
      </w:r>
      <w:proofErr w:type="spellStart"/>
      <w:r w:rsidRPr="0025334A">
        <w:rPr>
          <w:lang w:val="fr-FR"/>
        </w:rPr>
        <w:t>medicale</w:t>
      </w:r>
      <w:proofErr w:type="spellEnd"/>
      <w:r w:rsidRPr="0025334A">
        <w:rPr>
          <w:lang w:val="fr-FR"/>
        </w:rPr>
        <w:t xml:space="preserve"> </w:t>
      </w:r>
      <w:proofErr w:type="spellStart"/>
      <w:r w:rsidRPr="0025334A">
        <w:rPr>
          <w:lang w:val="fr-FR"/>
        </w:rPr>
        <w:t>cu</w:t>
      </w:r>
      <w:proofErr w:type="spellEnd"/>
      <w:r w:rsidRPr="0025334A">
        <w:rPr>
          <w:lang w:val="fr-FR"/>
        </w:rPr>
        <w:t xml:space="preserve"> </w:t>
      </w:r>
      <w:proofErr w:type="spellStart"/>
      <w:r w:rsidRPr="0025334A">
        <w:rPr>
          <w:lang w:val="fr-FR"/>
        </w:rPr>
        <w:t>pregatire</w:t>
      </w:r>
      <w:proofErr w:type="spellEnd"/>
      <w:r w:rsidRPr="0025334A">
        <w:rPr>
          <w:lang w:val="fr-FR"/>
        </w:rPr>
        <w:t xml:space="preserve"> de </w:t>
      </w:r>
      <w:proofErr w:type="spellStart"/>
      <w:r w:rsidRPr="0025334A">
        <w:rPr>
          <w:lang w:val="fr-FR"/>
        </w:rPr>
        <w:t>meniuri</w:t>
      </w:r>
      <w:proofErr w:type="spellEnd"/>
      <w:r w:rsidRPr="0025334A">
        <w:rPr>
          <w:lang w:val="fr-FR"/>
        </w:rPr>
        <w:t xml:space="preserve"> de </w:t>
      </w:r>
      <w:proofErr w:type="spellStart"/>
      <w:r w:rsidRPr="0025334A">
        <w:rPr>
          <w:lang w:val="fr-FR"/>
        </w:rPr>
        <w:t>regim</w:t>
      </w:r>
      <w:proofErr w:type="spellEnd"/>
      <w:r w:rsidRPr="0025334A">
        <w:rPr>
          <w:lang w:val="fr-FR"/>
        </w:rPr>
        <w:t xml:space="preserve"> in </w:t>
      </w:r>
      <w:proofErr w:type="spellStart"/>
      <w:r w:rsidRPr="0025334A">
        <w:rPr>
          <w:lang w:val="fr-FR"/>
        </w:rPr>
        <w:t>functie</w:t>
      </w:r>
      <w:proofErr w:type="spellEnd"/>
      <w:r w:rsidRPr="0025334A">
        <w:rPr>
          <w:lang w:val="fr-FR"/>
        </w:rPr>
        <w:t xml:space="preserve"> de </w:t>
      </w:r>
      <w:proofErr w:type="spellStart"/>
      <w:r w:rsidRPr="0025334A">
        <w:rPr>
          <w:lang w:val="fr-FR"/>
        </w:rPr>
        <w:t>afectiunile</w:t>
      </w:r>
      <w:proofErr w:type="spellEnd"/>
      <w:r w:rsidRPr="0025334A">
        <w:rPr>
          <w:lang w:val="fr-FR"/>
        </w:rPr>
        <w:t xml:space="preserve"> </w:t>
      </w:r>
      <w:proofErr w:type="spellStart"/>
      <w:r w:rsidRPr="0025334A">
        <w:rPr>
          <w:lang w:val="fr-FR"/>
        </w:rPr>
        <w:t>beneficiarilor</w:t>
      </w:r>
      <w:proofErr w:type="spellEnd"/>
      <w:r w:rsidRPr="0025334A">
        <w:rPr>
          <w:lang w:val="fr-FR"/>
        </w:rPr>
        <w:t xml:space="preserve"> (</w:t>
      </w:r>
      <w:proofErr w:type="spellStart"/>
      <w:r w:rsidRPr="0025334A">
        <w:rPr>
          <w:lang w:val="fr-FR"/>
        </w:rPr>
        <w:t>diabet</w:t>
      </w:r>
      <w:proofErr w:type="spellEnd"/>
      <w:r w:rsidRPr="0025334A">
        <w:rPr>
          <w:lang w:val="fr-FR"/>
        </w:rPr>
        <w:t xml:space="preserve">, </w:t>
      </w:r>
      <w:proofErr w:type="spellStart"/>
      <w:r w:rsidRPr="0025334A">
        <w:rPr>
          <w:lang w:val="fr-FR"/>
        </w:rPr>
        <w:t>hepatic</w:t>
      </w:r>
      <w:proofErr w:type="spellEnd"/>
      <w:r w:rsidRPr="0025334A">
        <w:rPr>
          <w:lang w:val="fr-FR"/>
        </w:rPr>
        <w:t xml:space="preserve">- </w:t>
      </w:r>
      <w:proofErr w:type="spellStart"/>
      <w:r w:rsidRPr="0025334A">
        <w:rPr>
          <w:lang w:val="fr-FR"/>
        </w:rPr>
        <w:t>digestiv</w:t>
      </w:r>
      <w:proofErr w:type="spellEnd"/>
      <w:r w:rsidRPr="0025334A">
        <w:rPr>
          <w:lang w:val="fr-FR"/>
        </w:rPr>
        <w:t xml:space="preserve">, </w:t>
      </w:r>
      <w:proofErr w:type="spellStart"/>
      <w:r w:rsidRPr="0025334A">
        <w:rPr>
          <w:lang w:val="fr-FR"/>
        </w:rPr>
        <w:t>pasat</w:t>
      </w:r>
      <w:proofErr w:type="spellEnd"/>
      <w:r w:rsidRPr="0025334A">
        <w:rPr>
          <w:lang w:val="fr-FR"/>
        </w:rPr>
        <w:t xml:space="preserve"> si </w:t>
      </w:r>
      <w:proofErr w:type="spellStart"/>
      <w:r w:rsidRPr="0025334A">
        <w:rPr>
          <w:lang w:val="fr-FR"/>
        </w:rPr>
        <w:t>comun</w:t>
      </w:r>
      <w:proofErr w:type="spellEnd"/>
      <w:r w:rsidRPr="0025334A">
        <w:rPr>
          <w:lang w:val="fr-FR"/>
        </w:rPr>
        <w:t>)</w:t>
      </w:r>
      <w:r w:rsidR="00E23360" w:rsidRPr="00E23360">
        <w:rPr>
          <w:lang w:val="ro-RO"/>
        </w:rPr>
        <w:t xml:space="preserve"> , de care va răspunde asistentul medical al centrului si le va comunica furnizorului</w:t>
      </w:r>
      <w:r w:rsidRPr="0025334A">
        <w:rPr>
          <w:lang w:val="fr-FR"/>
        </w:rPr>
        <w:t>;</w:t>
      </w:r>
    </w:p>
    <w:p w14:paraId="77F0BB4A" w14:textId="590E3AB1" w:rsidR="00E23360" w:rsidRPr="00E23360" w:rsidRDefault="00E23360" w:rsidP="002459A2">
      <w:pPr>
        <w:numPr>
          <w:ilvl w:val="1"/>
          <w:numId w:val="18"/>
        </w:numPr>
        <w:spacing w:after="50" w:line="247" w:lineRule="auto"/>
        <w:ind w:left="0" w:firstLine="360"/>
        <w:rPr>
          <w:lang w:val="fr-FR"/>
        </w:rPr>
      </w:pPr>
      <w:r w:rsidRPr="00E23360">
        <w:rPr>
          <w:lang w:val="ro-RO"/>
        </w:rPr>
        <w:t>sortimentul alimentelor prevăzute in norma de hrana;</w:t>
      </w:r>
    </w:p>
    <w:p w14:paraId="4DE66F71" w14:textId="77777777" w:rsidR="0025334A" w:rsidRPr="0025334A" w:rsidRDefault="0025334A" w:rsidP="002459A2">
      <w:pPr>
        <w:numPr>
          <w:ilvl w:val="1"/>
          <w:numId w:val="18"/>
        </w:numPr>
        <w:spacing w:after="50" w:line="247" w:lineRule="auto"/>
        <w:ind w:left="0" w:firstLine="360"/>
      </w:pPr>
      <w:proofErr w:type="spellStart"/>
      <w:r w:rsidRPr="0025334A">
        <w:t>anotimpul</w:t>
      </w:r>
      <w:proofErr w:type="spellEnd"/>
      <w:r w:rsidRPr="0025334A">
        <w:t xml:space="preserve"> in care se </w:t>
      </w:r>
      <w:proofErr w:type="spellStart"/>
      <w:r w:rsidRPr="0025334A">
        <w:t>aplica</w:t>
      </w:r>
      <w:proofErr w:type="spellEnd"/>
      <w:r w:rsidRPr="0025334A">
        <w:t xml:space="preserve"> </w:t>
      </w:r>
      <w:proofErr w:type="spellStart"/>
      <w:r w:rsidRPr="0025334A">
        <w:t>meniurile</w:t>
      </w:r>
      <w:proofErr w:type="spellEnd"/>
      <w:r w:rsidRPr="0025334A">
        <w:t>;</w:t>
      </w:r>
    </w:p>
    <w:p w14:paraId="1C4E154C" w14:textId="6E1EB64C" w:rsidR="0025334A" w:rsidRPr="0025334A" w:rsidRDefault="0025334A" w:rsidP="002459A2">
      <w:pPr>
        <w:numPr>
          <w:ilvl w:val="1"/>
          <w:numId w:val="18"/>
        </w:numPr>
        <w:spacing w:after="50" w:line="247" w:lineRule="auto"/>
        <w:ind w:left="0" w:firstLine="360"/>
      </w:pPr>
      <w:proofErr w:type="spellStart"/>
      <w:r w:rsidRPr="0025334A">
        <w:t>preferintele</w:t>
      </w:r>
      <w:proofErr w:type="spellEnd"/>
      <w:r w:rsidRPr="0025334A">
        <w:t xml:space="preserve"> </w:t>
      </w:r>
      <w:proofErr w:type="spellStart"/>
      <w:r w:rsidR="00E23360">
        <w:t>beneficiarilor</w:t>
      </w:r>
      <w:proofErr w:type="spellEnd"/>
      <w:r w:rsidRPr="0025334A">
        <w:t xml:space="preserve"> </w:t>
      </w:r>
      <w:proofErr w:type="spellStart"/>
      <w:r w:rsidRPr="0025334A">
        <w:t>pentru</w:t>
      </w:r>
      <w:proofErr w:type="spellEnd"/>
      <w:r w:rsidRPr="0025334A">
        <w:t xml:space="preserve"> </w:t>
      </w:r>
      <w:proofErr w:type="spellStart"/>
      <w:r w:rsidRPr="0025334A">
        <w:t>anumite</w:t>
      </w:r>
      <w:proofErr w:type="spellEnd"/>
      <w:r w:rsidRPr="0025334A">
        <w:t xml:space="preserve"> </w:t>
      </w:r>
      <w:proofErr w:type="spellStart"/>
      <w:r w:rsidRPr="0025334A">
        <w:t>feluri</w:t>
      </w:r>
      <w:proofErr w:type="spellEnd"/>
      <w:r w:rsidRPr="0025334A">
        <w:t xml:space="preserve"> de </w:t>
      </w:r>
      <w:proofErr w:type="spellStart"/>
      <w:r w:rsidRPr="0025334A">
        <w:t>mancare</w:t>
      </w:r>
      <w:proofErr w:type="spellEnd"/>
      <w:r w:rsidRPr="0025334A">
        <w:t>;</w:t>
      </w:r>
    </w:p>
    <w:p w14:paraId="7A93D6E1" w14:textId="77777777" w:rsidR="0025334A" w:rsidRPr="0025334A" w:rsidRDefault="0025334A" w:rsidP="002459A2">
      <w:pPr>
        <w:numPr>
          <w:ilvl w:val="1"/>
          <w:numId w:val="18"/>
        </w:numPr>
        <w:spacing w:after="50" w:line="247" w:lineRule="auto"/>
        <w:ind w:left="0" w:firstLine="360"/>
        <w:rPr>
          <w:lang w:val="fr-FR"/>
        </w:rPr>
      </w:pPr>
      <w:proofErr w:type="spellStart"/>
      <w:r w:rsidRPr="0025334A">
        <w:rPr>
          <w:lang w:val="fr-FR"/>
        </w:rPr>
        <w:t>planurile</w:t>
      </w:r>
      <w:proofErr w:type="spellEnd"/>
      <w:r w:rsidRPr="0025334A">
        <w:rPr>
          <w:lang w:val="fr-FR"/>
        </w:rPr>
        <w:t xml:space="preserve"> de </w:t>
      </w:r>
      <w:proofErr w:type="spellStart"/>
      <w:r w:rsidRPr="0025334A">
        <w:rPr>
          <w:lang w:val="fr-FR"/>
        </w:rPr>
        <w:t>meniu</w:t>
      </w:r>
      <w:proofErr w:type="spellEnd"/>
      <w:r w:rsidRPr="0025334A">
        <w:rPr>
          <w:lang w:val="fr-FR"/>
        </w:rPr>
        <w:t xml:space="preserve"> </w:t>
      </w:r>
      <w:proofErr w:type="spellStart"/>
      <w:r w:rsidRPr="0025334A">
        <w:rPr>
          <w:lang w:val="fr-FR"/>
        </w:rPr>
        <w:t>intocmite</w:t>
      </w:r>
      <w:proofErr w:type="spellEnd"/>
      <w:r w:rsidRPr="0025334A">
        <w:rPr>
          <w:lang w:val="fr-FR"/>
        </w:rPr>
        <w:t xml:space="preserve"> in </w:t>
      </w:r>
      <w:proofErr w:type="spellStart"/>
      <w:r w:rsidRPr="0025334A">
        <w:rPr>
          <w:lang w:val="fr-FR"/>
        </w:rPr>
        <w:t>ultimele</w:t>
      </w:r>
      <w:proofErr w:type="spellEnd"/>
      <w:r w:rsidRPr="0025334A">
        <w:rPr>
          <w:lang w:val="fr-FR"/>
        </w:rPr>
        <w:t xml:space="preserve"> </w:t>
      </w:r>
      <w:proofErr w:type="spellStart"/>
      <w:r w:rsidRPr="0025334A">
        <w:rPr>
          <w:lang w:val="fr-FR"/>
        </w:rPr>
        <w:t>doua</w:t>
      </w:r>
      <w:proofErr w:type="spellEnd"/>
      <w:r w:rsidRPr="0025334A">
        <w:rPr>
          <w:lang w:val="fr-FR"/>
        </w:rPr>
        <w:t xml:space="preserve"> </w:t>
      </w:r>
      <w:proofErr w:type="spellStart"/>
      <w:r w:rsidRPr="0025334A">
        <w:rPr>
          <w:lang w:val="fr-FR"/>
        </w:rPr>
        <w:t>saptamani</w:t>
      </w:r>
      <w:proofErr w:type="spellEnd"/>
      <w:r w:rsidRPr="0025334A">
        <w:rPr>
          <w:lang w:val="fr-FR"/>
        </w:rPr>
        <w:t xml:space="preserve">, </w:t>
      </w:r>
      <w:proofErr w:type="spellStart"/>
      <w:r w:rsidRPr="0025334A">
        <w:rPr>
          <w:lang w:val="fr-FR"/>
        </w:rPr>
        <w:t>spre</w:t>
      </w:r>
      <w:proofErr w:type="spellEnd"/>
      <w:r w:rsidRPr="0025334A">
        <w:rPr>
          <w:lang w:val="fr-FR"/>
        </w:rPr>
        <w:t xml:space="preserve"> a nu se </w:t>
      </w:r>
      <w:proofErr w:type="spellStart"/>
      <w:r w:rsidRPr="0025334A">
        <w:rPr>
          <w:lang w:val="fr-FR"/>
        </w:rPr>
        <w:t>repeta</w:t>
      </w:r>
      <w:proofErr w:type="spellEnd"/>
      <w:r w:rsidRPr="0025334A">
        <w:rPr>
          <w:lang w:val="fr-FR"/>
        </w:rPr>
        <w:t xml:space="preserve"> </w:t>
      </w:r>
      <w:proofErr w:type="spellStart"/>
      <w:r w:rsidRPr="0025334A">
        <w:rPr>
          <w:lang w:val="fr-FR"/>
        </w:rPr>
        <w:t>felurile</w:t>
      </w:r>
      <w:proofErr w:type="spellEnd"/>
      <w:r w:rsidRPr="0025334A">
        <w:rPr>
          <w:lang w:val="fr-FR"/>
        </w:rPr>
        <w:t xml:space="preserve"> de </w:t>
      </w:r>
      <w:proofErr w:type="spellStart"/>
      <w:r w:rsidRPr="0025334A">
        <w:rPr>
          <w:lang w:val="fr-FR"/>
        </w:rPr>
        <w:t>mancare</w:t>
      </w:r>
      <w:proofErr w:type="spellEnd"/>
      <w:r w:rsidRPr="0025334A">
        <w:rPr>
          <w:lang w:val="fr-FR"/>
        </w:rPr>
        <w:t>;</w:t>
      </w:r>
    </w:p>
    <w:p w14:paraId="14A76084" w14:textId="77777777" w:rsidR="0025334A" w:rsidRPr="0025334A" w:rsidRDefault="0025334A" w:rsidP="002459A2">
      <w:pPr>
        <w:numPr>
          <w:ilvl w:val="1"/>
          <w:numId w:val="18"/>
        </w:numPr>
        <w:spacing w:after="50" w:line="247" w:lineRule="auto"/>
        <w:ind w:left="0" w:firstLine="360"/>
      </w:pPr>
      <w:proofErr w:type="spellStart"/>
      <w:r w:rsidRPr="0025334A">
        <w:t>realizarea</w:t>
      </w:r>
      <w:proofErr w:type="spellEnd"/>
      <w:r w:rsidRPr="0025334A">
        <w:t xml:space="preserve"> </w:t>
      </w:r>
      <w:proofErr w:type="spellStart"/>
      <w:r w:rsidRPr="0025334A">
        <w:t>felurilor</w:t>
      </w:r>
      <w:proofErr w:type="spellEnd"/>
      <w:r w:rsidRPr="0025334A">
        <w:t xml:space="preserve"> de </w:t>
      </w:r>
      <w:proofErr w:type="spellStart"/>
      <w:r w:rsidRPr="0025334A">
        <w:t>mancare</w:t>
      </w:r>
      <w:proofErr w:type="spellEnd"/>
      <w:r w:rsidRPr="0025334A">
        <w:t xml:space="preserve"> cu gust </w:t>
      </w:r>
      <w:proofErr w:type="spellStart"/>
      <w:r w:rsidRPr="0025334A">
        <w:t>apetisant</w:t>
      </w:r>
      <w:proofErr w:type="spellEnd"/>
      <w:r w:rsidRPr="0025334A">
        <w:t xml:space="preserve">, </w:t>
      </w:r>
      <w:proofErr w:type="spellStart"/>
      <w:r w:rsidRPr="0025334A">
        <w:t>miros</w:t>
      </w:r>
      <w:proofErr w:type="spellEnd"/>
      <w:r w:rsidRPr="0025334A">
        <w:t xml:space="preserve"> </w:t>
      </w:r>
      <w:proofErr w:type="spellStart"/>
      <w:r w:rsidRPr="0025334A">
        <w:t>placut</w:t>
      </w:r>
      <w:proofErr w:type="spellEnd"/>
      <w:r w:rsidRPr="0025334A">
        <w:t xml:space="preserve">, </w:t>
      </w:r>
      <w:proofErr w:type="spellStart"/>
      <w:r w:rsidRPr="0025334A">
        <w:t>agreate</w:t>
      </w:r>
      <w:proofErr w:type="spellEnd"/>
      <w:r w:rsidRPr="0025334A">
        <w:t xml:space="preserve"> de </w:t>
      </w:r>
      <w:proofErr w:type="spellStart"/>
      <w:r w:rsidRPr="0025334A">
        <w:t>cei</w:t>
      </w:r>
      <w:proofErr w:type="spellEnd"/>
      <w:r w:rsidRPr="0025334A">
        <w:t xml:space="preserve"> care le </w:t>
      </w:r>
      <w:proofErr w:type="spellStart"/>
      <w:r w:rsidRPr="0025334A">
        <w:t>consuma</w:t>
      </w:r>
      <w:proofErr w:type="spellEnd"/>
      <w:r w:rsidRPr="0025334A">
        <w:t>;</w:t>
      </w:r>
    </w:p>
    <w:p w14:paraId="742E5548" w14:textId="1726EA6C" w:rsidR="0025334A" w:rsidRPr="0025334A" w:rsidRDefault="0025334A" w:rsidP="002459A2">
      <w:pPr>
        <w:numPr>
          <w:ilvl w:val="1"/>
          <w:numId w:val="18"/>
        </w:numPr>
        <w:spacing w:after="50" w:line="247" w:lineRule="auto"/>
        <w:ind w:left="0" w:firstLine="360"/>
        <w:rPr>
          <w:lang w:val="fr-FR"/>
        </w:rPr>
      </w:pPr>
      <w:proofErr w:type="spellStart"/>
      <w:r w:rsidRPr="0025334A">
        <w:rPr>
          <w:lang w:val="fr-FR"/>
        </w:rPr>
        <w:t>mancarea</w:t>
      </w:r>
      <w:proofErr w:type="spellEnd"/>
      <w:r w:rsidRPr="0025334A">
        <w:rPr>
          <w:lang w:val="fr-FR"/>
        </w:rPr>
        <w:t xml:space="preserve"> sa fie </w:t>
      </w:r>
      <w:proofErr w:type="spellStart"/>
      <w:r w:rsidRPr="0025334A">
        <w:rPr>
          <w:lang w:val="fr-FR"/>
        </w:rPr>
        <w:t>consistenta</w:t>
      </w:r>
      <w:proofErr w:type="spellEnd"/>
      <w:r w:rsidRPr="0025334A">
        <w:rPr>
          <w:lang w:val="fr-FR"/>
        </w:rPr>
        <w:t xml:space="preserve"> si sa </w:t>
      </w:r>
      <w:proofErr w:type="spellStart"/>
      <w:r w:rsidRPr="0025334A">
        <w:rPr>
          <w:lang w:val="fr-FR"/>
        </w:rPr>
        <w:t>dea</w:t>
      </w:r>
      <w:proofErr w:type="spellEnd"/>
      <w:r w:rsidRPr="0025334A">
        <w:rPr>
          <w:lang w:val="fr-FR"/>
        </w:rPr>
        <w:t xml:space="preserve"> </w:t>
      </w:r>
      <w:r w:rsidR="00E23360" w:rsidRPr="00E23360">
        <w:rPr>
          <w:lang w:val="ro-RO"/>
        </w:rPr>
        <w:t xml:space="preserve">stare </w:t>
      </w:r>
      <w:r w:rsidRPr="0025334A">
        <w:rPr>
          <w:lang w:val="fr-FR"/>
        </w:rPr>
        <w:t xml:space="preserve">de </w:t>
      </w:r>
      <w:proofErr w:type="spellStart"/>
      <w:r w:rsidRPr="0025334A">
        <w:rPr>
          <w:lang w:val="fr-FR"/>
        </w:rPr>
        <w:t>satietate</w:t>
      </w:r>
      <w:proofErr w:type="spellEnd"/>
      <w:r w:rsidRPr="0025334A">
        <w:rPr>
          <w:lang w:val="fr-FR"/>
        </w:rPr>
        <w:t>;</w:t>
      </w:r>
    </w:p>
    <w:p w14:paraId="308AA73D" w14:textId="727317A1" w:rsidR="0025334A" w:rsidRDefault="0025334A" w:rsidP="002459A2">
      <w:pPr>
        <w:numPr>
          <w:ilvl w:val="1"/>
          <w:numId w:val="18"/>
        </w:numPr>
        <w:spacing w:after="50" w:line="247" w:lineRule="auto"/>
        <w:ind w:left="0" w:firstLine="360"/>
        <w:rPr>
          <w:lang w:val="fr-FR"/>
        </w:rPr>
      </w:pPr>
      <w:r w:rsidRPr="0025334A">
        <w:rPr>
          <w:lang w:val="fr-FR"/>
        </w:rPr>
        <w:t xml:space="preserve">sa fie </w:t>
      </w:r>
      <w:proofErr w:type="spellStart"/>
      <w:r w:rsidRPr="0025334A">
        <w:rPr>
          <w:lang w:val="fr-FR"/>
        </w:rPr>
        <w:t>variata</w:t>
      </w:r>
      <w:proofErr w:type="spellEnd"/>
      <w:r w:rsidRPr="0025334A">
        <w:rPr>
          <w:lang w:val="fr-FR"/>
        </w:rPr>
        <w:t xml:space="preserve">, </w:t>
      </w:r>
      <w:proofErr w:type="spellStart"/>
      <w:r w:rsidRPr="0025334A">
        <w:rPr>
          <w:lang w:val="fr-FR"/>
        </w:rPr>
        <w:t>atat</w:t>
      </w:r>
      <w:proofErr w:type="spellEnd"/>
      <w:r w:rsidRPr="0025334A">
        <w:rPr>
          <w:lang w:val="fr-FR"/>
        </w:rPr>
        <w:t xml:space="preserve"> </w:t>
      </w:r>
      <w:proofErr w:type="spellStart"/>
      <w:r w:rsidRPr="0025334A">
        <w:rPr>
          <w:lang w:val="fr-FR"/>
        </w:rPr>
        <w:t>prin</w:t>
      </w:r>
      <w:proofErr w:type="spellEnd"/>
      <w:r w:rsidRPr="0025334A">
        <w:rPr>
          <w:lang w:val="fr-FR"/>
        </w:rPr>
        <w:t xml:space="preserve"> </w:t>
      </w:r>
      <w:proofErr w:type="spellStart"/>
      <w:r w:rsidRPr="0025334A">
        <w:rPr>
          <w:lang w:val="fr-FR"/>
        </w:rPr>
        <w:t>felul</w:t>
      </w:r>
      <w:proofErr w:type="spellEnd"/>
      <w:r w:rsidRPr="0025334A">
        <w:rPr>
          <w:lang w:val="fr-FR"/>
        </w:rPr>
        <w:t xml:space="preserve"> </w:t>
      </w:r>
      <w:proofErr w:type="spellStart"/>
      <w:r w:rsidRPr="0025334A">
        <w:rPr>
          <w:lang w:val="fr-FR"/>
        </w:rPr>
        <w:t>produselor</w:t>
      </w:r>
      <w:proofErr w:type="spellEnd"/>
      <w:r w:rsidRPr="0025334A">
        <w:rPr>
          <w:lang w:val="fr-FR"/>
        </w:rPr>
        <w:t xml:space="preserve">, cat si </w:t>
      </w:r>
      <w:proofErr w:type="spellStart"/>
      <w:r w:rsidRPr="0025334A">
        <w:rPr>
          <w:lang w:val="fr-FR"/>
        </w:rPr>
        <w:t>prin</w:t>
      </w:r>
      <w:proofErr w:type="spellEnd"/>
      <w:r w:rsidRPr="0025334A">
        <w:rPr>
          <w:lang w:val="fr-FR"/>
        </w:rPr>
        <w:t xml:space="preserve"> </w:t>
      </w:r>
      <w:proofErr w:type="spellStart"/>
      <w:r w:rsidRPr="0025334A">
        <w:rPr>
          <w:lang w:val="fr-FR"/>
        </w:rPr>
        <w:t>tehnologia</w:t>
      </w:r>
      <w:proofErr w:type="spellEnd"/>
      <w:r w:rsidRPr="0025334A">
        <w:rPr>
          <w:lang w:val="fr-FR"/>
        </w:rPr>
        <w:t xml:space="preserve"> </w:t>
      </w:r>
      <w:proofErr w:type="spellStart"/>
      <w:r w:rsidRPr="0025334A">
        <w:rPr>
          <w:lang w:val="fr-FR"/>
        </w:rPr>
        <w:t>culinara</w:t>
      </w:r>
      <w:proofErr w:type="spellEnd"/>
      <w:r w:rsidRPr="0025334A">
        <w:rPr>
          <w:lang w:val="fr-FR"/>
        </w:rPr>
        <w:t xml:space="preserve">. </w:t>
      </w:r>
      <w:r w:rsidRPr="0025334A">
        <w:rPr>
          <w:highlight w:val="yellow"/>
          <w:lang w:val="fr-FR"/>
        </w:rPr>
        <w:t xml:space="preserve">In </w:t>
      </w:r>
      <w:proofErr w:type="spellStart"/>
      <w:r w:rsidRPr="0025334A">
        <w:rPr>
          <w:highlight w:val="yellow"/>
          <w:lang w:val="fr-FR"/>
        </w:rPr>
        <w:t>acest</w:t>
      </w:r>
      <w:proofErr w:type="spellEnd"/>
      <w:r w:rsidRPr="0025334A">
        <w:rPr>
          <w:highlight w:val="yellow"/>
          <w:lang w:val="fr-FR"/>
        </w:rPr>
        <w:t xml:space="preserve"> </w:t>
      </w:r>
      <w:proofErr w:type="spellStart"/>
      <w:r w:rsidRPr="0025334A">
        <w:rPr>
          <w:highlight w:val="yellow"/>
          <w:lang w:val="fr-FR"/>
        </w:rPr>
        <w:t>scop</w:t>
      </w:r>
      <w:proofErr w:type="spellEnd"/>
      <w:r w:rsidRPr="0025334A">
        <w:rPr>
          <w:highlight w:val="yellow"/>
          <w:lang w:val="fr-FR"/>
        </w:rPr>
        <w:t xml:space="preserve"> vor fi </w:t>
      </w:r>
      <w:proofErr w:type="spellStart"/>
      <w:r w:rsidRPr="0025334A">
        <w:rPr>
          <w:highlight w:val="yellow"/>
          <w:lang w:val="fr-FR"/>
        </w:rPr>
        <w:t>elaborate</w:t>
      </w:r>
      <w:proofErr w:type="spellEnd"/>
      <w:r w:rsidRPr="0025334A">
        <w:rPr>
          <w:highlight w:val="yellow"/>
          <w:lang w:val="fr-FR"/>
        </w:rPr>
        <w:t xml:space="preserve"> </w:t>
      </w:r>
      <w:r w:rsidR="0055374F">
        <w:rPr>
          <w:highlight w:val="yellow"/>
          <w:lang w:val="fr-FR"/>
        </w:rPr>
        <w:t>4 variante</w:t>
      </w:r>
      <w:r w:rsidRPr="0025334A">
        <w:rPr>
          <w:highlight w:val="yellow"/>
          <w:lang w:val="fr-FR"/>
        </w:rPr>
        <w:t xml:space="preserve"> de “Plan </w:t>
      </w:r>
      <w:proofErr w:type="spellStart"/>
      <w:r w:rsidRPr="0025334A">
        <w:rPr>
          <w:highlight w:val="yellow"/>
          <w:lang w:val="fr-FR"/>
        </w:rPr>
        <w:t>meniu</w:t>
      </w:r>
      <w:proofErr w:type="spellEnd"/>
      <w:r w:rsidRPr="0025334A">
        <w:rPr>
          <w:highlight w:val="yellow"/>
          <w:lang w:val="fr-FR"/>
        </w:rPr>
        <w:t xml:space="preserve"> </w:t>
      </w:r>
      <w:proofErr w:type="spellStart"/>
      <w:r w:rsidRPr="0025334A">
        <w:rPr>
          <w:highlight w:val="yellow"/>
          <w:lang w:val="fr-FR"/>
        </w:rPr>
        <w:t>saptamanal</w:t>
      </w:r>
      <w:proofErr w:type="spellEnd"/>
      <w:r w:rsidRPr="0025334A">
        <w:rPr>
          <w:highlight w:val="yellow"/>
          <w:lang w:val="fr-FR"/>
        </w:rPr>
        <w:t>”;</w:t>
      </w:r>
      <w:r w:rsidRPr="0025334A">
        <w:rPr>
          <w:lang w:val="fr-FR"/>
        </w:rPr>
        <w:t xml:space="preserve"> </w:t>
      </w:r>
      <w:proofErr w:type="spellStart"/>
      <w:r w:rsidRPr="0025334A">
        <w:rPr>
          <w:lang w:val="fr-FR"/>
        </w:rPr>
        <w:t>tinand</w:t>
      </w:r>
      <w:proofErr w:type="spellEnd"/>
      <w:r w:rsidRPr="0025334A">
        <w:rPr>
          <w:lang w:val="fr-FR"/>
        </w:rPr>
        <w:t xml:space="preserve"> </w:t>
      </w:r>
      <w:proofErr w:type="spellStart"/>
      <w:r w:rsidRPr="0025334A">
        <w:rPr>
          <w:lang w:val="fr-FR"/>
        </w:rPr>
        <w:t>cont</w:t>
      </w:r>
      <w:proofErr w:type="spellEnd"/>
      <w:r w:rsidRPr="0025334A">
        <w:rPr>
          <w:lang w:val="fr-FR"/>
        </w:rPr>
        <w:t xml:space="preserve"> si de </w:t>
      </w:r>
      <w:proofErr w:type="spellStart"/>
      <w:r w:rsidRPr="0025334A">
        <w:rPr>
          <w:lang w:val="fr-FR"/>
        </w:rPr>
        <w:t>preferintele</w:t>
      </w:r>
      <w:proofErr w:type="spellEnd"/>
      <w:r w:rsidRPr="0025334A">
        <w:rPr>
          <w:lang w:val="fr-FR"/>
        </w:rPr>
        <w:t xml:space="preserve"> </w:t>
      </w:r>
      <w:proofErr w:type="spellStart"/>
      <w:r w:rsidRPr="0025334A">
        <w:rPr>
          <w:lang w:val="fr-FR"/>
        </w:rPr>
        <w:t>culinare</w:t>
      </w:r>
      <w:proofErr w:type="spellEnd"/>
      <w:r w:rsidRPr="0025334A">
        <w:rPr>
          <w:lang w:val="fr-FR"/>
        </w:rPr>
        <w:t xml:space="preserve"> ale </w:t>
      </w:r>
      <w:proofErr w:type="spellStart"/>
      <w:r w:rsidRPr="0025334A">
        <w:rPr>
          <w:lang w:val="fr-FR"/>
        </w:rPr>
        <w:t>beneficiarilor</w:t>
      </w:r>
      <w:proofErr w:type="spellEnd"/>
      <w:r w:rsidRPr="0025334A">
        <w:rPr>
          <w:lang w:val="fr-FR"/>
        </w:rPr>
        <w:t xml:space="preserve"> si </w:t>
      </w:r>
      <w:proofErr w:type="spellStart"/>
      <w:r w:rsidRPr="0025334A">
        <w:rPr>
          <w:lang w:val="fr-FR"/>
        </w:rPr>
        <w:t>pentru</w:t>
      </w:r>
      <w:proofErr w:type="spellEnd"/>
      <w:r w:rsidRPr="0025334A">
        <w:rPr>
          <w:lang w:val="fr-FR"/>
        </w:rPr>
        <w:t xml:space="preserve"> </w:t>
      </w:r>
      <w:proofErr w:type="spellStart"/>
      <w:r w:rsidRPr="0025334A">
        <w:rPr>
          <w:lang w:val="fr-FR"/>
        </w:rPr>
        <w:t>fiecare</w:t>
      </w:r>
      <w:proofErr w:type="spellEnd"/>
      <w:r w:rsidRPr="0025334A">
        <w:rPr>
          <w:lang w:val="fr-FR"/>
        </w:rPr>
        <w:t xml:space="preserve"> </w:t>
      </w:r>
      <w:proofErr w:type="spellStart"/>
      <w:r w:rsidRPr="0025334A">
        <w:rPr>
          <w:lang w:val="fr-FR"/>
        </w:rPr>
        <w:t>regim</w:t>
      </w:r>
      <w:proofErr w:type="spellEnd"/>
      <w:r w:rsidRPr="0025334A">
        <w:rPr>
          <w:lang w:val="fr-FR"/>
        </w:rPr>
        <w:t xml:space="preserve"> </w:t>
      </w:r>
      <w:proofErr w:type="spellStart"/>
      <w:r w:rsidRPr="0025334A">
        <w:rPr>
          <w:lang w:val="fr-FR"/>
        </w:rPr>
        <w:t>dietetic</w:t>
      </w:r>
      <w:proofErr w:type="spellEnd"/>
      <w:r w:rsidRPr="0025334A">
        <w:rPr>
          <w:lang w:val="fr-FR"/>
        </w:rPr>
        <w:t xml:space="preserve"> </w:t>
      </w:r>
      <w:proofErr w:type="spellStart"/>
      <w:r w:rsidRPr="0025334A">
        <w:rPr>
          <w:lang w:val="fr-FR"/>
        </w:rPr>
        <w:t>în</w:t>
      </w:r>
      <w:proofErr w:type="spellEnd"/>
      <w:r w:rsidRPr="0025334A">
        <w:rPr>
          <w:lang w:val="fr-FR"/>
        </w:rPr>
        <w:t xml:space="preserve"> parte;</w:t>
      </w:r>
    </w:p>
    <w:p w14:paraId="30000F29" w14:textId="254E9918" w:rsidR="003D6AB2" w:rsidRDefault="003D6AB2" w:rsidP="002459A2">
      <w:pPr>
        <w:numPr>
          <w:ilvl w:val="1"/>
          <w:numId w:val="18"/>
        </w:numPr>
        <w:spacing w:after="50" w:line="247" w:lineRule="auto"/>
        <w:ind w:left="0" w:firstLine="360"/>
        <w:rPr>
          <w:lang w:val="fr-FR"/>
        </w:rPr>
      </w:pPr>
      <w:r w:rsidRPr="003D6AB2">
        <w:rPr>
          <w:lang w:val="fr-FR"/>
        </w:rPr>
        <w:t xml:space="preserve">sa </w:t>
      </w:r>
      <w:proofErr w:type="spellStart"/>
      <w:r w:rsidRPr="003D6AB2">
        <w:rPr>
          <w:lang w:val="fr-FR"/>
        </w:rPr>
        <w:t>asigure</w:t>
      </w:r>
      <w:proofErr w:type="spellEnd"/>
      <w:r w:rsidRPr="003D6AB2">
        <w:rPr>
          <w:lang w:val="fr-FR"/>
        </w:rPr>
        <w:t xml:space="preserve"> un </w:t>
      </w:r>
      <w:proofErr w:type="spellStart"/>
      <w:r w:rsidRPr="003D6AB2">
        <w:rPr>
          <w:lang w:val="fr-FR"/>
        </w:rPr>
        <w:t>necesar</w:t>
      </w:r>
      <w:proofErr w:type="spellEnd"/>
      <w:r w:rsidRPr="003D6AB2">
        <w:rPr>
          <w:lang w:val="fr-FR"/>
        </w:rPr>
        <w:t xml:space="preserve"> ce </w:t>
      </w:r>
      <w:proofErr w:type="spellStart"/>
      <w:r w:rsidRPr="003D6AB2">
        <w:rPr>
          <w:lang w:val="fr-FR"/>
        </w:rPr>
        <w:t>calorii</w:t>
      </w:r>
      <w:proofErr w:type="spellEnd"/>
      <w:r w:rsidRPr="003D6AB2">
        <w:rPr>
          <w:lang w:val="fr-FR"/>
        </w:rPr>
        <w:t xml:space="preserve"> si </w:t>
      </w:r>
      <w:proofErr w:type="spellStart"/>
      <w:r w:rsidRPr="003D6AB2">
        <w:rPr>
          <w:lang w:val="fr-FR"/>
        </w:rPr>
        <w:t>micronutrienti</w:t>
      </w:r>
      <w:proofErr w:type="spellEnd"/>
      <w:r w:rsidRPr="003D6AB2">
        <w:rPr>
          <w:lang w:val="fr-FR"/>
        </w:rPr>
        <w:t xml:space="preserve"> </w:t>
      </w:r>
      <w:proofErr w:type="spellStart"/>
      <w:r w:rsidRPr="003D6AB2">
        <w:rPr>
          <w:lang w:val="fr-FR"/>
        </w:rPr>
        <w:t>conform</w:t>
      </w:r>
      <w:proofErr w:type="spellEnd"/>
      <w:r w:rsidRPr="003D6AB2">
        <w:rPr>
          <w:lang w:val="fr-FR"/>
        </w:rPr>
        <w:t xml:space="preserve"> </w:t>
      </w:r>
      <w:proofErr w:type="spellStart"/>
      <w:r w:rsidRPr="003D6AB2">
        <w:rPr>
          <w:lang w:val="fr-FR"/>
        </w:rPr>
        <w:t>varstei</w:t>
      </w:r>
      <w:proofErr w:type="spellEnd"/>
      <w:r>
        <w:rPr>
          <w:lang w:val="fr-FR"/>
        </w:rPr>
        <w:t> ;</w:t>
      </w:r>
    </w:p>
    <w:p w14:paraId="6A25F81E" w14:textId="02223D7B" w:rsidR="003D6AB2" w:rsidRPr="0025334A" w:rsidRDefault="003D6AB2" w:rsidP="002459A2">
      <w:pPr>
        <w:numPr>
          <w:ilvl w:val="1"/>
          <w:numId w:val="18"/>
        </w:numPr>
        <w:spacing w:after="50" w:line="247" w:lineRule="auto"/>
        <w:ind w:left="0" w:firstLine="360"/>
        <w:rPr>
          <w:lang w:val="fr-FR"/>
        </w:rPr>
      </w:pPr>
      <w:r w:rsidRPr="003D6AB2">
        <w:rPr>
          <w:lang w:val="fr-FR"/>
        </w:rPr>
        <w:t xml:space="preserve">sa </w:t>
      </w:r>
      <w:proofErr w:type="spellStart"/>
      <w:r w:rsidRPr="003D6AB2">
        <w:rPr>
          <w:lang w:val="fr-FR"/>
        </w:rPr>
        <w:t>asigure</w:t>
      </w:r>
      <w:proofErr w:type="spellEnd"/>
      <w:r w:rsidRPr="003D6AB2">
        <w:rPr>
          <w:lang w:val="fr-FR"/>
        </w:rPr>
        <w:t xml:space="preserve"> un </w:t>
      </w:r>
      <w:proofErr w:type="spellStart"/>
      <w:r w:rsidRPr="003D6AB2">
        <w:rPr>
          <w:lang w:val="fr-FR"/>
        </w:rPr>
        <w:t>raport</w:t>
      </w:r>
      <w:proofErr w:type="spellEnd"/>
      <w:r w:rsidRPr="003D6AB2">
        <w:rPr>
          <w:lang w:val="fr-FR"/>
        </w:rPr>
        <w:t xml:space="preserve"> </w:t>
      </w:r>
      <w:proofErr w:type="spellStart"/>
      <w:r w:rsidRPr="003D6AB2">
        <w:rPr>
          <w:lang w:val="fr-FR"/>
        </w:rPr>
        <w:t>corespunzator</w:t>
      </w:r>
      <w:proofErr w:type="spellEnd"/>
      <w:r w:rsidRPr="003D6AB2">
        <w:rPr>
          <w:lang w:val="fr-FR"/>
        </w:rPr>
        <w:t xml:space="preserve"> de </w:t>
      </w:r>
      <w:proofErr w:type="spellStart"/>
      <w:r w:rsidRPr="003D6AB2">
        <w:rPr>
          <w:lang w:val="fr-FR"/>
        </w:rPr>
        <w:t>proteine</w:t>
      </w:r>
      <w:proofErr w:type="spellEnd"/>
      <w:r w:rsidRPr="003D6AB2">
        <w:rPr>
          <w:lang w:val="fr-FR"/>
        </w:rPr>
        <w:t>/</w:t>
      </w:r>
      <w:proofErr w:type="spellStart"/>
      <w:r w:rsidRPr="003D6AB2">
        <w:rPr>
          <w:lang w:val="fr-FR"/>
        </w:rPr>
        <w:t>zi</w:t>
      </w:r>
      <w:proofErr w:type="spellEnd"/>
      <w:r w:rsidRPr="003D6AB2">
        <w:rPr>
          <w:lang w:val="fr-FR"/>
        </w:rPr>
        <w:t xml:space="preserve"> </w:t>
      </w:r>
      <w:proofErr w:type="spellStart"/>
      <w:r w:rsidRPr="003D6AB2">
        <w:rPr>
          <w:lang w:val="fr-FR"/>
        </w:rPr>
        <w:t>prin</w:t>
      </w:r>
      <w:proofErr w:type="spellEnd"/>
      <w:r w:rsidRPr="003D6AB2">
        <w:rPr>
          <w:lang w:val="fr-FR"/>
        </w:rPr>
        <w:t xml:space="preserve"> </w:t>
      </w:r>
      <w:proofErr w:type="spellStart"/>
      <w:r w:rsidRPr="003D6AB2">
        <w:rPr>
          <w:lang w:val="fr-FR"/>
        </w:rPr>
        <w:t>consumul</w:t>
      </w:r>
      <w:proofErr w:type="spellEnd"/>
      <w:r w:rsidRPr="003D6AB2">
        <w:rPr>
          <w:lang w:val="fr-FR"/>
        </w:rPr>
        <w:t xml:space="preserve"> de carne, </w:t>
      </w:r>
      <w:proofErr w:type="spellStart"/>
      <w:r w:rsidRPr="003D6AB2">
        <w:rPr>
          <w:lang w:val="fr-FR"/>
        </w:rPr>
        <w:t>oua</w:t>
      </w:r>
      <w:proofErr w:type="spellEnd"/>
      <w:r w:rsidRPr="003D6AB2">
        <w:rPr>
          <w:lang w:val="fr-FR"/>
        </w:rPr>
        <w:t xml:space="preserve">, </w:t>
      </w:r>
      <w:proofErr w:type="spellStart"/>
      <w:r w:rsidRPr="003D6AB2">
        <w:rPr>
          <w:lang w:val="fr-FR"/>
        </w:rPr>
        <w:t>produse</w:t>
      </w:r>
      <w:proofErr w:type="spellEnd"/>
      <w:r w:rsidRPr="003D6AB2">
        <w:rPr>
          <w:lang w:val="fr-FR"/>
        </w:rPr>
        <w:t xml:space="preserve"> lactate, cat si </w:t>
      </w:r>
      <w:proofErr w:type="spellStart"/>
      <w:r w:rsidRPr="003D6AB2">
        <w:rPr>
          <w:lang w:val="fr-FR"/>
        </w:rPr>
        <w:t>din</w:t>
      </w:r>
      <w:proofErr w:type="spellEnd"/>
      <w:r w:rsidRPr="003D6AB2">
        <w:rPr>
          <w:lang w:val="fr-FR"/>
        </w:rPr>
        <w:t xml:space="preserve"> </w:t>
      </w:r>
      <w:proofErr w:type="spellStart"/>
      <w:r w:rsidRPr="003D6AB2">
        <w:rPr>
          <w:lang w:val="fr-FR"/>
        </w:rPr>
        <w:t>surse</w:t>
      </w:r>
      <w:proofErr w:type="spellEnd"/>
      <w:r w:rsidRPr="003D6AB2">
        <w:rPr>
          <w:lang w:val="fr-FR"/>
        </w:rPr>
        <w:t xml:space="preserve"> </w:t>
      </w:r>
      <w:proofErr w:type="spellStart"/>
      <w:r w:rsidRPr="003D6AB2">
        <w:rPr>
          <w:lang w:val="fr-FR"/>
        </w:rPr>
        <w:t>vegetale</w:t>
      </w:r>
      <w:proofErr w:type="spellEnd"/>
      <w:r>
        <w:rPr>
          <w:lang w:val="fr-FR"/>
        </w:rPr>
        <w:t> ;</w:t>
      </w:r>
    </w:p>
    <w:p w14:paraId="523EA135" w14:textId="77777777" w:rsidR="0025334A" w:rsidRPr="0025334A" w:rsidRDefault="0025334A" w:rsidP="002459A2">
      <w:pPr>
        <w:numPr>
          <w:ilvl w:val="1"/>
          <w:numId w:val="18"/>
        </w:numPr>
        <w:spacing w:after="50" w:line="247" w:lineRule="auto"/>
        <w:ind w:left="0" w:firstLine="360"/>
        <w:rPr>
          <w:lang w:val="fr-FR"/>
        </w:rPr>
      </w:pPr>
      <w:proofErr w:type="spellStart"/>
      <w:r w:rsidRPr="0025334A">
        <w:rPr>
          <w:lang w:val="fr-FR"/>
        </w:rPr>
        <w:t>asigurarea</w:t>
      </w:r>
      <w:proofErr w:type="spellEnd"/>
      <w:r w:rsidRPr="0025334A">
        <w:rPr>
          <w:lang w:val="fr-FR"/>
        </w:rPr>
        <w:t xml:space="preserve"> </w:t>
      </w:r>
      <w:proofErr w:type="spellStart"/>
      <w:r w:rsidRPr="0025334A">
        <w:rPr>
          <w:lang w:val="fr-FR"/>
        </w:rPr>
        <w:t>meniurilor</w:t>
      </w:r>
      <w:proofErr w:type="spellEnd"/>
      <w:r w:rsidRPr="0025334A">
        <w:rPr>
          <w:lang w:val="fr-FR"/>
        </w:rPr>
        <w:t xml:space="preserve"> </w:t>
      </w:r>
      <w:proofErr w:type="spellStart"/>
      <w:r w:rsidRPr="0025334A">
        <w:rPr>
          <w:lang w:val="fr-FR"/>
        </w:rPr>
        <w:t>traditionale</w:t>
      </w:r>
      <w:proofErr w:type="spellEnd"/>
      <w:r w:rsidRPr="0025334A">
        <w:rPr>
          <w:lang w:val="fr-FR"/>
        </w:rPr>
        <w:t xml:space="preserve"> </w:t>
      </w:r>
      <w:proofErr w:type="spellStart"/>
      <w:r w:rsidRPr="0025334A">
        <w:rPr>
          <w:lang w:val="fr-FR"/>
        </w:rPr>
        <w:t>cu</w:t>
      </w:r>
      <w:proofErr w:type="spellEnd"/>
      <w:r w:rsidRPr="0025334A">
        <w:rPr>
          <w:lang w:val="fr-FR"/>
        </w:rPr>
        <w:t xml:space="preserve"> </w:t>
      </w:r>
      <w:proofErr w:type="spellStart"/>
      <w:r w:rsidRPr="0025334A">
        <w:rPr>
          <w:lang w:val="fr-FR"/>
        </w:rPr>
        <w:t>ocazia</w:t>
      </w:r>
      <w:proofErr w:type="spellEnd"/>
      <w:r w:rsidRPr="0025334A">
        <w:rPr>
          <w:lang w:val="fr-FR"/>
        </w:rPr>
        <w:t xml:space="preserve"> </w:t>
      </w:r>
      <w:proofErr w:type="spellStart"/>
      <w:r w:rsidRPr="0025334A">
        <w:rPr>
          <w:lang w:val="fr-FR"/>
        </w:rPr>
        <w:t>sarbatorilor</w:t>
      </w:r>
      <w:proofErr w:type="spellEnd"/>
      <w:r w:rsidRPr="0025334A">
        <w:rPr>
          <w:lang w:val="fr-FR"/>
        </w:rPr>
        <w:t xml:space="preserve"> </w:t>
      </w:r>
      <w:proofErr w:type="spellStart"/>
      <w:r w:rsidRPr="0025334A">
        <w:rPr>
          <w:lang w:val="fr-FR"/>
        </w:rPr>
        <w:t>legale</w:t>
      </w:r>
      <w:proofErr w:type="spellEnd"/>
      <w:r w:rsidRPr="0025334A">
        <w:rPr>
          <w:lang w:val="fr-FR"/>
        </w:rPr>
        <w:t xml:space="preserve"> si </w:t>
      </w:r>
      <w:proofErr w:type="spellStart"/>
      <w:r w:rsidRPr="0025334A">
        <w:rPr>
          <w:lang w:val="fr-FR"/>
        </w:rPr>
        <w:t>religioase</w:t>
      </w:r>
      <w:proofErr w:type="spellEnd"/>
      <w:r w:rsidRPr="0025334A">
        <w:rPr>
          <w:lang w:val="fr-FR"/>
        </w:rPr>
        <w:t xml:space="preserve"> (Paste, Craciun, </w:t>
      </w:r>
      <w:proofErr w:type="spellStart"/>
      <w:r w:rsidRPr="0025334A">
        <w:rPr>
          <w:lang w:val="fr-FR"/>
        </w:rPr>
        <w:t>Revelion</w:t>
      </w:r>
      <w:proofErr w:type="spellEnd"/>
      <w:r w:rsidRPr="0025334A">
        <w:rPr>
          <w:lang w:val="fr-FR"/>
        </w:rPr>
        <w:t>, etc.);</w:t>
      </w:r>
    </w:p>
    <w:p w14:paraId="47BB441F" w14:textId="77777777" w:rsidR="0025334A" w:rsidRPr="0025334A" w:rsidRDefault="0025334A" w:rsidP="002459A2">
      <w:pPr>
        <w:numPr>
          <w:ilvl w:val="1"/>
          <w:numId w:val="18"/>
        </w:numPr>
        <w:spacing w:after="50" w:line="247" w:lineRule="auto"/>
        <w:ind w:left="0" w:firstLine="360"/>
        <w:rPr>
          <w:lang w:val="fr-FR"/>
        </w:rPr>
      </w:pPr>
      <w:r w:rsidRPr="0025334A">
        <w:rPr>
          <w:lang w:val="fr-FR"/>
        </w:rPr>
        <w:t xml:space="preserve">in </w:t>
      </w:r>
      <w:proofErr w:type="spellStart"/>
      <w:r w:rsidRPr="0025334A">
        <w:rPr>
          <w:lang w:val="fr-FR"/>
        </w:rPr>
        <w:t>cazul</w:t>
      </w:r>
      <w:proofErr w:type="spellEnd"/>
      <w:r w:rsidRPr="0025334A">
        <w:rPr>
          <w:lang w:val="fr-FR"/>
        </w:rPr>
        <w:t xml:space="preserve"> in care exista </w:t>
      </w:r>
      <w:proofErr w:type="spellStart"/>
      <w:r w:rsidRPr="0025334A">
        <w:rPr>
          <w:lang w:val="fr-FR"/>
        </w:rPr>
        <w:t>necesitatea</w:t>
      </w:r>
      <w:proofErr w:type="spellEnd"/>
      <w:r w:rsidRPr="0025334A">
        <w:rPr>
          <w:lang w:val="fr-FR"/>
        </w:rPr>
        <w:t xml:space="preserve"> </w:t>
      </w:r>
      <w:proofErr w:type="spellStart"/>
      <w:r w:rsidRPr="0025334A">
        <w:rPr>
          <w:lang w:val="fr-FR"/>
        </w:rPr>
        <w:t>deplasarii</w:t>
      </w:r>
      <w:proofErr w:type="spellEnd"/>
      <w:r w:rsidRPr="0025334A">
        <w:rPr>
          <w:lang w:val="fr-FR"/>
        </w:rPr>
        <w:t xml:space="preserve"> </w:t>
      </w:r>
      <w:proofErr w:type="spellStart"/>
      <w:r w:rsidRPr="0025334A">
        <w:rPr>
          <w:lang w:val="fr-FR"/>
        </w:rPr>
        <w:t>unor</w:t>
      </w:r>
      <w:proofErr w:type="spellEnd"/>
      <w:r w:rsidRPr="0025334A">
        <w:rPr>
          <w:lang w:val="fr-FR"/>
        </w:rPr>
        <w:t xml:space="preserve"> </w:t>
      </w:r>
      <w:proofErr w:type="spellStart"/>
      <w:r w:rsidRPr="0025334A">
        <w:rPr>
          <w:lang w:val="fr-FR"/>
        </w:rPr>
        <w:t>beneficiari</w:t>
      </w:r>
      <w:proofErr w:type="spellEnd"/>
      <w:r w:rsidRPr="0025334A">
        <w:rPr>
          <w:lang w:val="fr-FR"/>
        </w:rPr>
        <w:t xml:space="preserve">, in </w:t>
      </w:r>
      <w:proofErr w:type="spellStart"/>
      <w:r w:rsidRPr="0025334A">
        <w:rPr>
          <w:lang w:val="fr-FR"/>
        </w:rPr>
        <w:t>alta</w:t>
      </w:r>
      <w:proofErr w:type="spellEnd"/>
      <w:r w:rsidRPr="0025334A">
        <w:rPr>
          <w:lang w:val="fr-FR"/>
        </w:rPr>
        <w:t xml:space="preserve"> </w:t>
      </w:r>
      <w:proofErr w:type="spellStart"/>
      <w:r w:rsidRPr="0025334A">
        <w:rPr>
          <w:lang w:val="fr-FR"/>
        </w:rPr>
        <w:t>locatie</w:t>
      </w:r>
      <w:proofErr w:type="spellEnd"/>
      <w:r w:rsidRPr="0025334A">
        <w:rPr>
          <w:lang w:val="fr-FR"/>
        </w:rPr>
        <w:t xml:space="preserve"> (</w:t>
      </w:r>
      <w:proofErr w:type="spellStart"/>
      <w:r w:rsidRPr="0025334A">
        <w:rPr>
          <w:lang w:val="fr-FR"/>
        </w:rPr>
        <w:t>excursii</w:t>
      </w:r>
      <w:proofErr w:type="spellEnd"/>
      <w:r w:rsidRPr="0025334A">
        <w:rPr>
          <w:lang w:val="fr-FR"/>
        </w:rPr>
        <w:t xml:space="preserve">, </w:t>
      </w:r>
      <w:proofErr w:type="spellStart"/>
      <w:r w:rsidRPr="0025334A">
        <w:rPr>
          <w:lang w:val="fr-FR"/>
        </w:rPr>
        <w:t>concursuri</w:t>
      </w:r>
      <w:proofErr w:type="spellEnd"/>
      <w:r w:rsidRPr="0025334A">
        <w:rPr>
          <w:lang w:val="fr-FR"/>
        </w:rPr>
        <w:t xml:space="preserve"> </w:t>
      </w:r>
      <w:proofErr w:type="spellStart"/>
      <w:r w:rsidRPr="0025334A">
        <w:rPr>
          <w:lang w:val="fr-FR"/>
        </w:rPr>
        <w:t>scolare</w:t>
      </w:r>
      <w:proofErr w:type="spellEnd"/>
      <w:r w:rsidRPr="0025334A">
        <w:rPr>
          <w:lang w:val="fr-FR"/>
        </w:rPr>
        <w:t xml:space="preserve">, diverse </w:t>
      </w:r>
      <w:proofErr w:type="spellStart"/>
      <w:r w:rsidRPr="0025334A">
        <w:rPr>
          <w:lang w:val="fr-FR"/>
        </w:rPr>
        <w:t>deplasari</w:t>
      </w:r>
      <w:proofErr w:type="spellEnd"/>
      <w:r w:rsidRPr="0025334A">
        <w:rPr>
          <w:lang w:val="fr-FR"/>
        </w:rPr>
        <w:t xml:space="preserve"> etc.), se va </w:t>
      </w:r>
      <w:proofErr w:type="spellStart"/>
      <w:r w:rsidRPr="0025334A">
        <w:rPr>
          <w:lang w:val="fr-FR"/>
        </w:rPr>
        <w:t>solicita</w:t>
      </w:r>
      <w:proofErr w:type="spellEnd"/>
      <w:r w:rsidRPr="0025334A">
        <w:rPr>
          <w:lang w:val="fr-FR"/>
        </w:rPr>
        <w:t xml:space="preserve"> in </w:t>
      </w:r>
      <w:proofErr w:type="spellStart"/>
      <w:r w:rsidRPr="0025334A">
        <w:rPr>
          <w:lang w:val="fr-FR"/>
        </w:rPr>
        <w:t>prealabil</w:t>
      </w:r>
      <w:proofErr w:type="spellEnd"/>
      <w:r w:rsidRPr="0025334A">
        <w:rPr>
          <w:lang w:val="fr-FR"/>
        </w:rPr>
        <w:t xml:space="preserve"> ca </w:t>
      </w:r>
      <w:proofErr w:type="spellStart"/>
      <w:r w:rsidRPr="0025334A">
        <w:rPr>
          <w:lang w:val="fr-FR"/>
        </w:rPr>
        <w:t>prestatorul</w:t>
      </w:r>
      <w:proofErr w:type="spellEnd"/>
      <w:r w:rsidRPr="0025334A">
        <w:rPr>
          <w:lang w:val="fr-FR"/>
        </w:rPr>
        <w:t xml:space="preserve"> sa </w:t>
      </w:r>
      <w:proofErr w:type="spellStart"/>
      <w:r w:rsidRPr="0025334A">
        <w:rPr>
          <w:lang w:val="fr-FR"/>
        </w:rPr>
        <w:t>livreze</w:t>
      </w:r>
      <w:proofErr w:type="spellEnd"/>
      <w:r w:rsidRPr="0025334A">
        <w:rPr>
          <w:lang w:val="fr-FR"/>
        </w:rPr>
        <w:t xml:space="preserve"> in </w:t>
      </w:r>
      <w:proofErr w:type="spellStart"/>
      <w:r w:rsidRPr="0025334A">
        <w:rPr>
          <w:lang w:val="fr-FR"/>
        </w:rPr>
        <w:t>zilele</w:t>
      </w:r>
      <w:proofErr w:type="spellEnd"/>
      <w:r w:rsidRPr="0025334A">
        <w:rPr>
          <w:lang w:val="fr-FR"/>
        </w:rPr>
        <w:t xml:space="preserve"> respective </w:t>
      </w:r>
      <w:proofErr w:type="spellStart"/>
      <w:r w:rsidRPr="0025334A">
        <w:rPr>
          <w:lang w:val="fr-FR"/>
        </w:rPr>
        <w:t>hrana</w:t>
      </w:r>
      <w:proofErr w:type="spellEnd"/>
      <w:r w:rsidRPr="0025334A">
        <w:rPr>
          <w:lang w:val="fr-FR"/>
        </w:rPr>
        <w:t xml:space="preserve"> </w:t>
      </w:r>
      <w:proofErr w:type="spellStart"/>
      <w:r w:rsidRPr="0025334A">
        <w:rPr>
          <w:lang w:val="fr-FR"/>
        </w:rPr>
        <w:t>rece</w:t>
      </w:r>
      <w:proofErr w:type="spellEnd"/>
      <w:r w:rsidRPr="0025334A">
        <w:rPr>
          <w:lang w:val="fr-FR"/>
        </w:rPr>
        <w:t xml:space="preserve"> </w:t>
      </w:r>
      <w:proofErr w:type="spellStart"/>
      <w:r w:rsidRPr="0025334A">
        <w:rPr>
          <w:lang w:val="fr-FR"/>
        </w:rPr>
        <w:t>pentru</w:t>
      </w:r>
      <w:proofErr w:type="spellEnd"/>
      <w:r w:rsidRPr="0025334A">
        <w:rPr>
          <w:lang w:val="fr-FR"/>
        </w:rPr>
        <w:t xml:space="preserve"> </w:t>
      </w:r>
      <w:proofErr w:type="spellStart"/>
      <w:r w:rsidRPr="0025334A">
        <w:rPr>
          <w:lang w:val="fr-FR"/>
        </w:rPr>
        <w:t>respectivii</w:t>
      </w:r>
      <w:proofErr w:type="spellEnd"/>
      <w:r w:rsidRPr="0025334A">
        <w:rPr>
          <w:lang w:val="fr-FR"/>
        </w:rPr>
        <w:t xml:space="preserve"> </w:t>
      </w:r>
      <w:proofErr w:type="spellStart"/>
      <w:r w:rsidRPr="0025334A">
        <w:rPr>
          <w:lang w:val="fr-FR"/>
        </w:rPr>
        <w:t>beneficiari</w:t>
      </w:r>
      <w:proofErr w:type="spellEnd"/>
      <w:r w:rsidRPr="0025334A">
        <w:rPr>
          <w:lang w:val="fr-FR"/>
        </w:rPr>
        <w:t xml:space="preserve">, </w:t>
      </w:r>
      <w:proofErr w:type="spellStart"/>
      <w:r w:rsidRPr="0025334A">
        <w:rPr>
          <w:lang w:val="fr-FR"/>
        </w:rPr>
        <w:t>tinand</w:t>
      </w:r>
      <w:proofErr w:type="spellEnd"/>
      <w:r w:rsidRPr="0025334A">
        <w:rPr>
          <w:lang w:val="fr-FR"/>
        </w:rPr>
        <w:t xml:space="preserve"> </w:t>
      </w:r>
      <w:proofErr w:type="spellStart"/>
      <w:r w:rsidRPr="0025334A">
        <w:rPr>
          <w:lang w:val="fr-FR"/>
        </w:rPr>
        <w:t>cont</w:t>
      </w:r>
      <w:proofErr w:type="spellEnd"/>
      <w:r w:rsidRPr="0025334A">
        <w:rPr>
          <w:lang w:val="fr-FR"/>
        </w:rPr>
        <w:t xml:space="preserve"> de </w:t>
      </w:r>
      <w:proofErr w:type="spellStart"/>
      <w:r w:rsidRPr="0025334A">
        <w:rPr>
          <w:lang w:val="fr-FR"/>
        </w:rPr>
        <w:t>valoarea</w:t>
      </w:r>
      <w:proofErr w:type="spellEnd"/>
      <w:r w:rsidRPr="0025334A">
        <w:rPr>
          <w:lang w:val="fr-FR"/>
        </w:rPr>
        <w:t xml:space="preserve"> </w:t>
      </w:r>
      <w:proofErr w:type="spellStart"/>
      <w:r w:rsidRPr="0025334A">
        <w:rPr>
          <w:lang w:val="fr-FR"/>
        </w:rPr>
        <w:t>normei</w:t>
      </w:r>
      <w:proofErr w:type="spellEnd"/>
      <w:r w:rsidRPr="0025334A">
        <w:rPr>
          <w:lang w:val="fr-FR"/>
        </w:rPr>
        <w:t xml:space="preserve"> </w:t>
      </w:r>
      <w:proofErr w:type="spellStart"/>
      <w:r w:rsidRPr="0025334A">
        <w:rPr>
          <w:lang w:val="fr-FR"/>
        </w:rPr>
        <w:t>zilnice</w:t>
      </w:r>
      <w:proofErr w:type="spellEnd"/>
      <w:r w:rsidRPr="0025334A">
        <w:rPr>
          <w:lang w:val="fr-FR"/>
        </w:rPr>
        <w:t xml:space="preserve"> si </w:t>
      </w:r>
      <w:proofErr w:type="spellStart"/>
      <w:r w:rsidRPr="0025334A">
        <w:rPr>
          <w:lang w:val="fr-FR"/>
        </w:rPr>
        <w:t>a</w:t>
      </w:r>
      <w:proofErr w:type="spellEnd"/>
      <w:r w:rsidRPr="0025334A">
        <w:rPr>
          <w:lang w:val="fr-FR"/>
        </w:rPr>
        <w:t xml:space="preserve"> </w:t>
      </w:r>
      <w:proofErr w:type="spellStart"/>
      <w:r w:rsidRPr="0025334A">
        <w:rPr>
          <w:lang w:val="fr-FR"/>
        </w:rPr>
        <w:t>planului</w:t>
      </w:r>
      <w:proofErr w:type="spellEnd"/>
      <w:r w:rsidRPr="0025334A">
        <w:rPr>
          <w:lang w:val="fr-FR"/>
        </w:rPr>
        <w:t xml:space="preserve"> </w:t>
      </w:r>
      <w:proofErr w:type="spellStart"/>
      <w:r w:rsidRPr="0025334A">
        <w:rPr>
          <w:lang w:val="fr-FR"/>
        </w:rPr>
        <w:t>caloric</w:t>
      </w:r>
      <w:proofErr w:type="spellEnd"/>
      <w:r w:rsidRPr="0025334A">
        <w:rPr>
          <w:lang w:val="fr-FR"/>
        </w:rPr>
        <w:t>;</w:t>
      </w:r>
    </w:p>
    <w:p w14:paraId="596DF383" w14:textId="5546EC9F" w:rsidR="0025334A" w:rsidRPr="0025334A" w:rsidRDefault="0025334A" w:rsidP="002459A2">
      <w:pPr>
        <w:numPr>
          <w:ilvl w:val="1"/>
          <w:numId w:val="18"/>
        </w:numPr>
        <w:spacing w:after="50" w:line="247" w:lineRule="auto"/>
        <w:ind w:left="0" w:firstLine="360"/>
        <w:rPr>
          <w:lang w:val="fr-FR"/>
        </w:rPr>
      </w:pPr>
      <w:r w:rsidRPr="0025334A">
        <w:rPr>
          <w:lang w:val="fr-FR"/>
        </w:rPr>
        <w:t xml:space="preserve">in </w:t>
      </w:r>
      <w:proofErr w:type="spellStart"/>
      <w:r w:rsidRPr="0025334A">
        <w:rPr>
          <w:lang w:val="fr-FR"/>
        </w:rPr>
        <w:t>cazul</w:t>
      </w:r>
      <w:proofErr w:type="spellEnd"/>
      <w:r w:rsidRPr="0025334A">
        <w:rPr>
          <w:lang w:val="fr-FR"/>
        </w:rPr>
        <w:t xml:space="preserve"> </w:t>
      </w:r>
      <w:proofErr w:type="spellStart"/>
      <w:r w:rsidRPr="0025334A">
        <w:rPr>
          <w:lang w:val="fr-FR"/>
        </w:rPr>
        <w:t>Centrului</w:t>
      </w:r>
      <w:proofErr w:type="spellEnd"/>
      <w:r w:rsidRPr="0025334A">
        <w:rPr>
          <w:lang w:val="fr-FR"/>
        </w:rPr>
        <w:t xml:space="preserve"> </w:t>
      </w:r>
      <w:proofErr w:type="spellStart"/>
      <w:r w:rsidRPr="0025334A">
        <w:rPr>
          <w:lang w:val="fr-FR"/>
        </w:rPr>
        <w:t>Maternal</w:t>
      </w:r>
      <w:proofErr w:type="spellEnd"/>
      <w:r w:rsidRPr="0025334A">
        <w:rPr>
          <w:lang w:val="fr-FR"/>
        </w:rPr>
        <w:t xml:space="preserve">/Artemis, </w:t>
      </w:r>
      <w:proofErr w:type="spellStart"/>
      <w:r w:rsidRPr="0025334A">
        <w:rPr>
          <w:lang w:val="fr-FR"/>
        </w:rPr>
        <w:t>numarul</w:t>
      </w:r>
      <w:proofErr w:type="spellEnd"/>
      <w:r w:rsidRPr="0025334A">
        <w:rPr>
          <w:lang w:val="fr-FR"/>
        </w:rPr>
        <w:t xml:space="preserve"> de </w:t>
      </w:r>
      <w:proofErr w:type="spellStart"/>
      <w:r w:rsidRPr="0025334A">
        <w:rPr>
          <w:lang w:val="fr-FR"/>
        </w:rPr>
        <w:t>persoane</w:t>
      </w:r>
      <w:proofErr w:type="spellEnd"/>
      <w:r w:rsidRPr="0025334A">
        <w:rPr>
          <w:lang w:val="fr-FR"/>
        </w:rPr>
        <w:t xml:space="preserve"> </w:t>
      </w:r>
      <w:proofErr w:type="spellStart"/>
      <w:r w:rsidRPr="0025334A">
        <w:rPr>
          <w:lang w:val="fr-FR"/>
        </w:rPr>
        <w:t>beneficiare</w:t>
      </w:r>
      <w:proofErr w:type="spellEnd"/>
      <w:r w:rsidRPr="0025334A">
        <w:rPr>
          <w:lang w:val="fr-FR"/>
        </w:rPr>
        <w:t xml:space="preserve"> </w:t>
      </w:r>
      <w:proofErr w:type="spellStart"/>
      <w:r w:rsidRPr="0025334A">
        <w:rPr>
          <w:lang w:val="fr-FR"/>
        </w:rPr>
        <w:t>poate</w:t>
      </w:r>
      <w:proofErr w:type="spellEnd"/>
      <w:r w:rsidRPr="0025334A">
        <w:rPr>
          <w:lang w:val="fr-FR"/>
        </w:rPr>
        <w:t xml:space="preserve"> varia </w:t>
      </w:r>
      <w:proofErr w:type="spellStart"/>
      <w:r w:rsidRPr="0025334A">
        <w:rPr>
          <w:lang w:val="fr-FR"/>
        </w:rPr>
        <w:t>pe</w:t>
      </w:r>
      <w:proofErr w:type="spellEnd"/>
      <w:r w:rsidRPr="0025334A">
        <w:rPr>
          <w:lang w:val="fr-FR"/>
        </w:rPr>
        <w:t xml:space="preserve"> </w:t>
      </w:r>
      <w:proofErr w:type="spellStart"/>
      <w:r w:rsidRPr="0025334A">
        <w:rPr>
          <w:lang w:val="fr-FR"/>
        </w:rPr>
        <w:t>parcursul</w:t>
      </w:r>
      <w:proofErr w:type="spellEnd"/>
      <w:r w:rsidRPr="0025334A">
        <w:rPr>
          <w:lang w:val="fr-FR"/>
        </w:rPr>
        <w:t xml:space="preserve"> </w:t>
      </w:r>
      <w:proofErr w:type="spellStart"/>
      <w:r w:rsidRPr="0025334A">
        <w:rPr>
          <w:lang w:val="fr-FR"/>
        </w:rPr>
        <w:t>unei</w:t>
      </w:r>
      <w:proofErr w:type="spellEnd"/>
      <w:r w:rsidRPr="0025334A">
        <w:rPr>
          <w:lang w:val="fr-FR"/>
        </w:rPr>
        <w:t xml:space="preserve"> </w:t>
      </w:r>
      <w:proofErr w:type="spellStart"/>
      <w:r w:rsidRPr="0025334A">
        <w:rPr>
          <w:lang w:val="fr-FR"/>
        </w:rPr>
        <w:t>zile</w:t>
      </w:r>
      <w:proofErr w:type="spellEnd"/>
      <w:r>
        <w:rPr>
          <w:lang w:val="fr-FR"/>
        </w:rPr>
        <w:t> ;</w:t>
      </w:r>
      <w:r w:rsidRPr="0025334A">
        <w:rPr>
          <w:lang w:val="fr-FR"/>
        </w:rPr>
        <w:t xml:space="preserve"> </w:t>
      </w:r>
      <w:proofErr w:type="spellStart"/>
      <w:r w:rsidRPr="0025334A">
        <w:rPr>
          <w:lang w:val="fr-FR"/>
        </w:rPr>
        <w:t>comanda</w:t>
      </w:r>
      <w:proofErr w:type="spellEnd"/>
      <w:r w:rsidRPr="0025334A">
        <w:rPr>
          <w:lang w:val="fr-FR"/>
        </w:rPr>
        <w:t xml:space="preserve"> </w:t>
      </w:r>
      <w:proofErr w:type="spellStart"/>
      <w:r w:rsidRPr="0025334A">
        <w:rPr>
          <w:lang w:val="fr-FR"/>
        </w:rPr>
        <w:t>poate</w:t>
      </w:r>
      <w:proofErr w:type="spellEnd"/>
      <w:r w:rsidRPr="0025334A">
        <w:rPr>
          <w:lang w:val="fr-FR"/>
        </w:rPr>
        <w:t xml:space="preserve"> </w:t>
      </w:r>
      <w:proofErr w:type="spellStart"/>
      <w:r w:rsidRPr="0025334A">
        <w:rPr>
          <w:lang w:val="fr-FR"/>
        </w:rPr>
        <w:t>necesita</w:t>
      </w:r>
      <w:proofErr w:type="spellEnd"/>
      <w:r w:rsidRPr="0025334A">
        <w:rPr>
          <w:lang w:val="fr-FR"/>
        </w:rPr>
        <w:t xml:space="preserve"> </w:t>
      </w:r>
      <w:proofErr w:type="spellStart"/>
      <w:r w:rsidRPr="0025334A">
        <w:rPr>
          <w:lang w:val="fr-FR"/>
        </w:rPr>
        <w:t>completari</w:t>
      </w:r>
      <w:proofErr w:type="spellEnd"/>
      <w:r w:rsidRPr="0025334A">
        <w:rPr>
          <w:lang w:val="fr-FR"/>
        </w:rPr>
        <w:t xml:space="preserve"> a </w:t>
      </w:r>
      <w:proofErr w:type="spellStart"/>
      <w:r w:rsidRPr="0025334A">
        <w:rPr>
          <w:lang w:val="fr-FR"/>
        </w:rPr>
        <w:t>numarului</w:t>
      </w:r>
      <w:proofErr w:type="spellEnd"/>
      <w:r w:rsidRPr="0025334A">
        <w:rPr>
          <w:lang w:val="fr-FR"/>
        </w:rPr>
        <w:t xml:space="preserve"> de </w:t>
      </w:r>
      <w:proofErr w:type="spellStart"/>
      <w:r w:rsidRPr="0025334A">
        <w:rPr>
          <w:lang w:val="fr-FR"/>
        </w:rPr>
        <w:t>meniuri</w:t>
      </w:r>
      <w:proofErr w:type="spellEnd"/>
      <w:r w:rsidRPr="0025334A">
        <w:rPr>
          <w:lang w:val="fr-FR"/>
        </w:rPr>
        <w:t xml:space="preserve"> </w:t>
      </w:r>
      <w:proofErr w:type="spellStart"/>
      <w:r w:rsidRPr="0025334A">
        <w:rPr>
          <w:lang w:val="fr-FR"/>
        </w:rPr>
        <w:t>fata</w:t>
      </w:r>
      <w:proofErr w:type="spellEnd"/>
      <w:r w:rsidRPr="0025334A">
        <w:rPr>
          <w:lang w:val="fr-FR"/>
        </w:rPr>
        <w:t xml:space="preserve"> de </w:t>
      </w:r>
      <w:proofErr w:type="spellStart"/>
      <w:r w:rsidRPr="0025334A">
        <w:rPr>
          <w:lang w:val="fr-FR"/>
        </w:rPr>
        <w:t>comanda</w:t>
      </w:r>
      <w:proofErr w:type="spellEnd"/>
      <w:r w:rsidRPr="0025334A">
        <w:rPr>
          <w:lang w:val="fr-FR"/>
        </w:rPr>
        <w:t xml:space="preserve"> </w:t>
      </w:r>
      <w:proofErr w:type="spellStart"/>
      <w:r w:rsidRPr="0025334A">
        <w:rPr>
          <w:lang w:val="fr-FR"/>
        </w:rPr>
        <w:t>initiala</w:t>
      </w:r>
      <w:proofErr w:type="spellEnd"/>
      <w:r w:rsidRPr="0025334A">
        <w:rPr>
          <w:lang w:val="fr-FR"/>
        </w:rPr>
        <w:t xml:space="preserve"> </w:t>
      </w:r>
      <w:proofErr w:type="spellStart"/>
      <w:r w:rsidRPr="0025334A">
        <w:rPr>
          <w:lang w:val="fr-FR"/>
        </w:rPr>
        <w:t>din</w:t>
      </w:r>
      <w:proofErr w:type="spellEnd"/>
      <w:r w:rsidRPr="0025334A">
        <w:rPr>
          <w:lang w:val="fr-FR"/>
        </w:rPr>
        <w:t xml:space="preserve"> </w:t>
      </w:r>
      <w:proofErr w:type="spellStart"/>
      <w:r w:rsidRPr="0025334A">
        <w:rPr>
          <w:lang w:val="fr-FR"/>
        </w:rPr>
        <w:t>ziua</w:t>
      </w:r>
      <w:proofErr w:type="spellEnd"/>
      <w:r w:rsidRPr="0025334A">
        <w:rPr>
          <w:lang w:val="fr-FR"/>
        </w:rPr>
        <w:t xml:space="preserve"> </w:t>
      </w:r>
      <w:proofErr w:type="spellStart"/>
      <w:r w:rsidRPr="0025334A">
        <w:rPr>
          <w:lang w:val="fr-FR"/>
        </w:rPr>
        <w:t>respectiva</w:t>
      </w:r>
      <w:proofErr w:type="spellEnd"/>
      <w:r w:rsidRPr="0025334A">
        <w:rPr>
          <w:lang w:val="fr-FR"/>
        </w:rPr>
        <w:t>;</w:t>
      </w:r>
      <w:r>
        <w:rPr>
          <w:lang w:val="fr-FR"/>
        </w:rPr>
        <w:t xml:space="preserve"> </w:t>
      </w:r>
    </w:p>
    <w:p w14:paraId="499AF79B" w14:textId="22767A1D" w:rsidR="0025334A" w:rsidRPr="0025334A" w:rsidRDefault="00861B20" w:rsidP="002459A2">
      <w:pPr>
        <w:numPr>
          <w:ilvl w:val="1"/>
          <w:numId w:val="18"/>
        </w:numPr>
        <w:spacing w:after="50" w:line="247" w:lineRule="auto"/>
        <w:ind w:left="0" w:firstLine="360"/>
        <w:rPr>
          <w:lang w:val="fr-FR"/>
        </w:rPr>
      </w:pPr>
      <w:proofErr w:type="spellStart"/>
      <w:r w:rsidRPr="00861B20">
        <w:t>pentru</w:t>
      </w:r>
      <w:proofErr w:type="spellEnd"/>
      <w:r w:rsidRPr="00861B20">
        <w:t xml:space="preserve"> </w:t>
      </w:r>
      <w:proofErr w:type="spellStart"/>
      <w:r w:rsidRPr="00861B20">
        <w:t>beneficiarii</w:t>
      </w:r>
      <w:proofErr w:type="spellEnd"/>
      <w:r w:rsidRPr="00861B20">
        <w:t xml:space="preserve"> cu </w:t>
      </w:r>
      <w:proofErr w:type="spellStart"/>
      <w:r w:rsidRPr="00861B20">
        <w:t>vârsta</w:t>
      </w:r>
      <w:proofErr w:type="spellEnd"/>
      <w:r w:rsidRPr="00861B20">
        <w:t xml:space="preserve"> 0-3 ani, </w:t>
      </w:r>
      <w:proofErr w:type="spellStart"/>
      <w:r w:rsidRPr="00861B20">
        <w:t>ingredientele</w:t>
      </w:r>
      <w:proofErr w:type="spellEnd"/>
      <w:r w:rsidRPr="00861B20">
        <w:t xml:space="preserve">, </w:t>
      </w:r>
      <w:proofErr w:type="spellStart"/>
      <w:r w:rsidRPr="00861B20">
        <w:t>gramajele</w:t>
      </w:r>
      <w:proofErr w:type="spellEnd"/>
      <w:r w:rsidRPr="00861B20">
        <w:t xml:space="preserve"> </w:t>
      </w:r>
      <w:proofErr w:type="spellStart"/>
      <w:r w:rsidRPr="00861B20">
        <w:t>și</w:t>
      </w:r>
      <w:proofErr w:type="spellEnd"/>
      <w:r w:rsidRPr="00861B20">
        <w:t xml:space="preserve"> </w:t>
      </w:r>
      <w:proofErr w:type="spellStart"/>
      <w:r w:rsidRPr="00861B20">
        <w:t>consistența</w:t>
      </w:r>
      <w:proofErr w:type="spellEnd"/>
      <w:r w:rsidRPr="00861B20">
        <w:t xml:space="preserve"> se </w:t>
      </w:r>
      <w:proofErr w:type="spellStart"/>
      <w:r w:rsidRPr="00861B20">
        <w:t>adaptează</w:t>
      </w:r>
      <w:proofErr w:type="spellEnd"/>
      <w:r w:rsidRPr="00861B20">
        <w:t xml:space="preserve"> </w:t>
      </w:r>
      <w:proofErr w:type="spellStart"/>
      <w:r w:rsidRPr="00861B20">
        <w:t>vârstei</w:t>
      </w:r>
      <w:proofErr w:type="spellEnd"/>
      <w:r w:rsidRPr="00861B20">
        <w:t xml:space="preserve"> </w:t>
      </w:r>
      <w:proofErr w:type="spellStart"/>
      <w:r w:rsidRPr="00861B20">
        <w:t>și</w:t>
      </w:r>
      <w:proofErr w:type="spellEnd"/>
      <w:r w:rsidRPr="00861B20">
        <w:t xml:space="preserve"> </w:t>
      </w:r>
      <w:proofErr w:type="spellStart"/>
      <w:r w:rsidRPr="00861B20">
        <w:t>recomandărilor</w:t>
      </w:r>
      <w:proofErr w:type="spellEnd"/>
      <w:r w:rsidRPr="00861B20">
        <w:t xml:space="preserve"> </w:t>
      </w:r>
      <w:proofErr w:type="spellStart"/>
      <w:r w:rsidRPr="00861B20">
        <w:t>comunicate</w:t>
      </w:r>
      <w:proofErr w:type="spellEnd"/>
      <w:r w:rsidRPr="00861B20">
        <w:t xml:space="preserve"> </w:t>
      </w:r>
      <w:proofErr w:type="spellStart"/>
      <w:r w:rsidRPr="00861B20">
        <w:t>și</w:t>
      </w:r>
      <w:proofErr w:type="spellEnd"/>
      <w:r w:rsidRPr="00861B20">
        <w:t xml:space="preserve"> se </w:t>
      </w:r>
      <w:proofErr w:type="spellStart"/>
      <w:r w:rsidRPr="00861B20">
        <w:t>validează</w:t>
      </w:r>
      <w:proofErr w:type="spellEnd"/>
      <w:r w:rsidRPr="00861B20">
        <w:t xml:space="preserve"> de </w:t>
      </w:r>
      <w:proofErr w:type="spellStart"/>
      <w:r w:rsidRPr="00861B20">
        <w:t>profesionistul</w:t>
      </w:r>
      <w:proofErr w:type="spellEnd"/>
      <w:r w:rsidRPr="00861B20">
        <w:t xml:space="preserve"> competent.</w:t>
      </w:r>
    </w:p>
    <w:p w14:paraId="7ABA194A" w14:textId="77777777" w:rsidR="00E23360" w:rsidRPr="00E23360" w:rsidRDefault="00E23360" w:rsidP="00E23360">
      <w:pPr>
        <w:pStyle w:val="ListParagraph"/>
        <w:spacing w:after="50" w:line="247" w:lineRule="auto"/>
        <w:ind w:firstLine="0"/>
        <w:rPr>
          <w:lang w:val="fr-FR"/>
        </w:rPr>
      </w:pPr>
      <w:r w:rsidRPr="00E23360">
        <w:rPr>
          <w:lang w:val="ro-RO"/>
        </w:rPr>
        <w:t>Toate gramajele prevăzute in meniu sunt gramajele produselor finite.</w:t>
      </w:r>
    </w:p>
    <w:p w14:paraId="039F52C8" w14:textId="19F58E36" w:rsidR="0025334A" w:rsidRPr="0025334A" w:rsidRDefault="00CD4A62" w:rsidP="0025334A">
      <w:pPr>
        <w:spacing w:after="50" w:line="247" w:lineRule="auto"/>
      </w:pPr>
      <w:proofErr w:type="spellStart"/>
      <w:r w:rsidRPr="003D6AB2">
        <w:rPr>
          <w:b/>
          <w:bCs/>
        </w:rPr>
        <w:t>Meniurile</w:t>
      </w:r>
      <w:proofErr w:type="spellEnd"/>
      <w:r w:rsidRPr="003D6AB2">
        <w:rPr>
          <w:b/>
          <w:bCs/>
        </w:rPr>
        <w:t xml:space="preserve"> </w:t>
      </w:r>
      <w:proofErr w:type="spellStart"/>
      <w:r w:rsidRPr="003D6AB2">
        <w:rPr>
          <w:b/>
          <w:bCs/>
        </w:rPr>
        <w:t>și</w:t>
      </w:r>
      <w:proofErr w:type="spellEnd"/>
      <w:r w:rsidRPr="003D6AB2">
        <w:rPr>
          <w:b/>
          <w:bCs/>
        </w:rPr>
        <w:t xml:space="preserve"> </w:t>
      </w:r>
      <w:proofErr w:type="spellStart"/>
      <w:r w:rsidRPr="003D6AB2">
        <w:rPr>
          <w:b/>
          <w:bCs/>
        </w:rPr>
        <w:t>regimurile</w:t>
      </w:r>
      <w:proofErr w:type="spellEnd"/>
      <w:r w:rsidRPr="003D6AB2">
        <w:rPr>
          <w:b/>
          <w:bCs/>
        </w:rPr>
        <w:t xml:space="preserve"> </w:t>
      </w:r>
      <w:proofErr w:type="spellStart"/>
      <w:r w:rsidRPr="003D6AB2">
        <w:rPr>
          <w:b/>
          <w:bCs/>
        </w:rPr>
        <w:t>alimentare</w:t>
      </w:r>
      <w:proofErr w:type="spellEnd"/>
      <w:r w:rsidRPr="003D6AB2">
        <w:rPr>
          <w:b/>
          <w:bCs/>
        </w:rPr>
        <w:t xml:space="preserve"> sunt elaborate </w:t>
      </w:r>
      <w:proofErr w:type="spellStart"/>
      <w:r w:rsidRPr="003D6AB2">
        <w:rPr>
          <w:b/>
          <w:bCs/>
        </w:rPr>
        <w:t>sau</w:t>
      </w:r>
      <w:proofErr w:type="spellEnd"/>
      <w:r w:rsidRPr="003D6AB2">
        <w:rPr>
          <w:b/>
          <w:bCs/>
        </w:rPr>
        <w:t xml:space="preserve"> validate de un </w:t>
      </w:r>
      <w:proofErr w:type="spellStart"/>
      <w:r w:rsidRPr="003D6AB2">
        <w:rPr>
          <w:b/>
          <w:bCs/>
        </w:rPr>
        <w:t>dietetician</w:t>
      </w:r>
      <w:proofErr w:type="spellEnd"/>
      <w:r w:rsidRPr="003D6AB2">
        <w:rPr>
          <w:b/>
          <w:bCs/>
        </w:rPr>
        <w:t xml:space="preserve"> </w:t>
      </w:r>
      <w:proofErr w:type="spellStart"/>
      <w:r w:rsidRPr="003D6AB2">
        <w:rPr>
          <w:b/>
          <w:bCs/>
        </w:rPr>
        <w:t>autorizat</w:t>
      </w:r>
      <w:proofErr w:type="spellEnd"/>
      <w:r w:rsidRPr="003D6AB2">
        <w:rPr>
          <w:b/>
          <w:bCs/>
        </w:rPr>
        <w:t xml:space="preserve"> </w:t>
      </w:r>
      <w:proofErr w:type="spellStart"/>
      <w:r w:rsidRPr="003D6AB2">
        <w:rPr>
          <w:b/>
          <w:bCs/>
        </w:rPr>
        <w:t>în</w:t>
      </w:r>
      <w:proofErr w:type="spellEnd"/>
      <w:r w:rsidRPr="003D6AB2">
        <w:rPr>
          <w:b/>
          <w:bCs/>
        </w:rPr>
        <w:t xml:space="preserve"> </w:t>
      </w:r>
      <w:proofErr w:type="spellStart"/>
      <w:r w:rsidRPr="003D6AB2">
        <w:rPr>
          <w:b/>
          <w:bCs/>
        </w:rPr>
        <w:t>condițiile</w:t>
      </w:r>
      <w:proofErr w:type="spellEnd"/>
      <w:r w:rsidRPr="003D6AB2">
        <w:rPr>
          <w:b/>
          <w:bCs/>
        </w:rPr>
        <w:t xml:space="preserve"> </w:t>
      </w:r>
      <w:proofErr w:type="spellStart"/>
      <w:r w:rsidRPr="003D6AB2">
        <w:rPr>
          <w:b/>
          <w:bCs/>
        </w:rPr>
        <w:t>Legii</w:t>
      </w:r>
      <w:proofErr w:type="spellEnd"/>
      <w:r w:rsidRPr="003D6AB2">
        <w:rPr>
          <w:b/>
          <w:bCs/>
        </w:rPr>
        <w:t xml:space="preserve"> nr. 256/2015 </w:t>
      </w:r>
      <w:proofErr w:type="spellStart"/>
      <w:r w:rsidRPr="003D6AB2">
        <w:rPr>
          <w:b/>
          <w:bCs/>
        </w:rPr>
        <w:t>ori</w:t>
      </w:r>
      <w:proofErr w:type="spellEnd"/>
      <w:r w:rsidRPr="003D6AB2">
        <w:rPr>
          <w:b/>
          <w:bCs/>
        </w:rPr>
        <w:t xml:space="preserve"> de un medic cu </w:t>
      </w:r>
      <w:proofErr w:type="spellStart"/>
      <w:r w:rsidRPr="003D6AB2">
        <w:rPr>
          <w:b/>
          <w:bCs/>
        </w:rPr>
        <w:t>drept</w:t>
      </w:r>
      <w:proofErr w:type="spellEnd"/>
      <w:r w:rsidRPr="003D6AB2">
        <w:rPr>
          <w:b/>
          <w:bCs/>
        </w:rPr>
        <w:t xml:space="preserve"> de </w:t>
      </w:r>
      <w:proofErr w:type="spellStart"/>
      <w:r w:rsidRPr="003D6AB2">
        <w:rPr>
          <w:b/>
          <w:bCs/>
        </w:rPr>
        <w:t>practică</w:t>
      </w:r>
      <w:proofErr w:type="spellEnd"/>
      <w:r w:rsidRPr="003D6AB2">
        <w:rPr>
          <w:b/>
          <w:bCs/>
        </w:rPr>
        <w:t xml:space="preserve"> </w:t>
      </w:r>
      <w:proofErr w:type="spellStart"/>
      <w:r w:rsidRPr="003D6AB2">
        <w:rPr>
          <w:b/>
          <w:bCs/>
        </w:rPr>
        <w:t>valabil</w:t>
      </w:r>
      <w:proofErr w:type="spellEnd"/>
      <w:r w:rsidRPr="003D6AB2">
        <w:rPr>
          <w:b/>
          <w:bCs/>
        </w:rPr>
        <w:t xml:space="preserve"> </w:t>
      </w:r>
      <w:proofErr w:type="spellStart"/>
      <w:r w:rsidRPr="003D6AB2">
        <w:rPr>
          <w:b/>
          <w:bCs/>
        </w:rPr>
        <w:t>și</w:t>
      </w:r>
      <w:proofErr w:type="spellEnd"/>
      <w:r w:rsidRPr="003D6AB2">
        <w:rPr>
          <w:b/>
          <w:bCs/>
        </w:rPr>
        <w:t xml:space="preserve"> </w:t>
      </w:r>
      <w:proofErr w:type="spellStart"/>
      <w:r w:rsidRPr="003D6AB2">
        <w:rPr>
          <w:b/>
          <w:bCs/>
        </w:rPr>
        <w:lastRenderedPageBreak/>
        <w:t>specialitate</w:t>
      </w:r>
      <w:proofErr w:type="spellEnd"/>
      <w:r w:rsidRPr="003D6AB2">
        <w:rPr>
          <w:b/>
          <w:bCs/>
        </w:rPr>
        <w:t>/</w:t>
      </w:r>
      <w:proofErr w:type="spellStart"/>
      <w:r w:rsidRPr="003D6AB2">
        <w:rPr>
          <w:b/>
          <w:bCs/>
        </w:rPr>
        <w:t>competență</w:t>
      </w:r>
      <w:proofErr w:type="spellEnd"/>
      <w:r w:rsidRPr="003D6AB2">
        <w:rPr>
          <w:b/>
          <w:bCs/>
        </w:rPr>
        <w:t xml:space="preserve"> </w:t>
      </w:r>
      <w:proofErr w:type="spellStart"/>
      <w:r w:rsidRPr="003D6AB2">
        <w:rPr>
          <w:b/>
          <w:bCs/>
        </w:rPr>
        <w:t>relevantă</w:t>
      </w:r>
      <w:proofErr w:type="spellEnd"/>
      <w:r w:rsidRPr="003D6AB2">
        <w:rPr>
          <w:b/>
          <w:bCs/>
        </w:rPr>
        <w:t xml:space="preserve"> </w:t>
      </w:r>
      <w:proofErr w:type="spellStart"/>
      <w:r w:rsidRPr="003D6AB2">
        <w:rPr>
          <w:b/>
          <w:bCs/>
        </w:rPr>
        <w:t>în</w:t>
      </w:r>
      <w:proofErr w:type="spellEnd"/>
      <w:r w:rsidRPr="003D6AB2">
        <w:rPr>
          <w:b/>
          <w:bCs/>
        </w:rPr>
        <w:t xml:space="preserve"> </w:t>
      </w:r>
      <w:proofErr w:type="spellStart"/>
      <w:r w:rsidRPr="003D6AB2">
        <w:rPr>
          <w:b/>
          <w:bCs/>
        </w:rPr>
        <w:t>nutriție</w:t>
      </w:r>
      <w:proofErr w:type="spellEnd"/>
      <w:r w:rsidRPr="003D6AB2">
        <w:rPr>
          <w:b/>
          <w:bCs/>
        </w:rPr>
        <w:t xml:space="preserve"> </w:t>
      </w:r>
      <w:proofErr w:type="spellStart"/>
      <w:r w:rsidRPr="003D6AB2">
        <w:rPr>
          <w:b/>
          <w:bCs/>
        </w:rPr>
        <w:t>și</w:t>
      </w:r>
      <w:proofErr w:type="spellEnd"/>
      <w:r w:rsidRPr="003D6AB2">
        <w:rPr>
          <w:b/>
          <w:bCs/>
        </w:rPr>
        <w:t xml:space="preserve"> </w:t>
      </w:r>
      <w:proofErr w:type="spellStart"/>
      <w:r w:rsidRPr="003D6AB2">
        <w:rPr>
          <w:b/>
          <w:bCs/>
        </w:rPr>
        <w:t>dietetică</w:t>
      </w:r>
      <w:proofErr w:type="spellEnd"/>
      <w:r w:rsidRPr="003D6AB2">
        <w:rPr>
          <w:b/>
          <w:bCs/>
        </w:rPr>
        <w:t xml:space="preserve">. </w:t>
      </w:r>
      <w:r w:rsidRPr="00CD4A62">
        <w:t xml:space="preserve">Forma de </w:t>
      </w:r>
      <w:proofErr w:type="spellStart"/>
      <w:r w:rsidRPr="00CD4A62">
        <w:t>colaborare</w:t>
      </w:r>
      <w:proofErr w:type="spellEnd"/>
      <w:r w:rsidRPr="00CD4A62">
        <w:t xml:space="preserve"> </w:t>
      </w:r>
      <w:proofErr w:type="spellStart"/>
      <w:r w:rsidRPr="00CD4A62">
        <w:t>este</w:t>
      </w:r>
      <w:proofErr w:type="spellEnd"/>
      <w:r w:rsidRPr="00CD4A62">
        <w:t xml:space="preserve"> la </w:t>
      </w:r>
      <w:proofErr w:type="spellStart"/>
      <w:r w:rsidRPr="00CD4A62">
        <w:t>alegerea</w:t>
      </w:r>
      <w:proofErr w:type="spellEnd"/>
      <w:r w:rsidRPr="00CD4A62">
        <w:t xml:space="preserve"> </w:t>
      </w:r>
      <w:proofErr w:type="spellStart"/>
      <w:r w:rsidRPr="00CD4A62">
        <w:t>prestatorului</w:t>
      </w:r>
      <w:proofErr w:type="spellEnd"/>
      <w:r w:rsidRPr="00CD4A62">
        <w:t xml:space="preserve">, cu </w:t>
      </w:r>
      <w:proofErr w:type="spellStart"/>
      <w:r w:rsidRPr="00CD4A62">
        <w:t>exercitarea</w:t>
      </w:r>
      <w:proofErr w:type="spellEnd"/>
      <w:r w:rsidRPr="00CD4A62">
        <w:t xml:space="preserve"> </w:t>
      </w:r>
      <w:proofErr w:type="spellStart"/>
      <w:r w:rsidRPr="00CD4A62">
        <w:t>efectivă</w:t>
      </w:r>
      <w:proofErr w:type="spellEnd"/>
      <w:r w:rsidRPr="00CD4A62">
        <w:t xml:space="preserve"> a </w:t>
      </w:r>
      <w:proofErr w:type="spellStart"/>
      <w:r w:rsidRPr="00CD4A62">
        <w:t>atribuțiilor</w:t>
      </w:r>
      <w:proofErr w:type="spellEnd"/>
      <w:r w:rsidRPr="00CD4A62">
        <w:t>.</w:t>
      </w:r>
    </w:p>
    <w:p w14:paraId="19A2DFAD" w14:textId="77777777" w:rsidR="0025334A" w:rsidRPr="0025334A" w:rsidRDefault="0025334A" w:rsidP="0025334A">
      <w:pPr>
        <w:spacing w:after="50" w:line="247" w:lineRule="auto"/>
      </w:pPr>
      <w:proofErr w:type="spellStart"/>
      <w:r w:rsidRPr="0025334A">
        <w:t>Structura</w:t>
      </w:r>
      <w:proofErr w:type="spellEnd"/>
      <w:r w:rsidRPr="0025334A">
        <w:t xml:space="preserve"> </w:t>
      </w:r>
      <w:proofErr w:type="spellStart"/>
      <w:r w:rsidRPr="0025334A">
        <w:t>beneficiară</w:t>
      </w:r>
      <w:proofErr w:type="spellEnd"/>
      <w:r w:rsidRPr="0025334A">
        <w:t xml:space="preserve"> </w:t>
      </w:r>
      <w:proofErr w:type="spellStart"/>
      <w:r w:rsidRPr="0025334A">
        <w:t>poate</w:t>
      </w:r>
      <w:proofErr w:type="spellEnd"/>
      <w:r w:rsidRPr="0025334A">
        <w:t xml:space="preserve"> formula </w:t>
      </w:r>
      <w:proofErr w:type="spellStart"/>
      <w:r w:rsidRPr="0025334A">
        <w:t>observații</w:t>
      </w:r>
      <w:proofErr w:type="spellEnd"/>
      <w:r w:rsidRPr="0025334A">
        <w:t xml:space="preserve"> </w:t>
      </w:r>
      <w:proofErr w:type="spellStart"/>
      <w:r w:rsidRPr="0025334A">
        <w:t>privind</w:t>
      </w:r>
      <w:proofErr w:type="spellEnd"/>
      <w:r w:rsidRPr="0025334A">
        <w:t xml:space="preserve"> </w:t>
      </w:r>
      <w:proofErr w:type="spellStart"/>
      <w:r w:rsidRPr="0025334A">
        <w:t>compatibilitatea</w:t>
      </w:r>
      <w:proofErr w:type="spellEnd"/>
      <w:r w:rsidRPr="0025334A">
        <w:t xml:space="preserve"> cu </w:t>
      </w:r>
      <w:proofErr w:type="spellStart"/>
      <w:r w:rsidRPr="0025334A">
        <w:t>regimurile</w:t>
      </w:r>
      <w:proofErr w:type="spellEnd"/>
      <w:r w:rsidRPr="0025334A">
        <w:t xml:space="preserve">, </w:t>
      </w:r>
      <w:proofErr w:type="spellStart"/>
      <w:r w:rsidRPr="0025334A">
        <w:t>acceptabilitatea</w:t>
      </w:r>
      <w:proofErr w:type="spellEnd"/>
      <w:r w:rsidRPr="0025334A">
        <w:t xml:space="preserve"> </w:t>
      </w:r>
      <w:proofErr w:type="spellStart"/>
      <w:r w:rsidRPr="0025334A">
        <w:t>pentru</w:t>
      </w:r>
      <w:proofErr w:type="spellEnd"/>
      <w:r w:rsidRPr="0025334A">
        <w:t xml:space="preserve"> </w:t>
      </w:r>
      <w:proofErr w:type="spellStart"/>
      <w:r w:rsidRPr="0025334A">
        <w:t>beneficiari</w:t>
      </w:r>
      <w:proofErr w:type="spellEnd"/>
      <w:r w:rsidRPr="0025334A">
        <w:t xml:space="preserve">, </w:t>
      </w:r>
      <w:proofErr w:type="spellStart"/>
      <w:r w:rsidRPr="0025334A">
        <w:t>diversificarea</w:t>
      </w:r>
      <w:proofErr w:type="spellEnd"/>
      <w:r w:rsidRPr="0025334A">
        <w:t xml:space="preserve"> </w:t>
      </w:r>
      <w:proofErr w:type="spellStart"/>
      <w:r w:rsidRPr="0025334A">
        <w:t>și</w:t>
      </w:r>
      <w:proofErr w:type="spellEnd"/>
      <w:r w:rsidRPr="0025334A">
        <w:t xml:space="preserve"> </w:t>
      </w:r>
      <w:proofErr w:type="spellStart"/>
      <w:r w:rsidRPr="0025334A">
        <w:t>condițiile</w:t>
      </w:r>
      <w:proofErr w:type="spellEnd"/>
      <w:r w:rsidRPr="0025334A">
        <w:t xml:space="preserve"> de </w:t>
      </w:r>
      <w:proofErr w:type="spellStart"/>
      <w:r w:rsidRPr="0025334A">
        <w:t>servire</w:t>
      </w:r>
      <w:proofErr w:type="spellEnd"/>
      <w:r w:rsidRPr="0025334A">
        <w:t xml:space="preserve">. </w:t>
      </w:r>
      <w:proofErr w:type="spellStart"/>
      <w:r w:rsidRPr="0025334A">
        <w:t>Meniul</w:t>
      </w:r>
      <w:proofErr w:type="spellEnd"/>
      <w:r w:rsidRPr="0025334A">
        <w:t xml:space="preserve"> </w:t>
      </w:r>
      <w:proofErr w:type="spellStart"/>
      <w:r w:rsidRPr="0025334A">
        <w:t>confirmat</w:t>
      </w:r>
      <w:proofErr w:type="spellEnd"/>
      <w:r w:rsidRPr="0025334A">
        <w:t xml:space="preserve"> </w:t>
      </w:r>
      <w:proofErr w:type="spellStart"/>
      <w:r w:rsidRPr="0025334A">
        <w:t>devine</w:t>
      </w:r>
      <w:proofErr w:type="spellEnd"/>
      <w:r w:rsidRPr="0025334A">
        <w:t xml:space="preserve"> </w:t>
      </w:r>
      <w:proofErr w:type="spellStart"/>
      <w:r w:rsidRPr="0025334A">
        <w:t>obligatoriu</w:t>
      </w:r>
      <w:proofErr w:type="spellEnd"/>
      <w:r w:rsidRPr="0025334A">
        <w:t xml:space="preserve"> </w:t>
      </w:r>
      <w:proofErr w:type="spellStart"/>
      <w:r w:rsidRPr="0025334A">
        <w:t>pentru</w:t>
      </w:r>
      <w:proofErr w:type="spellEnd"/>
      <w:r w:rsidRPr="0025334A">
        <w:t xml:space="preserve"> </w:t>
      </w:r>
      <w:proofErr w:type="spellStart"/>
      <w:r w:rsidRPr="0025334A">
        <w:t>perioada</w:t>
      </w:r>
      <w:proofErr w:type="spellEnd"/>
      <w:r w:rsidRPr="0025334A">
        <w:t xml:space="preserve"> la care se </w:t>
      </w:r>
      <w:proofErr w:type="spellStart"/>
      <w:r w:rsidRPr="0025334A">
        <w:t>referă</w:t>
      </w:r>
      <w:proofErr w:type="spellEnd"/>
      <w:r w:rsidRPr="0025334A">
        <w:t xml:space="preserve">. </w:t>
      </w:r>
    </w:p>
    <w:p w14:paraId="12377AC8" w14:textId="555158AD" w:rsidR="0025334A" w:rsidRPr="0025334A" w:rsidRDefault="0025334A" w:rsidP="0025334A">
      <w:pPr>
        <w:spacing w:after="50" w:line="247" w:lineRule="auto"/>
      </w:pPr>
      <w:proofErr w:type="spellStart"/>
      <w:r w:rsidRPr="0025334A">
        <w:t>Modificarea</w:t>
      </w:r>
      <w:proofErr w:type="spellEnd"/>
      <w:r w:rsidRPr="0025334A">
        <w:t xml:space="preserve"> </w:t>
      </w:r>
      <w:proofErr w:type="spellStart"/>
      <w:r w:rsidRPr="0025334A">
        <w:t>unui</w:t>
      </w:r>
      <w:proofErr w:type="spellEnd"/>
      <w:r w:rsidRPr="0025334A">
        <w:t xml:space="preserve"> </w:t>
      </w:r>
      <w:proofErr w:type="spellStart"/>
      <w:r w:rsidRPr="0025334A">
        <w:t>meniu</w:t>
      </w:r>
      <w:proofErr w:type="spellEnd"/>
      <w:r w:rsidRPr="0025334A">
        <w:t xml:space="preserve"> </w:t>
      </w:r>
      <w:proofErr w:type="spellStart"/>
      <w:r w:rsidRPr="0025334A">
        <w:t>aprobat</w:t>
      </w:r>
      <w:proofErr w:type="spellEnd"/>
      <w:r w:rsidRPr="0025334A">
        <w:t xml:space="preserve"> </w:t>
      </w:r>
      <w:proofErr w:type="spellStart"/>
      <w:r w:rsidRPr="0025334A">
        <w:t>este</w:t>
      </w:r>
      <w:proofErr w:type="spellEnd"/>
      <w:r w:rsidRPr="0025334A">
        <w:t xml:space="preserve"> </w:t>
      </w:r>
      <w:proofErr w:type="spellStart"/>
      <w:r w:rsidRPr="0025334A">
        <w:t>permisă</w:t>
      </w:r>
      <w:proofErr w:type="spellEnd"/>
      <w:r w:rsidRPr="0025334A">
        <w:t xml:space="preserve"> </w:t>
      </w:r>
      <w:proofErr w:type="spellStart"/>
      <w:r w:rsidRPr="0025334A">
        <w:t>numai</w:t>
      </w:r>
      <w:proofErr w:type="spellEnd"/>
      <w:r w:rsidRPr="0025334A">
        <w:t xml:space="preserve"> </w:t>
      </w:r>
      <w:proofErr w:type="spellStart"/>
      <w:r w:rsidRPr="0025334A">
        <w:t>pentru</w:t>
      </w:r>
      <w:proofErr w:type="spellEnd"/>
      <w:r w:rsidRPr="0025334A">
        <w:t xml:space="preserve"> motive </w:t>
      </w:r>
      <w:proofErr w:type="spellStart"/>
      <w:r w:rsidRPr="0025334A">
        <w:t>obiective</w:t>
      </w:r>
      <w:proofErr w:type="spellEnd"/>
      <w:r w:rsidRPr="0025334A">
        <w:t xml:space="preserve"> </w:t>
      </w:r>
      <w:proofErr w:type="spellStart"/>
      <w:r w:rsidRPr="0025334A">
        <w:t>și</w:t>
      </w:r>
      <w:proofErr w:type="spellEnd"/>
      <w:r w:rsidRPr="0025334A">
        <w:t xml:space="preserve"> cu </w:t>
      </w:r>
      <w:proofErr w:type="spellStart"/>
      <w:r w:rsidRPr="0025334A">
        <w:t>aprobarea</w:t>
      </w:r>
      <w:proofErr w:type="spellEnd"/>
      <w:r w:rsidRPr="0025334A">
        <w:t xml:space="preserve"> </w:t>
      </w:r>
      <w:proofErr w:type="spellStart"/>
      <w:r w:rsidRPr="0025334A">
        <w:t>centrului</w:t>
      </w:r>
      <w:proofErr w:type="spellEnd"/>
      <w:r w:rsidRPr="0025334A">
        <w:t xml:space="preserve">. </w:t>
      </w:r>
      <w:proofErr w:type="spellStart"/>
      <w:r w:rsidRPr="0025334A">
        <w:t>Produsul</w:t>
      </w:r>
      <w:proofErr w:type="spellEnd"/>
      <w:r w:rsidRPr="0025334A">
        <w:rPr>
          <w:lang w:val="ro-RO"/>
        </w:rPr>
        <w:t>/preparatul</w:t>
      </w:r>
      <w:r w:rsidRPr="0025334A">
        <w:t xml:space="preserve"> </w:t>
      </w:r>
      <w:proofErr w:type="spellStart"/>
      <w:r w:rsidRPr="0025334A">
        <w:t>înlocuitor</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cel </w:t>
      </w:r>
      <w:proofErr w:type="spellStart"/>
      <w:r w:rsidRPr="0025334A">
        <w:t>puțin</w:t>
      </w:r>
      <w:proofErr w:type="spellEnd"/>
      <w:r w:rsidRPr="0025334A">
        <w:t xml:space="preserve"> </w:t>
      </w:r>
      <w:proofErr w:type="spellStart"/>
      <w:r w:rsidRPr="0025334A">
        <w:t>echivalent</w:t>
      </w:r>
      <w:proofErr w:type="spellEnd"/>
      <w:r w:rsidRPr="0025334A">
        <w:t xml:space="preserve"> ca </w:t>
      </w:r>
      <w:proofErr w:type="spellStart"/>
      <w:r w:rsidRPr="0025334A">
        <w:t>funcție</w:t>
      </w:r>
      <w:proofErr w:type="spellEnd"/>
      <w:r w:rsidRPr="0025334A">
        <w:t xml:space="preserve"> </w:t>
      </w:r>
      <w:proofErr w:type="spellStart"/>
      <w:r w:rsidRPr="0025334A">
        <w:t>nutrițională</w:t>
      </w:r>
      <w:proofErr w:type="spellEnd"/>
      <w:r w:rsidRPr="0025334A">
        <w:t xml:space="preserve">, </w:t>
      </w:r>
      <w:proofErr w:type="spellStart"/>
      <w:r w:rsidRPr="0025334A">
        <w:t>cantitate</w:t>
      </w:r>
      <w:proofErr w:type="spellEnd"/>
      <w:r w:rsidRPr="0025334A">
        <w:t xml:space="preserve">, </w:t>
      </w:r>
      <w:proofErr w:type="spellStart"/>
      <w:r w:rsidRPr="0025334A">
        <w:t>siguranță</w:t>
      </w:r>
      <w:proofErr w:type="spellEnd"/>
      <w:r w:rsidRPr="0025334A">
        <w:t xml:space="preserve">, </w:t>
      </w:r>
      <w:proofErr w:type="spellStart"/>
      <w:r w:rsidRPr="0025334A">
        <w:t>regim</w:t>
      </w:r>
      <w:proofErr w:type="spellEnd"/>
      <w:r w:rsidRPr="0025334A">
        <w:t xml:space="preserve"> </w:t>
      </w:r>
      <w:proofErr w:type="spellStart"/>
      <w:r w:rsidRPr="0025334A">
        <w:t>și</w:t>
      </w:r>
      <w:proofErr w:type="spellEnd"/>
      <w:r w:rsidRPr="0025334A">
        <w:t xml:space="preserve"> </w:t>
      </w:r>
      <w:proofErr w:type="spellStart"/>
      <w:r w:rsidRPr="0025334A">
        <w:t>alergeni</w:t>
      </w:r>
      <w:proofErr w:type="spellEnd"/>
      <w:r w:rsidRPr="0025334A">
        <w:t>.</w:t>
      </w:r>
    </w:p>
    <w:p w14:paraId="756E0001" w14:textId="77777777" w:rsidR="0025334A" w:rsidRPr="0025334A" w:rsidRDefault="0025334A" w:rsidP="002459A2">
      <w:pPr>
        <w:numPr>
          <w:ilvl w:val="0"/>
          <w:numId w:val="9"/>
        </w:numPr>
        <w:spacing w:after="50" w:line="247" w:lineRule="auto"/>
        <w:rPr>
          <w:bCs/>
          <w:lang w:val="fr-FR"/>
        </w:rPr>
      </w:pPr>
      <w:proofErr w:type="spellStart"/>
      <w:r w:rsidRPr="0025334A">
        <w:rPr>
          <w:bCs/>
          <w:lang w:val="fr-FR"/>
        </w:rPr>
        <w:t>Pentru</w:t>
      </w:r>
      <w:proofErr w:type="spellEnd"/>
      <w:r w:rsidRPr="0025334A">
        <w:rPr>
          <w:bCs/>
          <w:lang w:val="fr-FR"/>
        </w:rPr>
        <w:t xml:space="preserve"> </w:t>
      </w:r>
      <w:proofErr w:type="spellStart"/>
      <w:r w:rsidRPr="0025334A">
        <w:rPr>
          <w:bCs/>
          <w:lang w:val="fr-FR"/>
        </w:rPr>
        <w:t>persoanele</w:t>
      </w:r>
      <w:proofErr w:type="spellEnd"/>
      <w:r w:rsidRPr="0025334A">
        <w:rPr>
          <w:bCs/>
          <w:lang w:val="fr-FR"/>
        </w:rPr>
        <w:t xml:space="preserve"> </w:t>
      </w:r>
      <w:proofErr w:type="spellStart"/>
      <w:r w:rsidRPr="0025334A">
        <w:rPr>
          <w:bCs/>
          <w:lang w:val="fr-FR"/>
        </w:rPr>
        <w:t>cu</w:t>
      </w:r>
      <w:proofErr w:type="spellEnd"/>
      <w:r w:rsidRPr="0025334A">
        <w:rPr>
          <w:bCs/>
          <w:lang w:val="fr-FR"/>
        </w:rPr>
        <w:t xml:space="preserve"> </w:t>
      </w:r>
      <w:proofErr w:type="spellStart"/>
      <w:r w:rsidRPr="0025334A">
        <w:rPr>
          <w:bCs/>
          <w:lang w:val="fr-FR"/>
        </w:rPr>
        <w:t>diferite</w:t>
      </w:r>
      <w:proofErr w:type="spellEnd"/>
      <w:r w:rsidRPr="0025334A">
        <w:rPr>
          <w:bCs/>
          <w:lang w:val="fr-FR"/>
        </w:rPr>
        <w:t xml:space="preserve"> </w:t>
      </w:r>
      <w:proofErr w:type="spellStart"/>
      <w:r w:rsidRPr="0025334A">
        <w:rPr>
          <w:bCs/>
          <w:lang w:val="fr-FR"/>
        </w:rPr>
        <w:t>regimuri</w:t>
      </w:r>
      <w:proofErr w:type="spellEnd"/>
      <w:r w:rsidRPr="0025334A">
        <w:rPr>
          <w:bCs/>
          <w:lang w:val="fr-FR"/>
        </w:rPr>
        <w:t xml:space="preserve"> </w:t>
      </w:r>
      <w:proofErr w:type="spellStart"/>
      <w:r w:rsidRPr="0025334A">
        <w:rPr>
          <w:bCs/>
          <w:lang w:val="fr-FR"/>
        </w:rPr>
        <w:t>alimentare</w:t>
      </w:r>
      <w:proofErr w:type="spellEnd"/>
      <w:r w:rsidRPr="0025334A">
        <w:rPr>
          <w:bCs/>
          <w:lang w:val="fr-FR"/>
        </w:rPr>
        <w:t xml:space="preserve">, se va adapta </w:t>
      </w:r>
      <w:proofErr w:type="spellStart"/>
      <w:r w:rsidRPr="0025334A">
        <w:rPr>
          <w:bCs/>
          <w:lang w:val="fr-FR"/>
        </w:rPr>
        <w:t>meniul</w:t>
      </w:r>
      <w:proofErr w:type="spellEnd"/>
      <w:r w:rsidRPr="0025334A">
        <w:rPr>
          <w:bCs/>
          <w:lang w:val="fr-FR"/>
        </w:rPr>
        <w:t xml:space="preserve"> </w:t>
      </w:r>
      <w:proofErr w:type="spellStart"/>
      <w:r w:rsidRPr="0025334A">
        <w:rPr>
          <w:bCs/>
          <w:lang w:val="fr-FR"/>
        </w:rPr>
        <w:t>zilnic</w:t>
      </w:r>
      <w:proofErr w:type="spellEnd"/>
      <w:r w:rsidRPr="0025334A">
        <w:rPr>
          <w:bCs/>
          <w:lang w:val="fr-FR"/>
        </w:rPr>
        <w:t xml:space="preserve"> in </w:t>
      </w:r>
      <w:proofErr w:type="spellStart"/>
      <w:r w:rsidRPr="0025334A">
        <w:rPr>
          <w:bCs/>
          <w:lang w:val="fr-FR"/>
        </w:rPr>
        <w:t>functie</w:t>
      </w:r>
      <w:proofErr w:type="spellEnd"/>
      <w:r w:rsidRPr="0025334A">
        <w:rPr>
          <w:bCs/>
          <w:lang w:val="fr-FR"/>
        </w:rPr>
        <w:t xml:space="preserve"> de </w:t>
      </w:r>
      <w:proofErr w:type="spellStart"/>
      <w:r w:rsidRPr="0025334A">
        <w:rPr>
          <w:bCs/>
          <w:lang w:val="fr-FR"/>
        </w:rPr>
        <w:t>starea</w:t>
      </w:r>
      <w:proofErr w:type="spellEnd"/>
      <w:r w:rsidRPr="0025334A">
        <w:rPr>
          <w:bCs/>
          <w:lang w:val="fr-FR"/>
        </w:rPr>
        <w:t xml:space="preserve"> de </w:t>
      </w:r>
      <w:proofErr w:type="spellStart"/>
      <w:r w:rsidRPr="0025334A">
        <w:rPr>
          <w:bCs/>
          <w:lang w:val="fr-FR"/>
        </w:rPr>
        <w:t>sanatate</w:t>
      </w:r>
      <w:proofErr w:type="spellEnd"/>
      <w:r w:rsidRPr="0025334A">
        <w:rPr>
          <w:bCs/>
          <w:lang w:val="fr-FR"/>
        </w:rPr>
        <w:t xml:space="preserve"> a </w:t>
      </w:r>
      <w:proofErr w:type="spellStart"/>
      <w:r w:rsidRPr="0025334A">
        <w:rPr>
          <w:bCs/>
          <w:lang w:val="fr-FR"/>
        </w:rPr>
        <w:t>asistatilor</w:t>
      </w:r>
      <w:proofErr w:type="spellEnd"/>
      <w:r w:rsidRPr="0025334A">
        <w:rPr>
          <w:bCs/>
          <w:lang w:val="fr-FR"/>
        </w:rPr>
        <w:t xml:space="preserve"> si de </w:t>
      </w:r>
      <w:proofErr w:type="spellStart"/>
      <w:r w:rsidRPr="0025334A">
        <w:rPr>
          <w:bCs/>
          <w:lang w:val="fr-FR"/>
        </w:rPr>
        <w:t>recomandarile</w:t>
      </w:r>
      <w:proofErr w:type="spellEnd"/>
      <w:r w:rsidRPr="0025334A">
        <w:rPr>
          <w:bCs/>
          <w:lang w:val="fr-FR"/>
        </w:rPr>
        <w:t xml:space="preserve"> </w:t>
      </w:r>
      <w:proofErr w:type="spellStart"/>
      <w:r w:rsidRPr="0025334A">
        <w:rPr>
          <w:bCs/>
          <w:lang w:val="fr-FR"/>
        </w:rPr>
        <w:t>medicilor</w:t>
      </w:r>
      <w:proofErr w:type="spellEnd"/>
      <w:r w:rsidRPr="0025334A">
        <w:rPr>
          <w:bCs/>
          <w:lang w:val="fr-FR"/>
        </w:rPr>
        <w:t xml:space="preserve">. </w:t>
      </w:r>
    </w:p>
    <w:p w14:paraId="18030CCB" w14:textId="427F77E4" w:rsidR="0025334A" w:rsidRPr="0025334A" w:rsidRDefault="0025334A" w:rsidP="002459A2">
      <w:pPr>
        <w:numPr>
          <w:ilvl w:val="0"/>
          <w:numId w:val="9"/>
        </w:numPr>
        <w:spacing w:after="50" w:line="247" w:lineRule="auto"/>
        <w:rPr>
          <w:bCs/>
          <w:lang w:val="fr-FR"/>
        </w:rPr>
      </w:pPr>
      <w:r w:rsidRPr="0025334A">
        <w:rPr>
          <w:bCs/>
          <w:lang w:val="fr-FR"/>
        </w:rPr>
        <w:t xml:space="preserve">Se va </w:t>
      </w:r>
      <w:proofErr w:type="spellStart"/>
      <w:r w:rsidRPr="0025334A">
        <w:rPr>
          <w:bCs/>
          <w:lang w:val="fr-FR"/>
        </w:rPr>
        <w:t>avea</w:t>
      </w:r>
      <w:proofErr w:type="spellEnd"/>
      <w:r w:rsidRPr="0025334A">
        <w:rPr>
          <w:bCs/>
          <w:lang w:val="fr-FR"/>
        </w:rPr>
        <w:t xml:space="preserve"> in </w:t>
      </w:r>
      <w:proofErr w:type="spellStart"/>
      <w:r w:rsidRPr="0025334A">
        <w:rPr>
          <w:bCs/>
          <w:lang w:val="fr-FR"/>
        </w:rPr>
        <w:t>vedere</w:t>
      </w:r>
      <w:proofErr w:type="spellEnd"/>
      <w:r w:rsidRPr="0025334A">
        <w:rPr>
          <w:bCs/>
          <w:lang w:val="fr-FR"/>
        </w:rPr>
        <w:t xml:space="preserve"> ca o parte </w:t>
      </w:r>
      <w:proofErr w:type="spellStart"/>
      <w:r w:rsidRPr="0025334A">
        <w:rPr>
          <w:bCs/>
          <w:lang w:val="fr-FR"/>
        </w:rPr>
        <w:t>beneficiarii</w:t>
      </w:r>
      <w:proofErr w:type="spellEnd"/>
      <w:r w:rsidRPr="0025334A">
        <w:rPr>
          <w:bCs/>
          <w:lang w:val="fr-FR"/>
        </w:rPr>
        <w:t xml:space="preserve"> </w:t>
      </w:r>
      <w:proofErr w:type="spellStart"/>
      <w:r w:rsidRPr="0025334A">
        <w:rPr>
          <w:bCs/>
          <w:lang w:val="fr-FR"/>
        </w:rPr>
        <w:t>din</w:t>
      </w:r>
      <w:proofErr w:type="spellEnd"/>
      <w:r w:rsidRPr="0025334A">
        <w:rPr>
          <w:bCs/>
          <w:lang w:val="fr-FR"/>
        </w:rPr>
        <w:t xml:space="preserve"> </w:t>
      </w:r>
      <w:proofErr w:type="spellStart"/>
      <w:r w:rsidRPr="0025334A">
        <w:rPr>
          <w:bCs/>
          <w:lang w:val="fr-FR"/>
        </w:rPr>
        <w:t>centrele</w:t>
      </w:r>
      <w:proofErr w:type="spellEnd"/>
      <w:r w:rsidRPr="0025334A">
        <w:rPr>
          <w:bCs/>
          <w:lang w:val="fr-FR"/>
        </w:rPr>
        <w:t xml:space="preserve"> D.G.A.S.P.C. Bacau tin </w:t>
      </w:r>
      <w:proofErr w:type="spellStart"/>
      <w:r w:rsidRPr="0025334A">
        <w:rPr>
          <w:bCs/>
          <w:lang w:val="fr-FR"/>
        </w:rPr>
        <w:t>posturile</w:t>
      </w:r>
      <w:proofErr w:type="spellEnd"/>
      <w:r w:rsidRPr="0025334A">
        <w:rPr>
          <w:bCs/>
          <w:lang w:val="fr-FR"/>
        </w:rPr>
        <w:t xml:space="preserve"> </w:t>
      </w:r>
      <w:proofErr w:type="spellStart"/>
      <w:r w:rsidRPr="0025334A">
        <w:rPr>
          <w:bCs/>
          <w:lang w:val="fr-FR"/>
        </w:rPr>
        <w:t>religioase</w:t>
      </w:r>
      <w:proofErr w:type="spellEnd"/>
      <w:r w:rsidRPr="0025334A">
        <w:rPr>
          <w:bCs/>
          <w:lang w:val="fr-FR"/>
        </w:rPr>
        <w:t xml:space="preserve">, </w:t>
      </w:r>
      <w:proofErr w:type="spellStart"/>
      <w:r w:rsidRPr="0025334A">
        <w:rPr>
          <w:bCs/>
          <w:lang w:val="fr-FR"/>
        </w:rPr>
        <w:t>inclusiv</w:t>
      </w:r>
      <w:proofErr w:type="spellEnd"/>
      <w:r w:rsidRPr="0025334A">
        <w:rPr>
          <w:bCs/>
          <w:lang w:val="fr-FR"/>
        </w:rPr>
        <w:t xml:space="preserve"> </w:t>
      </w:r>
      <w:proofErr w:type="spellStart"/>
      <w:r w:rsidRPr="0025334A">
        <w:rPr>
          <w:bCs/>
          <w:lang w:val="fr-FR"/>
        </w:rPr>
        <w:t>miercurea</w:t>
      </w:r>
      <w:proofErr w:type="spellEnd"/>
      <w:r w:rsidRPr="0025334A">
        <w:rPr>
          <w:bCs/>
          <w:lang w:val="fr-FR"/>
        </w:rPr>
        <w:t xml:space="preserve"> si </w:t>
      </w:r>
      <w:proofErr w:type="spellStart"/>
      <w:r w:rsidRPr="0025334A">
        <w:rPr>
          <w:bCs/>
          <w:lang w:val="fr-FR"/>
        </w:rPr>
        <w:t>vinerea</w:t>
      </w:r>
      <w:proofErr w:type="spellEnd"/>
      <w:r w:rsidRPr="0025334A">
        <w:rPr>
          <w:bCs/>
          <w:lang w:val="fr-FR"/>
        </w:rPr>
        <w:t>.</w:t>
      </w:r>
    </w:p>
    <w:p w14:paraId="1A0BF2E8" w14:textId="77777777" w:rsidR="0025334A" w:rsidRPr="0025334A" w:rsidRDefault="0025334A" w:rsidP="0025334A">
      <w:pPr>
        <w:pStyle w:val="Heading3"/>
        <w:spacing w:after="60"/>
        <w:ind w:firstLine="709"/>
        <w:rPr>
          <w:rFonts w:ascii="Times New Roman" w:hAnsi="Times New Roman"/>
          <w:bCs w:val="0"/>
          <w:i/>
          <w:iCs/>
          <w:color w:val="auto"/>
        </w:rPr>
      </w:pPr>
      <w:bookmarkStart w:id="18" w:name="_Toc242951459"/>
      <w:proofErr w:type="spellStart"/>
      <w:r w:rsidRPr="0025334A">
        <w:rPr>
          <w:rFonts w:ascii="Times New Roman" w:hAnsi="Times New Roman"/>
          <w:bCs w:val="0"/>
          <w:i/>
          <w:iCs/>
          <w:color w:val="auto"/>
        </w:rPr>
        <w:t>Gramaje</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și</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fișe</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tehnologice</w:t>
      </w:r>
      <w:bookmarkEnd w:id="18"/>
      <w:proofErr w:type="spellEnd"/>
    </w:p>
    <w:p w14:paraId="57727C0E" w14:textId="77777777" w:rsidR="0025334A" w:rsidRPr="0025334A" w:rsidRDefault="0025334A" w:rsidP="0025334A">
      <w:pPr>
        <w:spacing w:after="50" w:line="247" w:lineRule="auto"/>
      </w:pPr>
      <w:proofErr w:type="spellStart"/>
      <w:r w:rsidRPr="0025334A">
        <w:t>Fiecare</w:t>
      </w:r>
      <w:proofErr w:type="spellEnd"/>
      <w:r w:rsidRPr="0025334A">
        <w:t xml:space="preserve"> </w:t>
      </w:r>
      <w:proofErr w:type="spellStart"/>
      <w:r w:rsidRPr="0025334A">
        <w:t>preparat</w:t>
      </w:r>
      <w:proofErr w:type="spellEnd"/>
      <w:r w:rsidRPr="0025334A">
        <w:t xml:space="preserve"> are o </w:t>
      </w:r>
      <w:proofErr w:type="spellStart"/>
      <w:r w:rsidRPr="0025334A">
        <w:t>fișă</w:t>
      </w:r>
      <w:proofErr w:type="spellEnd"/>
      <w:r w:rsidRPr="0025334A">
        <w:t xml:space="preserve"> </w:t>
      </w:r>
      <w:proofErr w:type="spellStart"/>
      <w:r w:rsidRPr="0025334A">
        <w:t>tehnologică</w:t>
      </w:r>
      <w:proofErr w:type="spellEnd"/>
      <w:r w:rsidRPr="0025334A">
        <w:t xml:space="preserve"> </w:t>
      </w:r>
      <w:proofErr w:type="spellStart"/>
      <w:r w:rsidRPr="0025334A">
        <w:t>ce</w:t>
      </w:r>
      <w:proofErr w:type="spellEnd"/>
      <w:r w:rsidRPr="0025334A">
        <w:t xml:space="preserve"> </w:t>
      </w:r>
      <w:proofErr w:type="spellStart"/>
      <w:r w:rsidRPr="0025334A">
        <w:t>permite</w:t>
      </w:r>
      <w:proofErr w:type="spellEnd"/>
      <w:r w:rsidRPr="0025334A">
        <w:t xml:space="preserve"> </w:t>
      </w:r>
      <w:proofErr w:type="spellStart"/>
      <w:r w:rsidRPr="0025334A">
        <w:t>reproducerea</w:t>
      </w:r>
      <w:proofErr w:type="spellEnd"/>
      <w:r w:rsidRPr="0025334A">
        <w:t xml:space="preserve"> </w:t>
      </w:r>
      <w:proofErr w:type="spellStart"/>
      <w:r w:rsidRPr="0025334A">
        <w:t>constantă</w:t>
      </w:r>
      <w:proofErr w:type="spellEnd"/>
      <w:r w:rsidRPr="0025334A">
        <w:t xml:space="preserve"> a </w:t>
      </w:r>
      <w:proofErr w:type="spellStart"/>
      <w:r w:rsidRPr="0025334A">
        <w:t>rețetei</w:t>
      </w:r>
      <w:proofErr w:type="spellEnd"/>
      <w:r w:rsidRPr="0025334A">
        <w:t xml:space="preserve"> </w:t>
      </w:r>
      <w:proofErr w:type="spellStart"/>
      <w:r w:rsidRPr="0025334A">
        <w:t>și</w:t>
      </w:r>
      <w:proofErr w:type="spellEnd"/>
      <w:r w:rsidRPr="0025334A">
        <w:t xml:space="preserve"> </w:t>
      </w:r>
      <w:proofErr w:type="spellStart"/>
      <w:r w:rsidRPr="0025334A">
        <w:t>verificarea</w:t>
      </w:r>
      <w:proofErr w:type="spellEnd"/>
      <w:r w:rsidRPr="0025334A">
        <w:t xml:space="preserve"> </w:t>
      </w:r>
      <w:proofErr w:type="spellStart"/>
      <w:r w:rsidRPr="0025334A">
        <w:t>rezultatului</w:t>
      </w:r>
      <w:proofErr w:type="spellEnd"/>
      <w:r w:rsidRPr="0025334A">
        <w:t xml:space="preserve">. </w:t>
      </w:r>
      <w:proofErr w:type="spellStart"/>
      <w:r w:rsidRPr="0025334A">
        <w:t>Fișa</w:t>
      </w:r>
      <w:proofErr w:type="spellEnd"/>
      <w:r w:rsidRPr="0025334A">
        <w:t xml:space="preserve"> </w:t>
      </w:r>
      <w:proofErr w:type="spellStart"/>
      <w:r w:rsidRPr="0025334A">
        <w:t>cuprinde</w:t>
      </w:r>
      <w:proofErr w:type="spellEnd"/>
      <w:r w:rsidRPr="0025334A">
        <w:t xml:space="preserve"> cel </w:t>
      </w:r>
      <w:proofErr w:type="spellStart"/>
      <w:r w:rsidRPr="0025334A">
        <w:t>puțin</w:t>
      </w:r>
      <w:proofErr w:type="spellEnd"/>
      <w:r w:rsidRPr="0025334A">
        <w:t xml:space="preserve"> </w:t>
      </w:r>
      <w:proofErr w:type="spellStart"/>
      <w:r w:rsidRPr="0025334A">
        <w:t>denumirea</w:t>
      </w:r>
      <w:proofErr w:type="spellEnd"/>
      <w:r w:rsidRPr="0025334A">
        <w:t xml:space="preserve"> </w:t>
      </w:r>
      <w:proofErr w:type="spellStart"/>
      <w:r w:rsidRPr="0025334A">
        <w:t>preparatului</w:t>
      </w:r>
      <w:proofErr w:type="spellEnd"/>
      <w:r w:rsidRPr="0025334A">
        <w:t xml:space="preserve">, </w:t>
      </w:r>
      <w:proofErr w:type="spellStart"/>
      <w:r w:rsidRPr="0025334A">
        <w:t>ingredientele</w:t>
      </w:r>
      <w:proofErr w:type="spellEnd"/>
      <w:r w:rsidRPr="0025334A">
        <w:t xml:space="preserve">, </w:t>
      </w:r>
      <w:proofErr w:type="spellStart"/>
      <w:r w:rsidRPr="0025334A">
        <w:t>cantitățile</w:t>
      </w:r>
      <w:proofErr w:type="spellEnd"/>
      <w:r w:rsidRPr="0025334A">
        <w:t xml:space="preserve"> de </w:t>
      </w:r>
      <w:proofErr w:type="spellStart"/>
      <w:r w:rsidRPr="0025334A">
        <w:t>materie</w:t>
      </w:r>
      <w:proofErr w:type="spellEnd"/>
      <w:r w:rsidRPr="0025334A">
        <w:t xml:space="preserve"> </w:t>
      </w:r>
      <w:proofErr w:type="spellStart"/>
      <w:r w:rsidRPr="0025334A">
        <w:t>primă</w:t>
      </w:r>
      <w:proofErr w:type="spellEnd"/>
      <w:r w:rsidRPr="0025334A">
        <w:t xml:space="preserve">, </w:t>
      </w:r>
      <w:proofErr w:type="spellStart"/>
      <w:r w:rsidRPr="0025334A">
        <w:t>randamentul</w:t>
      </w:r>
      <w:proofErr w:type="spellEnd"/>
      <w:r w:rsidRPr="0025334A">
        <w:t xml:space="preserve">, </w:t>
      </w:r>
      <w:proofErr w:type="spellStart"/>
      <w:r w:rsidRPr="0025334A">
        <w:t>gramajul</w:t>
      </w:r>
      <w:proofErr w:type="spellEnd"/>
      <w:r w:rsidRPr="0025334A">
        <w:t xml:space="preserve"> net/</w:t>
      </w:r>
      <w:proofErr w:type="spellStart"/>
      <w:r w:rsidRPr="0025334A">
        <w:t>porție</w:t>
      </w:r>
      <w:proofErr w:type="spellEnd"/>
      <w:r w:rsidRPr="0025334A">
        <w:t xml:space="preserve">, </w:t>
      </w:r>
      <w:proofErr w:type="spellStart"/>
      <w:r w:rsidRPr="0025334A">
        <w:t>tehnologia</w:t>
      </w:r>
      <w:proofErr w:type="spellEnd"/>
      <w:r w:rsidRPr="0025334A">
        <w:t xml:space="preserve"> de </w:t>
      </w:r>
      <w:proofErr w:type="spellStart"/>
      <w:r w:rsidRPr="0025334A">
        <w:t>preparare</w:t>
      </w:r>
      <w:proofErr w:type="spellEnd"/>
      <w:r w:rsidRPr="0025334A">
        <w:t xml:space="preserve">, </w:t>
      </w:r>
      <w:proofErr w:type="spellStart"/>
      <w:r w:rsidRPr="0025334A">
        <w:t>alergenii</w:t>
      </w:r>
      <w:proofErr w:type="spellEnd"/>
      <w:r w:rsidRPr="0025334A">
        <w:t xml:space="preserve"> </w:t>
      </w:r>
      <w:proofErr w:type="spellStart"/>
      <w:r w:rsidRPr="0025334A">
        <w:t>și</w:t>
      </w:r>
      <w:proofErr w:type="spellEnd"/>
      <w:r w:rsidRPr="0025334A">
        <w:t xml:space="preserve"> </w:t>
      </w:r>
      <w:proofErr w:type="spellStart"/>
      <w:r w:rsidRPr="0025334A">
        <w:t>condițiile</w:t>
      </w:r>
      <w:proofErr w:type="spellEnd"/>
      <w:r w:rsidRPr="0025334A">
        <w:t xml:space="preserve"> </w:t>
      </w:r>
      <w:proofErr w:type="spellStart"/>
      <w:r w:rsidRPr="0025334A">
        <w:t>relevante</w:t>
      </w:r>
      <w:proofErr w:type="spellEnd"/>
      <w:r w:rsidRPr="0025334A">
        <w:t xml:space="preserve"> de </w:t>
      </w:r>
      <w:proofErr w:type="spellStart"/>
      <w:r w:rsidRPr="0025334A">
        <w:t>păstrare</w:t>
      </w:r>
      <w:proofErr w:type="spellEnd"/>
      <w:r w:rsidRPr="0025334A">
        <w:t>/</w:t>
      </w:r>
      <w:proofErr w:type="spellStart"/>
      <w:r w:rsidRPr="0025334A">
        <w:t>servire</w:t>
      </w:r>
      <w:proofErr w:type="spellEnd"/>
      <w:r w:rsidRPr="0025334A">
        <w:t>.</w:t>
      </w:r>
    </w:p>
    <w:p w14:paraId="5E0E13C1" w14:textId="77777777" w:rsidR="0025334A" w:rsidRPr="0025334A" w:rsidRDefault="0025334A" w:rsidP="0025334A">
      <w:pPr>
        <w:spacing w:after="50" w:line="247" w:lineRule="auto"/>
      </w:pPr>
      <w:proofErr w:type="spellStart"/>
      <w:r w:rsidRPr="0025334A">
        <w:t>Gramajele</w:t>
      </w:r>
      <w:proofErr w:type="spellEnd"/>
      <w:r w:rsidRPr="0025334A">
        <w:t xml:space="preserve"> se </w:t>
      </w:r>
      <w:proofErr w:type="spellStart"/>
      <w:r w:rsidRPr="0025334A">
        <w:t>stabilesc</w:t>
      </w:r>
      <w:proofErr w:type="spellEnd"/>
      <w:r w:rsidRPr="0025334A">
        <w:t xml:space="preserve"> </w:t>
      </w:r>
      <w:proofErr w:type="spellStart"/>
      <w:r w:rsidRPr="0025334A">
        <w:t>în</w:t>
      </w:r>
      <w:proofErr w:type="spellEnd"/>
      <w:r w:rsidRPr="0025334A">
        <w:t xml:space="preserve"> </w:t>
      </w:r>
      <w:proofErr w:type="spellStart"/>
      <w:r w:rsidRPr="0025334A">
        <w:t>meniul</w:t>
      </w:r>
      <w:proofErr w:type="spellEnd"/>
      <w:r w:rsidRPr="0025334A">
        <w:t xml:space="preserve"> </w:t>
      </w:r>
      <w:proofErr w:type="spellStart"/>
      <w:r w:rsidRPr="0025334A">
        <w:t>aprobat</w:t>
      </w:r>
      <w:proofErr w:type="spellEnd"/>
      <w:r w:rsidRPr="0025334A">
        <w:t xml:space="preserve"> </w:t>
      </w:r>
      <w:proofErr w:type="spellStart"/>
      <w:r w:rsidRPr="0025334A">
        <w:t>și</w:t>
      </w:r>
      <w:proofErr w:type="spellEnd"/>
      <w:r w:rsidRPr="0025334A">
        <w:t xml:space="preserve"> </w:t>
      </w:r>
      <w:proofErr w:type="spellStart"/>
      <w:r w:rsidRPr="0025334A">
        <w:t>în</w:t>
      </w:r>
      <w:proofErr w:type="spellEnd"/>
      <w:r w:rsidRPr="0025334A">
        <w:t xml:space="preserve"> </w:t>
      </w:r>
      <w:proofErr w:type="spellStart"/>
      <w:r w:rsidRPr="0025334A">
        <w:t>fișele</w:t>
      </w:r>
      <w:proofErr w:type="spellEnd"/>
      <w:r w:rsidRPr="0025334A">
        <w:t xml:space="preserve"> </w:t>
      </w:r>
      <w:proofErr w:type="spellStart"/>
      <w:r w:rsidRPr="0025334A">
        <w:t>tehnologice</w:t>
      </w:r>
      <w:proofErr w:type="spellEnd"/>
      <w:r w:rsidRPr="0025334A">
        <w:t xml:space="preserve">, </w:t>
      </w:r>
      <w:proofErr w:type="spellStart"/>
      <w:r w:rsidRPr="0025334A">
        <w:t>diferențiat</w:t>
      </w:r>
      <w:proofErr w:type="spellEnd"/>
      <w:r w:rsidRPr="0025334A">
        <w:t xml:space="preserve"> </w:t>
      </w:r>
      <w:proofErr w:type="spellStart"/>
      <w:r w:rsidRPr="0025334A">
        <w:t>după</w:t>
      </w:r>
      <w:proofErr w:type="spellEnd"/>
      <w:r w:rsidRPr="0025334A">
        <w:t xml:space="preserve"> </w:t>
      </w:r>
      <w:proofErr w:type="spellStart"/>
      <w:r w:rsidRPr="0025334A">
        <w:t>categoria</w:t>
      </w:r>
      <w:proofErr w:type="spellEnd"/>
      <w:r w:rsidRPr="0025334A">
        <w:t xml:space="preserve"> de </w:t>
      </w:r>
      <w:proofErr w:type="spellStart"/>
      <w:r w:rsidRPr="0025334A">
        <w:t>beneficiar</w:t>
      </w:r>
      <w:proofErr w:type="spellEnd"/>
      <w:r w:rsidRPr="0025334A">
        <w:t xml:space="preserve">, </w:t>
      </w:r>
      <w:proofErr w:type="spellStart"/>
      <w:r w:rsidRPr="0025334A">
        <w:t>vârstă</w:t>
      </w:r>
      <w:proofErr w:type="spellEnd"/>
      <w:r w:rsidRPr="0025334A">
        <w:t xml:space="preserve">, </w:t>
      </w:r>
      <w:proofErr w:type="spellStart"/>
      <w:r w:rsidRPr="0025334A">
        <w:t>regim</w:t>
      </w:r>
      <w:proofErr w:type="spellEnd"/>
      <w:r w:rsidRPr="0025334A">
        <w:t xml:space="preserve"> </w:t>
      </w:r>
      <w:proofErr w:type="spellStart"/>
      <w:r w:rsidRPr="0025334A">
        <w:t>și</w:t>
      </w:r>
      <w:proofErr w:type="spellEnd"/>
      <w:r w:rsidRPr="0025334A">
        <w:t xml:space="preserve"> </w:t>
      </w:r>
      <w:proofErr w:type="spellStart"/>
      <w:r w:rsidRPr="0025334A">
        <w:t>textură</w:t>
      </w:r>
      <w:proofErr w:type="spellEnd"/>
      <w:r w:rsidRPr="0025334A">
        <w:t xml:space="preserve">. Orice </w:t>
      </w:r>
      <w:proofErr w:type="spellStart"/>
      <w:r w:rsidRPr="0025334A">
        <w:t>modificari</w:t>
      </w:r>
      <w:proofErr w:type="spellEnd"/>
      <w:r w:rsidRPr="0025334A">
        <w:t xml:space="preserve"> a </w:t>
      </w:r>
      <w:proofErr w:type="spellStart"/>
      <w:r w:rsidRPr="0025334A">
        <w:t>gramajului</w:t>
      </w:r>
      <w:proofErr w:type="spellEnd"/>
      <w:r w:rsidRPr="0025334A">
        <w:t xml:space="preserve"> se introduce </w:t>
      </w:r>
      <w:proofErr w:type="spellStart"/>
      <w:r w:rsidRPr="0025334A">
        <w:t>după</w:t>
      </w:r>
      <w:proofErr w:type="spellEnd"/>
      <w:r w:rsidRPr="0025334A">
        <w:t xml:space="preserve"> </w:t>
      </w:r>
      <w:proofErr w:type="spellStart"/>
      <w:r w:rsidRPr="0025334A">
        <w:t>validarea</w:t>
      </w:r>
      <w:proofErr w:type="spellEnd"/>
      <w:r w:rsidRPr="0025334A">
        <w:t xml:space="preserve"> </w:t>
      </w:r>
      <w:proofErr w:type="spellStart"/>
      <w:r w:rsidRPr="0025334A">
        <w:t>specialistului</w:t>
      </w:r>
      <w:proofErr w:type="spellEnd"/>
      <w:r w:rsidRPr="0025334A">
        <w:t xml:space="preserve"> competent </w:t>
      </w:r>
      <w:proofErr w:type="spellStart"/>
      <w:r w:rsidRPr="0025334A">
        <w:t>autorizat</w:t>
      </w:r>
      <w:proofErr w:type="spellEnd"/>
      <w:r w:rsidRPr="0025334A">
        <w:t xml:space="preserve"> </w:t>
      </w:r>
      <w:proofErr w:type="spellStart"/>
      <w:r w:rsidRPr="0025334A">
        <w:t>sa</w:t>
      </w:r>
      <w:proofErr w:type="spellEnd"/>
      <w:r w:rsidRPr="0025334A">
        <w:t xml:space="preserve"> </w:t>
      </w:r>
      <w:proofErr w:type="spellStart"/>
      <w:r w:rsidRPr="0025334A">
        <w:t>avizeze</w:t>
      </w:r>
      <w:proofErr w:type="spellEnd"/>
      <w:r w:rsidRPr="0025334A">
        <w:t xml:space="preserve"> </w:t>
      </w:r>
      <w:proofErr w:type="spellStart"/>
      <w:r w:rsidRPr="0025334A">
        <w:t>meniurile</w:t>
      </w:r>
      <w:proofErr w:type="spellEnd"/>
      <w:r w:rsidRPr="0025334A">
        <w:t>.</w:t>
      </w:r>
    </w:p>
    <w:p w14:paraId="5D18B7D1" w14:textId="722DF4DD" w:rsidR="0025334A" w:rsidRPr="0025334A" w:rsidRDefault="0025334A" w:rsidP="0025334A">
      <w:pPr>
        <w:spacing w:after="50" w:line="247" w:lineRule="auto"/>
        <w:rPr>
          <w:lang w:val="ro-RO"/>
        </w:rPr>
      </w:pPr>
      <w:r w:rsidRPr="0025334A">
        <w:rPr>
          <w:lang w:val="ro-RO"/>
        </w:rPr>
        <w:t>La recepție, gramajul poate fi verificat prin cântărire.</w:t>
      </w:r>
    </w:p>
    <w:p w14:paraId="1850AB90" w14:textId="77777777" w:rsidR="0025334A" w:rsidRPr="0025334A" w:rsidRDefault="0025334A" w:rsidP="0025334A">
      <w:pPr>
        <w:spacing w:after="50" w:line="247" w:lineRule="auto"/>
      </w:pPr>
    </w:p>
    <w:p w14:paraId="69D27699" w14:textId="77777777" w:rsidR="0025334A" w:rsidRPr="0025334A" w:rsidRDefault="0025334A" w:rsidP="0025334A">
      <w:pPr>
        <w:spacing w:after="50" w:line="247" w:lineRule="auto"/>
        <w:rPr>
          <w:lang w:val="fr-FR"/>
        </w:rPr>
      </w:pPr>
      <w:r w:rsidRPr="0025334A">
        <w:rPr>
          <w:b/>
          <w:lang w:val="fr-FR"/>
        </w:rPr>
        <w:t>IMPORTANT</w:t>
      </w:r>
      <w:r w:rsidRPr="0025334A">
        <w:rPr>
          <w:lang w:val="fr-FR"/>
        </w:rPr>
        <w:t xml:space="preserve">: </w:t>
      </w:r>
      <w:proofErr w:type="spellStart"/>
      <w:r w:rsidRPr="0025334A">
        <w:rPr>
          <w:lang w:val="fr-FR"/>
        </w:rPr>
        <w:t>rețetarele</w:t>
      </w:r>
      <w:proofErr w:type="spellEnd"/>
      <w:r w:rsidRPr="0025334A">
        <w:rPr>
          <w:lang w:val="fr-FR"/>
        </w:rPr>
        <w:t xml:space="preserve"> se vor </w:t>
      </w:r>
      <w:proofErr w:type="spellStart"/>
      <w:r w:rsidRPr="0025334A">
        <w:rPr>
          <w:lang w:val="fr-FR"/>
        </w:rPr>
        <w:t>întocmi</w:t>
      </w:r>
      <w:proofErr w:type="spellEnd"/>
      <w:r w:rsidRPr="0025334A">
        <w:rPr>
          <w:lang w:val="fr-FR"/>
        </w:rPr>
        <w:t xml:space="preserve"> </w:t>
      </w:r>
      <w:proofErr w:type="spellStart"/>
      <w:r w:rsidRPr="0025334A">
        <w:rPr>
          <w:lang w:val="fr-FR"/>
        </w:rPr>
        <w:t>conform</w:t>
      </w:r>
      <w:proofErr w:type="spellEnd"/>
      <w:r w:rsidRPr="0025334A">
        <w:rPr>
          <w:lang w:val="fr-FR"/>
        </w:rPr>
        <w:t xml:space="preserve">: </w:t>
      </w:r>
    </w:p>
    <w:p w14:paraId="4A1CA9C4" w14:textId="77777777" w:rsidR="0025334A" w:rsidRPr="0025334A" w:rsidRDefault="0025334A" w:rsidP="0025334A">
      <w:pPr>
        <w:spacing w:after="50" w:line="247" w:lineRule="auto"/>
        <w:rPr>
          <w:lang w:val="fr-FR"/>
        </w:rPr>
      </w:pPr>
      <w:r w:rsidRPr="0025334A">
        <w:rPr>
          <w:lang w:val="fr-FR"/>
        </w:rPr>
        <w:t>•”</w:t>
      </w:r>
      <w:r w:rsidRPr="0025334A">
        <w:rPr>
          <w:i/>
          <w:lang w:val="fr-FR"/>
        </w:rPr>
        <w:t>GHIDULUI ORIENTATIV CULINAR PENTRU CANTINELE RESTAURANT”</w:t>
      </w:r>
      <w:r w:rsidRPr="0025334A">
        <w:rPr>
          <w:lang w:val="fr-FR"/>
        </w:rPr>
        <w:t xml:space="preserve">, </w:t>
      </w:r>
      <w:proofErr w:type="spellStart"/>
      <w:r w:rsidRPr="0025334A">
        <w:rPr>
          <w:lang w:val="fr-FR"/>
        </w:rPr>
        <w:t>editat</w:t>
      </w:r>
      <w:proofErr w:type="spellEnd"/>
      <w:r w:rsidRPr="0025334A">
        <w:rPr>
          <w:lang w:val="fr-FR"/>
        </w:rPr>
        <w:t xml:space="preserve"> de </w:t>
      </w:r>
      <w:proofErr w:type="spellStart"/>
      <w:r w:rsidRPr="0025334A">
        <w:rPr>
          <w:lang w:val="fr-FR"/>
        </w:rPr>
        <w:t>Ministerul</w:t>
      </w:r>
      <w:proofErr w:type="spellEnd"/>
      <w:r w:rsidRPr="0025334A">
        <w:rPr>
          <w:lang w:val="fr-FR"/>
        </w:rPr>
        <w:t xml:space="preserve"> </w:t>
      </w:r>
      <w:proofErr w:type="spellStart"/>
      <w:r w:rsidRPr="0025334A">
        <w:rPr>
          <w:lang w:val="fr-FR"/>
        </w:rPr>
        <w:t>Comerțului</w:t>
      </w:r>
      <w:proofErr w:type="spellEnd"/>
      <w:r w:rsidRPr="0025334A">
        <w:rPr>
          <w:lang w:val="fr-FR"/>
        </w:rPr>
        <w:t xml:space="preserve"> </w:t>
      </w:r>
      <w:proofErr w:type="spellStart"/>
      <w:r w:rsidRPr="0025334A">
        <w:rPr>
          <w:lang w:val="fr-FR"/>
        </w:rPr>
        <w:t>Interior</w:t>
      </w:r>
      <w:proofErr w:type="spellEnd"/>
      <w:r w:rsidRPr="0025334A">
        <w:rPr>
          <w:lang w:val="fr-FR"/>
        </w:rPr>
        <w:t xml:space="preserve">, </w:t>
      </w:r>
      <w:proofErr w:type="spellStart"/>
      <w:r w:rsidRPr="0025334A">
        <w:rPr>
          <w:lang w:val="fr-FR"/>
        </w:rPr>
        <w:t>Direcția</w:t>
      </w:r>
      <w:proofErr w:type="spellEnd"/>
      <w:r w:rsidRPr="0025334A">
        <w:rPr>
          <w:lang w:val="fr-FR"/>
        </w:rPr>
        <w:t xml:space="preserve"> </w:t>
      </w:r>
      <w:proofErr w:type="spellStart"/>
      <w:r w:rsidRPr="0025334A">
        <w:rPr>
          <w:lang w:val="fr-FR"/>
        </w:rPr>
        <w:t>Alimentației</w:t>
      </w:r>
      <w:proofErr w:type="spellEnd"/>
      <w:r w:rsidRPr="0025334A">
        <w:rPr>
          <w:lang w:val="fr-FR"/>
        </w:rPr>
        <w:t xml:space="preserve"> </w:t>
      </w:r>
      <w:proofErr w:type="spellStart"/>
      <w:r w:rsidRPr="0025334A">
        <w:rPr>
          <w:lang w:val="fr-FR"/>
        </w:rPr>
        <w:t>Publice</w:t>
      </w:r>
      <w:proofErr w:type="spellEnd"/>
      <w:r w:rsidRPr="0025334A">
        <w:rPr>
          <w:lang w:val="fr-FR"/>
        </w:rPr>
        <w:t xml:space="preserve">, </w:t>
      </w:r>
      <w:proofErr w:type="spellStart"/>
      <w:r w:rsidRPr="0025334A">
        <w:rPr>
          <w:lang w:val="fr-FR"/>
        </w:rPr>
        <w:t>ediția</w:t>
      </w:r>
      <w:proofErr w:type="spellEnd"/>
      <w:r w:rsidRPr="0025334A">
        <w:rPr>
          <w:lang w:val="fr-FR"/>
        </w:rPr>
        <w:t xml:space="preserve"> a </w:t>
      </w:r>
      <w:proofErr w:type="spellStart"/>
      <w:r w:rsidRPr="0025334A">
        <w:rPr>
          <w:lang w:val="fr-FR"/>
        </w:rPr>
        <w:t>IlI-a</w:t>
      </w:r>
      <w:proofErr w:type="spellEnd"/>
      <w:r w:rsidRPr="0025334A">
        <w:rPr>
          <w:lang w:val="fr-FR"/>
        </w:rPr>
        <w:t xml:space="preserve"> </w:t>
      </w:r>
      <w:proofErr w:type="spellStart"/>
      <w:r w:rsidRPr="0025334A">
        <w:rPr>
          <w:lang w:val="fr-FR"/>
        </w:rPr>
        <w:t>revăzută</w:t>
      </w:r>
      <w:proofErr w:type="spellEnd"/>
      <w:r w:rsidRPr="0025334A">
        <w:rPr>
          <w:lang w:val="fr-FR"/>
        </w:rPr>
        <w:t xml:space="preserve"> </w:t>
      </w:r>
      <w:proofErr w:type="spellStart"/>
      <w:r w:rsidRPr="0025334A">
        <w:rPr>
          <w:lang w:val="fr-FR"/>
        </w:rPr>
        <w:t>și</w:t>
      </w:r>
      <w:proofErr w:type="spellEnd"/>
      <w:r w:rsidRPr="0025334A">
        <w:rPr>
          <w:lang w:val="fr-FR"/>
        </w:rPr>
        <w:t xml:space="preserve"> </w:t>
      </w:r>
      <w:proofErr w:type="spellStart"/>
      <w:r w:rsidRPr="0025334A">
        <w:rPr>
          <w:lang w:val="fr-FR"/>
        </w:rPr>
        <w:t>adăugată</w:t>
      </w:r>
      <w:proofErr w:type="spellEnd"/>
      <w:r w:rsidRPr="0025334A">
        <w:rPr>
          <w:lang w:val="fr-FR"/>
        </w:rPr>
        <w:t>, an 1981;</w:t>
      </w:r>
    </w:p>
    <w:p w14:paraId="48A9AA68" w14:textId="77777777" w:rsidR="0025334A" w:rsidRPr="0025334A" w:rsidRDefault="0025334A" w:rsidP="0025334A">
      <w:pPr>
        <w:spacing w:after="50" w:line="247" w:lineRule="auto"/>
        <w:rPr>
          <w:lang w:val="fr-FR"/>
        </w:rPr>
      </w:pPr>
      <w:r w:rsidRPr="0025334A">
        <w:rPr>
          <w:lang w:val="fr-FR"/>
        </w:rPr>
        <w:t xml:space="preserve">•”REȚETARULUI TIP PENTRU PREPARATE CULINARE”, </w:t>
      </w:r>
      <w:proofErr w:type="spellStart"/>
      <w:r w:rsidRPr="0025334A">
        <w:rPr>
          <w:lang w:val="fr-FR"/>
        </w:rPr>
        <w:t>editat</w:t>
      </w:r>
      <w:proofErr w:type="spellEnd"/>
      <w:r w:rsidRPr="0025334A">
        <w:rPr>
          <w:lang w:val="fr-FR"/>
        </w:rPr>
        <w:t xml:space="preserve"> de </w:t>
      </w:r>
      <w:proofErr w:type="spellStart"/>
      <w:r w:rsidRPr="0025334A">
        <w:rPr>
          <w:lang w:val="fr-FR"/>
        </w:rPr>
        <w:t>către</w:t>
      </w:r>
      <w:proofErr w:type="spellEnd"/>
      <w:r w:rsidRPr="0025334A">
        <w:rPr>
          <w:lang w:val="fr-FR"/>
        </w:rPr>
        <w:t xml:space="preserve"> </w:t>
      </w:r>
      <w:proofErr w:type="spellStart"/>
      <w:r w:rsidRPr="0025334A">
        <w:rPr>
          <w:lang w:val="fr-FR"/>
        </w:rPr>
        <w:t>Ministerul</w:t>
      </w:r>
      <w:proofErr w:type="spellEnd"/>
      <w:r w:rsidRPr="0025334A">
        <w:rPr>
          <w:lang w:val="fr-FR"/>
        </w:rPr>
        <w:t xml:space="preserve"> </w:t>
      </w:r>
      <w:proofErr w:type="spellStart"/>
      <w:r w:rsidRPr="0025334A">
        <w:rPr>
          <w:lang w:val="fr-FR"/>
        </w:rPr>
        <w:t>Comerțului</w:t>
      </w:r>
      <w:proofErr w:type="spellEnd"/>
      <w:r w:rsidRPr="0025334A">
        <w:rPr>
          <w:lang w:val="fr-FR"/>
        </w:rPr>
        <w:t xml:space="preserve"> </w:t>
      </w:r>
      <w:proofErr w:type="spellStart"/>
      <w:r w:rsidRPr="0025334A">
        <w:rPr>
          <w:lang w:val="fr-FR"/>
        </w:rPr>
        <w:t>Interior</w:t>
      </w:r>
      <w:proofErr w:type="spellEnd"/>
      <w:r w:rsidRPr="0025334A">
        <w:rPr>
          <w:lang w:val="fr-FR"/>
        </w:rPr>
        <w:t xml:space="preserve">, </w:t>
      </w:r>
      <w:proofErr w:type="spellStart"/>
      <w:r w:rsidRPr="0025334A">
        <w:rPr>
          <w:lang w:val="fr-FR"/>
        </w:rPr>
        <w:t>Direcția</w:t>
      </w:r>
      <w:proofErr w:type="spellEnd"/>
      <w:r w:rsidRPr="0025334A">
        <w:rPr>
          <w:lang w:val="fr-FR"/>
        </w:rPr>
        <w:t xml:space="preserve"> </w:t>
      </w:r>
      <w:proofErr w:type="spellStart"/>
      <w:r w:rsidRPr="0025334A">
        <w:rPr>
          <w:lang w:val="fr-FR"/>
        </w:rPr>
        <w:t>Generală</w:t>
      </w:r>
      <w:proofErr w:type="spellEnd"/>
      <w:r w:rsidRPr="0025334A">
        <w:rPr>
          <w:lang w:val="fr-FR"/>
        </w:rPr>
        <w:t xml:space="preserve"> </w:t>
      </w:r>
      <w:proofErr w:type="spellStart"/>
      <w:r w:rsidRPr="0025334A">
        <w:rPr>
          <w:lang w:val="fr-FR"/>
        </w:rPr>
        <w:t>Comercială</w:t>
      </w:r>
      <w:proofErr w:type="spellEnd"/>
      <w:r w:rsidRPr="0025334A">
        <w:rPr>
          <w:lang w:val="fr-FR"/>
        </w:rPr>
        <w:t xml:space="preserve"> </w:t>
      </w:r>
      <w:proofErr w:type="spellStart"/>
      <w:r w:rsidRPr="0025334A">
        <w:rPr>
          <w:lang w:val="fr-FR"/>
        </w:rPr>
        <w:t>pentru</w:t>
      </w:r>
      <w:proofErr w:type="spellEnd"/>
      <w:r w:rsidRPr="0025334A">
        <w:rPr>
          <w:lang w:val="fr-FR"/>
        </w:rPr>
        <w:t xml:space="preserve"> </w:t>
      </w:r>
      <w:proofErr w:type="spellStart"/>
      <w:r w:rsidRPr="0025334A">
        <w:rPr>
          <w:lang w:val="fr-FR"/>
        </w:rPr>
        <w:t>Mărfuri</w:t>
      </w:r>
      <w:proofErr w:type="spellEnd"/>
      <w:r w:rsidRPr="0025334A">
        <w:rPr>
          <w:lang w:val="fr-FR"/>
        </w:rPr>
        <w:t xml:space="preserve"> </w:t>
      </w:r>
      <w:proofErr w:type="spellStart"/>
      <w:r w:rsidRPr="0025334A">
        <w:rPr>
          <w:lang w:val="fr-FR"/>
        </w:rPr>
        <w:t>Alimentare</w:t>
      </w:r>
      <w:proofErr w:type="spellEnd"/>
      <w:r w:rsidRPr="0025334A">
        <w:rPr>
          <w:lang w:val="fr-FR"/>
        </w:rPr>
        <w:t xml:space="preserve"> </w:t>
      </w:r>
      <w:proofErr w:type="spellStart"/>
      <w:r w:rsidRPr="0025334A">
        <w:rPr>
          <w:lang w:val="fr-FR"/>
        </w:rPr>
        <w:t>și</w:t>
      </w:r>
      <w:proofErr w:type="spellEnd"/>
      <w:r w:rsidRPr="0025334A">
        <w:rPr>
          <w:lang w:val="fr-FR"/>
        </w:rPr>
        <w:t xml:space="preserve"> </w:t>
      </w:r>
      <w:proofErr w:type="spellStart"/>
      <w:r w:rsidRPr="0025334A">
        <w:rPr>
          <w:lang w:val="fr-FR"/>
        </w:rPr>
        <w:t>Ambalaje</w:t>
      </w:r>
      <w:proofErr w:type="spellEnd"/>
      <w:r w:rsidRPr="0025334A">
        <w:rPr>
          <w:lang w:val="fr-FR"/>
        </w:rPr>
        <w:t xml:space="preserve">, </w:t>
      </w:r>
      <w:proofErr w:type="spellStart"/>
      <w:r w:rsidRPr="0025334A">
        <w:rPr>
          <w:lang w:val="fr-FR"/>
        </w:rPr>
        <w:t>Direcția</w:t>
      </w:r>
      <w:proofErr w:type="spellEnd"/>
      <w:r w:rsidRPr="0025334A">
        <w:rPr>
          <w:lang w:val="fr-FR"/>
        </w:rPr>
        <w:t xml:space="preserve"> </w:t>
      </w:r>
      <w:proofErr w:type="spellStart"/>
      <w:r w:rsidRPr="0025334A">
        <w:rPr>
          <w:lang w:val="fr-FR"/>
        </w:rPr>
        <w:t>Alimentației</w:t>
      </w:r>
      <w:proofErr w:type="spellEnd"/>
      <w:r w:rsidRPr="0025334A">
        <w:rPr>
          <w:lang w:val="fr-FR"/>
        </w:rPr>
        <w:t xml:space="preserve"> </w:t>
      </w:r>
      <w:proofErr w:type="spellStart"/>
      <w:r w:rsidRPr="0025334A">
        <w:rPr>
          <w:lang w:val="fr-FR"/>
        </w:rPr>
        <w:t>Publice</w:t>
      </w:r>
      <w:proofErr w:type="spellEnd"/>
      <w:r w:rsidRPr="0025334A">
        <w:rPr>
          <w:lang w:val="fr-FR"/>
        </w:rPr>
        <w:t>, an 1982;</w:t>
      </w:r>
    </w:p>
    <w:p w14:paraId="2FFB2855" w14:textId="77777777" w:rsidR="0025334A" w:rsidRPr="0025334A" w:rsidRDefault="0025334A" w:rsidP="0025334A">
      <w:pPr>
        <w:spacing w:after="50" w:line="247" w:lineRule="auto"/>
        <w:rPr>
          <w:lang w:val="fr-FR"/>
        </w:rPr>
      </w:pPr>
      <w:proofErr w:type="spellStart"/>
      <w:r w:rsidRPr="0025334A">
        <w:rPr>
          <w:lang w:val="fr-FR"/>
        </w:rPr>
        <w:t>Ofertantul</w:t>
      </w:r>
      <w:proofErr w:type="spellEnd"/>
      <w:r w:rsidRPr="0025334A">
        <w:rPr>
          <w:lang w:val="fr-FR"/>
        </w:rPr>
        <w:t xml:space="preserve"> participant la </w:t>
      </w:r>
      <w:proofErr w:type="spellStart"/>
      <w:r w:rsidRPr="0025334A">
        <w:rPr>
          <w:lang w:val="fr-FR"/>
        </w:rPr>
        <w:t>procedură</w:t>
      </w:r>
      <w:proofErr w:type="spellEnd"/>
      <w:r w:rsidRPr="0025334A">
        <w:rPr>
          <w:lang w:val="fr-FR"/>
        </w:rPr>
        <w:t xml:space="preserve">, </w:t>
      </w:r>
      <w:proofErr w:type="spellStart"/>
      <w:r w:rsidRPr="0025334A">
        <w:rPr>
          <w:lang w:val="fr-FR"/>
        </w:rPr>
        <w:t>trebuie</w:t>
      </w:r>
      <w:proofErr w:type="spellEnd"/>
      <w:r w:rsidRPr="0025334A">
        <w:rPr>
          <w:lang w:val="fr-FR"/>
        </w:rPr>
        <w:t xml:space="preserve"> </w:t>
      </w:r>
      <w:proofErr w:type="spellStart"/>
      <w:r w:rsidRPr="0025334A">
        <w:rPr>
          <w:lang w:val="fr-FR"/>
        </w:rPr>
        <w:t>să</w:t>
      </w:r>
      <w:proofErr w:type="spellEnd"/>
      <w:r w:rsidRPr="0025334A">
        <w:rPr>
          <w:lang w:val="fr-FR"/>
        </w:rPr>
        <w:t xml:space="preserve"> respecte </w:t>
      </w:r>
      <w:proofErr w:type="spellStart"/>
      <w:r w:rsidRPr="0025334A">
        <w:rPr>
          <w:lang w:val="fr-FR"/>
        </w:rPr>
        <w:t>variantele</w:t>
      </w:r>
      <w:proofErr w:type="spellEnd"/>
      <w:r w:rsidRPr="0025334A">
        <w:rPr>
          <w:lang w:val="fr-FR"/>
        </w:rPr>
        <w:t xml:space="preserve"> de </w:t>
      </w:r>
      <w:proofErr w:type="spellStart"/>
      <w:r w:rsidRPr="0025334A">
        <w:rPr>
          <w:lang w:val="fr-FR"/>
        </w:rPr>
        <w:t>meniu</w:t>
      </w:r>
      <w:proofErr w:type="spellEnd"/>
      <w:r w:rsidRPr="0025334A">
        <w:rPr>
          <w:lang w:val="fr-FR"/>
        </w:rPr>
        <w:t xml:space="preserve"> </w:t>
      </w:r>
      <w:proofErr w:type="spellStart"/>
      <w:r w:rsidRPr="0025334A">
        <w:rPr>
          <w:lang w:val="fr-FR"/>
        </w:rPr>
        <w:t>pe</w:t>
      </w:r>
      <w:proofErr w:type="spellEnd"/>
      <w:r w:rsidRPr="0025334A">
        <w:rPr>
          <w:lang w:val="fr-FR"/>
        </w:rPr>
        <w:t xml:space="preserve"> care </w:t>
      </w:r>
      <w:proofErr w:type="spellStart"/>
      <w:r w:rsidRPr="0025334A">
        <w:rPr>
          <w:lang w:val="fr-FR"/>
        </w:rPr>
        <w:t>autoritatea</w:t>
      </w:r>
      <w:proofErr w:type="spellEnd"/>
      <w:r w:rsidRPr="0025334A">
        <w:rPr>
          <w:lang w:val="fr-FR"/>
        </w:rPr>
        <w:t xml:space="preserve"> </w:t>
      </w:r>
      <w:proofErr w:type="spellStart"/>
      <w:r w:rsidRPr="0025334A">
        <w:rPr>
          <w:lang w:val="fr-FR"/>
        </w:rPr>
        <w:t>contractantă</w:t>
      </w:r>
      <w:proofErr w:type="spellEnd"/>
      <w:r w:rsidRPr="0025334A">
        <w:rPr>
          <w:lang w:val="fr-FR"/>
        </w:rPr>
        <w:t xml:space="preserve"> le </w:t>
      </w:r>
      <w:proofErr w:type="spellStart"/>
      <w:r w:rsidRPr="0025334A">
        <w:rPr>
          <w:lang w:val="fr-FR"/>
        </w:rPr>
        <w:t>recomandă</w:t>
      </w:r>
      <w:proofErr w:type="spellEnd"/>
      <w:r w:rsidRPr="0025334A">
        <w:rPr>
          <w:lang w:val="fr-FR"/>
        </w:rPr>
        <w:t xml:space="preserve">, </w:t>
      </w:r>
      <w:proofErr w:type="spellStart"/>
      <w:r w:rsidRPr="0025334A">
        <w:rPr>
          <w:lang w:val="fr-FR"/>
        </w:rPr>
        <w:t>fiind</w:t>
      </w:r>
      <w:proofErr w:type="spellEnd"/>
      <w:r w:rsidRPr="0025334A">
        <w:rPr>
          <w:lang w:val="fr-FR"/>
        </w:rPr>
        <w:t xml:space="preserve"> </w:t>
      </w:r>
      <w:proofErr w:type="spellStart"/>
      <w:r w:rsidRPr="0025334A">
        <w:rPr>
          <w:lang w:val="fr-FR"/>
        </w:rPr>
        <w:t>permisă</w:t>
      </w:r>
      <w:proofErr w:type="spellEnd"/>
      <w:r w:rsidRPr="0025334A">
        <w:rPr>
          <w:lang w:val="fr-FR"/>
        </w:rPr>
        <w:t xml:space="preserve"> </w:t>
      </w:r>
      <w:proofErr w:type="spellStart"/>
      <w:r w:rsidRPr="0025334A">
        <w:rPr>
          <w:b/>
          <w:bCs/>
          <w:lang w:val="fr-FR"/>
        </w:rPr>
        <w:t>doar</w:t>
      </w:r>
      <w:proofErr w:type="spellEnd"/>
      <w:r w:rsidRPr="0025334A">
        <w:rPr>
          <w:lang w:val="fr-FR"/>
        </w:rPr>
        <w:t xml:space="preserve"> </w:t>
      </w:r>
      <w:proofErr w:type="spellStart"/>
      <w:r w:rsidRPr="0025334A">
        <w:rPr>
          <w:b/>
          <w:bCs/>
          <w:lang w:val="fr-FR"/>
        </w:rPr>
        <w:t>îmbunătățirea</w:t>
      </w:r>
      <w:proofErr w:type="spellEnd"/>
      <w:r w:rsidRPr="0025334A">
        <w:rPr>
          <w:lang w:val="fr-FR"/>
        </w:rPr>
        <w:t xml:space="preserve"> .</w:t>
      </w:r>
    </w:p>
    <w:p w14:paraId="1D06FD77" w14:textId="77777777" w:rsidR="00861B20" w:rsidRPr="0025334A" w:rsidRDefault="00861B20" w:rsidP="0025334A">
      <w:pPr>
        <w:spacing w:after="50" w:line="247" w:lineRule="auto"/>
      </w:pPr>
    </w:p>
    <w:p w14:paraId="1C8EADAC" w14:textId="77777777" w:rsidR="000C4CB5" w:rsidRPr="0025334A" w:rsidRDefault="004E746A" w:rsidP="0025334A">
      <w:pPr>
        <w:pStyle w:val="Heading2"/>
        <w:rPr>
          <w:color w:val="auto"/>
        </w:rPr>
      </w:pPr>
      <w:bookmarkStart w:id="19" w:name="_Toc242951460"/>
      <w:r w:rsidRPr="0025334A">
        <w:rPr>
          <w:color w:val="auto"/>
        </w:rPr>
        <w:t xml:space="preserve">3.6. </w:t>
      </w:r>
      <w:proofErr w:type="spellStart"/>
      <w:r w:rsidRPr="0025334A">
        <w:rPr>
          <w:color w:val="auto"/>
        </w:rPr>
        <w:t>Regimuri</w:t>
      </w:r>
      <w:proofErr w:type="spellEnd"/>
      <w:r w:rsidRPr="0025334A">
        <w:rPr>
          <w:color w:val="auto"/>
        </w:rPr>
        <w:t xml:space="preserve"> </w:t>
      </w:r>
      <w:proofErr w:type="spellStart"/>
      <w:r w:rsidRPr="0025334A">
        <w:rPr>
          <w:color w:val="auto"/>
        </w:rPr>
        <w:t>alimentare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texturi</w:t>
      </w:r>
      <w:proofErr w:type="spellEnd"/>
      <w:r w:rsidRPr="0025334A">
        <w:rPr>
          <w:color w:val="auto"/>
        </w:rPr>
        <w:t xml:space="preserve"> </w:t>
      </w:r>
      <w:proofErr w:type="spellStart"/>
      <w:r w:rsidRPr="0025334A">
        <w:rPr>
          <w:color w:val="auto"/>
        </w:rPr>
        <w:t>adaptate</w:t>
      </w:r>
      <w:bookmarkEnd w:id="19"/>
      <w:proofErr w:type="spellEnd"/>
    </w:p>
    <w:p w14:paraId="28A9567C" w14:textId="77777777" w:rsidR="000C4CB5" w:rsidRPr="0025334A" w:rsidRDefault="004E746A">
      <w:pPr>
        <w:spacing w:after="50" w:line="247" w:lineRule="auto"/>
      </w:pPr>
      <w:proofErr w:type="spellStart"/>
      <w:r w:rsidRPr="0025334A">
        <w:t>Prestatorul</w:t>
      </w:r>
      <w:proofErr w:type="spellEnd"/>
      <w:r w:rsidRPr="0025334A">
        <w:t xml:space="preserve"> </w:t>
      </w:r>
      <w:proofErr w:type="spellStart"/>
      <w:r w:rsidRPr="0025334A">
        <w:t>asigură</w:t>
      </w:r>
      <w:proofErr w:type="spellEnd"/>
      <w:r w:rsidRPr="0025334A">
        <w:t xml:space="preserve">, la </w:t>
      </w:r>
      <w:proofErr w:type="spellStart"/>
      <w:r w:rsidRPr="0025334A">
        <w:t>solicitarea</w:t>
      </w:r>
      <w:proofErr w:type="spellEnd"/>
      <w:r w:rsidRPr="0025334A">
        <w:t xml:space="preserve"> </w:t>
      </w:r>
      <w:proofErr w:type="spellStart"/>
      <w:r w:rsidRPr="0025334A">
        <w:t>centrelor</w:t>
      </w:r>
      <w:proofErr w:type="spellEnd"/>
      <w:r w:rsidRPr="0025334A">
        <w:t xml:space="preserve"> </w:t>
      </w:r>
      <w:proofErr w:type="spellStart"/>
      <w:r w:rsidRPr="0025334A">
        <w:t>și</w:t>
      </w:r>
      <w:proofErr w:type="spellEnd"/>
      <w:r w:rsidRPr="0025334A">
        <w:t xml:space="preserve"> </w:t>
      </w:r>
      <w:proofErr w:type="spellStart"/>
      <w:r w:rsidRPr="0025334A">
        <w:t>în</w:t>
      </w:r>
      <w:proofErr w:type="spellEnd"/>
      <w:r w:rsidRPr="0025334A">
        <w:t xml:space="preserve"> </w:t>
      </w:r>
      <w:proofErr w:type="spellStart"/>
      <w:r w:rsidRPr="0025334A">
        <w:t>baza</w:t>
      </w:r>
      <w:proofErr w:type="spellEnd"/>
      <w:r w:rsidRPr="0025334A">
        <w:t xml:space="preserve"> </w:t>
      </w:r>
      <w:proofErr w:type="spellStart"/>
      <w:r w:rsidRPr="0025334A">
        <w:t>recomandărilor</w:t>
      </w:r>
      <w:proofErr w:type="spellEnd"/>
      <w:r w:rsidRPr="0025334A">
        <w:t xml:space="preserve"> </w:t>
      </w:r>
      <w:proofErr w:type="spellStart"/>
      <w:r w:rsidRPr="0025334A">
        <w:t>medicale</w:t>
      </w:r>
      <w:proofErr w:type="spellEnd"/>
      <w:r w:rsidRPr="0025334A">
        <w:t xml:space="preserve">, </w:t>
      </w:r>
      <w:proofErr w:type="spellStart"/>
      <w:r w:rsidRPr="0025334A">
        <w:t>meniuri</w:t>
      </w:r>
      <w:proofErr w:type="spellEnd"/>
      <w:r w:rsidRPr="0025334A">
        <w:t xml:space="preserve"> </w:t>
      </w:r>
      <w:proofErr w:type="spellStart"/>
      <w:r w:rsidRPr="0025334A">
        <w:t>comune</w:t>
      </w:r>
      <w:proofErr w:type="spellEnd"/>
      <w:r w:rsidRPr="0025334A">
        <w:t xml:space="preserve"> </w:t>
      </w:r>
      <w:proofErr w:type="spellStart"/>
      <w:r w:rsidRPr="0025334A">
        <w:t>și</w:t>
      </w:r>
      <w:proofErr w:type="spellEnd"/>
      <w:r w:rsidRPr="0025334A">
        <w:t xml:space="preserve"> </w:t>
      </w:r>
      <w:proofErr w:type="spellStart"/>
      <w:r w:rsidRPr="0025334A">
        <w:t>meniuri</w:t>
      </w:r>
      <w:proofErr w:type="spellEnd"/>
      <w:r w:rsidRPr="0025334A">
        <w:t xml:space="preserve"> de </w:t>
      </w:r>
      <w:proofErr w:type="spellStart"/>
      <w:r w:rsidRPr="0025334A">
        <w:t>regim</w:t>
      </w:r>
      <w:proofErr w:type="spellEnd"/>
      <w:r w:rsidRPr="0025334A">
        <w:t xml:space="preserve">. </w:t>
      </w:r>
      <w:proofErr w:type="spellStart"/>
      <w:r w:rsidRPr="0025334A">
        <w:t>Regimurile</w:t>
      </w:r>
      <w:proofErr w:type="spellEnd"/>
      <w:r w:rsidRPr="0025334A">
        <w:t xml:space="preserve"> pot include, </w:t>
      </w:r>
      <w:proofErr w:type="spellStart"/>
      <w:r w:rsidRPr="0025334A">
        <w:t>fără</w:t>
      </w:r>
      <w:proofErr w:type="spellEnd"/>
      <w:r w:rsidRPr="0025334A">
        <w:t xml:space="preserve"> a se </w:t>
      </w:r>
      <w:proofErr w:type="spellStart"/>
      <w:r w:rsidRPr="0025334A">
        <w:t>limita</w:t>
      </w:r>
      <w:proofErr w:type="spellEnd"/>
      <w:r w:rsidRPr="0025334A">
        <w:t xml:space="preserve"> la </w:t>
      </w:r>
      <w:proofErr w:type="spellStart"/>
      <w:r w:rsidRPr="0025334A">
        <w:t>acestea</w:t>
      </w:r>
      <w:proofErr w:type="spellEnd"/>
      <w:r w:rsidRPr="0025334A">
        <w:t xml:space="preserve">, </w:t>
      </w:r>
      <w:proofErr w:type="spellStart"/>
      <w:r w:rsidRPr="0025334A">
        <w:t>regim</w:t>
      </w:r>
      <w:proofErr w:type="spellEnd"/>
      <w:r w:rsidRPr="0025334A">
        <w:t xml:space="preserve"> gastric, hepatic, renal, </w:t>
      </w:r>
      <w:proofErr w:type="spellStart"/>
      <w:r w:rsidRPr="0025334A">
        <w:t>hiposodat</w:t>
      </w:r>
      <w:proofErr w:type="spellEnd"/>
      <w:r w:rsidRPr="0025334A">
        <w:t>, diabetic/</w:t>
      </w:r>
      <w:proofErr w:type="spellStart"/>
      <w:r w:rsidRPr="0025334A">
        <w:t>hipoglucidic</w:t>
      </w:r>
      <w:proofErr w:type="spellEnd"/>
      <w:r w:rsidRPr="0025334A">
        <w:t xml:space="preserve">, oncologic, </w:t>
      </w:r>
      <w:proofErr w:type="spellStart"/>
      <w:r w:rsidRPr="0025334A">
        <w:t>hiperproteic</w:t>
      </w:r>
      <w:proofErr w:type="spellEnd"/>
      <w:r w:rsidRPr="0025334A">
        <w:t xml:space="preserve">, </w:t>
      </w:r>
      <w:proofErr w:type="spellStart"/>
      <w:r w:rsidRPr="0025334A">
        <w:t>hipocaloric</w:t>
      </w:r>
      <w:proofErr w:type="spellEnd"/>
      <w:r w:rsidRPr="0025334A">
        <w:t xml:space="preserve"> </w:t>
      </w:r>
      <w:proofErr w:type="spellStart"/>
      <w:r w:rsidRPr="0025334A">
        <w:t>și</w:t>
      </w:r>
      <w:proofErr w:type="spellEnd"/>
      <w:r w:rsidRPr="0025334A">
        <w:t xml:space="preserve"> </w:t>
      </w:r>
      <w:proofErr w:type="spellStart"/>
      <w:r w:rsidRPr="0025334A">
        <w:t>alte</w:t>
      </w:r>
      <w:proofErr w:type="spellEnd"/>
      <w:r w:rsidRPr="0025334A">
        <w:t xml:space="preserve"> </w:t>
      </w:r>
      <w:proofErr w:type="spellStart"/>
      <w:r w:rsidRPr="0025334A">
        <w:t>regimuri</w:t>
      </w:r>
      <w:proofErr w:type="spellEnd"/>
      <w:r w:rsidRPr="0025334A">
        <w:t xml:space="preserve"> </w:t>
      </w:r>
      <w:proofErr w:type="spellStart"/>
      <w:r w:rsidRPr="0025334A">
        <w:t>prescrise</w:t>
      </w:r>
      <w:proofErr w:type="spellEnd"/>
      <w:r w:rsidRPr="0025334A">
        <w:t xml:space="preserve">. </w:t>
      </w:r>
      <w:proofErr w:type="spellStart"/>
      <w:r w:rsidRPr="0025334A">
        <w:t>Numărul</w:t>
      </w:r>
      <w:proofErr w:type="spellEnd"/>
      <w:r w:rsidRPr="0025334A">
        <w:t xml:space="preserve"> </w:t>
      </w:r>
      <w:proofErr w:type="spellStart"/>
      <w:r w:rsidRPr="0025334A">
        <w:t>zilnic</w:t>
      </w:r>
      <w:proofErr w:type="spellEnd"/>
      <w:r w:rsidRPr="0025334A">
        <w:t xml:space="preserve"> pe </w:t>
      </w:r>
      <w:proofErr w:type="spellStart"/>
      <w:r w:rsidRPr="0025334A">
        <w:t>fiecare</w:t>
      </w:r>
      <w:proofErr w:type="spellEnd"/>
      <w:r w:rsidRPr="0025334A">
        <w:t xml:space="preserve"> </w:t>
      </w:r>
      <w:proofErr w:type="spellStart"/>
      <w:r w:rsidRPr="0025334A">
        <w:t>regim</w:t>
      </w:r>
      <w:proofErr w:type="spellEnd"/>
      <w:r w:rsidRPr="0025334A">
        <w:t xml:space="preserve"> se </w:t>
      </w:r>
      <w:proofErr w:type="spellStart"/>
      <w:r w:rsidRPr="0025334A">
        <w:t>comunică</w:t>
      </w:r>
      <w:proofErr w:type="spellEnd"/>
      <w:r w:rsidRPr="0025334A">
        <w:t xml:space="preserve"> </w:t>
      </w:r>
      <w:proofErr w:type="spellStart"/>
      <w:r w:rsidRPr="0025334A">
        <w:t>prin</w:t>
      </w:r>
      <w:proofErr w:type="spellEnd"/>
      <w:r w:rsidRPr="0025334A">
        <w:t xml:space="preserve"> </w:t>
      </w:r>
      <w:proofErr w:type="spellStart"/>
      <w:r w:rsidRPr="0025334A">
        <w:t>comandă</w:t>
      </w:r>
      <w:proofErr w:type="spellEnd"/>
      <w:r w:rsidRPr="0025334A">
        <w:t xml:space="preserve"> </w:t>
      </w:r>
      <w:proofErr w:type="spellStart"/>
      <w:r w:rsidRPr="0025334A">
        <w:t>și</w:t>
      </w:r>
      <w:proofErr w:type="spellEnd"/>
      <w:r w:rsidRPr="0025334A">
        <w:t xml:space="preserve"> </w:t>
      </w:r>
      <w:proofErr w:type="spellStart"/>
      <w:r w:rsidRPr="0025334A">
        <w:t>poate</w:t>
      </w:r>
      <w:proofErr w:type="spellEnd"/>
      <w:r w:rsidRPr="0025334A">
        <w:t xml:space="preserve"> varia pe </w:t>
      </w:r>
      <w:proofErr w:type="spellStart"/>
      <w:r w:rsidRPr="0025334A">
        <w:t>parcursul</w:t>
      </w:r>
      <w:proofErr w:type="spellEnd"/>
      <w:r w:rsidRPr="0025334A">
        <w:t xml:space="preserve"> </w:t>
      </w:r>
      <w:proofErr w:type="spellStart"/>
      <w:r w:rsidRPr="0025334A">
        <w:t>executării</w:t>
      </w:r>
      <w:proofErr w:type="spellEnd"/>
      <w:r w:rsidRPr="0025334A">
        <w:t>.</w:t>
      </w:r>
    </w:p>
    <w:p w14:paraId="036792F7" w14:textId="77777777" w:rsidR="000C4CB5" w:rsidRPr="0025334A" w:rsidRDefault="004E746A">
      <w:pPr>
        <w:spacing w:after="50" w:line="247" w:lineRule="auto"/>
      </w:pPr>
      <w:proofErr w:type="spellStart"/>
      <w:r w:rsidRPr="0025334A">
        <w:t>Pentru</w:t>
      </w:r>
      <w:proofErr w:type="spellEnd"/>
      <w:r w:rsidRPr="0025334A">
        <w:t xml:space="preserve"> </w:t>
      </w:r>
      <w:proofErr w:type="spellStart"/>
      <w:r w:rsidRPr="0025334A">
        <w:t>sugari</w:t>
      </w:r>
      <w:proofErr w:type="spellEnd"/>
      <w:r w:rsidRPr="0025334A">
        <w:t xml:space="preserve">, </w:t>
      </w:r>
      <w:proofErr w:type="spellStart"/>
      <w:r w:rsidRPr="0025334A">
        <w:t>copii</w:t>
      </w:r>
      <w:proofErr w:type="spellEnd"/>
      <w:r w:rsidRPr="0025334A">
        <w:t xml:space="preserve"> </w:t>
      </w:r>
      <w:proofErr w:type="spellStart"/>
      <w:r w:rsidRPr="0025334A">
        <w:t>mici</w:t>
      </w:r>
      <w:proofErr w:type="spellEnd"/>
      <w:r w:rsidRPr="0025334A">
        <w:t xml:space="preserve"> </w:t>
      </w:r>
      <w:proofErr w:type="spellStart"/>
      <w:r w:rsidRPr="0025334A">
        <w:t>și</w:t>
      </w:r>
      <w:proofErr w:type="spellEnd"/>
      <w:r w:rsidRPr="0025334A">
        <w:t xml:space="preserve"> </w:t>
      </w:r>
      <w:proofErr w:type="spellStart"/>
      <w:r w:rsidRPr="0025334A">
        <w:t>beneficiari</w:t>
      </w:r>
      <w:proofErr w:type="spellEnd"/>
      <w:r w:rsidRPr="0025334A">
        <w:t xml:space="preserve"> cu </w:t>
      </w:r>
      <w:proofErr w:type="spellStart"/>
      <w:r w:rsidRPr="0025334A">
        <w:t>dificultăți</w:t>
      </w:r>
      <w:proofErr w:type="spellEnd"/>
      <w:r w:rsidRPr="0025334A">
        <w:t xml:space="preserve"> de </w:t>
      </w:r>
      <w:proofErr w:type="spellStart"/>
      <w:r w:rsidRPr="0025334A">
        <w:t>masticație</w:t>
      </w:r>
      <w:proofErr w:type="spellEnd"/>
      <w:r w:rsidRPr="0025334A">
        <w:t xml:space="preserve"> </w:t>
      </w:r>
      <w:proofErr w:type="spellStart"/>
      <w:r w:rsidRPr="0025334A">
        <w:t>sau</w:t>
      </w:r>
      <w:proofErr w:type="spellEnd"/>
      <w:r w:rsidRPr="0025334A">
        <w:t xml:space="preserve"> </w:t>
      </w:r>
      <w:proofErr w:type="spellStart"/>
      <w:r w:rsidRPr="0025334A">
        <w:t>deglutiție</w:t>
      </w:r>
      <w:proofErr w:type="spellEnd"/>
      <w:r w:rsidRPr="0025334A">
        <w:t xml:space="preserve"> se </w:t>
      </w:r>
      <w:proofErr w:type="spellStart"/>
      <w:r w:rsidRPr="0025334A">
        <w:t>asigură</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preparate </w:t>
      </w:r>
      <w:proofErr w:type="spellStart"/>
      <w:r w:rsidRPr="0025334A">
        <w:t>semilichide</w:t>
      </w:r>
      <w:proofErr w:type="spellEnd"/>
      <w:r w:rsidRPr="0025334A">
        <w:t xml:space="preserve">, </w:t>
      </w:r>
      <w:proofErr w:type="spellStart"/>
      <w:r w:rsidRPr="0025334A">
        <w:t>pasate</w:t>
      </w:r>
      <w:proofErr w:type="spellEnd"/>
      <w:r w:rsidRPr="0025334A">
        <w:t xml:space="preserve">, </w:t>
      </w:r>
      <w:proofErr w:type="spellStart"/>
      <w:r w:rsidRPr="0025334A">
        <w:t>tocate</w:t>
      </w:r>
      <w:proofErr w:type="spellEnd"/>
      <w:r w:rsidRPr="0025334A">
        <w:t xml:space="preserve"> </w:t>
      </w:r>
      <w:proofErr w:type="spellStart"/>
      <w:r w:rsidRPr="0025334A">
        <w:t>sau</w:t>
      </w:r>
      <w:proofErr w:type="spellEnd"/>
      <w:r w:rsidRPr="0025334A">
        <w:t xml:space="preserve"> cu </w:t>
      </w:r>
      <w:proofErr w:type="spellStart"/>
      <w:r w:rsidRPr="0025334A">
        <w:t>consistență</w:t>
      </w:r>
      <w:proofErr w:type="spellEnd"/>
      <w:r w:rsidRPr="0025334A">
        <w:t xml:space="preserve"> </w:t>
      </w:r>
      <w:proofErr w:type="spellStart"/>
      <w:r w:rsidRPr="0025334A">
        <w:t>modificată</w:t>
      </w:r>
      <w:proofErr w:type="spellEnd"/>
      <w:r w:rsidRPr="0025334A">
        <w:t xml:space="preserve">. </w:t>
      </w:r>
      <w:proofErr w:type="spellStart"/>
      <w:r w:rsidRPr="0025334A">
        <w:t>Acestea</w:t>
      </w:r>
      <w:proofErr w:type="spellEnd"/>
      <w:r w:rsidRPr="0025334A">
        <w:t xml:space="preserve"> se </w:t>
      </w:r>
      <w:proofErr w:type="spellStart"/>
      <w:r w:rsidRPr="0025334A">
        <w:t>prepară</w:t>
      </w:r>
      <w:proofErr w:type="spellEnd"/>
      <w:r w:rsidRPr="0025334A">
        <w:t xml:space="preserve"> distinct </w:t>
      </w:r>
      <w:proofErr w:type="spellStart"/>
      <w:r w:rsidRPr="0025334A">
        <w:t>și</w:t>
      </w:r>
      <w:proofErr w:type="spellEnd"/>
      <w:r w:rsidRPr="0025334A">
        <w:t xml:space="preserve"> se </w:t>
      </w:r>
      <w:proofErr w:type="spellStart"/>
      <w:r w:rsidRPr="0025334A">
        <w:t>identifică</w:t>
      </w:r>
      <w:proofErr w:type="spellEnd"/>
      <w:r w:rsidRPr="0025334A">
        <w:t xml:space="preserve"> </w:t>
      </w:r>
      <w:proofErr w:type="spellStart"/>
      <w:r w:rsidRPr="0025334A">
        <w:t>clar</w:t>
      </w:r>
      <w:proofErr w:type="spellEnd"/>
      <w:r w:rsidRPr="0025334A">
        <w:t xml:space="preserve">, </w:t>
      </w:r>
      <w:proofErr w:type="spellStart"/>
      <w:r w:rsidRPr="0025334A">
        <w:t>astfel</w:t>
      </w:r>
      <w:proofErr w:type="spellEnd"/>
      <w:r w:rsidRPr="0025334A">
        <w:t xml:space="preserve"> </w:t>
      </w:r>
      <w:proofErr w:type="spellStart"/>
      <w:r w:rsidRPr="0025334A">
        <w:t>încât</w:t>
      </w:r>
      <w:proofErr w:type="spellEnd"/>
      <w:r w:rsidRPr="0025334A">
        <w:t xml:space="preserve"> </w:t>
      </w:r>
      <w:proofErr w:type="spellStart"/>
      <w:r w:rsidRPr="0025334A">
        <w:t>textura</w:t>
      </w:r>
      <w:proofErr w:type="spellEnd"/>
      <w:r w:rsidRPr="0025334A">
        <w:t xml:space="preserve"> </w:t>
      </w:r>
      <w:proofErr w:type="spellStart"/>
      <w:r w:rsidRPr="0025334A">
        <w:t>să</w:t>
      </w:r>
      <w:proofErr w:type="spellEnd"/>
      <w:r w:rsidRPr="0025334A">
        <w:t xml:space="preserve"> fie </w:t>
      </w:r>
      <w:proofErr w:type="spellStart"/>
      <w:r w:rsidRPr="0025334A">
        <w:t>sigură</w:t>
      </w:r>
      <w:proofErr w:type="spellEnd"/>
      <w:r w:rsidRPr="0025334A">
        <w:t xml:space="preserve"> </w:t>
      </w:r>
      <w:proofErr w:type="spellStart"/>
      <w:r w:rsidRPr="0025334A">
        <w:t>și</w:t>
      </w:r>
      <w:proofErr w:type="spellEnd"/>
      <w:r w:rsidRPr="0025334A">
        <w:t xml:space="preserve"> </w:t>
      </w:r>
      <w:proofErr w:type="spellStart"/>
      <w:r w:rsidRPr="0025334A">
        <w:t>corespunzătoare</w:t>
      </w:r>
      <w:proofErr w:type="spellEnd"/>
      <w:r w:rsidRPr="0025334A">
        <w:t xml:space="preserve"> </w:t>
      </w:r>
      <w:proofErr w:type="spellStart"/>
      <w:r w:rsidRPr="0025334A">
        <w:t>recomandării</w:t>
      </w:r>
      <w:proofErr w:type="spellEnd"/>
      <w:r w:rsidRPr="0025334A">
        <w:t xml:space="preserve"> </w:t>
      </w:r>
      <w:proofErr w:type="spellStart"/>
      <w:r w:rsidRPr="0025334A">
        <w:t>comunicate</w:t>
      </w:r>
      <w:proofErr w:type="spellEnd"/>
      <w:r w:rsidRPr="0025334A">
        <w:t>.</w:t>
      </w:r>
    </w:p>
    <w:p w14:paraId="377DBEE2" w14:textId="07D93559" w:rsidR="000C4CB5" w:rsidRPr="0025334A" w:rsidRDefault="004E746A">
      <w:pPr>
        <w:spacing w:after="50" w:line="247" w:lineRule="auto"/>
      </w:pPr>
      <w:proofErr w:type="spellStart"/>
      <w:r w:rsidRPr="0025334A">
        <w:t>Meniurile</w:t>
      </w:r>
      <w:proofErr w:type="spellEnd"/>
      <w:r w:rsidRPr="0025334A">
        <w:t xml:space="preserve"> de </w:t>
      </w:r>
      <w:proofErr w:type="spellStart"/>
      <w:r w:rsidRPr="0025334A">
        <w:t>regim</w:t>
      </w:r>
      <w:proofErr w:type="spellEnd"/>
      <w:r w:rsidRPr="0025334A">
        <w:t xml:space="preserve"> se </w:t>
      </w:r>
      <w:proofErr w:type="spellStart"/>
      <w:r w:rsidRPr="0025334A">
        <w:t>realizează</w:t>
      </w:r>
      <w:proofErr w:type="spellEnd"/>
      <w:r w:rsidRPr="0025334A">
        <w:t xml:space="preserve"> </w:t>
      </w:r>
      <w:proofErr w:type="spellStart"/>
      <w:r w:rsidRPr="0025334A">
        <w:t>prin</w:t>
      </w:r>
      <w:proofErr w:type="spellEnd"/>
      <w:r w:rsidR="0025334A" w:rsidRPr="0025334A">
        <w:t xml:space="preserve"> </w:t>
      </w:r>
      <w:proofErr w:type="spellStart"/>
      <w:r w:rsidR="0025334A" w:rsidRPr="0025334A">
        <w:rPr>
          <w:rFonts w:cs="Times New Roman"/>
          <w:szCs w:val="24"/>
        </w:rPr>
        <w:t>adaptarea</w:t>
      </w:r>
      <w:proofErr w:type="spellEnd"/>
      <w:r w:rsidR="0025334A" w:rsidRPr="0025334A">
        <w:rPr>
          <w:rFonts w:cs="Times New Roman"/>
          <w:szCs w:val="24"/>
        </w:rPr>
        <w:t xml:space="preserve"> </w:t>
      </w:r>
      <w:proofErr w:type="spellStart"/>
      <w:r w:rsidR="0025334A" w:rsidRPr="0025334A">
        <w:rPr>
          <w:rFonts w:cs="Times New Roman"/>
          <w:szCs w:val="24"/>
        </w:rPr>
        <w:t>r</w:t>
      </w:r>
      <w:r w:rsidRPr="0025334A">
        <w:t>ețet</w:t>
      </w:r>
      <w:r w:rsidR="0025334A" w:rsidRPr="0025334A">
        <w:t>elor</w:t>
      </w:r>
      <w:proofErr w:type="spellEnd"/>
      <w:r w:rsidRPr="0025334A">
        <w:t xml:space="preserve">, </w:t>
      </w:r>
      <w:proofErr w:type="spellStart"/>
      <w:r w:rsidRPr="0025334A">
        <w:t>menținând</w:t>
      </w:r>
      <w:proofErr w:type="spellEnd"/>
      <w:r w:rsidRPr="0025334A">
        <w:t xml:space="preserve"> </w:t>
      </w:r>
      <w:proofErr w:type="spellStart"/>
      <w:r w:rsidRPr="0025334A">
        <w:t>aportul</w:t>
      </w:r>
      <w:proofErr w:type="spellEnd"/>
      <w:r w:rsidRPr="0025334A">
        <w:t xml:space="preserve"> </w:t>
      </w:r>
      <w:proofErr w:type="spellStart"/>
      <w:r w:rsidRPr="0025334A">
        <w:t>nutrițional</w:t>
      </w:r>
      <w:proofErr w:type="spellEnd"/>
      <w:r w:rsidRPr="0025334A">
        <w:t xml:space="preserve"> </w:t>
      </w:r>
      <w:proofErr w:type="spellStart"/>
      <w:r w:rsidRPr="0025334A">
        <w:t>adecvat</w:t>
      </w:r>
      <w:proofErr w:type="spellEnd"/>
      <w:r w:rsidRPr="0025334A">
        <w:t xml:space="preserve"> </w:t>
      </w:r>
      <w:proofErr w:type="spellStart"/>
      <w:r w:rsidRPr="0025334A">
        <w:t>și</w:t>
      </w:r>
      <w:proofErr w:type="spellEnd"/>
      <w:r w:rsidRPr="0025334A">
        <w:t xml:space="preserve"> </w:t>
      </w:r>
      <w:proofErr w:type="spellStart"/>
      <w:r w:rsidRPr="0025334A">
        <w:t>respectând</w:t>
      </w:r>
      <w:proofErr w:type="spellEnd"/>
      <w:r w:rsidRPr="0025334A">
        <w:t xml:space="preserve"> </w:t>
      </w:r>
      <w:proofErr w:type="spellStart"/>
      <w:r w:rsidRPr="0025334A">
        <w:t>restricțiile</w:t>
      </w:r>
      <w:proofErr w:type="spellEnd"/>
      <w:r w:rsidRPr="0025334A">
        <w:t xml:space="preserve"> </w:t>
      </w:r>
      <w:proofErr w:type="spellStart"/>
      <w:r w:rsidRPr="0025334A">
        <w:t>specifice</w:t>
      </w:r>
      <w:proofErr w:type="spellEnd"/>
      <w:r w:rsidRPr="0025334A">
        <w:t xml:space="preserve">. </w:t>
      </w:r>
      <w:proofErr w:type="spellStart"/>
      <w:r w:rsidRPr="0025334A">
        <w:t>Porțiile</w:t>
      </w:r>
      <w:proofErr w:type="spellEnd"/>
      <w:r w:rsidRPr="0025334A">
        <w:t xml:space="preserve"> sunt </w:t>
      </w:r>
      <w:proofErr w:type="spellStart"/>
      <w:r w:rsidRPr="0025334A">
        <w:t>ambalate</w:t>
      </w:r>
      <w:proofErr w:type="spellEnd"/>
      <w:r w:rsidRPr="0025334A">
        <w:t xml:space="preserve"> </w:t>
      </w:r>
      <w:proofErr w:type="spellStart"/>
      <w:r w:rsidRPr="0025334A">
        <w:t>și</w:t>
      </w:r>
      <w:proofErr w:type="spellEnd"/>
      <w:r w:rsidRPr="0025334A">
        <w:t xml:space="preserve"> </w:t>
      </w:r>
      <w:proofErr w:type="spellStart"/>
      <w:r w:rsidRPr="0025334A">
        <w:t>etichetate</w:t>
      </w:r>
      <w:proofErr w:type="spellEnd"/>
      <w:r w:rsidRPr="0025334A">
        <w:t xml:space="preserve"> distinct </w:t>
      </w:r>
      <w:proofErr w:type="spellStart"/>
      <w:r w:rsidRPr="0025334A">
        <w:t>pentru</w:t>
      </w:r>
      <w:proofErr w:type="spellEnd"/>
      <w:r w:rsidRPr="0025334A">
        <w:t xml:space="preserve"> </w:t>
      </w:r>
      <w:proofErr w:type="spellStart"/>
      <w:r w:rsidRPr="0025334A">
        <w:t>prevenirea</w:t>
      </w:r>
      <w:proofErr w:type="spellEnd"/>
      <w:r w:rsidRPr="0025334A">
        <w:t xml:space="preserve"> </w:t>
      </w:r>
      <w:proofErr w:type="spellStart"/>
      <w:r w:rsidRPr="0025334A">
        <w:t>substituirii</w:t>
      </w:r>
      <w:proofErr w:type="spellEnd"/>
      <w:r w:rsidRPr="0025334A">
        <w:t xml:space="preserve"> </w:t>
      </w:r>
      <w:proofErr w:type="spellStart"/>
      <w:r w:rsidRPr="0025334A">
        <w:t>și</w:t>
      </w:r>
      <w:proofErr w:type="spellEnd"/>
      <w:r w:rsidRPr="0025334A">
        <w:t xml:space="preserve"> </w:t>
      </w:r>
      <w:proofErr w:type="spellStart"/>
      <w:r w:rsidRPr="0025334A">
        <w:t>contaminării</w:t>
      </w:r>
      <w:proofErr w:type="spellEnd"/>
      <w:r w:rsidRPr="0025334A">
        <w:t xml:space="preserve"> </w:t>
      </w:r>
      <w:proofErr w:type="spellStart"/>
      <w:r w:rsidRPr="0025334A">
        <w:t>încrucișate</w:t>
      </w:r>
      <w:proofErr w:type="spellEnd"/>
      <w:r w:rsidRPr="0025334A">
        <w:t>.</w:t>
      </w:r>
    </w:p>
    <w:p w14:paraId="1F8A2B79" w14:textId="2C60C017" w:rsidR="0025334A" w:rsidRPr="0025334A" w:rsidRDefault="0025334A" w:rsidP="0025334A">
      <w:pPr>
        <w:pStyle w:val="Caption"/>
        <w:keepNext/>
        <w:ind w:firstLine="0"/>
        <w:rPr>
          <w:b w:val="0"/>
          <w:bCs w:val="0"/>
          <w:i/>
          <w:iCs/>
          <w:color w:val="auto"/>
          <w:sz w:val="20"/>
          <w:szCs w:val="20"/>
        </w:rPr>
      </w:pPr>
      <w:proofErr w:type="spellStart"/>
      <w:r w:rsidRPr="0025334A">
        <w:rPr>
          <w:b w:val="0"/>
          <w:bCs w:val="0"/>
          <w:i/>
          <w:iCs/>
          <w:color w:val="auto"/>
          <w:sz w:val="20"/>
          <w:szCs w:val="20"/>
        </w:rPr>
        <w:lastRenderedPageBreak/>
        <w:t>Distribuția</w:t>
      </w:r>
      <w:proofErr w:type="spellEnd"/>
      <w:r w:rsidRPr="0025334A">
        <w:rPr>
          <w:b w:val="0"/>
          <w:bCs w:val="0"/>
          <w:i/>
          <w:iCs/>
          <w:color w:val="auto"/>
          <w:sz w:val="20"/>
          <w:szCs w:val="20"/>
        </w:rPr>
        <w:t xml:space="preserve"> </w:t>
      </w:r>
      <w:proofErr w:type="spellStart"/>
      <w:r w:rsidRPr="0025334A">
        <w:rPr>
          <w:b w:val="0"/>
          <w:bCs w:val="0"/>
          <w:i/>
          <w:iCs/>
          <w:color w:val="auto"/>
          <w:sz w:val="20"/>
          <w:szCs w:val="20"/>
        </w:rPr>
        <w:t>estimativă</w:t>
      </w:r>
      <w:proofErr w:type="spellEnd"/>
      <w:r w:rsidRPr="0025334A">
        <w:rPr>
          <w:b w:val="0"/>
          <w:bCs w:val="0"/>
          <w:i/>
          <w:iCs/>
          <w:color w:val="auto"/>
          <w:sz w:val="20"/>
          <w:szCs w:val="20"/>
        </w:rPr>
        <w:t xml:space="preserve"> a </w:t>
      </w:r>
      <w:proofErr w:type="spellStart"/>
      <w:r w:rsidRPr="0025334A">
        <w:rPr>
          <w:b w:val="0"/>
          <w:bCs w:val="0"/>
          <w:i/>
          <w:iCs/>
          <w:color w:val="auto"/>
          <w:sz w:val="20"/>
          <w:szCs w:val="20"/>
        </w:rPr>
        <w:t>regimurilor</w:t>
      </w:r>
      <w:proofErr w:type="spellEnd"/>
    </w:p>
    <w:tbl>
      <w:tblPr>
        <w:tblStyle w:val="TableGrid"/>
        <w:tblW w:w="0" w:type="auto"/>
        <w:jc w:val="center"/>
        <w:tblLook w:val="04A0" w:firstRow="1" w:lastRow="0" w:firstColumn="1" w:lastColumn="0" w:noHBand="0" w:noVBand="1"/>
      </w:tblPr>
      <w:tblGrid>
        <w:gridCol w:w="1965"/>
        <w:gridCol w:w="1722"/>
        <w:gridCol w:w="5563"/>
        <w:gridCol w:w="718"/>
      </w:tblGrid>
      <w:tr w:rsidR="0025334A" w:rsidRPr="0025334A" w14:paraId="72670944" w14:textId="31AEA007" w:rsidTr="00213777">
        <w:trPr>
          <w:tblHeader/>
          <w:jc w:val="center"/>
        </w:trPr>
        <w:tc>
          <w:tcPr>
            <w:tcW w:w="0" w:type="auto"/>
            <w:vAlign w:val="center"/>
          </w:tcPr>
          <w:p w14:paraId="6E10C3EF" w14:textId="77777777" w:rsidR="0025334A" w:rsidRPr="0025334A" w:rsidRDefault="0025334A" w:rsidP="0025334A">
            <w:pPr>
              <w:ind w:firstLine="0"/>
              <w:jc w:val="center"/>
              <w:rPr>
                <w:sz w:val="22"/>
                <w:szCs w:val="24"/>
              </w:rPr>
            </w:pPr>
            <w:proofErr w:type="spellStart"/>
            <w:r w:rsidRPr="0025334A">
              <w:rPr>
                <w:b/>
                <w:sz w:val="22"/>
                <w:szCs w:val="24"/>
              </w:rPr>
              <w:t>Centru</w:t>
            </w:r>
            <w:proofErr w:type="spellEnd"/>
          </w:p>
        </w:tc>
        <w:tc>
          <w:tcPr>
            <w:tcW w:w="0" w:type="auto"/>
            <w:vAlign w:val="center"/>
          </w:tcPr>
          <w:p w14:paraId="14398DE1" w14:textId="77777777" w:rsidR="0025334A" w:rsidRPr="0025334A" w:rsidRDefault="0025334A" w:rsidP="00213777">
            <w:pPr>
              <w:ind w:firstLine="0"/>
              <w:jc w:val="center"/>
              <w:rPr>
                <w:sz w:val="22"/>
                <w:szCs w:val="24"/>
              </w:rPr>
            </w:pPr>
            <w:proofErr w:type="spellStart"/>
            <w:r w:rsidRPr="0025334A">
              <w:rPr>
                <w:b/>
                <w:sz w:val="22"/>
                <w:szCs w:val="24"/>
              </w:rPr>
              <w:t>Meniu</w:t>
            </w:r>
            <w:proofErr w:type="spellEnd"/>
            <w:r w:rsidRPr="0025334A">
              <w:rPr>
                <w:b/>
                <w:sz w:val="22"/>
                <w:szCs w:val="24"/>
              </w:rPr>
              <w:t xml:space="preserve"> standard </w:t>
            </w:r>
            <w:proofErr w:type="spellStart"/>
            <w:r w:rsidRPr="0025334A">
              <w:rPr>
                <w:b/>
                <w:sz w:val="22"/>
                <w:szCs w:val="24"/>
              </w:rPr>
              <w:t>estimat</w:t>
            </w:r>
            <w:proofErr w:type="spellEnd"/>
          </w:p>
        </w:tc>
        <w:tc>
          <w:tcPr>
            <w:tcW w:w="0" w:type="auto"/>
            <w:vAlign w:val="center"/>
          </w:tcPr>
          <w:p w14:paraId="7F04B37F" w14:textId="68FFE73C" w:rsidR="0025334A" w:rsidRPr="0025334A" w:rsidRDefault="009B58E3" w:rsidP="0025334A">
            <w:pPr>
              <w:ind w:firstLine="0"/>
              <w:jc w:val="center"/>
              <w:rPr>
                <w:sz w:val="22"/>
                <w:szCs w:val="24"/>
              </w:rPr>
            </w:pPr>
            <w:proofErr w:type="spellStart"/>
            <w:r>
              <w:rPr>
                <w:b/>
                <w:sz w:val="22"/>
                <w:szCs w:val="24"/>
              </w:rPr>
              <w:t>Meniu</w:t>
            </w:r>
            <w:proofErr w:type="spellEnd"/>
            <w:r>
              <w:rPr>
                <w:b/>
                <w:sz w:val="22"/>
                <w:szCs w:val="24"/>
              </w:rPr>
              <w:t xml:space="preserve"> </w:t>
            </w:r>
            <w:proofErr w:type="spellStart"/>
            <w:r w:rsidR="00213777">
              <w:rPr>
                <w:b/>
                <w:sz w:val="22"/>
                <w:szCs w:val="24"/>
              </w:rPr>
              <w:t>r</w:t>
            </w:r>
            <w:r w:rsidR="0025334A" w:rsidRPr="0025334A">
              <w:rPr>
                <w:b/>
                <w:sz w:val="22"/>
                <w:szCs w:val="24"/>
              </w:rPr>
              <w:t>egimuri</w:t>
            </w:r>
            <w:proofErr w:type="spellEnd"/>
            <w:r>
              <w:rPr>
                <w:b/>
                <w:sz w:val="22"/>
                <w:szCs w:val="24"/>
              </w:rPr>
              <w:t xml:space="preserve"> </w:t>
            </w:r>
            <w:r w:rsidR="0025334A" w:rsidRPr="0025334A">
              <w:rPr>
                <w:b/>
                <w:sz w:val="22"/>
                <w:szCs w:val="24"/>
              </w:rPr>
              <w:t xml:space="preserve"> </w:t>
            </w:r>
            <w:proofErr w:type="spellStart"/>
            <w:r w:rsidR="0025334A" w:rsidRPr="0025334A">
              <w:rPr>
                <w:b/>
                <w:sz w:val="22"/>
                <w:szCs w:val="24"/>
              </w:rPr>
              <w:t>speciale</w:t>
            </w:r>
            <w:proofErr w:type="spellEnd"/>
            <w:r w:rsidR="0025334A" w:rsidRPr="0025334A">
              <w:rPr>
                <w:b/>
                <w:sz w:val="22"/>
                <w:szCs w:val="24"/>
              </w:rPr>
              <w:t xml:space="preserve"> estimate la data </w:t>
            </w:r>
            <w:proofErr w:type="spellStart"/>
            <w:r w:rsidR="0025334A" w:rsidRPr="0025334A">
              <w:rPr>
                <w:b/>
                <w:sz w:val="22"/>
                <w:szCs w:val="24"/>
              </w:rPr>
              <w:t>fundamentării</w:t>
            </w:r>
            <w:proofErr w:type="spellEnd"/>
          </w:p>
        </w:tc>
        <w:tc>
          <w:tcPr>
            <w:tcW w:w="0" w:type="auto"/>
            <w:vAlign w:val="center"/>
          </w:tcPr>
          <w:p w14:paraId="35A40437" w14:textId="4FD26EC0" w:rsidR="0025334A" w:rsidRPr="0025334A" w:rsidRDefault="0025334A" w:rsidP="00213777">
            <w:pPr>
              <w:ind w:firstLine="0"/>
              <w:jc w:val="center"/>
              <w:rPr>
                <w:b/>
                <w:sz w:val="22"/>
                <w:szCs w:val="24"/>
              </w:rPr>
            </w:pPr>
            <w:r w:rsidRPr="0025334A">
              <w:rPr>
                <w:b/>
                <w:sz w:val="22"/>
                <w:szCs w:val="28"/>
              </w:rPr>
              <w:t>Total</w:t>
            </w:r>
          </w:p>
        </w:tc>
      </w:tr>
      <w:tr w:rsidR="0025334A" w:rsidRPr="0025334A" w14:paraId="18019B15" w14:textId="4C6DFBF2" w:rsidTr="00213777">
        <w:trPr>
          <w:jc w:val="center"/>
        </w:trPr>
        <w:tc>
          <w:tcPr>
            <w:tcW w:w="0" w:type="auto"/>
            <w:vAlign w:val="center"/>
          </w:tcPr>
          <w:p w14:paraId="75DB78E6" w14:textId="77777777" w:rsidR="0025334A" w:rsidRPr="0025334A" w:rsidRDefault="0025334A" w:rsidP="0025334A">
            <w:pPr>
              <w:ind w:firstLine="0"/>
              <w:jc w:val="left"/>
              <w:rPr>
                <w:sz w:val="22"/>
                <w:szCs w:val="24"/>
              </w:rPr>
            </w:pPr>
            <w:proofErr w:type="spellStart"/>
            <w:r w:rsidRPr="0025334A">
              <w:rPr>
                <w:sz w:val="22"/>
                <w:szCs w:val="24"/>
              </w:rPr>
              <w:t>Centrele</w:t>
            </w:r>
            <w:proofErr w:type="spellEnd"/>
            <w:r w:rsidRPr="0025334A">
              <w:rPr>
                <w:sz w:val="22"/>
                <w:szCs w:val="24"/>
              </w:rPr>
              <w:t xml:space="preserve"> Maternal </w:t>
            </w:r>
            <w:proofErr w:type="spellStart"/>
            <w:r w:rsidRPr="0025334A">
              <w:rPr>
                <w:sz w:val="22"/>
                <w:szCs w:val="24"/>
              </w:rPr>
              <w:t>și</w:t>
            </w:r>
            <w:proofErr w:type="spellEnd"/>
            <w:r w:rsidRPr="0025334A">
              <w:rPr>
                <w:sz w:val="22"/>
                <w:szCs w:val="24"/>
              </w:rPr>
              <w:t xml:space="preserve"> Artemis</w:t>
            </w:r>
          </w:p>
        </w:tc>
        <w:tc>
          <w:tcPr>
            <w:tcW w:w="0" w:type="auto"/>
            <w:vAlign w:val="center"/>
          </w:tcPr>
          <w:p w14:paraId="7FBA11DA" w14:textId="77777777" w:rsidR="0025334A" w:rsidRPr="0025334A" w:rsidRDefault="0025334A" w:rsidP="00213777">
            <w:pPr>
              <w:ind w:firstLine="0"/>
              <w:jc w:val="center"/>
              <w:rPr>
                <w:sz w:val="22"/>
                <w:szCs w:val="24"/>
              </w:rPr>
            </w:pPr>
            <w:r w:rsidRPr="0025334A">
              <w:rPr>
                <w:sz w:val="22"/>
                <w:szCs w:val="24"/>
              </w:rPr>
              <w:t>32</w:t>
            </w:r>
          </w:p>
        </w:tc>
        <w:tc>
          <w:tcPr>
            <w:tcW w:w="0" w:type="auto"/>
            <w:vAlign w:val="center"/>
          </w:tcPr>
          <w:p w14:paraId="204BD39B" w14:textId="77777777" w:rsidR="0025334A" w:rsidRPr="0025334A" w:rsidRDefault="0025334A" w:rsidP="0025334A">
            <w:pPr>
              <w:ind w:firstLine="0"/>
              <w:jc w:val="left"/>
              <w:rPr>
                <w:sz w:val="22"/>
                <w:szCs w:val="24"/>
              </w:rPr>
            </w:pPr>
            <w:proofErr w:type="spellStart"/>
            <w:r w:rsidRPr="0025334A">
              <w:rPr>
                <w:sz w:val="22"/>
                <w:szCs w:val="24"/>
              </w:rPr>
              <w:t>Adaptări</w:t>
            </w:r>
            <w:proofErr w:type="spellEnd"/>
            <w:r w:rsidRPr="0025334A">
              <w:rPr>
                <w:sz w:val="22"/>
                <w:szCs w:val="24"/>
              </w:rPr>
              <w:t xml:space="preserve"> </w:t>
            </w:r>
            <w:proofErr w:type="spellStart"/>
            <w:r w:rsidRPr="0025334A">
              <w:rPr>
                <w:sz w:val="22"/>
                <w:szCs w:val="24"/>
              </w:rPr>
              <w:t>pentru</w:t>
            </w:r>
            <w:proofErr w:type="spellEnd"/>
            <w:r w:rsidRPr="0025334A">
              <w:rPr>
                <w:sz w:val="22"/>
                <w:szCs w:val="24"/>
              </w:rPr>
              <w:t xml:space="preserve"> </w:t>
            </w:r>
            <w:proofErr w:type="spellStart"/>
            <w:r w:rsidRPr="0025334A">
              <w:rPr>
                <w:sz w:val="22"/>
                <w:szCs w:val="24"/>
              </w:rPr>
              <w:t>mame</w:t>
            </w:r>
            <w:proofErr w:type="spellEnd"/>
            <w:r w:rsidRPr="0025334A">
              <w:rPr>
                <w:sz w:val="22"/>
                <w:szCs w:val="24"/>
              </w:rPr>
              <w:t xml:space="preserve"> </w:t>
            </w:r>
            <w:proofErr w:type="spellStart"/>
            <w:r w:rsidRPr="0025334A">
              <w:rPr>
                <w:sz w:val="22"/>
                <w:szCs w:val="24"/>
              </w:rPr>
              <w:t>și</w:t>
            </w:r>
            <w:proofErr w:type="spellEnd"/>
            <w:r w:rsidRPr="0025334A">
              <w:rPr>
                <w:sz w:val="22"/>
                <w:szCs w:val="24"/>
              </w:rPr>
              <w:t xml:space="preserve"> </w:t>
            </w:r>
            <w:proofErr w:type="spellStart"/>
            <w:r w:rsidRPr="0025334A">
              <w:rPr>
                <w:sz w:val="22"/>
                <w:szCs w:val="24"/>
              </w:rPr>
              <w:t>copii</w:t>
            </w:r>
            <w:proofErr w:type="spellEnd"/>
            <w:r w:rsidRPr="0025334A">
              <w:rPr>
                <w:sz w:val="22"/>
                <w:szCs w:val="24"/>
              </w:rPr>
              <w:t xml:space="preserve">, </w:t>
            </w:r>
            <w:proofErr w:type="spellStart"/>
            <w:r w:rsidRPr="0025334A">
              <w:rPr>
                <w:sz w:val="22"/>
                <w:szCs w:val="24"/>
              </w:rPr>
              <w:t>inclusiv</w:t>
            </w:r>
            <w:proofErr w:type="spellEnd"/>
            <w:r w:rsidRPr="0025334A">
              <w:rPr>
                <w:sz w:val="22"/>
                <w:szCs w:val="24"/>
              </w:rPr>
              <w:t xml:space="preserve"> </w:t>
            </w:r>
            <w:proofErr w:type="spellStart"/>
            <w:r w:rsidRPr="0025334A">
              <w:rPr>
                <w:sz w:val="22"/>
                <w:szCs w:val="24"/>
              </w:rPr>
              <w:t>texturi</w:t>
            </w:r>
            <w:proofErr w:type="spellEnd"/>
            <w:r w:rsidRPr="0025334A">
              <w:rPr>
                <w:sz w:val="22"/>
                <w:szCs w:val="24"/>
              </w:rPr>
              <w:t xml:space="preserve"> </w:t>
            </w:r>
            <w:proofErr w:type="spellStart"/>
            <w:r w:rsidRPr="0025334A">
              <w:rPr>
                <w:sz w:val="22"/>
                <w:szCs w:val="24"/>
              </w:rPr>
              <w:t>pentru</w:t>
            </w:r>
            <w:proofErr w:type="spellEnd"/>
            <w:r w:rsidRPr="0025334A">
              <w:rPr>
                <w:sz w:val="22"/>
                <w:szCs w:val="24"/>
              </w:rPr>
              <w:t xml:space="preserve"> </w:t>
            </w:r>
            <w:proofErr w:type="spellStart"/>
            <w:r w:rsidRPr="0025334A">
              <w:rPr>
                <w:sz w:val="22"/>
                <w:szCs w:val="24"/>
              </w:rPr>
              <w:t>sugari</w:t>
            </w:r>
            <w:proofErr w:type="spellEnd"/>
            <w:r w:rsidRPr="0025334A">
              <w:rPr>
                <w:sz w:val="22"/>
                <w:szCs w:val="24"/>
              </w:rPr>
              <w:t>/</w:t>
            </w:r>
            <w:proofErr w:type="spellStart"/>
            <w:r w:rsidRPr="0025334A">
              <w:rPr>
                <w:sz w:val="22"/>
                <w:szCs w:val="24"/>
              </w:rPr>
              <w:t>copii</w:t>
            </w:r>
            <w:proofErr w:type="spellEnd"/>
            <w:r w:rsidRPr="0025334A">
              <w:rPr>
                <w:sz w:val="22"/>
                <w:szCs w:val="24"/>
              </w:rPr>
              <w:t xml:space="preserve"> </w:t>
            </w:r>
            <w:proofErr w:type="spellStart"/>
            <w:r w:rsidRPr="0025334A">
              <w:rPr>
                <w:sz w:val="22"/>
                <w:szCs w:val="24"/>
              </w:rPr>
              <w:t>mici</w:t>
            </w:r>
            <w:proofErr w:type="spellEnd"/>
            <w:r w:rsidRPr="0025334A">
              <w:rPr>
                <w:sz w:val="22"/>
                <w:szCs w:val="24"/>
              </w:rPr>
              <w:t xml:space="preserve">; </w:t>
            </w:r>
            <w:proofErr w:type="spellStart"/>
            <w:r w:rsidRPr="0025334A">
              <w:rPr>
                <w:sz w:val="22"/>
                <w:szCs w:val="24"/>
              </w:rPr>
              <w:t>alte</w:t>
            </w:r>
            <w:proofErr w:type="spellEnd"/>
            <w:r w:rsidRPr="0025334A">
              <w:rPr>
                <w:sz w:val="22"/>
                <w:szCs w:val="24"/>
              </w:rPr>
              <w:t xml:space="preserve"> </w:t>
            </w:r>
            <w:proofErr w:type="spellStart"/>
            <w:r w:rsidRPr="0025334A">
              <w:rPr>
                <w:sz w:val="22"/>
                <w:szCs w:val="24"/>
              </w:rPr>
              <w:t>regimuri</w:t>
            </w:r>
            <w:proofErr w:type="spellEnd"/>
            <w:r w:rsidRPr="0025334A">
              <w:rPr>
                <w:sz w:val="22"/>
                <w:szCs w:val="24"/>
              </w:rPr>
              <w:t xml:space="preserve"> la </w:t>
            </w:r>
            <w:proofErr w:type="spellStart"/>
            <w:r w:rsidRPr="0025334A">
              <w:rPr>
                <w:sz w:val="22"/>
                <w:szCs w:val="24"/>
              </w:rPr>
              <w:t>recomandare</w:t>
            </w:r>
            <w:proofErr w:type="spellEnd"/>
            <w:r w:rsidRPr="0025334A">
              <w:rPr>
                <w:sz w:val="22"/>
                <w:szCs w:val="24"/>
              </w:rPr>
              <w:t xml:space="preserve"> </w:t>
            </w:r>
            <w:proofErr w:type="spellStart"/>
            <w:r w:rsidRPr="0025334A">
              <w:rPr>
                <w:sz w:val="22"/>
                <w:szCs w:val="24"/>
              </w:rPr>
              <w:t>medicală</w:t>
            </w:r>
            <w:proofErr w:type="spellEnd"/>
            <w:r w:rsidRPr="0025334A">
              <w:rPr>
                <w:sz w:val="22"/>
                <w:szCs w:val="24"/>
              </w:rPr>
              <w:t>.</w:t>
            </w:r>
          </w:p>
        </w:tc>
        <w:tc>
          <w:tcPr>
            <w:tcW w:w="0" w:type="auto"/>
            <w:vAlign w:val="center"/>
          </w:tcPr>
          <w:p w14:paraId="440EE80E" w14:textId="56EF979C" w:rsidR="0025334A" w:rsidRPr="0025334A" w:rsidRDefault="0025334A" w:rsidP="00213777">
            <w:pPr>
              <w:ind w:firstLine="0"/>
              <w:jc w:val="center"/>
              <w:rPr>
                <w:sz w:val="22"/>
                <w:szCs w:val="24"/>
              </w:rPr>
            </w:pPr>
            <w:r w:rsidRPr="0025334A">
              <w:rPr>
                <w:sz w:val="22"/>
                <w:szCs w:val="28"/>
              </w:rPr>
              <w:t>32</w:t>
            </w:r>
          </w:p>
        </w:tc>
      </w:tr>
      <w:tr w:rsidR="0025334A" w:rsidRPr="0025334A" w14:paraId="5EE250CA" w14:textId="42EF37A5" w:rsidTr="00213777">
        <w:trPr>
          <w:jc w:val="center"/>
        </w:trPr>
        <w:tc>
          <w:tcPr>
            <w:tcW w:w="0" w:type="auto"/>
            <w:vAlign w:val="center"/>
          </w:tcPr>
          <w:p w14:paraId="10A729D5" w14:textId="77777777" w:rsidR="0025334A" w:rsidRPr="0025334A" w:rsidRDefault="0025334A" w:rsidP="0025334A">
            <w:pPr>
              <w:ind w:firstLine="0"/>
              <w:jc w:val="left"/>
              <w:rPr>
                <w:sz w:val="22"/>
                <w:szCs w:val="24"/>
              </w:rPr>
            </w:pPr>
            <w:r w:rsidRPr="0025334A">
              <w:rPr>
                <w:sz w:val="22"/>
                <w:szCs w:val="24"/>
              </w:rPr>
              <w:t>CIAPAD „</w:t>
            </w:r>
            <w:proofErr w:type="spellStart"/>
            <w:r w:rsidRPr="0025334A">
              <w:rPr>
                <w:sz w:val="22"/>
                <w:szCs w:val="24"/>
              </w:rPr>
              <w:t>Condorul</w:t>
            </w:r>
            <w:proofErr w:type="spellEnd"/>
            <w:r w:rsidRPr="0025334A">
              <w:rPr>
                <w:sz w:val="22"/>
                <w:szCs w:val="24"/>
              </w:rPr>
              <w:t>”</w:t>
            </w:r>
          </w:p>
        </w:tc>
        <w:tc>
          <w:tcPr>
            <w:tcW w:w="0" w:type="auto"/>
            <w:vAlign w:val="center"/>
          </w:tcPr>
          <w:p w14:paraId="77FC8281" w14:textId="77777777" w:rsidR="0025334A" w:rsidRPr="0025334A" w:rsidRDefault="0025334A" w:rsidP="00213777">
            <w:pPr>
              <w:ind w:firstLine="0"/>
              <w:jc w:val="center"/>
              <w:rPr>
                <w:sz w:val="22"/>
                <w:szCs w:val="24"/>
              </w:rPr>
            </w:pPr>
            <w:r w:rsidRPr="0025334A">
              <w:rPr>
                <w:sz w:val="22"/>
                <w:szCs w:val="24"/>
              </w:rPr>
              <w:t>29</w:t>
            </w:r>
          </w:p>
        </w:tc>
        <w:tc>
          <w:tcPr>
            <w:tcW w:w="0" w:type="auto"/>
            <w:vAlign w:val="center"/>
          </w:tcPr>
          <w:p w14:paraId="2D277C8F" w14:textId="77777777" w:rsidR="0025334A" w:rsidRPr="0025334A" w:rsidRDefault="0025334A" w:rsidP="0025334A">
            <w:pPr>
              <w:ind w:firstLine="0"/>
              <w:jc w:val="left"/>
              <w:rPr>
                <w:sz w:val="22"/>
                <w:szCs w:val="24"/>
              </w:rPr>
            </w:pPr>
            <w:r w:rsidRPr="0025334A">
              <w:rPr>
                <w:sz w:val="22"/>
                <w:szCs w:val="24"/>
              </w:rPr>
              <w:t xml:space="preserve">Hepatic 15; </w:t>
            </w:r>
            <w:proofErr w:type="spellStart"/>
            <w:r w:rsidRPr="0025334A">
              <w:rPr>
                <w:sz w:val="22"/>
                <w:szCs w:val="24"/>
              </w:rPr>
              <w:t>hiposodat</w:t>
            </w:r>
            <w:proofErr w:type="spellEnd"/>
            <w:r w:rsidRPr="0025334A">
              <w:rPr>
                <w:sz w:val="22"/>
                <w:szCs w:val="24"/>
              </w:rPr>
              <w:t xml:space="preserve"> 2; oncologic 1; diabetic 1.</w:t>
            </w:r>
          </w:p>
        </w:tc>
        <w:tc>
          <w:tcPr>
            <w:tcW w:w="0" w:type="auto"/>
            <w:vAlign w:val="center"/>
          </w:tcPr>
          <w:p w14:paraId="31E517FE" w14:textId="40983009" w:rsidR="0025334A" w:rsidRPr="0025334A" w:rsidRDefault="0025334A" w:rsidP="00213777">
            <w:pPr>
              <w:ind w:firstLine="0"/>
              <w:jc w:val="center"/>
              <w:rPr>
                <w:sz w:val="22"/>
                <w:szCs w:val="24"/>
              </w:rPr>
            </w:pPr>
            <w:r w:rsidRPr="0025334A">
              <w:rPr>
                <w:sz w:val="22"/>
                <w:szCs w:val="28"/>
              </w:rPr>
              <w:t>48</w:t>
            </w:r>
          </w:p>
        </w:tc>
      </w:tr>
      <w:tr w:rsidR="0025334A" w:rsidRPr="0025334A" w14:paraId="6BEF55DA" w14:textId="3BEE38E7" w:rsidTr="00213777">
        <w:trPr>
          <w:jc w:val="center"/>
        </w:trPr>
        <w:tc>
          <w:tcPr>
            <w:tcW w:w="0" w:type="auto"/>
            <w:vAlign w:val="center"/>
          </w:tcPr>
          <w:p w14:paraId="2B42433B" w14:textId="77777777" w:rsidR="0025334A" w:rsidRPr="0025334A" w:rsidRDefault="0025334A" w:rsidP="0025334A">
            <w:pPr>
              <w:ind w:firstLine="0"/>
              <w:jc w:val="left"/>
              <w:rPr>
                <w:sz w:val="22"/>
                <w:szCs w:val="24"/>
              </w:rPr>
            </w:pPr>
            <w:r w:rsidRPr="0025334A">
              <w:rPr>
                <w:sz w:val="22"/>
                <w:szCs w:val="24"/>
              </w:rPr>
              <w:t>CIAPAD „Henri Coandă”</w:t>
            </w:r>
          </w:p>
        </w:tc>
        <w:tc>
          <w:tcPr>
            <w:tcW w:w="0" w:type="auto"/>
            <w:vAlign w:val="center"/>
          </w:tcPr>
          <w:p w14:paraId="2819ECDA" w14:textId="77777777" w:rsidR="0025334A" w:rsidRPr="0025334A" w:rsidRDefault="0025334A" w:rsidP="00213777">
            <w:pPr>
              <w:ind w:firstLine="0"/>
              <w:jc w:val="center"/>
              <w:rPr>
                <w:sz w:val="22"/>
                <w:szCs w:val="24"/>
              </w:rPr>
            </w:pPr>
            <w:r w:rsidRPr="0025334A">
              <w:rPr>
                <w:sz w:val="22"/>
                <w:szCs w:val="24"/>
              </w:rPr>
              <w:t>40</w:t>
            </w:r>
          </w:p>
        </w:tc>
        <w:tc>
          <w:tcPr>
            <w:tcW w:w="0" w:type="auto"/>
            <w:vAlign w:val="center"/>
          </w:tcPr>
          <w:p w14:paraId="05A02670" w14:textId="77777777" w:rsidR="0025334A" w:rsidRPr="0025334A" w:rsidRDefault="0025334A" w:rsidP="0025334A">
            <w:pPr>
              <w:ind w:firstLine="0"/>
              <w:jc w:val="left"/>
              <w:rPr>
                <w:sz w:val="22"/>
                <w:szCs w:val="24"/>
              </w:rPr>
            </w:pPr>
            <w:r w:rsidRPr="0025334A">
              <w:rPr>
                <w:sz w:val="22"/>
                <w:szCs w:val="24"/>
              </w:rPr>
              <w:t>Gastric 2; renal 1; hepatic 3; diabetic 4.</w:t>
            </w:r>
          </w:p>
        </w:tc>
        <w:tc>
          <w:tcPr>
            <w:tcW w:w="0" w:type="auto"/>
            <w:vAlign w:val="center"/>
          </w:tcPr>
          <w:p w14:paraId="0279C2F8" w14:textId="2977A67B" w:rsidR="0025334A" w:rsidRPr="0025334A" w:rsidRDefault="0025334A" w:rsidP="00213777">
            <w:pPr>
              <w:ind w:firstLine="0"/>
              <w:jc w:val="center"/>
              <w:rPr>
                <w:sz w:val="22"/>
                <w:szCs w:val="24"/>
              </w:rPr>
            </w:pPr>
            <w:r w:rsidRPr="0025334A">
              <w:rPr>
                <w:sz w:val="22"/>
                <w:szCs w:val="28"/>
              </w:rPr>
              <w:t>50</w:t>
            </w:r>
          </w:p>
        </w:tc>
      </w:tr>
      <w:tr w:rsidR="0025334A" w:rsidRPr="0025334A" w14:paraId="3656D255" w14:textId="38FEBEFB" w:rsidTr="00213777">
        <w:trPr>
          <w:jc w:val="center"/>
        </w:trPr>
        <w:tc>
          <w:tcPr>
            <w:tcW w:w="0" w:type="auto"/>
            <w:vAlign w:val="center"/>
          </w:tcPr>
          <w:p w14:paraId="57BD6AC1" w14:textId="77777777" w:rsidR="0025334A" w:rsidRPr="0025334A" w:rsidRDefault="0025334A" w:rsidP="0025334A">
            <w:pPr>
              <w:ind w:firstLine="0"/>
              <w:jc w:val="left"/>
              <w:rPr>
                <w:b/>
                <w:bCs/>
                <w:sz w:val="22"/>
                <w:szCs w:val="24"/>
              </w:rPr>
            </w:pPr>
            <w:r w:rsidRPr="0025334A">
              <w:rPr>
                <w:b/>
                <w:bCs/>
                <w:sz w:val="22"/>
                <w:szCs w:val="24"/>
              </w:rPr>
              <w:t>TOTAL</w:t>
            </w:r>
          </w:p>
        </w:tc>
        <w:tc>
          <w:tcPr>
            <w:tcW w:w="0" w:type="auto"/>
            <w:vAlign w:val="center"/>
          </w:tcPr>
          <w:p w14:paraId="18B550F2" w14:textId="77777777" w:rsidR="0025334A" w:rsidRPr="0025334A" w:rsidRDefault="0025334A" w:rsidP="00213777">
            <w:pPr>
              <w:ind w:firstLine="0"/>
              <w:jc w:val="center"/>
              <w:rPr>
                <w:b/>
                <w:bCs/>
                <w:sz w:val="22"/>
                <w:szCs w:val="24"/>
              </w:rPr>
            </w:pPr>
            <w:r w:rsidRPr="0025334A">
              <w:rPr>
                <w:b/>
                <w:bCs/>
                <w:sz w:val="22"/>
                <w:szCs w:val="24"/>
              </w:rPr>
              <w:t>101</w:t>
            </w:r>
          </w:p>
        </w:tc>
        <w:tc>
          <w:tcPr>
            <w:tcW w:w="0" w:type="auto"/>
            <w:vAlign w:val="center"/>
          </w:tcPr>
          <w:p w14:paraId="7EEF1DCA" w14:textId="6D0FD9A5" w:rsidR="0025334A" w:rsidRPr="009B58E3" w:rsidRDefault="009B58E3" w:rsidP="009B58E3">
            <w:pPr>
              <w:ind w:firstLine="0"/>
              <w:jc w:val="center"/>
              <w:rPr>
                <w:b/>
                <w:iCs/>
                <w:sz w:val="22"/>
                <w:szCs w:val="24"/>
              </w:rPr>
            </w:pPr>
            <w:r w:rsidRPr="009B58E3">
              <w:rPr>
                <w:b/>
                <w:iCs/>
                <w:sz w:val="22"/>
                <w:szCs w:val="24"/>
              </w:rPr>
              <w:t>29</w:t>
            </w:r>
          </w:p>
        </w:tc>
        <w:tc>
          <w:tcPr>
            <w:tcW w:w="0" w:type="auto"/>
            <w:vAlign w:val="center"/>
          </w:tcPr>
          <w:p w14:paraId="795F7100" w14:textId="6E3A9506" w:rsidR="0025334A" w:rsidRPr="0025334A" w:rsidRDefault="0025334A" w:rsidP="00213777">
            <w:pPr>
              <w:ind w:firstLine="0"/>
              <w:jc w:val="center"/>
              <w:rPr>
                <w:b/>
                <w:bCs/>
                <w:sz w:val="22"/>
                <w:szCs w:val="24"/>
              </w:rPr>
            </w:pPr>
            <w:r w:rsidRPr="0025334A">
              <w:rPr>
                <w:b/>
                <w:bCs/>
                <w:sz w:val="22"/>
                <w:szCs w:val="28"/>
              </w:rPr>
              <w:t>130</w:t>
            </w:r>
          </w:p>
        </w:tc>
      </w:tr>
    </w:tbl>
    <w:p w14:paraId="41DC3922" w14:textId="3888A432" w:rsidR="009B58E3" w:rsidRDefault="009B58E3" w:rsidP="0025334A">
      <w:pPr>
        <w:spacing w:after="50" w:line="247" w:lineRule="auto"/>
        <w:ind w:firstLine="709"/>
      </w:pPr>
      <w:proofErr w:type="spellStart"/>
      <w:r w:rsidRPr="0025334A">
        <w:rPr>
          <w:i/>
          <w:iCs/>
          <w:sz w:val="22"/>
          <w:szCs w:val="24"/>
        </w:rPr>
        <w:t>Distribuția</w:t>
      </w:r>
      <w:proofErr w:type="spellEnd"/>
      <w:r w:rsidRPr="0025334A">
        <w:rPr>
          <w:i/>
          <w:iCs/>
          <w:sz w:val="22"/>
          <w:szCs w:val="24"/>
        </w:rPr>
        <w:t xml:space="preserve"> </w:t>
      </w:r>
      <w:proofErr w:type="spellStart"/>
      <w:r w:rsidRPr="0025334A">
        <w:rPr>
          <w:i/>
          <w:iCs/>
          <w:sz w:val="22"/>
          <w:szCs w:val="24"/>
        </w:rPr>
        <w:t>este</w:t>
      </w:r>
      <w:proofErr w:type="spellEnd"/>
      <w:r w:rsidRPr="0025334A">
        <w:rPr>
          <w:i/>
          <w:iCs/>
          <w:sz w:val="22"/>
          <w:szCs w:val="24"/>
        </w:rPr>
        <w:t xml:space="preserve"> </w:t>
      </w:r>
      <w:proofErr w:type="spellStart"/>
      <w:r w:rsidRPr="0025334A">
        <w:rPr>
          <w:i/>
          <w:iCs/>
          <w:sz w:val="22"/>
          <w:szCs w:val="24"/>
        </w:rPr>
        <w:t>estimativă</w:t>
      </w:r>
      <w:proofErr w:type="spellEnd"/>
      <w:r w:rsidRPr="0025334A">
        <w:rPr>
          <w:i/>
          <w:iCs/>
          <w:sz w:val="22"/>
          <w:szCs w:val="24"/>
        </w:rPr>
        <w:t xml:space="preserve"> </w:t>
      </w:r>
      <w:proofErr w:type="spellStart"/>
      <w:r w:rsidRPr="0025334A">
        <w:rPr>
          <w:i/>
          <w:iCs/>
          <w:sz w:val="22"/>
          <w:szCs w:val="24"/>
        </w:rPr>
        <w:t>și</w:t>
      </w:r>
      <w:proofErr w:type="spellEnd"/>
      <w:r w:rsidRPr="0025334A">
        <w:rPr>
          <w:i/>
          <w:iCs/>
          <w:sz w:val="22"/>
          <w:szCs w:val="24"/>
        </w:rPr>
        <w:t xml:space="preserve"> se </w:t>
      </w:r>
      <w:proofErr w:type="spellStart"/>
      <w:r w:rsidRPr="0025334A">
        <w:rPr>
          <w:i/>
          <w:iCs/>
          <w:sz w:val="22"/>
          <w:szCs w:val="24"/>
        </w:rPr>
        <w:t>actualizează</w:t>
      </w:r>
      <w:proofErr w:type="spellEnd"/>
      <w:r w:rsidRPr="0025334A">
        <w:rPr>
          <w:i/>
          <w:iCs/>
          <w:sz w:val="22"/>
          <w:szCs w:val="24"/>
        </w:rPr>
        <w:t xml:space="preserve"> </w:t>
      </w:r>
      <w:proofErr w:type="spellStart"/>
      <w:r w:rsidRPr="0025334A">
        <w:rPr>
          <w:i/>
          <w:iCs/>
          <w:sz w:val="22"/>
          <w:szCs w:val="24"/>
        </w:rPr>
        <w:t>prin</w:t>
      </w:r>
      <w:proofErr w:type="spellEnd"/>
      <w:r w:rsidRPr="0025334A">
        <w:rPr>
          <w:i/>
          <w:iCs/>
          <w:sz w:val="22"/>
          <w:szCs w:val="24"/>
        </w:rPr>
        <w:t xml:space="preserve"> </w:t>
      </w:r>
      <w:proofErr w:type="spellStart"/>
      <w:r w:rsidRPr="0025334A">
        <w:rPr>
          <w:i/>
          <w:iCs/>
          <w:sz w:val="22"/>
          <w:szCs w:val="24"/>
        </w:rPr>
        <w:t>comandă</w:t>
      </w:r>
      <w:proofErr w:type="spellEnd"/>
      <w:r w:rsidRPr="0025334A">
        <w:rPr>
          <w:i/>
          <w:iCs/>
        </w:rPr>
        <w:t xml:space="preserve"> </w:t>
      </w:r>
      <w:proofErr w:type="spellStart"/>
      <w:r w:rsidRPr="0025334A">
        <w:rPr>
          <w:i/>
          <w:iCs/>
          <w:sz w:val="22"/>
          <w:szCs w:val="24"/>
        </w:rPr>
        <w:t>zilnică</w:t>
      </w:r>
      <w:proofErr w:type="spellEnd"/>
      <w:r w:rsidRPr="0025334A">
        <w:rPr>
          <w:i/>
          <w:iCs/>
          <w:sz w:val="22"/>
          <w:szCs w:val="24"/>
        </w:rPr>
        <w:t xml:space="preserve"> </w:t>
      </w:r>
      <w:proofErr w:type="spellStart"/>
      <w:r w:rsidRPr="0025334A">
        <w:rPr>
          <w:i/>
          <w:iCs/>
          <w:sz w:val="22"/>
          <w:szCs w:val="24"/>
        </w:rPr>
        <w:t>în</w:t>
      </w:r>
      <w:proofErr w:type="spellEnd"/>
      <w:r w:rsidRPr="0025334A">
        <w:rPr>
          <w:i/>
          <w:iCs/>
          <w:sz w:val="22"/>
          <w:szCs w:val="24"/>
        </w:rPr>
        <w:t xml:space="preserve"> </w:t>
      </w:r>
      <w:proofErr w:type="spellStart"/>
      <w:r w:rsidRPr="0025334A">
        <w:rPr>
          <w:i/>
          <w:iCs/>
          <w:sz w:val="22"/>
          <w:szCs w:val="24"/>
        </w:rPr>
        <w:t>baza</w:t>
      </w:r>
      <w:proofErr w:type="spellEnd"/>
      <w:r w:rsidRPr="0025334A">
        <w:rPr>
          <w:i/>
          <w:iCs/>
          <w:sz w:val="22"/>
          <w:szCs w:val="24"/>
        </w:rPr>
        <w:t xml:space="preserve"> </w:t>
      </w:r>
      <w:proofErr w:type="spellStart"/>
      <w:r w:rsidRPr="0025334A">
        <w:rPr>
          <w:i/>
          <w:iCs/>
          <w:sz w:val="22"/>
          <w:szCs w:val="24"/>
        </w:rPr>
        <w:t>situației</w:t>
      </w:r>
      <w:proofErr w:type="spellEnd"/>
      <w:r w:rsidRPr="0025334A">
        <w:rPr>
          <w:i/>
          <w:iCs/>
          <w:sz w:val="22"/>
          <w:szCs w:val="24"/>
        </w:rPr>
        <w:t xml:space="preserve"> </w:t>
      </w:r>
      <w:proofErr w:type="spellStart"/>
      <w:r w:rsidRPr="0025334A">
        <w:rPr>
          <w:i/>
          <w:iCs/>
          <w:sz w:val="22"/>
          <w:szCs w:val="24"/>
        </w:rPr>
        <w:t>reale</w:t>
      </w:r>
      <w:proofErr w:type="spellEnd"/>
      <w:r w:rsidRPr="0025334A">
        <w:rPr>
          <w:i/>
          <w:iCs/>
          <w:sz w:val="22"/>
          <w:szCs w:val="24"/>
        </w:rPr>
        <w:t xml:space="preserve"> a </w:t>
      </w:r>
      <w:proofErr w:type="spellStart"/>
      <w:r w:rsidRPr="0025334A">
        <w:rPr>
          <w:i/>
          <w:iCs/>
          <w:sz w:val="22"/>
          <w:szCs w:val="24"/>
        </w:rPr>
        <w:t>beneficiarilor</w:t>
      </w:r>
      <w:proofErr w:type="spellEnd"/>
      <w:r w:rsidRPr="0025334A">
        <w:rPr>
          <w:i/>
          <w:iCs/>
          <w:sz w:val="22"/>
          <w:szCs w:val="24"/>
        </w:rPr>
        <w:t>.</w:t>
      </w:r>
    </w:p>
    <w:p w14:paraId="29A95644" w14:textId="77777777" w:rsidR="0025334A" w:rsidRPr="0025334A" w:rsidRDefault="0025334A" w:rsidP="0025334A">
      <w:pPr>
        <w:spacing w:after="50" w:line="247" w:lineRule="auto"/>
        <w:ind w:firstLine="709"/>
      </w:pPr>
      <w:proofErr w:type="spellStart"/>
      <w:r w:rsidRPr="0025334A">
        <w:t>Alergiile</w:t>
      </w:r>
      <w:proofErr w:type="spellEnd"/>
      <w:r w:rsidRPr="0025334A">
        <w:t xml:space="preserve"> </w:t>
      </w:r>
      <w:proofErr w:type="spellStart"/>
      <w:r w:rsidRPr="0025334A">
        <w:t>și</w:t>
      </w:r>
      <w:proofErr w:type="spellEnd"/>
      <w:r w:rsidRPr="0025334A">
        <w:t xml:space="preserve"> </w:t>
      </w:r>
      <w:proofErr w:type="spellStart"/>
      <w:r w:rsidRPr="0025334A">
        <w:t>intoleranțele</w:t>
      </w:r>
      <w:proofErr w:type="spellEnd"/>
      <w:r w:rsidRPr="0025334A">
        <w:t xml:space="preserve"> </w:t>
      </w:r>
      <w:proofErr w:type="spellStart"/>
      <w:r w:rsidRPr="0025334A">
        <w:t>comunicate</w:t>
      </w:r>
      <w:proofErr w:type="spellEnd"/>
      <w:r w:rsidRPr="0025334A">
        <w:t xml:space="preserve"> de </w:t>
      </w:r>
      <w:proofErr w:type="spellStart"/>
      <w:r w:rsidRPr="0025334A">
        <w:t>centru</w:t>
      </w:r>
      <w:proofErr w:type="spellEnd"/>
      <w:r w:rsidRPr="0025334A">
        <w:t xml:space="preserve"> sunt </w:t>
      </w:r>
      <w:proofErr w:type="spellStart"/>
      <w:r w:rsidRPr="0025334A">
        <w:t>tratate</w:t>
      </w:r>
      <w:proofErr w:type="spellEnd"/>
      <w:r w:rsidRPr="0025334A">
        <w:t xml:space="preserve"> ca </w:t>
      </w:r>
      <w:proofErr w:type="spellStart"/>
      <w:r w:rsidRPr="0025334A">
        <w:t>informații</w:t>
      </w:r>
      <w:proofErr w:type="spellEnd"/>
      <w:r w:rsidRPr="0025334A">
        <w:t xml:space="preserve"> </w:t>
      </w:r>
      <w:proofErr w:type="spellStart"/>
      <w:r w:rsidRPr="0025334A">
        <w:t>critice</w:t>
      </w:r>
      <w:proofErr w:type="spellEnd"/>
      <w:r w:rsidRPr="0025334A">
        <w:t xml:space="preserve"> </w:t>
      </w:r>
      <w:proofErr w:type="spellStart"/>
      <w:r w:rsidRPr="0025334A">
        <w:t>pentru</w:t>
      </w:r>
      <w:proofErr w:type="spellEnd"/>
      <w:r w:rsidRPr="0025334A">
        <w:t xml:space="preserve"> </w:t>
      </w:r>
      <w:proofErr w:type="spellStart"/>
      <w:r w:rsidRPr="0025334A">
        <w:t>siguranța</w:t>
      </w:r>
      <w:proofErr w:type="spellEnd"/>
      <w:r w:rsidRPr="0025334A">
        <w:t xml:space="preserve"> </w:t>
      </w:r>
      <w:proofErr w:type="spellStart"/>
      <w:r w:rsidRPr="0025334A">
        <w:t>beneficiarilor</w:t>
      </w:r>
      <w:proofErr w:type="spellEnd"/>
      <w:r w:rsidRPr="0025334A">
        <w:t xml:space="preserve">. </w:t>
      </w:r>
      <w:proofErr w:type="spellStart"/>
      <w:r w:rsidRPr="0025334A">
        <w:t>Prepararea</w:t>
      </w:r>
      <w:proofErr w:type="spellEnd"/>
      <w:r w:rsidRPr="0025334A">
        <w:t xml:space="preserve">, </w:t>
      </w:r>
      <w:proofErr w:type="spellStart"/>
      <w:r w:rsidRPr="0025334A">
        <w:t>porționarea</w:t>
      </w:r>
      <w:proofErr w:type="spellEnd"/>
      <w:r w:rsidRPr="0025334A">
        <w:t xml:space="preserve"> </w:t>
      </w:r>
      <w:proofErr w:type="spellStart"/>
      <w:r w:rsidRPr="0025334A">
        <w:t>și</w:t>
      </w:r>
      <w:proofErr w:type="spellEnd"/>
      <w:r w:rsidRPr="0025334A">
        <w:t xml:space="preserve"> </w:t>
      </w:r>
      <w:proofErr w:type="spellStart"/>
      <w:r w:rsidRPr="0025334A">
        <w:t>etichetarea</w:t>
      </w:r>
      <w:proofErr w:type="spellEnd"/>
      <w:r w:rsidRPr="0025334A">
        <w:t xml:space="preserve"> sunt </w:t>
      </w:r>
      <w:proofErr w:type="spellStart"/>
      <w:r w:rsidRPr="0025334A">
        <w:t>organizate</w:t>
      </w:r>
      <w:proofErr w:type="spellEnd"/>
      <w:r w:rsidRPr="0025334A">
        <w:t xml:space="preserve"> </w:t>
      </w:r>
      <w:proofErr w:type="spellStart"/>
      <w:r w:rsidRPr="0025334A">
        <w:t>astfel</w:t>
      </w:r>
      <w:proofErr w:type="spellEnd"/>
      <w:r w:rsidRPr="0025334A">
        <w:t xml:space="preserve"> </w:t>
      </w:r>
      <w:proofErr w:type="spellStart"/>
      <w:r w:rsidRPr="0025334A">
        <w:t>încât</w:t>
      </w:r>
      <w:proofErr w:type="spellEnd"/>
      <w:r w:rsidRPr="0025334A">
        <w:t xml:space="preserve"> </w:t>
      </w:r>
      <w:proofErr w:type="spellStart"/>
      <w:r w:rsidRPr="0025334A">
        <w:t>să</w:t>
      </w:r>
      <w:proofErr w:type="spellEnd"/>
      <w:r w:rsidRPr="0025334A">
        <w:t xml:space="preserve"> </w:t>
      </w:r>
      <w:proofErr w:type="spellStart"/>
      <w:r w:rsidRPr="0025334A">
        <w:t>prevină</w:t>
      </w:r>
      <w:proofErr w:type="spellEnd"/>
      <w:r w:rsidRPr="0025334A">
        <w:t xml:space="preserve"> </w:t>
      </w:r>
      <w:proofErr w:type="spellStart"/>
      <w:r w:rsidRPr="0025334A">
        <w:t>contaminarea</w:t>
      </w:r>
      <w:proofErr w:type="spellEnd"/>
      <w:r w:rsidRPr="0025334A">
        <w:t xml:space="preserve"> </w:t>
      </w:r>
      <w:proofErr w:type="spellStart"/>
      <w:r w:rsidRPr="0025334A">
        <w:t>încrucișată</w:t>
      </w:r>
      <w:proofErr w:type="spellEnd"/>
      <w:r w:rsidRPr="0025334A">
        <w:t xml:space="preserve">. </w:t>
      </w:r>
      <w:proofErr w:type="spellStart"/>
      <w:r w:rsidRPr="0025334A">
        <w:t>Pentru</w:t>
      </w:r>
      <w:proofErr w:type="spellEnd"/>
      <w:r w:rsidRPr="0025334A">
        <w:t xml:space="preserve"> </w:t>
      </w:r>
      <w:proofErr w:type="spellStart"/>
      <w:r w:rsidRPr="0025334A">
        <w:t>fiecare</w:t>
      </w:r>
      <w:proofErr w:type="spellEnd"/>
      <w:r w:rsidRPr="0025334A">
        <w:t xml:space="preserve"> </w:t>
      </w:r>
      <w:proofErr w:type="spellStart"/>
      <w:r w:rsidRPr="0025334A">
        <w:t>beneficiar</w:t>
      </w:r>
      <w:proofErr w:type="spellEnd"/>
      <w:r w:rsidRPr="0025334A">
        <w:t xml:space="preserve"> cu </w:t>
      </w:r>
      <w:proofErr w:type="spellStart"/>
      <w:r w:rsidRPr="0025334A">
        <w:t>alergie</w:t>
      </w:r>
      <w:proofErr w:type="spellEnd"/>
      <w:r w:rsidRPr="0025334A">
        <w:t xml:space="preserve"> </w:t>
      </w:r>
      <w:proofErr w:type="spellStart"/>
      <w:r w:rsidRPr="0025334A">
        <w:t>declarată</w:t>
      </w:r>
      <w:proofErr w:type="spellEnd"/>
      <w:r w:rsidRPr="0025334A">
        <w:t xml:space="preserve">, </w:t>
      </w:r>
      <w:proofErr w:type="spellStart"/>
      <w:r w:rsidRPr="0025334A">
        <w:t>prestatorul</w:t>
      </w:r>
      <w:proofErr w:type="spellEnd"/>
      <w:r w:rsidRPr="0025334A">
        <w:t xml:space="preserve"> </w:t>
      </w:r>
      <w:proofErr w:type="spellStart"/>
      <w:r w:rsidRPr="0025334A">
        <w:t>furnizează</w:t>
      </w:r>
      <w:proofErr w:type="spellEnd"/>
      <w:r w:rsidRPr="0025334A">
        <w:t xml:space="preserve"> un </w:t>
      </w:r>
      <w:proofErr w:type="spellStart"/>
      <w:r w:rsidRPr="0025334A">
        <w:t>preparat</w:t>
      </w:r>
      <w:proofErr w:type="spellEnd"/>
      <w:r w:rsidRPr="0025334A">
        <w:t xml:space="preserve"> </w:t>
      </w:r>
      <w:proofErr w:type="spellStart"/>
      <w:r w:rsidRPr="0025334A">
        <w:t>adecvat</w:t>
      </w:r>
      <w:proofErr w:type="spellEnd"/>
      <w:r w:rsidRPr="0025334A">
        <w:t xml:space="preserve"> </w:t>
      </w:r>
      <w:proofErr w:type="spellStart"/>
      <w:r w:rsidRPr="0025334A">
        <w:t>restricției</w:t>
      </w:r>
      <w:proofErr w:type="spellEnd"/>
      <w:r w:rsidRPr="0025334A">
        <w:t xml:space="preserve"> </w:t>
      </w:r>
      <w:proofErr w:type="spellStart"/>
      <w:r w:rsidRPr="0025334A">
        <w:t>comunicate</w:t>
      </w:r>
      <w:proofErr w:type="spellEnd"/>
      <w:r w:rsidRPr="0025334A">
        <w:t xml:space="preserve"> </w:t>
      </w:r>
      <w:proofErr w:type="spellStart"/>
      <w:r w:rsidRPr="0025334A">
        <w:t>și</w:t>
      </w:r>
      <w:proofErr w:type="spellEnd"/>
      <w:r w:rsidRPr="0025334A">
        <w:t xml:space="preserve"> </w:t>
      </w:r>
      <w:proofErr w:type="spellStart"/>
      <w:r w:rsidRPr="0025334A">
        <w:t>identifică</w:t>
      </w:r>
      <w:proofErr w:type="spellEnd"/>
      <w:r w:rsidRPr="0025334A">
        <w:t xml:space="preserve"> </w:t>
      </w:r>
      <w:proofErr w:type="spellStart"/>
      <w:r w:rsidRPr="0025334A">
        <w:t>porția</w:t>
      </w:r>
      <w:proofErr w:type="spellEnd"/>
      <w:r w:rsidRPr="0025334A">
        <w:t xml:space="preserve"> </w:t>
      </w:r>
      <w:proofErr w:type="spellStart"/>
      <w:r w:rsidRPr="0025334A">
        <w:t>într</w:t>
      </w:r>
      <w:proofErr w:type="spellEnd"/>
      <w:r w:rsidRPr="0025334A">
        <w:t xml:space="preserve">-un mod </w:t>
      </w:r>
      <w:proofErr w:type="spellStart"/>
      <w:r w:rsidRPr="0025334A">
        <w:t>clar</w:t>
      </w:r>
      <w:proofErr w:type="spellEnd"/>
      <w:r w:rsidRPr="0025334A">
        <w:t xml:space="preserve"> </w:t>
      </w:r>
      <w:proofErr w:type="spellStart"/>
      <w:r w:rsidRPr="0025334A">
        <w:t>pentru</w:t>
      </w:r>
      <w:proofErr w:type="spellEnd"/>
      <w:r w:rsidRPr="0025334A">
        <w:t xml:space="preserve"> </w:t>
      </w:r>
      <w:proofErr w:type="spellStart"/>
      <w:r w:rsidRPr="0025334A">
        <w:t>personalul</w:t>
      </w:r>
      <w:proofErr w:type="spellEnd"/>
      <w:r w:rsidRPr="0025334A">
        <w:t xml:space="preserve"> </w:t>
      </w:r>
      <w:proofErr w:type="spellStart"/>
      <w:r w:rsidRPr="0025334A">
        <w:t>centrului</w:t>
      </w:r>
      <w:proofErr w:type="spellEnd"/>
      <w:r w:rsidRPr="0025334A">
        <w:t>.</w:t>
      </w:r>
    </w:p>
    <w:p w14:paraId="42AE0B53" w14:textId="77777777" w:rsidR="0025334A" w:rsidRPr="0025334A" w:rsidRDefault="0025334A" w:rsidP="0025334A">
      <w:pPr>
        <w:spacing w:after="50" w:line="247" w:lineRule="auto"/>
        <w:ind w:firstLine="709"/>
      </w:pPr>
      <w:proofErr w:type="spellStart"/>
      <w:r w:rsidRPr="0025334A">
        <w:t>Informația</w:t>
      </w:r>
      <w:proofErr w:type="spellEnd"/>
      <w:r w:rsidRPr="0025334A">
        <w:t xml:space="preserve"> </w:t>
      </w:r>
      <w:proofErr w:type="spellStart"/>
      <w:r w:rsidRPr="0025334A">
        <w:t>privind</w:t>
      </w:r>
      <w:proofErr w:type="spellEnd"/>
      <w:r w:rsidRPr="0025334A">
        <w:t xml:space="preserve"> </w:t>
      </w:r>
      <w:proofErr w:type="spellStart"/>
      <w:r w:rsidRPr="0025334A">
        <w:t>alergenii</w:t>
      </w:r>
      <w:proofErr w:type="spellEnd"/>
      <w:r w:rsidRPr="0025334A">
        <w:t xml:space="preserve"> se </w:t>
      </w:r>
      <w:proofErr w:type="spellStart"/>
      <w:r w:rsidRPr="0025334A">
        <w:t>prezintă</w:t>
      </w:r>
      <w:proofErr w:type="spellEnd"/>
      <w:r w:rsidRPr="0025334A">
        <w:t xml:space="preserve"> </w:t>
      </w:r>
      <w:proofErr w:type="spellStart"/>
      <w:r w:rsidRPr="0025334A">
        <w:t>în</w:t>
      </w:r>
      <w:proofErr w:type="spellEnd"/>
      <w:r w:rsidRPr="0025334A">
        <w:t xml:space="preserve"> </w:t>
      </w:r>
      <w:proofErr w:type="spellStart"/>
      <w:r w:rsidRPr="0025334A">
        <w:t>meniuri</w:t>
      </w:r>
      <w:proofErr w:type="spellEnd"/>
      <w:r w:rsidRPr="0025334A">
        <w:t xml:space="preserve"> </w:t>
      </w:r>
      <w:proofErr w:type="spellStart"/>
      <w:r w:rsidRPr="0025334A">
        <w:t>și</w:t>
      </w:r>
      <w:proofErr w:type="spellEnd"/>
      <w:r w:rsidRPr="0025334A">
        <w:t xml:space="preserve"> </w:t>
      </w:r>
      <w:proofErr w:type="spellStart"/>
      <w:r w:rsidRPr="0025334A">
        <w:t>documentele</w:t>
      </w:r>
      <w:proofErr w:type="spellEnd"/>
      <w:r w:rsidRPr="0025334A">
        <w:t xml:space="preserve"> </w:t>
      </w:r>
      <w:proofErr w:type="spellStart"/>
      <w:r w:rsidRPr="0025334A">
        <w:t>asociate</w:t>
      </w:r>
      <w:proofErr w:type="spellEnd"/>
      <w:r w:rsidRPr="0025334A">
        <w:t xml:space="preserve">, </w:t>
      </w:r>
      <w:proofErr w:type="spellStart"/>
      <w:r w:rsidRPr="0025334A">
        <w:t>în</w:t>
      </w:r>
      <w:proofErr w:type="spellEnd"/>
      <w:r w:rsidRPr="0025334A">
        <w:t xml:space="preserve"> </w:t>
      </w:r>
      <w:proofErr w:type="spellStart"/>
      <w:r w:rsidRPr="0025334A">
        <w:t>conformitate</w:t>
      </w:r>
      <w:proofErr w:type="spellEnd"/>
      <w:r w:rsidRPr="0025334A">
        <w:t xml:space="preserve"> cu </w:t>
      </w:r>
      <w:proofErr w:type="spellStart"/>
      <w:r w:rsidRPr="0025334A">
        <w:t>cerințele</w:t>
      </w:r>
      <w:proofErr w:type="spellEnd"/>
      <w:r w:rsidRPr="0025334A">
        <w:t xml:space="preserve"> </w:t>
      </w:r>
      <w:proofErr w:type="spellStart"/>
      <w:r w:rsidRPr="0025334A">
        <w:t>aplicabile</w:t>
      </w:r>
      <w:proofErr w:type="spellEnd"/>
      <w:r w:rsidRPr="0025334A">
        <w:t xml:space="preserve"> (</w:t>
      </w:r>
      <w:proofErr w:type="spellStart"/>
      <w:r w:rsidRPr="0025334A">
        <w:t>Regulamentul</w:t>
      </w:r>
      <w:proofErr w:type="spellEnd"/>
      <w:r w:rsidRPr="0025334A">
        <w:t xml:space="preserve"> (UE) nr. 1169/2011). Pot fi </w:t>
      </w:r>
      <w:proofErr w:type="spellStart"/>
      <w:r w:rsidRPr="0025334A">
        <w:t>utilizate</w:t>
      </w:r>
      <w:proofErr w:type="spellEnd"/>
      <w:r w:rsidRPr="0025334A">
        <w:t xml:space="preserve"> </w:t>
      </w:r>
      <w:proofErr w:type="spellStart"/>
      <w:r w:rsidRPr="0025334A">
        <w:t>coduri</w:t>
      </w:r>
      <w:proofErr w:type="spellEnd"/>
      <w:r w:rsidRPr="0025334A">
        <w:t xml:space="preserve"> </w:t>
      </w:r>
      <w:proofErr w:type="spellStart"/>
      <w:r w:rsidRPr="0025334A">
        <w:t>clare</w:t>
      </w:r>
      <w:proofErr w:type="spellEnd"/>
      <w:r w:rsidRPr="0025334A">
        <w:t xml:space="preserve">, </w:t>
      </w:r>
      <w:proofErr w:type="spellStart"/>
      <w:r w:rsidRPr="0025334A">
        <w:t>însoțite</w:t>
      </w:r>
      <w:proofErr w:type="spellEnd"/>
      <w:r w:rsidRPr="0025334A">
        <w:t xml:space="preserve"> de </w:t>
      </w:r>
      <w:proofErr w:type="spellStart"/>
      <w:r w:rsidRPr="0025334A">
        <w:t>legendă</w:t>
      </w:r>
      <w:proofErr w:type="spellEnd"/>
      <w:r w:rsidRPr="0025334A">
        <w:t xml:space="preserve">, cu </w:t>
      </w:r>
      <w:proofErr w:type="spellStart"/>
      <w:r w:rsidRPr="0025334A">
        <w:t>protejarea</w:t>
      </w:r>
      <w:proofErr w:type="spellEnd"/>
      <w:r w:rsidRPr="0025334A">
        <w:t xml:space="preserve"> </w:t>
      </w:r>
      <w:proofErr w:type="spellStart"/>
      <w:r w:rsidRPr="0025334A">
        <w:t>datelor</w:t>
      </w:r>
      <w:proofErr w:type="spellEnd"/>
      <w:r w:rsidRPr="0025334A">
        <w:t xml:space="preserve"> </w:t>
      </w:r>
      <w:proofErr w:type="spellStart"/>
      <w:r w:rsidRPr="0025334A">
        <w:t>personale</w:t>
      </w:r>
      <w:proofErr w:type="spellEnd"/>
      <w:r w:rsidRPr="0025334A">
        <w:t xml:space="preserve"> ale </w:t>
      </w:r>
      <w:proofErr w:type="spellStart"/>
      <w:r w:rsidRPr="0025334A">
        <w:t>beneficiarilor</w:t>
      </w:r>
      <w:proofErr w:type="spellEnd"/>
      <w:r w:rsidRPr="0025334A">
        <w:t>.</w:t>
      </w:r>
    </w:p>
    <w:p w14:paraId="3BCFDBC6" w14:textId="77777777" w:rsidR="000C4CB5" w:rsidRPr="0025334A" w:rsidRDefault="000C4CB5">
      <w:pPr>
        <w:spacing w:after="50" w:line="247" w:lineRule="auto"/>
        <w:ind w:firstLine="0"/>
      </w:pPr>
    </w:p>
    <w:p w14:paraId="302F0D0D" w14:textId="775E7070" w:rsidR="000C4CB5" w:rsidRPr="0025334A" w:rsidRDefault="004E746A" w:rsidP="0025334A">
      <w:pPr>
        <w:pStyle w:val="Heading2"/>
        <w:rPr>
          <w:color w:val="auto"/>
        </w:rPr>
      </w:pPr>
      <w:bookmarkStart w:id="20" w:name="_Toc242951461"/>
      <w:r w:rsidRPr="0025334A">
        <w:rPr>
          <w:color w:val="auto"/>
        </w:rPr>
        <w:t xml:space="preserve">3.7. </w:t>
      </w:r>
      <w:proofErr w:type="spellStart"/>
      <w:r w:rsidRPr="0025334A">
        <w:rPr>
          <w:color w:val="auto"/>
        </w:rPr>
        <w:t>Materii</w:t>
      </w:r>
      <w:proofErr w:type="spellEnd"/>
      <w:r w:rsidRPr="0025334A">
        <w:rPr>
          <w:color w:val="auto"/>
        </w:rPr>
        <w:t xml:space="preserve"> prime </w:t>
      </w:r>
      <w:proofErr w:type="spellStart"/>
      <w:r w:rsidRPr="0025334A">
        <w:rPr>
          <w:color w:val="auto"/>
        </w:rPr>
        <w:t>și</w:t>
      </w:r>
      <w:proofErr w:type="spellEnd"/>
      <w:r w:rsidRPr="0025334A">
        <w:rPr>
          <w:color w:val="auto"/>
        </w:rPr>
        <w:t xml:space="preserve"> </w:t>
      </w:r>
      <w:proofErr w:type="spellStart"/>
      <w:r w:rsidRPr="0025334A">
        <w:rPr>
          <w:color w:val="auto"/>
        </w:rPr>
        <w:t>produse</w:t>
      </w:r>
      <w:proofErr w:type="spellEnd"/>
      <w:r w:rsidRPr="0025334A">
        <w:rPr>
          <w:color w:val="auto"/>
        </w:rPr>
        <w:t xml:space="preserve"> </w:t>
      </w:r>
      <w:proofErr w:type="spellStart"/>
      <w:r w:rsidRPr="0025334A">
        <w:rPr>
          <w:color w:val="auto"/>
        </w:rPr>
        <w:t>alimentare</w:t>
      </w:r>
      <w:proofErr w:type="spellEnd"/>
      <w:r w:rsidR="008409E5">
        <w:rPr>
          <w:color w:val="auto"/>
        </w:rPr>
        <w:t>.</w:t>
      </w:r>
      <w:r w:rsidR="008409E5" w:rsidRPr="008409E5">
        <w:rPr>
          <w:color w:val="auto"/>
        </w:rPr>
        <w:t xml:space="preserve"> </w:t>
      </w:r>
      <w:proofErr w:type="spellStart"/>
      <w:r w:rsidR="008409E5">
        <w:rPr>
          <w:color w:val="auto"/>
        </w:rPr>
        <w:t>Cerinte</w:t>
      </w:r>
      <w:proofErr w:type="spellEnd"/>
      <w:r w:rsidR="008409E5">
        <w:rPr>
          <w:color w:val="auto"/>
        </w:rPr>
        <w:t xml:space="preserve"> </w:t>
      </w:r>
      <w:proofErr w:type="spellStart"/>
      <w:r w:rsidR="008409E5">
        <w:rPr>
          <w:color w:val="auto"/>
        </w:rPr>
        <w:t>specifice</w:t>
      </w:r>
      <w:proofErr w:type="spellEnd"/>
      <w:r w:rsidR="008409E5">
        <w:rPr>
          <w:color w:val="auto"/>
        </w:rPr>
        <w:t>.</w:t>
      </w:r>
      <w:bookmarkEnd w:id="20"/>
    </w:p>
    <w:p w14:paraId="18148890" w14:textId="77777777" w:rsidR="000C4CB5" w:rsidRPr="0025334A" w:rsidRDefault="004E746A">
      <w:pPr>
        <w:spacing w:after="50" w:line="247" w:lineRule="auto"/>
      </w:pPr>
      <w:proofErr w:type="spellStart"/>
      <w:r w:rsidRPr="0025334A">
        <w:rPr>
          <w:b/>
        </w:rPr>
        <w:t>Cerințe</w:t>
      </w:r>
      <w:proofErr w:type="spellEnd"/>
      <w:r w:rsidRPr="0025334A">
        <w:rPr>
          <w:b/>
        </w:rPr>
        <w:t xml:space="preserve"> generale. </w:t>
      </w:r>
    </w:p>
    <w:p w14:paraId="66C7B1CF" w14:textId="77777777" w:rsidR="000C4CB5" w:rsidRDefault="004E746A">
      <w:pPr>
        <w:spacing w:after="50" w:line="247" w:lineRule="auto"/>
      </w:pPr>
      <w:proofErr w:type="spellStart"/>
      <w:r w:rsidRPr="0025334A">
        <w:t>Materiile</w:t>
      </w:r>
      <w:proofErr w:type="spellEnd"/>
      <w:r w:rsidRPr="0025334A">
        <w:t xml:space="preserve"> prime </w:t>
      </w:r>
      <w:proofErr w:type="spellStart"/>
      <w:r w:rsidRPr="0025334A">
        <w:t>și</w:t>
      </w:r>
      <w:proofErr w:type="spellEnd"/>
      <w:r w:rsidRPr="0025334A">
        <w:t xml:space="preserve"> </w:t>
      </w:r>
      <w:proofErr w:type="spellStart"/>
      <w:r w:rsidRPr="0025334A">
        <w:t>produsele</w:t>
      </w:r>
      <w:proofErr w:type="spellEnd"/>
      <w:r w:rsidRPr="0025334A">
        <w:t xml:space="preserve"> </w:t>
      </w:r>
      <w:proofErr w:type="spellStart"/>
      <w:r w:rsidRPr="0025334A">
        <w:t>utilizate</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w:t>
      </w:r>
      <w:proofErr w:type="spellStart"/>
      <w:r w:rsidRPr="0025334A">
        <w:t>sigure</w:t>
      </w:r>
      <w:proofErr w:type="spellEnd"/>
      <w:r w:rsidRPr="0025334A">
        <w:t xml:space="preserve"> </w:t>
      </w:r>
      <w:proofErr w:type="spellStart"/>
      <w:r w:rsidRPr="0025334A">
        <w:t>pentru</w:t>
      </w:r>
      <w:proofErr w:type="spellEnd"/>
      <w:r w:rsidRPr="0025334A">
        <w:t xml:space="preserve"> </w:t>
      </w:r>
      <w:proofErr w:type="spellStart"/>
      <w:r w:rsidRPr="0025334A">
        <w:t>consum</w:t>
      </w:r>
      <w:proofErr w:type="spellEnd"/>
      <w:r w:rsidRPr="0025334A">
        <w:t xml:space="preserve">, </w:t>
      </w:r>
      <w:proofErr w:type="spellStart"/>
      <w:r w:rsidRPr="0025334A">
        <w:t>conforme</w:t>
      </w:r>
      <w:proofErr w:type="spellEnd"/>
      <w:r w:rsidRPr="0025334A">
        <w:t xml:space="preserve"> cu </w:t>
      </w:r>
      <w:proofErr w:type="spellStart"/>
      <w:r w:rsidRPr="0025334A">
        <w:t>legislația</w:t>
      </w:r>
      <w:proofErr w:type="spellEnd"/>
      <w:r w:rsidRPr="0025334A">
        <w:t xml:space="preserve"> </w:t>
      </w:r>
      <w:proofErr w:type="spellStart"/>
      <w:r w:rsidRPr="0025334A">
        <w:t>aplicabilă</w:t>
      </w:r>
      <w:proofErr w:type="spellEnd"/>
      <w:r w:rsidRPr="0025334A">
        <w:t xml:space="preserve">, </w:t>
      </w:r>
      <w:proofErr w:type="spellStart"/>
      <w:r w:rsidRPr="0025334A">
        <w:t>în</w:t>
      </w:r>
      <w:proofErr w:type="spellEnd"/>
      <w:r w:rsidRPr="0025334A">
        <w:t xml:space="preserve"> termen de </w:t>
      </w:r>
      <w:proofErr w:type="spellStart"/>
      <w:r w:rsidRPr="0025334A">
        <w:t>valabilitate</w:t>
      </w:r>
      <w:proofErr w:type="spellEnd"/>
      <w:r w:rsidRPr="0025334A">
        <w:t xml:space="preserve">, </w:t>
      </w:r>
      <w:proofErr w:type="spellStart"/>
      <w:r w:rsidRPr="0025334A">
        <w:t>însoțite</w:t>
      </w:r>
      <w:proofErr w:type="spellEnd"/>
      <w:r w:rsidRPr="0025334A">
        <w:t xml:space="preserve"> de </w:t>
      </w:r>
      <w:proofErr w:type="spellStart"/>
      <w:r w:rsidRPr="0025334A">
        <w:t>documente</w:t>
      </w:r>
      <w:proofErr w:type="spellEnd"/>
      <w:r w:rsidRPr="0025334A">
        <w:t xml:space="preserve"> de </w:t>
      </w:r>
      <w:proofErr w:type="spellStart"/>
      <w:r w:rsidRPr="0025334A">
        <w:t>proveniență</w:t>
      </w:r>
      <w:proofErr w:type="spellEnd"/>
      <w:r w:rsidRPr="0025334A">
        <w:t xml:space="preserve"> </w:t>
      </w:r>
      <w:proofErr w:type="spellStart"/>
      <w:r w:rsidRPr="0025334A">
        <w:t>și</w:t>
      </w:r>
      <w:proofErr w:type="spellEnd"/>
      <w:r w:rsidRPr="0025334A">
        <w:t xml:space="preserve"> </w:t>
      </w:r>
      <w:proofErr w:type="spellStart"/>
      <w:r w:rsidRPr="0025334A">
        <w:t>trasabilitate</w:t>
      </w:r>
      <w:proofErr w:type="spellEnd"/>
      <w:r w:rsidRPr="0025334A">
        <w:t xml:space="preserve"> </w:t>
      </w:r>
      <w:proofErr w:type="spellStart"/>
      <w:r w:rsidRPr="0025334A">
        <w:t>și</w:t>
      </w:r>
      <w:proofErr w:type="spellEnd"/>
      <w:r w:rsidRPr="0025334A">
        <w:t xml:space="preserve"> </w:t>
      </w:r>
      <w:proofErr w:type="spellStart"/>
      <w:r w:rsidRPr="0025334A">
        <w:t>depozitate</w:t>
      </w:r>
      <w:proofErr w:type="spellEnd"/>
      <w:r w:rsidRPr="0025334A">
        <w:t xml:space="preserve">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prescrise</w:t>
      </w:r>
      <w:proofErr w:type="spellEnd"/>
      <w:r w:rsidRPr="0025334A">
        <w:t xml:space="preserve">. Nu se </w:t>
      </w:r>
      <w:proofErr w:type="spellStart"/>
      <w:r w:rsidRPr="0025334A">
        <w:t>acceptă</w:t>
      </w:r>
      <w:proofErr w:type="spellEnd"/>
      <w:r w:rsidRPr="0025334A">
        <w:t xml:space="preserve"> </w:t>
      </w:r>
      <w:proofErr w:type="spellStart"/>
      <w:r w:rsidRPr="0025334A">
        <w:t>produse</w:t>
      </w:r>
      <w:proofErr w:type="spellEnd"/>
      <w:r w:rsidRPr="0025334A">
        <w:t xml:space="preserve"> </w:t>
      </w:r>
      <w:proofErr w:type="spellStart"/>
      <w:r w:rsidRPr="0025334A">
        <w:t>alterate</w:t>
      </w:r>
      <w:proofErr w:type="spellEnd"/>
      <w:r w:rsidRPr="0025334A">
        <w:t xml:space="preserve">, </w:t>
      </w:r>
      <w:proofErr w:type="spellStart"/>
      <w:r w:rsidRPr="0025334A">
        <w:t>expirate</w:t>
      </w:r>
      <w:proofErr w:type="spellEnd"/>
      <w:r w:rsidRPr="0025334A">
        <w:t xml:space="preserve">, contaminate, </w:t>
      </w:r>
      <w:proofErr w:type="spellStart"/>
      <w:r w:rsidRPr="0025334A">
        <w:t>fără</w:t>
      </w:r>
      <w:proofErr w:type="spellEnd"/>
      <w:r w:rsidRPr="0025334A">
        <w:t xml:space="preserve"> </w:t>
      </w:r>
      <w:proofErr w:type="spellStart"/>
      <w:r w:rsidRPr="0025334A">
        <w:t>documente</w:t>
      </w:r>
      <w:proofErr w:type="spellEnd"/>
      <w:r w:rsidRPr="0025334A">
        <w:t xml:space="preserve"> de </w:t>
      </w:r>
      <w:proofErr w:type="spellStart"/>
      <w:r w:rsidRPr="0025334A">
        <w:t>proveniență</w:t>
      </w:r>
      <w:proofErr w:type="spellEnd"/>
      <w:r w:rsidRPr="0025334A">
        <w:t xml:space="preserve"> </w:t>
      </w:r>
      <w:proofErr w:type="spellStart"/>
      <w:r w:rsidRPr="0025334A">
        <w:t>ori</w:t>
      </w:r>
      <w:proofErr w:type="spellEnd"/>
      <w:r w:rsidRPr="0025334A">
        <w:t xml:space="preserve"> </w:t>
      </w:r>
      <w:proofErr w:type="spellStart"/>
      <w:r w:rsidRPr="0025334A">
        <w:t>depozitate</w:t>
      </w:r>
      <w:proofErr w:type="spellEnd"/>
      <w:r w:rsidRPr="0025334A">
        <w:t xml:space="preserve"> </w:t>
      </w:r>
      <w:proofErr w:type="spellStart"/>
      <w:r w:rsidRPr="0025334A">
        <w:t>necorespunzător</w:t>
      </w:r>
      <w:proofErr w:type="spellEnd"/>
      <w:r w:rsidRPr="0025334A">
        <w:t>.</w:t>
      </w:r>
    </w:p>
    <w:p w14:paraId="194AE838" w14:textId="49FEB94E" w:rsidR="00FD1018" w:rsidRPr="0025334A" w:rsidRDefault="00FD1018">
      <w:pPr>
        <w:spacing w:after="50" w:line="247" w:lineRule="auto"/>
      </w:pPr>
      <w:r w:rsidRPr="00FD1018">
        <w:rPr>
          <w:lang w:val="ro-RO"/>
        </w:rPr>
        <w:t>Ofertantul trebuie sa asigure condițiile igienico-sanitare prevăzute de actele normative in vigoare pentru depozitarea si pastrarea produselor agro-alimentare si pentru prepararea, depozitarea si transportul hranei</w:t>
      </w:r>
    </w:p>
    <w:p w14:paraId="15FD4691" w14:textId="77777777" w:rsidR="000C4CB5" w:rsidRPr="004D4570" w:rsidRDefault="004E746A">
      <w:pPr>
        <w:spacing w:after="50" w:line="247" w:lineRule="auto"/>
      </w:pPr>
      <w:r w:rsidRPr="004D4570">
        <w:rPr>
          <w:b/>
        </w:rPr>
        <w:t xml:space="preserve">Carne, </w:t>
      </w:r>
      <w:proofErr w:type="spellStart"/>
      <w:r w:rsidRPr="004D4570">
        <w:rPr>
          <w:b/>
        </w:rPr>
        <w:t>pește</w:t>
      </w:r>
      <w:proofErr w:type="spellEnd"/>
      <w:r w:rsidRPr="004D4570">
        <w:rPr>
          <w:b/>
        </w:rPr>
        <w:t xml:space="preserve">, </w:t>
      </w:r>
      <w:proofErr w:type="spellStart"/>
      <w:r w:rsidRPr="004D4570">
        <w:rPr>
          <w:b/>
        </w:rPr>
        <w:t>ouă</w:t>
      </w:r>
      <w:proofErr w:type="spellEnd"/>
      <w:r w:rsidRPr="004D4570">
        <w:rPr>
          <w:b/>
        </w:rPr>
        <w:t xml:space="preserve"> </w:t>
      </w:r>
      <w:proofErr w:type="spellStart"/>
      <w:r w:rsidRPr="004D4570">
        <w:rPr>
          <w:b/>
        </w:rPr>
        <w:t>și</w:t>
      </w:r>
      <w:proofErr w:type="spellEnd"/>
      <w:r w:rsidRPr="004D4570">
        <w:rPr>
          <w:b/>
        </w:rPr>
        <w:t xml:space="preserve"> </w:t>
      </w:r>
      <w:proofErr w:type="spellStart"/>
      <w:r w:rsidRPr="004D4570">
        <w:rPr>
          <w:b/>
        </w:rPr>
        <w:t>produse</w:t>
      </w:r>
      <w:proofErr w:type="spellEnd"/>
      <w:r w:rsidRPr="004D4570">
        <w:rPr>
          <w:b/>
        </w:rPr>
        <w:t xml:space="preserve"> de origine </w:t>
      </w:r>
      <w:proofErr w:type="spellStart"/>
      <w:r w:rsidRPr="004D4570">
        <w:rPr>
          <w:b/>
        </w:rPr>
        <w:t>animală</w:t>
      </w:r>
      <w:proofErr w:type="spellEnd"/>
      <w:r w:rsidRPr="004D4570">
        <w:rPr>
          <w:b/>
        </w:rPr>
        <w:t xml:space="preserve">. </w:t>
      </w:r>
    </w:p>
    <w:p w14:paraId="3088DF86" w14:textId="40FC854B" w:rsidR="000C4CB5" w:rsidRPr="004D4570" w:rsidRDefault="004E746A">
      <w:pPr>
        <w:spacing w:after="50" w:line="247" w:lineRule="auto"/>
      </w:pPr>
      <w:proofErr w:type="spellStart"/>
      <w:r w:rsidRPr="004D4570">
        <w:t>Produsele</w:t>
      </w:r>
      <w:proofErr w:type="spellEnd"/>
      <w:r w:rsidRPr="004D4570">
        <w:t xml:space="preserve"> de origine </w:t>
      </w:r>
      <w:proofErr w:type="spellStart"/>
      <w:r w:rsidRPr="004D4570">
        <w:t>animală</w:t>
      </w:r>
      <w:proofErr w:type="spellEnd"/>
      <w:r w:rsidRPr="004D4570">
        <w:t xml:space="preserve"> </w:t>
      </w:r>
      <w:proofErr w:type="spellStart"/>
      <w:r w:rsidRPr="004D4570">
        <w:t>provin</w:t>
      </w:r>
      <w:proofErr w:type="spellEnd"/>
      <w:r w:rsidRPr="004D4570">
        <w:t xml:space="preserve"> din </w:t>
      </w:r>
      <w:proofErr w:type="spellStart"/>
      <w:r w:rsidRPr="004D4570">
        <w:t>unități</w:t>
      </w:r>
      <w:proofErr w:type="spellEnd"/>
      <w:r w:rsidRPr="004D4570">
        <w:t xml:space="preserve"> </w:t>
      </w:r>
      <w:proofErr w:type="spellStart"/>
      <w:r w:rsidRPr="004D4570">
        <w:t>autorizate</w:t>
      </w:r>
      <w:proofErr w:type="spellEnd"/>
      <w:r w:rsidRPr="004D4570">
        <w:t>/</w:t>
      </w:r>
      <w:proofErr w:type="spellStart"/>
      <w:r w:rsidRPr="004D4570">
        <w:t>înregistrate</w:t>
      </w:r>
      <w:proofErr w:type="spellEnd"/>
      <w:r w:rsidRPr="004D4570">
        <w:t xml:space="preserve">, </w:t>
      </w:r>
      <w:proofErr w:type="spellStart"/>
      <w:r w:rsidRPr="004D4570">
        <w:t>după</w:t>
      </w:r>
      <w:proofErr w:type="spellEnd"/>
      <w:r w:rsidRPr="004D4570">
        <w:t xml:space="preserve"> </w:t>
      </w:r>
      <w:proofErr w:type="spellStart"/>
      <w:r w:rsidRPr="004D4570">
        <w:t>caz</w:t>
      </w:r>
      <w:proofErr w:type="spellEnd"/>
      <w:r w:rsidRPr="004D4570">
        <w:t xml:space="preserve">. </w:t>
      </w:r>
      <w:proofErr w:type="spellStart"/>
      <w:r w:rsidRPr="004D4570">
        <w:t>Recongelarea</w:t>
      </w:r>
      <w:proofErr w:type="spellEnd"/>
      <w:r w:rsidRPr="004D4570">
        <w:t xml:space="preserve"> </w:t>
      </w:r>
      <w:proofErr w:type="spellStart"/>
      <w:r w:rsidRPr="004D4570">
        <w:t>produselor</w:t>
      </w:r>
      <w:proofErr w:type="spellEnd"/>
      <w:r w:rsidRPr="004D4570">
        <w:t xml:space="preserve"> </w:t>
      </w:r>
      <w:proofErr w:type="spellStart"/>
      <w:r w:rsidRPr="004D4570">
        <w:t>decongelate</w:t>
      </w:r>
      <w:proofErr w:type="spellEnd"/>
      <w:r w:rsidRPr="004D4570">
        <w:t xml:space="preserve"> </w:t>
      </w:r>
      <w:proofErr w:type="spellStart"/>
      <w:r w:rsidRPr="004D4570">
        <w:t>este</w:t>
      </w:r>
      <w:proofErr w:type="spellEnd"/>
      <w:r w:rsidRPr="004D4570">
        <w:t xml:space="preserve"> </w:t>
      </w:r>
      <w:proofErr w:type="spellStart"/>
      <w:r w:rsidRPr="004D4570">
        <w:t>interzisă</w:t>
      </w:r>
      <w:proofErr w:type="spellEnd"/>
      <w:r w:rsidRPr="004D4570">
        <w:t xml:space="preserve">. </w:t>
      </w:r>
      <w:proofErr w:type="spellStart"/>
      <w:r w:rsidRPr="004D4570">
        <w:t>Preparatele</w:t>
      </w:r>
      <w:proofErr w:type="spellEnd"/>
      <w:r w:rsidRPr="004D4570">
        <w:t xml:space="preserve"> din carne </w:t>
      </w:r>
      <w:proofErr w:type="spellStart"/>
      <w:r w:rsidRPr="004D4570">
        <w:t>trebuie</w:t>
      </w:r>
      <w:proofErr w:type="spellEnd"/>
      <w:r w:rsidRPr="004D4570">
        <w:t xml:space="preserve"> </w:t>
      </w:r>
      <w:proofErr w:type="spellStart"/>
      <w:r w:rsidRPr="004D4570">
        <w:t>să</w:t>
      </w:r>
      <w:proofErr w:type="spellEnd"/>
      <w:r w:rsidRPr="004D4570">
        <w:t xml:space="preserve"> </w:t>
      </w:r>
      <w:proofErr w:type="spellStart"/>
      <w:r w:rsidRPr="004D4570">
        <w:t>aibă</w:t>
      </w:r>
      <w:proofErr w:type="spellEnd"/>
      <w:r w:rsidRPr="004D4570">
        <w:t xml:space="preserve"> </w:t>
      </w:r>
      <w:proofErr w:type="spellStart"/>
      <w:r w:rsidRPr="004D4570">
        <w:t>compoziție</w:t>
      </w:r>
      <w:proofErr w:type="spellEnd"/>
      <w:r w:rsidRPr="004D4570">
        <w:t xml:space="preserve"> </w:t>
      </w:r>
      <w:proofErr w:type="spellStart"/>
      <w:r w:rsidRPr="004D4570">
        <w:t>clară</w:t>
      </w:r>
      <w:proofErr w:type="spellEnd"/>
      <w:r w:rsidRPr="004D4570">
        <w:t xml:space="preserve"> </w:t>
      </w:r>
      <w:proofErr w:type="spellStart"/>
      <w:r w:rsidRPr="004D4570">
        <w:t>și</w:t>
      </w:r>
      <w:proofErr w:type="spellEnd"/>
      <w:r w:rsidRPr="004D4570">
        <w:t xml:space="preserve"> </w:t>
      </w:r>
      <w:proofErr w:type="spellStart"/>
      <w:r w:rsidRPr="004D4570">
        <w:t>să</w:t>
      </w:r>
      <w:proofErr w:type="spellEnd"/>
      <w:r w:rsidRPr="004D4570">
        <w:t xml:space="preserve"> nu fie </w:t>
      </w:r>
      <w:proofErr w:type="spellStart"/>
      <w:r w:rsidRPr="004D4570">
        <w:t>utilizate</w:t>
      </w:r>
      <w:proofErr w:type="spellEnd"/>
      <w:r w:rsidRPr="004D4570">
        <w:t xml:space="preserve"> ca </w:t>
      </w:r>
      <w:proofErr w:type="spellStart"/>
      <w:r w:rsidRPr="004D4570">
        <w:t>substitut</w:t>
      </w:r>
      <w:proofErr w:type="spellEnd"/>
      <w:r w:rsidRPr="004D4570">
        <w:t xml:space="preserve"> </w:t>
      </w:r>
      <w:proofErr w:type="spellStart"/>
      <w:r w:rsidRPr="004D4570">
        <w:t>pentru</w:t>
      </w:r>
      <w:proofErr w:type="spellEnd"/>
      <w:r w:rsidRPr="004D4570">
        <w:t xml:space="preserve"> carne. </w:t>
      </w:r>
      <w:proofErr w:type="spellStart"/>
      <w:r w:rsidRPr="004D4570">
        <w:t>Produsele</w:t>
      </w:r>
      <w:proofErr w:type="spellEnd"/>
      <w:r w:rsidRPr="004D4570">
        <w:t xml:space="preserve"> cu </w:t>
      </w:r>
      <w:proofErr w:type="spellStart"/>
      <w:r w:rsidRPr="004D4570">
        <w:t>exces</w:t>
      </w:r>
      <w:proofErr w:type="spellEnd"/>
      <w:r w:rsidRPr="004D4570">
        <w:t xml:space="preserve"> de </w:t>
      </w:r>
      <w:proofErr w:type="spellStart"/>
      <w:r w:rsidRPr="004D4570">
        <w:t>sare</w:t>
      </w:r>
      <w:proofErr w:type="spellEnd"/>
      <w:r w:rsidRPr="004D4570">
        <w:t xml:space="preserve">, </w:t>
      </w:r>
      <w:proofErr w:type="spellStart"/>
      <w:r w:rsidRPr="004D4570">
        <w:t>grăsimi</w:t>
      </w:r>
      <w:proofErr w:type="spellEnd"/>
      <w:r w:rsidRPr="004D4570">
        <w:t xml:space="preserve"> </w:t>
      </w:r>
      <w:proofErr w:type="spellStart"/>
      <w:r w:rsidRPr="004D4570">
        <w:t>și</w:t>
      </w:r>
      <w:proofErr w:type="spellEnd"/>
      <w:r w:rsidRPr="004D4570">
        <w:t xml:space="preserve"> </w:t>
      </w:r>
      <w:proofErr w:type="spellStart"/>
      <w:r w:rsidRPr="004D4570">
        <w:t>afumare</w:t>
      </w:r>
      <w:proofErr w:type="spellEnd"/>
      <w:r w:rsidRPr="004D4570">
        <w:t xml:space="preserve"> </w:t>
      </w:r>
      <w:proofErr w:type="spellStart"/>
      <w:r w:rsidRPr="004D4570">
        <w:t>intensă</w:t>
      </w:r>
      <w:proofErr w:type="spellEnd"/>
      <w:r w:rsidRPr="004D4570">
        <w:t xml:space="preserve"> se </w:t>
      </w:r>
      <w:proofErr w:type="spellStart"/>
      <w:r w:rsidRPr="004D4570">
        <w:t>utilizează</w:t>
      </w:r>
      <w:proofErr w:type="spellEnd"/>
      <w:r w:rsidRPr="004D4570">
        <w:t xml:space="preserve"> </w:t>
      </w:r>
      <w:proofErr w:type="spellStart"/>
      <w:r w:rsidRPr="004D4570">
        <w:t>limitat</w:t>
      </w:r>
      <w:proofErr w:type="spellEnd"/>
      <w:r w:rsidRPr="004D4570">
        <w:t xml:space="preserve"> </w:t>
      </w:r>
      <w:proofErr w:type="spellStart"/>
      <w:r w:rsidRPr="004D4570">
        <w:t>și</w:t>
      </w:r>
      <w:proofErr w:type="spellEnd"/>
      <w:r w:rsidRPr="004D4570">
        <w:t xml:space="preserve"> </w:t>
      </w:r>
      <w:proofErr w:type="spellStart"/>
      <w:r w:rsidRPr="004D4570">
        <w:t>numai</w:t>
      </w:r>
      <w:proofErr w:type="spellEnd"/>
      <w:r w:rsidRPr="004D4570">
        <w:t xml:space="preserve"> </w:t>
      </w:r>
      <w:proofErr w:type="spellStart"/>
      <w:r w:rsidRPr="004D4570">
        <w:t>în</w:t>
      </w:r>
      <w:proofErr w:type="spellEnd"/>
      <w:r w:rsidRPr="004D4570">
        <w:t xml:space="preserve"> </w:t>
      </w:r>
      <w:proofErr w:type="spellStart"/>
      <w:r w:rsidRPr="004D4570">
        <w:t>meniuri</w:t>
      </w:r>
      <w:proofErr w:type="spellEnd"/>
      <w:r w:rsidRPr="004D4570">
        <w:t xml:space="preserve"> </w:t>
      </w:r>
      <w:proofErr w:type="spellStart"/>
      <w:r w:rsidRPr="004D4570">
        <w:t>aprobate</w:t>
      </w:r>
      <w:proofErr w:type="spellEnd"/>
      <w:r w:rsidRPr="004D4570">
        <w:t>.</w:t>
      </w:r>
    </w:p>
    <w:p w14:paraId="0DF3F006" w14:textId="77777777" w:rsidR="000C4CB5" w:rsidRPr="004D4570" w:rsidRDefault="004E746A">
      <w:pPr>
        <w:spacing w:after="50" w:line="247" w:lineRule="auto"/>
      </w:pPr>
      <w:proofErr w:type="spellStart"/>
      <w:r w:rsidRPr="004D4570">
        <w:rPr>
          <w:b/>
        </w:rPr>
        <w:t>Lapte</w:t>
      </w:r>
      <w:proofErr w:type="spellEnd"/>
      <w:r w:rsidRPr="004D4570">
        <w:rPr>
          <w:b/>
        </w:rPr>
        <w:t xml:space="preserve"> </w:t>
      </w:r>
      <w:proofErr w:type="spellStart"/>
      <w:r w:rsidRPr="004D4570">
        <w:rPr>
          <w:b/>
        </w:rPr>
        <w:t>și</w:t>
      </w:r>
      <w:proofErr w:type="spellEnd"/>
      <w:r w:rsidRPr="004D4570">
        <w:rPr>
          <w:b/>
        </w:rPr>
        <w:t xml:space="preserve"> </w:t>
      </w:r>
      <w:proofErr w:type="spellStart"/>
      <w:r w:rsidRPr="004D4570">
        <w:rPr>
          <w:b/>
        </w:rPr>
        <w:t>produse</w:t>
      </w:r>
      <w:proofErr w:type="spellEnd"/>
      <w:r w:rsidRPr="004D4570">
        <w:rPr>
          <w:b/>
        </w:rPr>
        <w:t xml:space="preserve"> lactate. </w:t>
      </w:r>
    </w:p>
    <w:p w14:paraId="624BCF93" w14:textId="77777777" w:rsidR="000C4CB5" w:rsidRPr="004D4570" w:rsidRDefault="004E746A">
      <w:pPr>
        <w:spacing w:after="50" w:line="247" w:lineRule="auto"/>
      </w:pPr>
      <w:proofErr w:type="spellStart"/>
      <w:r w:rsidRPr="004D4570">
        <w:t>Laptele</w:t>
      </w:r>
      <w:proofErr w:type="spellEnd"/>
      <w:r w:rsidRPr="004D4570">
        <w:t xml:space="preserve"> </w:t>
      </w:r>
      <w:proofErr w:type="spellStart"/>
      <w:r w:rsidRPr="004D4570">
        <w:t>și</w:t>
      </w:r>
      <w:proofErr w:type="spellEnd"/>
      <w:r w:rsidRPr="004D4570">
        <w:t xml:space="preserve"> </w:t>
      </w:r>
      <w:proofErr w:type="spellStart"/>
      <w:r w:rsidRPr="004D4570">
        <w:t>produsele</w:t>
      </w:r>
      <w:proofErr w:type="spellEnd"/>
      <w:r w:rsidRPr="004D4570">
        <w:t xml:space="preserve"> lactate sunt </w:t>
      </w:r>
      <w:proofErr w:type="spellStart"/>
      <w:r w:rsidRPr="004D4570">
        <w:t>pasteurizate</w:t>
      </w:r>
      <w:proofErr w:type="spellEnd"/>
      <w:r w:rsidRPr="004D4570">
        <w:t xml:space="preserve">/UHT </w:t>
      </w:r>
      <w:proofErr w:type="spellStart"/>
      <w:r w:rsidRPr="004D4570">
        <w:t>sau</w:t>
      </w:r>
      <w:proofErr w:type="spellEnd"/>
      <w:r w:rsidRPr="004D4570">
        <w:t xml:space="preserve"> </w:t>
      </w:r>
      <w:proofErr w:type="spellStart"/>
      <w:r w:rsidRPr="004D4570">
        <w:t>tratate</w:t>
      </w:r>
      <w:proofErr w:type="spellEnd"/>
      <w:r w:rsidRPr="004D4570">
        <w:t xml:space="preserve"> legal, </w:t>
      </w:r>
      <w:proofErr w:type="spellStart"/>
      <w:r w:rsidRPr="004D4570">
        <w:t>păstrate</w:t>
      </w:r>
      <w:proofErr w:type="spellEnd"/>
      <w:r w:rsidRPr="004D4570">
        <w:t xml:space="preserve"> </w:t>
      </w:r>
      <w:proofErr w:type="spellStart"/>
      <w:r w:rsidRPr="004D4570">
        <w:t>în</w:t>
      </w:r>
      <w:proofErr w:type="spellEnd"/>
      <w:r w:rsidRPr="004D4570">
        <w:t xml:space="preserve"> </w:t>
      </w:r>
      <w:proofErr w:type="spellStart"/>
      <w:r w:rsidRPr="004D4570">
        <w:t>lanț</w:t>
      </w:r>
      <w:proofErr w:type="spellEnd"/>
      <w:r w:rsidRPr="004D4570">
        <w:t xml:space="preserve"> frigorific </w:t>
      </w:r>
      <w:proofErr w:type="spellStart"/>
      <w:r w:rsidRPr="004D4570">
        <w:t>și</w:t>
      </w:r>
      <w:proofErr w:type="spellEnd"/>
      <w:r w:rsidRPr="004D4570">
        <w:t xml:space="preserve"> </w:t>
      </w:r>
      <w:proofErr w:type="spellStart"/>
      <w:r w:rsidRPr="004D4570">
        <w:t>utilizate</w:t>
      </w:r>
      <w:proofErr w:type="spellEnd"/>
      <w:r w:rsidRPr="004D4570">
        <w:t xml:space="preserve"> </w:t>
      </w:r>
      <w:proofErr w:type="spellStart"/>
      <w:r w:rsidRPr="004D4570">
        <w:t>în</w:t>
      </w:r>
      <w:proofErr w:type="spellEnd"/>
      <w:r w:rsidRPr="004D4570">
        <w:t xml:space="preserve"> termen. </w:t>
      </w:r>
      <w:proofErr w:type="spellStart"/>
      <w:r w:rsidRPr="004D4570">
        <w:t>Produsele</w:t>
      </w:r>
      <w:proofErr w:type="spellEnd"/>
      <w:r w:rsidRPr="004D4570">
        <w:t xml:space="preserve"> pe </w:t>
      </w:r>
      <w:proofErr w:type="spellStart"/>
      <w:r w:rsidRPr="004D4570">
        <w:t>bază</w:t>
      </w:r>
      <w:proofErr w:type="spellEnd"/>
      <w:r w:rsidRPr="004D4570">
        <w:t xml:space="preserve"> de </w:t>
      </w:r>
      <w:proofErr w:type="spellStart"/>
      <w:r w:rsidRPr="004D4570">
        <w:t>grăsimi</w:t>
      </w:r>
      <w:proofErr w:type="spellEnd"/>
      <w:r w:rsidRPr="004D4570">
        <w:t xml:space="preserve"> </w:t>
      </w:r>
      <w:proofErr w:type="spellStart"/>
      <w:r w:rsidRPr="004D4570">
        <w:t>vegetale</w:t>
      </w:r>
      <w:proofErr w:type="spellEnd"/>
      <w:r w:rsidRPr="004D4570">
        <w:t xml:space="preserve"> nu se </w:t>
      </w:r>
      <w:proofErr w:type="spellStart"/>
      <w:r w:rsidRPr="004D4570">
        <w:t>prezintă</w:t>
      </w:r>
      <w:proofErr w:type="spellEnd"/>
      <w:r w:rsidRPr="004D4570">
        <w:t xml:space="preserve"> </w:t>
      </w:r>
      <w:proofErr w:type="spellStart"/>
      <w:r w:rsidRPr="004D4570">
        <w:t>și</w:t>
      </w:r>
      <w:proofErr w:type="spellEnd"/>
      <w:r w:rsidRPr="004D4570">
        <w:t xml:space="preserve"> nu se </w:t>
      </w:r>
      <w:proofErr w:type="spellStart"/>
      <w:r w:rsidRPr="004D4570">
        <w:t>utilizează</w:t>
      </w:r>
      <w:proofErr w:type="spellEnd"/>
      <w:r w:rsidRPr="004D4570">
        <w:t xml:space="preserve"> ca </w:t>
      </w:r>
      <w:proofErr w:type="spellStart"/>
      <w:r w:rsidRPr="004D4570">
        <w:t>substitut</w:t>
      </w:r>
      <w:proofErr w:type="spellEnd"/>
      <w:r w:rsidRPr="004D4570">
        <w:t xml:space="preserve"> </w:t>
      </w:r>
      <w:proofErr w:type="spellStart"/>
      <w:r w:rsidRPr="004D4570">
        <w:t>pentru</w:t>
      </w:r>
      <w:proofErr w:type="spellEnd"/>
      <w:r w:rsidRPr="004D4570">
        <w:t xml:space="preserve"> </w:t>
      </w:r>
      <w:proofErr w:type="spellStart"/>
      <w:r w:rsidRPr="004D4570">
        <w:t>unt</w:t>
      </w:r>
      <w:proofErr w:type="spellEnd"/>
      <w:r w:rsidRPr="004D4570">
        <w:t xml:space="preserve">, </w:t>
      </w:r>
      <w:proofErr w:type="spellStart"/>
      <w:r w:rsidRPr="004D4570">
        <w:t>brânză</w:t>
      </w:r>
      <w:proofErr w:type="spellEnd"/>
      <w:r w:rsidRPr="004D4570">
        <w:t xml:space="preserve"> </w:t>
      </w:r>
      <w:proofErr w:type="spellStart"/>
      <w:r w:rsidRPr="004D4570">
        <w:t>ori</w:t>
      </w:r>
      <w:proofErr w:type="spellEnd"/>
      <w:r w:rsidRPr="004D4570">
        <w:t xml:space="preserve"> </w:t>
      </w:r>
      <w:proofErr w:type="spellStart"/>
      <w:r w:rsidRPr="004D4570">
        <w:t>cașcaval</w:t>
      </w:r>
      <w:proofErr w:type="spellEnd"/>
      <w:r w:rsidRPr="004D4570">
        <w:t xml:space="preserve">. </w:t>
      </w:r>
      <w:proofErr w:type="spellStart"/>
      <w:r w:rsidRPr="004D4570">
        <w:t>Pentru</w:t>
      </w:r>
      <w:proofErr w:type="spellEnd"/>
      <w:r w:rsidRPr="004D4570">
        <w:t xml:space="preserve"> </w:t>
      </w:r>
      <w:proofErr w:type="spellStart"/>
      <w:r w:rsidRPr="004D4570">
        <w:t>intoleranță</w:t>
      </w:r>
      <w:proofErr w:type="spellEnd"/>
      <w:r w:rsidRPr="004D4570">
        <w:t xml:space="preserve"> la </w:t>
      </w:r>
      <w:proofErr w:type="spellStart"/>
      <w:r w:rsidRPr="004D4570">
        <w:t>lactoză</w:t>
      </w:r>
      <w:proofErr w:type="spellEnd"/>
      <w:r w:rsidRPr="004D4570">
        <w:t xml:space="preserve"> </w:t>
      </w:r>
      <w:proofErr w:type="spellStart"/>
      <w:r w:rsidRPr="004D4570">
        <w:t>ori</w:t>
      </w:r>
      <w:proofErr w:type="spellEnd"/>
      <w:r w:rsidRPr="004D4570">
        <w:t xml:space="preserve"> </w:t>
      </w:r>
      <w:proofErr w:type="spellStart"/>
      <w:r w:rsidRPr="004D4570">
        <w:t>alergie</w:t>
      </w:r>
      <w:proofErr w:type="spellEnd"/>
      <w:r w:rsidRPr="004D4570">
        <w:t xml:space="preserve"> la </w:t>
      </w:r>
      <w:proofErr w:type="spellStart"/>
      <w:r w:rsidRPr="004D4570">
        <w:t>proteina</w:t>
      </w:r>
      <w:proofErr w:type="spellEnd"/>
      <w:r w:rsidRPr="004D4570">
        <w:t xml:space="preserve"> </w:t>
      </w:r>
      <w:proofErr w:type="spellStart"/>
      <w:r w:rsidRPr="004D4570">
        <w:t>laptelui</w:t>
      </w:r>
      <w:proofErr w:type="spellEnd"/>
      <w:r w:rsidRPr="004D4570">
        <w:t xml:space="preserve"> se </w:t>
      </w:r>
      <w:proofErr w:type="spellStart"/>
      <w:r w:rsidRPr="004D4570">
        <w:t>asigură</w:t>
      </w:r>
      <w:proofErr w:type="spellEnd"/>
      <w:r w:rsidRPr="004D4570">
        <w:t xml:space="preserve"> </w:t>
      </w:r>
      <w:proofErr w:type="spellStart"/>
      <w:r w:rsidRPr="004D4570">
        <w:t>produse</w:t>
      </w:r>
      <w:proofErr w:type="spellEnd"/>
      <w:r w:rsidRPr="004D4570">
        <w:t xml:space="preserve"> </w:t>
      </w:r>
      <w:proofErr w:type="spellStart"/>
      <w:r w:rsidRPr="004D4570">
        <w:t>adecvate</w:t>
      </w:r>
      <w:proofErr w:type="spellEnd"/>
      <w:r w:rsidRPr="004D4570">
        <w:t xml:space="preserve"> la </w:t>
      </w:r>
      <w:proofErr w:type="spellStart"/>
      <w:r w:rsidRPr="004D4570">
        <w:t>comandă</w:t>
      </w:r>
      <w:proofErr w:type="spellEnd"/>
      <w:r w:rsidRPr="004D4570">
        <w:t xml:space="preserve">, cu </w:t>
      </w:r>
      <w:proofErr w:type="spellStart"/>
      <w:r w:rsidRPr="004D4570">
        <w:t>prevenirea</w:t>
      </w:r>
      <w:proofErr w:type="spellEnd"/>
      <w:r w:rsidRPr="004D4570">
        <w:t xml:space="preserve"> </w:t>
      </w:r>
      <w:proofErr w:type="spellStart"/>
      <w:r w:rsidRPr="004D4570">
        <w:t>contaminării</w:t>
      </w:r>
      <w:proofErr w:type="spellEnd"/>
      <w:r w:rsidRPr="004D4570">
        <w:t xml:space="preserve"> </w:t>
      </w:r>
      <w:proofErr w:type="spellStart"/>
      <w:r w:rsidRPr="004D4570">
        <w:t>încrucișate</w:t>
      </w:r>
      <w:proofErr w:type="spellEnd"/>
      <w:r w:rsidRPr="004D4570">
        <w:t>.</w:t>
      </w:r>
    </w:p>
    <w:p w14:paraId="1167197D" w14:textId="77777777" w:rsidR="000C4CB5" w:rsidRPr="004D4570" w:rsidRDefault="004E746A">
      <w:pPr>
        <w:spacing w:after="50" w:line="247" w:lineRule="auto"/>
      </w:pPr>
      <w:r w:rsidRPr="004D4570">
        <w:rPr>
          <w:b/>
        </w:rPr>
        <w:t xml:space="preserve">Legume, </w:t>
      </w:r>
      <w:proofErr w:type="spellStart"/>
      <w:r w:rsidRPr="004D4570">
        <w:rPr>
          <w:b/>
        </w:rPr>
        <w:t>fructe</w:t>
      </w:r>
      <w:proofErr w:type="spellEnd"/>
      <w:r w:rsidRPr="004D4570">
        <w:rPr>
          <w:b/>
        </w:rPr>
        <w:t xml:space="preserve">, cereale </w:t>
      </w:r>
      <w:proofErr w:type="spellStart"/>
      <w:r w:rsidRPr="004D4570">
        <w:rPr>
          <w:b/>
        </w:rPr>
        <w:t>și</w:t>
      </w:r>
      <w:proofErr w:type="spellEnd"/>
      <w:r w:rsidRPr="004D4570">
        <w:rPr>
          <w:b/>
        </w:rPr>
        <w:t xml:space="preserve"> </w:t>
      </w:r>
      <w:proofErr w:type="spellStart"/>
      <w:r w:rsidRPr="004D4570">
        <w:rPr>
          <w:b/>
        </w:rPr>
        <w:t>produse</w:t>
      </w:r>
      <w:proofErr w:type="spellEnd"/>
      <w:r w:rsidRPr="004D4570">
        <w:rPr>
          <w:b/>
        </w:rPr>
        <w:t xml:space="preserve"> de </w:t>
      </w:r>
      <w:proofErr w:type="spellStart"/>
      <w:r w:rsidRPr="004D4570">
        <w:rPr>
          <w:b/>
        </w:rPr>
        <w:t>panificație</w:t>
      </w:r>
      <w:proofErr w:type="spellEnd"/>
      <w:r w:rsidRPr="004D4570">
        <w:rPr>
          <w:b/>
        </w:rPr>
        <w:t xml:space="preserve">. </w:t>
      </w:r>
    </w:p>
    <w:p w14:paraId="3B499725" w14:textId="77777777" w:rsidR="000C4CB5" w:rsidRPr="004D4570" w:rsidRDefault="004E746A">
      <w:pPr>
        <w:spacing w:after="50" w:line="247" w:lineRule="auto"/>
      </w:pPr>
      <w:proofErr w:type="spellStart"/>
      <w:r w:rsidRPr="004D4570">
        <w:t>Fructele</w:t>
      </w:r>
      <w:proofErr w:type="spellEnd"/>
      <w:r w:rsidRPr="004D4570">
        <w:t xml:space="preserve"> </w:t>
      </w:r>
      <w:proofErr w:type="spellStart"/>
      <w:r w:rsidRPr="004D4570">
        <w:t>și</w:t>
      </w:r>
      <w:proofErr w:type="spellEnd"/>
      <w:r w:rsidRPr="004D4570">
        <w:t xml:space="preserve"> </w:t>
      </w:r>
      <w:proofErr w:type="spellStart"/>
      <w:r w:rsidRPr="004D4570">
        <w:t>legumele</w:t>
      </w:r>
      <w:proofErr w:type="spellEnd"/>
      <w:r w:rsidRPr="004D4570">
        <w:t xml:space="preserve"> </w:t>
      </w:r>
      <w:proofErr w:type="spellStart"/>
      <w:r w:rsidRPr="004D4570">
        <w:t>trebuie</w:t>
      </w:r>
      <w:proofErr w:type="spellEnd"/>
      <w:r w:rsidRPr="004D4570">
        <w:t xml:space="preserve"> </w:t>
      </w:r>
      <w:proofErr w:type="spellStart"/>
      <w:r w:rsidRPr="004D4570">
        <w:t>să</w:t>
      </w:r>
      <w:proofErr w:type="spellEnd"/>
      <w:r w:rsidRPr="004D4570">
        <w:t xml:space="preserve"> fie curate, </w:t>
      </w:r>
      <w:proofErr w:type="spellStart"/>
      <w:r w:rsidRPr="004D4570">
        <w:t>sănătoase</w:t>
      </w:r>
      <w:proofErr w:type="spellEnd"/>
      <w:r w:rsidRPr="004D4570">
        <w:t xml:space="preserve">, </w:t>
      </w:r>
      <w:proofErr w:type="spellStart"/>
      <w:r w:rsidRPr="004D4570">
        <w:t>fără</w:t>
      </w:r>
      <w:proofErr w:type="spellEnd"/>
      <w:r w:rsidRPr="004D4570">
        <w:t xml:space="preserve"> </w:t>
      </w:r>
      <w:proofErr w:type="spellStart"/>
      <w:r w:rsidRPr="004D4570">
        <w:t>mucegai</w:t>
      </w:r>
      <w:proofErr w:type="spellEnd"/>
      <w:r w:rsidRPr="004D4570">
        <w:t xml:space="preserve">, </w:t>
      </w:r>
      <w:proofErr w:type="spellStart"/>
      <w:r w:rsidRPr="004D4570">
        <w:t>putregai</w:t>
      </w:r>
      <w:proofErr w:type="spellEnd"/>
      <w:r w:rsidRPr="004D4570">
        <w:t xml:space="preserve">, </w:t>
      </w:r>
      <w:proofErr w:type="spellStart"/>
      <w:r w:rsidRPr="004D4570">
        <w:t>corpuri</w:t>
      </w:r>
      <w:proofErr w:type="spellEnd"/>
      <w:r w:rsidRPr="004D4570">
        <w:t xml:space="preserve"> </w:t>
      </w:r>
      <w:proofErr w:type="spellStart"/>
      <w:r w:rsidRPr="004D4570">
        <w:t>străine</w:t>
      </w:r>
      <w:proofErr w:type="spellEnd"/>
      <w:r w:rsidRPr="004D4570">
        <w:t xml:space="preserve"> </w:t>
      </w:r>
      <w:proofErr w:type="spellStart"/>
      <w:r w:rsidRPr="004D4570">
        <w:t>sau</w:t>
      </w:r>
      <w:proofErr w:type="spellEnd"/>
      <w:r w:rsidRPr="004D4570">
        <w:t xml:space="preserve"> </w:t>
      </w:r>
      <w:proofErr w:type="spellStart"/>
      <w:r w:rsidRPr="004D4570">
        <w:t>deteriorări</w:t>
      </w:r>
      <w:proofErr w:type="spellEnd"/>
      <w:r w:rsidRPr="004D4570">
        <w:t xml:space="preserve"> care </w:t>
      </w:r>
      <w:proofErr w:type="spellStart"/>
      <w:r w:rsidRPr="004D4570">
        <w:t>afectează</w:t>
      </w:r>
      <w:proofErr w:type="spellEnd"/>
      <w:r w:rsidRPr="004D4570">
        <w:t xml:space="preserve"> </w:t>
      </w:r>
      <w:proofErr w:type="spellStart"/>
      <w:r w:rsidRPr="004D4570">
        <w:t>partea</w:t>
      </w:r>
      <w:proofErr w:type="spellEnd"/>
      <w:r w:rsidRPr="004D4570">
        <w:t xml:space="preserve"> </w:t>
      </w:r>
      <w:proofErr w:type="spellStart"/>
      <w:r w:rsidRPr="004D4570">
        <w:t>comestibilă</w:t>
      </w:r>
      <w:proofErr w:type="spellEnd"/>
      <w:r w:rsidRPr="004D4570">
        <w:t xml:space="preserve">. </w:t>
      </w:r>
      <w:proofErr w:type="spellStart"/>
      <w:r w:rsidRPr="004D4570">
        <w:t>Produsele</w:t>
      </w:r>
      <w:proofErr w:type="spellEnd"/>
      <w:r w:rsidRPr="004D4570">
        <w:t xml:space="preserve"> </w:t>
      </w:r>
      <w:proofErr w:type="spellStart"/>
      <w:r w:rsidRPr="004D4570">
        <w:t>proaspete</w:t>
      </w:r>
      <w:proofErr w:type="spellEnd"/>
      <w:r w:rsidRPr="004D4570">
        <w:t xml:space="preserve">, </w:t>
      </w:r>
      <w:proofErr w:type="spellStart"/>
      <w:r w:rsidRPr="004D4570">
        <w:t>congelate</w:t>
      </w:r>
      <w:proofErr w:type="spellEnd"/>
      <w:r w:rsidRPr="004D4570">
        <w:t xml:space="preserve"> </w:t>
      </w:r>
      <w:proofErr w:type="spellStart"/>
      <w:r w:rsidRPr="004D4570">
        <w:t>sau</w:t>
      </w:r>
      <w:proofErr w:type="spellEnd"/>
      <w:r w:rsidRPr="004D4570">
        <w:t xml:space="preserve"> conservate pot fi </w:t>
      </w:r>
      <w:proofErr w:type="spellStart"/>
      <w:r w:rsidRPr="004D4570">
        <w:t>utilizate</w:t>
      </w:r>
      <w:proofErr w:type="spellEnd"/>
      <w:r w:rsidRPr="004D4570">
        <w:t xml:space="preserve"> </w:t>
      </w:r>
      <w:proofErr w:type="spellStart"/>
      <w:r w:rsidRPr="004D4570">
        <w:t>în</w:t>
      </w:r>
      <w:proofErr w:type="spellEnd"/>
      <w:r w:rsidRPr="004D4570">
        <w:t xml:space="preserve"> </w:t>
      </w:r>
      <w:proofErr w:type="spellStart"/>
      <w:r w:rsidRPr="004D4570">
        <w:t>funcție</w:t>
      </w:r>
      <w:proofErr w:type="spellEnd"/>
      <w:r w:rsidRPr="004D4570">
        <w:t xml:space="preserve"> de </w:t>
      </w:r>
      <w:proofErr w:type="spellStart"/>
      <w:r w:rsidRPr="004D4570">
        <w:t>sezon</w:t>
      </w:r>
      <w:proofErr w:type="spellEnd"/>
      <w:r w:rsidRPr="004D4570">
        <w:t xml:space="preserve"> </w:t>
      </w:r>
      <w:proofErr w:type="spellStart"/>
      <w:r w:rsidRPr="004D4570">
        <w:t>și</w:t>
      </w:r>
      <w:proofErr w:type="spellEnd"/>
      <w:r w:rsidRPr="004D4570">
        <w:t xml:space="preserve"> </w:t>
      </w:r>
      <w:proofErr w:type="spellStart"/>
      <w:r w:rsidRPr="004D4570">
        <w:t>rețetă</w:t>
      </w:r>
      <w:proofErr w:type="spellEnd"/>
      <w:r w:rsidRPr="004D4570">
        <w:t xml:space="preserve">, cu </w:t>
      </w:r>
      <w:proofErr w:type="spellStart"/>
      <w:r w:rsidRPr="004D4570">
        <w:t>condiția</w:t>
      </w:r>
      <w:proofErr w:type="spellEnd"/>
      <w:r w:rsidRPr="004D4570">
        <w:t xml:space="preserve"> </w:t>
      </w:r>
      <w:proofErr w:type="spellStart"/>
      <w:r w:rsidRPr="004D4570">
        <w:t>păstrării</w:t>
      </w:r>
      <w:proofErr w:type="spellEnd"/>
      <w:r w:rsidRPr="004D4570">
        <w:t xml:space="preserve"> </w:t>
      </w:r>
      <w:proofErr w:type="spellStart"/>
      <w:r w:rsidRPr="004D4570">
        <w:t>calității</w:t>
      </w:r>
      <w:proofErr w:type="spellEnd"/>
      <w:r w:rsidRPr="004D4570">
        <w:t xml:space="preserve"> </w:t>
      </w:r>
      <w:proofErr w:type="spellStart"/>
      <w:r w:rsidRPr="004D4570">
        <w:t>și</w:t>
      </w:r>
      <w:proofErr w:type="spellEnd"/>
      <w:r w:rsidRPr="004D4570">
        <w:t xml:space="preserve"> </w:t>
      </w:r>
      <w:proofErr w:type="spellStart"/>
      <w:r w:rsidRPr="004D4570">
        <w:t>valorii</w:t>
      </w:r>
      <w:proofErr w:type="spellEnd"/>
      <w:r w:rsidRPr="004D4570">
        <w:t xml:space="preserve"> </w:t>
      </w:r>
      <w:proofErr w:type="spellStart"/>
      <w:r w:rsidRPr="004D4570">
        <w:t>nutriționale</w:t>
      </w:r>
      <w:proofErr w:type="spellEnd"/>
      <w:r w:rsidRPr="004D4570">
        <w:t xml:space="preserve">. </w:t>
      </w:r>
      <w:proofErr w:type="spellStart"/>
      <w:r w:rsidRPr="004D4570">
        <w:t>Piureurile</w:t>
      </w:r>
      <w:proofErr w:type="spellEnd"/>
      <w:r w:rsidRPr="004D4570">
        <w:t xml:space="preserve"> instant </w:t>
      </w:r>
      <w:proofErr w:type="spellStart"/>
      <w:r w:rsidRPr="004D4570">
        <w:t>și</w:t>
      </w:r>
      <w:proofErr w:type="spellEnd"/>
      <w:r w:rsidRPr="004D4570">
        <w:t xml:space="preserve"> </w:t>
      </w:r>
      <w:proofErr w:type="spellStart"/>
      <w:r w:rsidRPr="004D4570">
        <w:t>legumele</w:t>
      </w:r>
      <w:proofErr w:type="spellEnd"/>
      <w:r w:rsidRPr="004D4570">
        <w:t xml:space="preserve"> </w:t>
      </w:r>
      <w:proofErr w:type="spellStart"/>
      <w:r w:rsidRPr="004D4570">
        <w:t>deshidratate</w:t>
      </w:r>
      <w:proofErr w:type="spellEnd"/>
      <w:r w:rsidRPr="004D4570">
        <w:t xml:space="preserve"> nu se </w:t>
      </w:r>
      <w:proofErr w:type="spellStart"/>
      <w:r w:rsidRPr="004D4570">
        <w:t>folosesc</w:t>
      </w:r>
      <w:proofErr w:type="spellEnd"/>
      <w:r w:rsidRPr="004D4570">
        <w:t xml:space="preserve"> ca </w:t>
      </w:r>
      <w:proofErr w:type="spellStart"/>
      <w:r w:rsidRPr="004D4570">
        <w:t>substitut</w:t>
      </w:r>
      <w:proofErr w:type="spellEnd"/>
      <w:r w:rsidRPr="004D4570">
        <w:t xml:space="preserve"> </w:t>
      </w:r>
      <w:proofErr w:type="spellStart"/>
      <w:r w:rsidRPr="004D4570">
        <w:t>curent</w:t>
      </w:r>
      <w:proofErr w:type="spellEnd"/>
      <w:r w:rsidRPr="004D4570">
        <w:t xml:space="preserve"> al </w:t>
      </w:r>
      <w:proofErr w:type="spellStart"/>
      <w:r w:rsidRPr="004D4570">
        <w:t>produselor</w:t>
      </w:r>
      <w:proofErr w:type="spellEnd"/>
      <w:r w:rsidRPr="004D4570">
        <w:t xml:space="preserve"> </w:t>
      </w:r>
      <w:proofErr w:type="spellStart"/>
      <w:r w:rsidRPr="004D4570">
        <w:t>integrale</w:t>
      </w:r>
      <w:proofErr w:type="spellEnd"/>
      <w:r w:rsidRPr="004D4570">
        <w:t xml:space="preserve"> </w:t>
      </w:r>
      <w:proofErr w:type="spellStart"/>
      <w:r w:rsidRPr="004D4570">
        <w:t>decât</w:t>
      </w:r>
      <w:proofErr w:type="spellEnd"/>
      <w:r w:rsidRPr="004D4570">
        <w:t xml:space="preserve"> </w:t>
      </w:r>
      <w:proofErr w:type="spellStart"/>
      <w:r w:rsidRPr="004D4570">
        <w:t>justificat</w:t>
      </w:r>
      <w:proofErr w:type="spellEnd"/>
      <w:r w:rsidRPr="004D4570">
        <w:t xml:space="preserve"> </w:t>
      </w:r>
      <w:proofErr w:type="spellStart"/>
      <w:r w:rsidRPr="004D4570">
        <w:t>tehnologic</w:t>
      </w:r>
      <w:proofErr w:type="spellEnd"/>
      <w:r w:rsidRPr="004D4570">
        <w:t xml:space="preserve"> </w:t>
      </w:r>
      <w:proofErr w:type="spellStart"/>
      <w:r w:rsidRPr="004D4570">
        <w:t>și</w:t>
      </w:r>
      <w:proofErr w:type="spellEnd"/>
      <w:r w:rsidRPr="004D4570">
        <w:t xml:space="preserve"> </w:t>
      </w:r>
      <w:proofErr w:type="spellStart"/>
      <w:r w:rsidRPr="004D4570">
        <w:t>aprobat</w:t>
      </w:r>
      <w:proofErr w:type="spellEnd"/>
      <w:r w:rsidRPr="004D4570">
        <w:t>.</w:t>
      </w:r>
    </w:p>
    <w:p w14:paraId="11382BE7" w14:textId="77777777" w:rsidR="000C4CB5" w:rsidRPr="004D4570" w:rsidRDefault="004E746A">
      <w:pPr>
        <w:spacing w:after="50" w:line="247" w:lineRule="auto"/>
      </w:pPr>
      <w:proofErr w:type="spellStart"/>
      <w:r w:rsidRPr="004D4570">
        <w:rPr>
          <w:b/>
        </w:rPr>
        <w:t>Grăsimi</w:t>
      </w:r>
      <w:proofErr w:type="spellEnd"/>
      <w:r w:rsidRPr="004D4570">
        <w:rPr>
          <w:b/>
        </w:rPr>
        <w:t xml:space="preserve">, </w:t>
      </w:r>
      <w:proofErr w:type="spellStart"/>
      <w:r w:rsidRPr="004D4570">
        <w:rPr>
          <w:b/>
        </w:rPr>
        <w:t>sare</w:t>
      </w:r>
      <w:proofErr w:type="spellEnd"/>
      <w:r w:rsidRPr="004D4570">
        <w:rPr>
          <w:b/>
        </w:rPr>
        <w:t xml:space="preserve">, </w:t>
      </w:r>
      <w:proofErr w:type="spellStart"/>
      <w:r w:rsidRPr="004D4570">
        <w:rPr>
          <w:b/>
        </w:rPr>
        <w:t>zahăr</w:t>
      </w:r>
      <w:proofErr w:type="spellEnd"/>
      <w:r w:rsidRPr="004D4570">
        <w:rPr>
          <w:b/>
        </w:rPr>
        <w:t xml:space="preserve">, </w:t>
      </w:r>
      <w:proofErr w:type="spellStart"/>
      <w:r w:rsidRPr="004D4570">
        <w:rPr>
          <w:b/>
        </w:rPr>
        <w:t>băuturi</w:t>
      </w:r>
      <w:proofErr w:type="spellEnd"/>
      <w:r w:rsidRPr="004D4570">
        <w:rPr>
          <w:b/>
        </w:rPr>
        <w:t xml:space="preserve"> </w:t>
      </w:r>
      <w:proofErr w:type="spellStart"/>
      <w:r w:rsidRPr="004D4570">
        <w:rPr>
          <w:b/>
        </w:rPr>
        <w:t>și</w:t>
      </w:r>
      <w:proofErr w:type="spellEnd"/>
      <w:r w:rsidRPr="004D4570">
        <w:rPr>
          <w:b/>
        </w:rPr>
        <w:t xml:space="preserve"> </w:t>
      </w:r>
      <w:proofErr w:type="spellStart"/>
      <w:r w:rsidRPr="004D4570">
        <w:rPr>
          <w:b/>
        </w:rPr>
        <w:t>aditivi</w:t>
      </w:r>
      <w:proofErr w:type="spellEnd"/>
      <w:r w:rsidRPr="004D4570">
        <w:rPr>
          <w:b/>
        </w:rPr>
        <w:t xml:space="preserve">. </w:t>
      </w:r>
    </w:p>
    <w:p w14:paraId="32F8FF01" w14:textId="77777777" w:rsidR="000C4CB5" w:rsidRPr="0025334A" w:rsidRDefault="004E746A">
      <w:pPr>
        <w:spacing w:after="50" w:line="247" w:lineRule="auto"/>
      </w:pPr>
      <w:r w:rsidRPr="004D4570">
        <w:lastRenderedPageBreak/>
        <w:t xml:space="preserve">Se </w:t>
      </w:r>
      <w:proofErr w:type="spellStart"/>
      <w:r w:rsidRPr="004D4570">
        <w:t>utilizează</w:t>
      </w:r>
      <w:proofErr w:type="spellEnd"/>
      <w:r w:rsidRPr="004D4570">
        <w:t xml:space="preserve"> </w:t>
      </w:r>
      <w:proofErr w:type="spellStart"/>
      <w:r w:rsidRPr="004D4570">
        <w:t>uleiuri</w:t>
      </w:r>
      <w:proofErr w:type="spellEnd"/>
      <w:r w:rsidRPr="004D4570">
        <w:t xml:space="preserve"> </w:t>
      </w:r>
      <w:proofErr w:type="spellStart"/>
      <w:r w:rsidRPr="004D4570">
        <w:t>vegetale</w:t>
      </w:r>
      <w:proofErr w:type="spellEnd"/>
      <w:r w:rsidRPr="004D4570">
        <w:t xml:space="preserve"> </w:t>
      </w:r>
      <w:proofErr w:type="spellStart"/>
      <w:r w:rsidRPr="004D4570">
        <w:t>adecvate</w:t>
      </w:r>
      <w:proofErr w:type="spellEnd"/>
      <w:r w:rsidRPr="004D4570">
        <w:t xml:space="preserve"> </w:t>
      </w:r>
      <w:proofErr w:type="spellStart"/>
      <w:r w:rsidRPr="004D4570">
        <w:t>tehnologiei</w:t>
      </w:r>
      <w:proofErr w:type="spellEnd"/>
      <w:r w:rsidRPr="004D4570">
        <w:t xml:space="preserve"> </w:t>
      </w:r>
      <w:proofErr w:type="spellStart"/>
      <w:r w:rsidRPr="004D4570">
        <w:t>culinare</w:t>
      </w:r>
      <w:proofErr w:type="spellEnd"/>
      <w:r w:rsidRPr="004D4570">
        <w:t xml:space="preserve">, </w:t>
      </w:r>
      <w:proofErr w:type="spellStart"/>
      <w:r w:rsidRPr="004D4570">
        <w:t>unt</w:t>
      </w:r>
      <w:proofErr w:type="spellEnd"/>
      <w:r w:rsidRPr="004D4570">
        <w:t xml:space="preserve"> </w:t>
      </w:r>
      <w:proofErr w:type="spellStart"/>
      <w:r w:rsidRPr="004D4570">
        <w:t>și</w:t>
      </w:r>
      <w:proofErr w:type="spellEnd"/>
      <w:r w:rsidRPr="004D4570">
        <w:t xml:space="preserve"> </w:t>
      </w:r>
      <w:proofErr w:type="spellStart"/>
      <w:r w:rsidRPr="004D4570">
        <w:t>alte</w:t>
      </w:r>
      <w:proofErr w:type="spellEnd"/>
      <w:r w:rsidRPr="004D4570">
        <w:t xml:space="preserve"> </w:t>
      </w:r>
      <w:proofErr w:type="spellStart"/>
      <w:r w:rsidRPr="004D4570">
        <w:t>grăsimi</w:t>
      </w:r>
      <w:proofErr w:type="spellEnd"/>
      <w:r w:rsidRPr="004D4570">
        <w:t xml:space="preserve"> </w:t>
      </w:r>
      <w:proofErr w:type="spellStart"/>
      <w:r w:rsidRPr="004D4570">
        <w:t>în</w:t>
      </w:r>
      <w:proofErr w:type="spellEnd"/>
      <w:r w:rsidRPr="004D4570">
        <w:t xml:space="preserve"> </w:t>
      </w:r>
      <w:proofErr w:type="spellStart"/>
      <w:r w:rsidRPr="004D4570">
        <w:t>cantități</w:t>
      </w:r>
      <w:proofErr w:type="spellEnd"/>
      <w:r w:rsidRPr="004D4570">
        <w:t xml:space="preserve"> </w:t>
      </w:r>
      <w:proofErr w:type="spellStart"/>
      <w:r w:rsidRPr="004D4570">
        <w:t>controlate</w:t>
      </w:r>
      <w:proofErr w:type="spellEnd"/>
      <w:r w:rsidRPr="004D4570">
        <w:t xml:space="preserve">. </w:t>
      </w:r>
      <w:proofErr w:type="spellStart"/>
      <w:r w:rsidRPr="004D4570">
        <w:t>Margarina</w:t>
      </w:r>
      <w:proofErr w:type="spellEnd"/>
      <w:r w:rsidRPr="004D4570">
        <w:t xml:space="preserve">, </w:t>
      </w:r>
      <w:proofErr w:type="spellStart"/>
      <w:r w:rsidRPr="004D4570">
        <w:t>untura</w:t>
      </w:r>
      <w:proofErr w:type="spellEnd"/>
      <w:r w:rsidRPr="004D4570">
        <w:t xml:space="preserve"> </w:t>
      </w:r>
      <w:proofErr w:type="spellStart"/>
      <w:r w:rsidRPr="004D4570">
        <w:t>și</w:t>
      </w:r>
      <w:proofErr w:type="spellEnd"/>
      <w:r w:rsidRPr="004D4570">
        <w:t xml:space="preserve"> </w:t>
      </w:r>
      <w:proofErr w:type="spellStart"/>
      <w:r w:rsidRPr="004D4570">
        <w:t>amestecurile</w:t>
      </w:r>
      <w:proofErr w:type="spellEnd"/>
      <w:r w:rsidRPr="004D4570">
        <w:t xml:space="preserve"> cu </w:t>
      </w:r>
      <w:proofErr w:type="spellStart"/>
      <w:r w:rsidRPr="004D4570">
        <w:t>grăsimi</w:t>
      </w:r>
      <w:proofErr w:type="spellEnd"/>
      <w:r w:rsidRPr="004D4570">
        <w:t xml:space="preserve"> </w:t>
      </w:r>
      <w:proofErr w:type="spellStart"/>
      <w:r w:rsidRPr="004D4570">
        <w:t>hidrogenate</w:t>
      </w:r>
      <w:proofErr w:type="spellEnd"/>
      <w:r w:rsidRPr="004D4570">
        <w:t xml:space="preserve"> nu se </w:t>
      </w:r>
      <w:proofErr w:type="spellStart"/>
      <w:r w:rsidRPr="004D4570">
        <w:t>utilizează</w:t>
      </w:r>
      <w:proofErr w:type="spellEnd"/>
      <w:r w:rsidRPr="004D4570">
        <w:t xml:space="preserve"> ca </w:t>
      </w:r>
      <w:proofErr w:type="spellStart"/>
      <w:r w:rsidRPr="004D4570">
        <w:t>substitut</w:t>
      </w:r>
      <w:proofErr w:type="spellEnd"/>
      <w:r w:rsidRPr="004D4570">
        <w:t xml:space="preserve"> </w:t>
      </w:r>
      <w:proofErr w:type="spellStart"/>
      <w:r w:rsidRPr="004D4570">
        <w:t>pentru</w:t>
      </w:r>
      <w:proofErr w:type="spellEnd"/>
      <w:r w:rsidRPr="004D4570">
        <w:t xml:space="preserve"> </w:t>
      </w:r>
      <w:proofErr w:type="spellStart"/>
      <w:r w:rsidRPr="004D4570">
        <w:t>unt</w:t>
      </w:r>
      <w:proofErr w:type="spellEnd"/>
      <w:r w:rsidRPr="004D4570">
        <w:t xml:space="preserve"> </w:t>
      </w:r>
      <w:proofErr w:type="spellStart"/>
      <w:r w:rsidRPr="004D4570">
        <w:t>în</w:t>
      </w:r>
      <w:proofErr w:type="spellEnd"/>
      <w:r w:rsidRPr="004D4570">
        <w:t xml:space="preserve"> </w:t>
      </w:r>
      <w:proofErr w:type="spellStart"/>
      <w:r w:rsidRPr="004D4570">
        <w:t>preparatele</w:t>
      </w:r>
      <w:proofErr w:type="spellEnd"/>
      <w:r w:rsidRPr="004D4570">
        <w:t xml:space="preserve"> </w:t>
      </w:r>
      <w:proofErr w:type="spellStart"/>
      <w:r w:rsidRPr="004D4570">
        <w:t>în</w:t>
      </w:r>
      <w:proofErr w:type="spellEnd"/>
      <w:r w:rsidRPr="004D4570">
        <w:t xml:space="preserve"> care </w:t>
      </w:r>
      <w:proofErr w:type="spellStart"/>
      <w:r w:rsidRPr="004D4570">
        <w:t>meniul</w:t>
      </w:r>
      <w:proofErr w:type="spellEnd"/>
      <w:r w:rsidRPr="004D4570">
        <w:t xml:space="preserve"> </w:t>
      </w:r>
      <w:proofErr w:type="spellStart"/>
      <w:r w:rsidRPr="004D4570">
        <w:t>aprobat</w:t>
      </w:r>
      <w:proofErr w:type="spellEnd"/>
      <w:r w:rsidRPr="004D4570">
        <w:t xml:space="preserve"> </w:t>
      </w:r>
      <w:proofErr w:type="spellStart"/>
      <w:r w:rsidRPr="004D4570">
        <w:t>prevede</w:t>
      </w:r>
      <w:proofErr w:type="spellEnd"/>
      <w:r w:rsidRPr="004D4570">
        <w:t xml:space="preserve"> </w:t>
      </w:r>
      <w:proofErr w:type="spellStart"/>
      <w:r w:rsidRPr="004D4570">
        <w:t>unt</w:t>
      </w:r>
      <w:proofErr w:type="spellEnd"/>
      <w:r w:rsidRPr="004D4570">
        <w:t xml:space="preserve">. </w:t>
      </w:r>
      <w:proofErr w:type="spellStart"/>
      <w:r w:rsidRPr="004D4570">
        <w:t>Aportul</w:t>
      </w:r>
      <w:proofErr w:type="spellEnd"/>
      <w:r w:rsidRPr="004D4570">
        <w:t xml:space="preserve"> de </w:t>
      </w:r>
      <w:proofErr w:type="spellStart"/>
      <w:r w:rsidRPr="004D4570">
        <w:t>sare</w:t>
      </w:r>
      <w:proofErr w:type="spellEnd"/>
      <w:r w:rsidRPr="004D4570">
        <w:t xml:space="preserve"> </w:t>
      </w:r>
      <w:proofErr w:type="spellStart"/>
      <w:r w:rsidRPr="004D4570">
        <w:t>și</w:t>
      </w:r>
      <w:proofErr w:type="spellEnd"/>
      <w:r w:rsidRPr="004D4570">
        <w:t xml:space="preserve"> </w:t>
      </w:r>
      <w:proofErr w:type="spellStart"/>
      <w:r w:rsidRPr="004D4570">
        <w:t>zahăr</w:t>
      </w:r>
      <w:proofErr w:type="spellEnd"/>
      <w:r w:rsidRPr="004D4570">
        <w:t xml:space="preserve"> se </w:t>
      </w:r>
      <w:proofErr w:type="spellStart"/>
      <w:r w:rsidRPr="004D4570">
        <w:t>controlează</w:t>
      </w:r>
      <w:proofErr w:type="spellEnd"/>
      <w:r w:rsidRPr="004D4570">
        <w:t xml:space="preserve"> </w:t>
      </w:r>
      <w:proofErr w:type="spellStart"/>
      <w:r w:rsidRPr="004D4570">
        <w:t>prin</w:t>
      </w:r>
      <w:proofErr w:type="spellEnd"/>
      <w:r w:rsidRPr="004D4570">
        <w:t xml:space="preserve"> </w:t>
      </w:r>
      <w:proofErr w:type="spellStart"/>
      <w:r w:rsidRPr="004D4570">
        <w:t>rețete</w:t>
      </w:r>
      <w:proofErr w:type="spellEnd"/>
      <w:r w:rsidRPr="004D4570">
        <w:t xml:space="preserve">; </w:t>
      </w:r>
      <w:proofErr w:type="spellStart"/>
      <w:r w:rsidRPr="004D4570">
        <w:t>băuturile</w:t>
      </w:r>
      <w:proofErr w:type="spellEnd"/>
      <w:r w:rsidRPr="004D4570">
        <w:t xml:space="preserve"> </w:t>
      </w:r>
      <w:proofErr w:type="spellStart"/>
      <w:r w:rsidRPr="004D4570">
        <w:t>îndulcite</w:t>
      </w:r>
      <w:proofErr w:type="spellEnd"/>
      <w:r w:rsidRPr="004D4570">
        <w:t xml:space="preserve"> nu </w:t>
      </w:r>
      <w:proofErr w:type="spellStart"/>
      <w:r w:rsidRPr="004D4570">
        <w:t>înlocuiesc</w:t>
      </w:r>
      <w:proofErr w:type="spellEnd"/>
      <w:r w:rsidRPr="004D4570">
        <w:t xml:space="preserve"> </w:t>
      </w:r>
      <w:proofErr w:type="spellStart"/>
      <w:r w:rsidRPr="004D4570">
        <w:t>apa</w:t>
      </w:r>
      <w:proofErr w:type="spellEnd"/>
      <w:r w:rsidRPr="004D4570">
        <w:t xml:space="preserve">, </w:t>
      </w:r>
      <w:proofErr w:type="spellStart"/>
      <w:r w:rsidRPr="004D4570">
        <w:t>fructele</w:t>
      </w:r>
      <w:proofErr w:type="spellEnd"/>
      <w:r w:rsidRPr="004D4570">
        <w:t xml:space="preserve"> </w:t>
      </w:r>
      <w:proofErr w:type="spellStart"/>
      <w:r w:rsidRPr="004D4570">
        <w:t>sau</w:t>
      </w:r>
      <w:proofErr w:type="spellEnd"/>
      <w:r w:rsidRPr="004D4570">
        <w:t xml:space="preserve"> </w:t>
      </w:r>
      <w:proofErr w:type="spellStart"/>
      <w:r w:rsidRPr="004D4570">
        <w:t>lactatele</w:t>
      </w:r>
      <w:proofErr w:type="spellEnd"/>
      <w:r w:rsidRPr="004D4570">
        <w:t>.</w:t>
      </w:r>
    </w:p>
    <w:p w14:paraId="155BAB26" w14:textId="77777777" w:rsidR="000C4CB5" w:rsidRPr="0025334A" w:rsidRDefault="004E746A">
      <w:pPr>
        <w:spacing w:after="50" w:line="247" w:lineRule="auto"/>
      </w:pPr>
      <w:proofErr w:type="spellStart"/>
      <w:r w:rsidRPr="0025334A">
        <w:rPr>
          <w:b/>
        </w:rPr>
        <w:t>Substituirea</w:t>
      </w:r>
      <w:proofErr w:type="spellEnd"/>
      <w:r w:rsidRPr="0025334A">
        <w:rPr>
          <w:b/>
        </w:rPr>
        <w:t xml:space="preserve"> </w:t>
      </w:r>
      <w:proofErr w:type="spellStart"/>
      <w:r w:rsidRPr="0025334A">
        <w:rPr>
          <w:b/>
        </w:rPr>
        <w:t>ingredientelor</w:t>
      </w:r>
      <w:proofErr w:type="spellEnd"/>
      <w:r w:rsidRPr="0025334A">
        <w:rPr>
          <w:b/>
        </w:rPr>
        <w:t xml:space="preserve">. </w:t>
      </w:r>
    </w:p>
    <w:p w14:paraId="78C185DA" w14:textId="77777777" w:rsidR="000C4CB5" w:rsidRPr="0025334A" w:rsidRDefault="004E746A">
      <w:pPr>
        <w:spacing w:after="50" w:line="247" w:lineRule="auto"/>
      </w:pPr>
      <w:proofErr w:type="spellStart"/>
      <w:r w:rsidRPr="0025334A">
        <w:t>Substituirea</w:t>
      </w:r>
      <w:proofErr w:type="spellEnd"/>
      <w:r w:rsidRPr="0025334A">
        <w:t xml:space="preserve"> </w:t>
      </w:r>
      <w:proofErr w:type="spellStart"/>
      <w:r w:rsidRPr="0025334A">
        <w:t>unui</w:t>
      </w:r>
      <w:proofErr w:type="spellEnd"/>
      <w:r w:rsidRPr="0025334A">
        <w:t xml:space="preserve"> ingredient </w:t>
      </w:r>
      <w:proofErr w:type="spellStart"/>
      <w:r w:rsidRPr="0025334A">
        <w:t>sau</w:t>
      </w:r>
      <w:proofErr w:type="spellEnd"/>
      <w:r w:rsidRPr="0025334A">
        <w:t xml:space="preserve"> </w:t>
      </w:r>
      <w:proofErr w:type="spellStart"/>
      <w:r w:rsidRPr="0025334A">
        <w:t>preparat</w:t>
      </w:r>
      <w:proofErr w:type="spellEnd"/>
      <w:r w:rsidRPr="0025334A">
        <w:t xml:space="preserve"> </w:t>
      </w:r>
      <w:proofErr w:type="spellStart"/>
      <w:r w:rsidRPr="0025334A">
        <w:t>este</w:t>
      </w:r>
      <w:proofErr w:type="spellEnd"/>
      <w:r w:rsidRPr="0025334A">
        <w:t xml:space="preserve"> </w:t>
      </w:r>
      <w:proofErr w:type="spellStart"/>
      <w:r w:rsidRPr="0025334A">
        <w:t>permisă</w:t>
      </w:r>
      <w:proofErr w:type="spellEnd"/>
      <w:r w:rsidRPr="0025334A">
        <w:t xml:space="preserve"> </w:t>
      </w:r>
      <w:proofErr w:type="spellStart"/>
      <w:r w:rsidRPr="0025334A">
        <w:t>numai</w:t>
      </w:r>
      <w:proofErr w:type="spellEnd"/>
      <w:r w:rsidRPr="0025334A">
        <w:t xml:space="preserve"> </w:t>
      </w:r>
      <w:proofErr w:type="spellStart"/>
      <w:r w:rsidRPr="0025334A">
        <w:t>în</w:t>
      </w:r>
      <w:proofErr w:type="spellEnd"/>
      <w:r w:rsidRPr="0025334A">
        <w:t xml:space="preserve"> </w:t>
      </w:r>
      <w:proofErr w:type="spellStart"/>
      <w:r w:rsidRPr="0025334A">
        <w:t>situații</w:t>
      </w:r>
      <w:proofErr w:type="spellEnd"/>
      <w:r w:rsidRPr="0025334A">
        <w:t xml:space="preserve"> </w:t>
      </w:r>
      <w:proofErr w:type="spellStart"/>
      <w:r w:rsidRPr="0025334A">
        <w:t>obiective</w:t>
      </w:r>
      <w:proofErr w:type="spellEnd"/>
      <w:r w:rsidRPr="0025334A">
        <w:t xml:space="preserve">, cu </w:t>
      </w:r>
      <w:proofErr w:type="spellStart"/>
      <w:r w:rsidRPr="0025334A">
        <w:t>aprobarea</w:t>
      </w:r>
      <w:proofErr w:type="spellEnd"/>
      <w:r w:rsidRPr="0025334A">
        <w:t xml:space="preserve"> </w:t>
      </w:r>
      <w:proofErr w:type="spellStart"/>
      <w:r w:rsidRPr="0025334A">
        <w:t>centrului</w:t>
      </w:r>
      <w:proofErr w:type="spellEnd"/>
      <w:r w:rsidRPr="0025334A">
        <w:t xml:space="preserve"> </w:t>
      </w:r>
      <w:proofErr w:type="spellStart"/>
      <w:r w:rsidRPr="0025334A">
        <w:t>și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a </w:t>
      </w:r>
      <w:proofErr w:type="spellStart"/>
      <w:r w:rsidRPr="0025334A">
        <w:t>profesionistului</w:t>
      </w:r>
      <w:proofErr w:type="spellEnd"/>
      <w:r w:rsidRPr="0025334A">
        <w:t xml:space="preserve"> care </w:t>
      </w:r>
      <w:proofErr w:type="spellStart"/>
      <w:r w:rsidRPr="0025334A">
        <w:t>verifică</w:t>
      </w:r>
      <w:proofErr w:type="spellEnd"/>
      <w:r w:rsidRPr="0025334A">
        <w:t xml:space="preserve"> </w:t>
      </w:r>
      <w:proofErr w:type="spellStart"/>
      <w:r w:rsidRPr="0025334A">
        <w:t>meniul</w:t>
      </w:r>
      <w:proofErr w:type="spellEnd"/>
      <w:r w:rsidRPr="0025334A">
        <w:t xml:space="preserve">. </w:t>
      </w:r>
      <w:proofErr w:type="spellStart"/>
      <w:r w:rsidRPr="0025334A">
        <w:t>Înlocuitorul</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aparțină</w:t>
      </w:r>
      <w:proofErr w:type="spellEnd"/>
      <w:r w:rsidRPr="0025334A">
        <w:t xml:space="preserve"> </w:t>
      </w:r>
      <w:proofErr w:type="spellStart"/>
      <w:r w:rsidRPr="0025334A">
        <w:t>aceleiași</w:t>
      </w:r>
      <w:proofErr w:type="spellEnd"/>
      <w:r w:rsidRPr="0025334A">
        <w:t xml:space="preserve"> </w:t>
      </w:r>
      <w:proofErr w:type="spellStart"/>
      <w:r w:rsidRPr="0025334A">
        <w:t>grupe</w:t>
      </w:r>
      <w:proofErr w:type="spellEnd"/>
      <w:r w:rsidRPr="0025334A">
        <w:t xml:space="preserve"> </w:t>
      </w:r>
      <w:proofErr w:type="spellStart"/>
      <w:r w:rsidRPr="0025334A">
        <w:t>alimentare</w:t>
      </w:r>
      <w:proofErr w:type="spellEnd"/>
      <w:r w:rsidRPr="0025334A">
        <w:t xml:space="preserve">, </w:t>
      </w:r>
      <w:proofErr w:type="spellStart"/>
      <w:r w:rsidRPr="0025334A">
        <w:t>să</w:t>
      </w:r>
      <w:proofErr w:type="spellEnd"/>
      <w:r w:rsidRPr="0025334A">
        <w:t xml:space="preserve"> </w:t>
      </w:r>
      <w:proofErr w:type="spellStart"/>
      <w:r w:rsidRPr="0025334A">
        <w:t>aibă</w:t>
      </w:r>
      <w:proofErr w:type="spellEnd"/>
      <w:r w:rsidRPr="0025334A">
        <w:t xml:space="preserve"> </w:t>
      </w:r>
      <w:proofErr w:type="spellStart"/>
      <w:r w:rsidRPr="0025334A">
        <w:t>valoare</w:t>
      </w:r>
      <w:proofErr w:type="spellEnd"/>
      <w:r w:rsidRPr="0025334A">
        <w:t xml:space="preserve"> </w:t>
      </w:r>
      <w:proofErr w:type="spellStart"/>
      <w:r w:rsidRPr="0025334A">
        <w:t>nutrițională</w:t>
      </w:r>
      <w:proofErr w:type="spellEnd"/>
      <w:r w:rsidRPr="0025334A">
        <w:t xml:space="preserve"> </w:t>
      </w:r>
      <w:proofErr w:type="spellStart"/>
      <w:r w:rsidRPr="0025334A">
        <w:t>și</w:t>
      </w:r>
      <w:proofErr w:type="spellEnd"/>
      <w:r w:rsidRPr="0025334A">
        <w:t xml:space="preserve"> </w:t>
      </w:r>
      <w:proofErr w:type="spellStart"/>
      <w:r w:rsidRPr="0025334A">
        <w:t>economică</w:t>
      </w:r>
      <w:proofErr w:type="spellEnd"/>
      <w:r w:rsidRPr="0025334A">
        <w:t xml:space="preserve"> cel </w:t>
      </w:r>
      <w:proofErr w:type="spellStart"/>
      <w:r w:rsidRPr="0025334A">
        <w:t>puțin</w:t>
      </w:r>
      <w:proofErr w:type="spellEnd"/>
      <w:r w:rsidRPr="0025334A">
        <w:t xml:space="preserve"> </w:t>
      </w:r>
      <w:proofErr w:type="spellStart"/>
      <w:r w:rsidRPr="0025334A">
        <w:t>echivalentă</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respecte</w:t>
      </w:r>
      <w:proofErr w:type="spellEnd"/>
      <w:r w:rsidRPr="0025334A">
        <w:t xml:space="preserve"> </w:t>
      </w:r>
      <w:proofErr w:type="spellStart"/>
      <w:r w:rsidRPr="0025334A">
        <w:t>regimul</w:t>
      </w:r>
      <w:proofErr w:type="spellEnd"/>
      <w:r w:rsidRPr="0025334A">
        <w:t xml:space="preserve"> </w:t>
      </w:r>
      <w:proofErr w:type="spellStart"/>
      <w:r w:rsidRPr="0025334A">
        <w:t>și</w:t>
      </w:r>
      <w:proofErr w:type="spellEnd"/>
      <w:r w:rsidRPr="0025334A">
        <w:t xml:space="preserve"> </w:t>
      </w:r>
      <w:proofErr w:type="spellStart"/>
      <w:r w:rsidRPr="0025334A">
        <w:t>alergenii</w:t>
      </w:r>
      <w:proofErr w:type="spellEnd"/>
      <w:r w:rsidRPr="0025334A">
        <w:t xml:space="preserve">. </w:t>
      </w:r>
      <w:proofErr w:type="spellStart"/>
      <w:r w:rsidRPr="0025334A">
        <w:t>Lipsa</w:t>
      </w:r>
      <w:proofErr w:type="spellEnd"/>
      <w:r w:rsidRPr="0025334A">
        <w:t xml:space="preserve"> de </w:t>
      </w:r>
      <w:proofErr w:type="spellStart"/>
      <w:r w:rsidRPr="0025334A">
        <w:t>aprovizionare</w:t>
      </w:r>
      <w:proofErr w:type="spellEnd"/>
      <w:r w:rsidRPr="0025334A">
        <w:t xml:space="preserve"> </w:t>
      </w:r>
      <w:proofErr w:type="spellStart"/>
      <w:r w:rsidRPr="0025334A">
        <w:t>previzibilă</w:t>
      </w:r>
      <w:proofErr w:type="spellEnd"/>
      <w:r w:rsidRPr="0025334A">
        <w:t xml:space="preserve"> </w:t>
      </w:r>
      <w:proofErr w:type="spellStart"/>
      <w:r w:rsidRPr="0025334A">
        <w:t>sau</w:t>
      </w:r>
      <w:proofErr w:type="spellEnd"/>
      <w:r w:rsidRPr="0025334A">
        <w:t xml:space="preserve"> </w:t>
      </w:r>
      <w:proofErr w:type="spellStart"/>
      <w:r w:rsidRPr="0025334A">
        <w:t>alegerea</w:t>
      </w:r>
      <w:proofErr w:type="spellEnd"/>
      <w:r w:rsidRPr="0025334A">
        <w:t xml:space="preserve"> </w:t>
      </w:r>
      <w:proofErr w:type="spellStart"/>
      <w:r w:rsidRPr="0025334A">
        <w:t>unui</w:t>
      </w:r>
      <w:proofErr w:type="spellEnd"/>
      <w:r w:rsidRPr="0025334A">
        <w:t xml:space="preserve"> </w:t>
      </w:r>
      <w:proofErr w:type="spellStart"/>
      <w:r w:rsidRPr="0025334A">
        <w:t>produs</w:t>
      </w:r>
      <w:proofErr w:type="spellEnd"/>
      <w:r w:rsidRPr="0025334A">
        <w:t xml:space="preserve"> </w:t>
      </w:r>
      <w:proofErr w:type="spellStart"/>
      <w:r w:rsidRPr="0025334A">
        <w:t>mai</w:t>
      </w:r>
      <w:proofErr w:type="spellEnd"/>
      <w:r w:rsidRPr="0025334A">
        <w:t xml:space="preserve"> </w:t>
      </w:r>
      <w:proofErr w:type="spellStart"/>
      <w:r w:rsidRPr="0025334A">
        <w:t>ieftin</w:t>
      </w:r>
      <w:proofErr w:type="spellEnd"/>
      <w:r w:rsidRPr="0025334A">
        <w:t xml:space="preserve"> nu </w:t>
      </w:r>
      <w:proofErr w:type="spellStart"/>
      <w:r w:rsidRPr="0025334A">
        <w:t>justifică</w:t>
      </w:r>
      <w:proofErr w:type="spellEnd"/>
      <w:r w:rsidRPr="0025334A">
        <w:t xml:space="preserve"> </w:t>
      </w:r>
      <w:proofErr w:type="spellStart"/>
      <w:r w:rsidRPr="0025334A">
        <w:t>substituirea</w:t>
      </w:r>
      <w:proofErr w:type="spellEnd"/>
      <w:r w:rsidRPr="0025334A">
        <w:t>.</w:t>
      </w:r>
    </w:p>
    <w:p w14:paraId="639B8FE2" w14:textId="4F64A147" w:rsidR="0025334A" w:rsidRPr="0025334A" w:rsidRDefault="0025334A" w:rsidP="0025334A">
      <w:pPr>
        <w:spacing w:after="50" w:line="247" w:lineRule="auto"/>
        <w:rPr>
          <w:b/>
          <w:lang w:val="fr-FR"/>
        </w:rPr>
      </w:pPr>
      <w:proofErr w:type="spellStart"/>
      <w:r w:rsidRPr="0025334A">
        <w:rPr>
          <w:b/>
          <w:lang w:val="fr-FR"/>
        </w:rPr>
        <w:t>Stocuri</w:t>
      </w:r>
      <w:proofErr w:type="spellEnd"/>
      <w:r w:rsidRPr="0025334A">
        <w:rPr>
          <w:b/>
          <w:lang w:val="fr-FR"/>
        </w:rPr>
        <w:t xml:space="preserve"> de </w:t>
      </w:r>
      <w:proofErr w:type="spellStart"/>
      <w:r w:rsidRPr="0025334A">
        <w:rPr>
          <w:b/>
          <w:lang w:val="fr-FR"/>
        </w:rPr>
        <w:t>siguranta</w:t>
      </w:r>
      <w:proofErr w:type="spellEnd"/>
      <w:r w:rsidRPr="0025334A">
        <w:rPr>
          <w:b/>
          <w:lang w:val="fr-FR"/>
        </w:rPr>
        <w:t xml:space="preserve">. </w:t>
      </w:r>
    </w:p>
    <w:p w14:paraId="5A44B73A" w14:textId="35804816" w:rsidR="0025334A" w:rsidRPr="0025334A" w:rsidRDefault="00861B20" w:rsidP="00014595">
      <w:pPr>
        <w:spacing w:after="50" w:line="247" w:lineRule="auto"/>
        <w:rPr>
          <w:lang w:val="fr-FR"/>
        </w:rPr>
      </w:pPr>
      <w:proofErr w:type="spellStart"/>
      <w:r w:rsidRPr="00861B20">
        <w:t>Prestatorul</w:t>
      </w:r>
      <w:proofErr w:type="spellEnd"/>
      <w:r w:rsidRPr="00861B20">
        <w:t xml:space="preserve"> </w:t>
      </w:r>
      <w:proofErr w:type="spellStart"/>
      <w:r w:rsidRPr="00861B20">
        <w:t>menține</w:t>
      </w:r>
      <w:proofErr w:type="spellEnd"/>
      <w:r w:rsidRPr="00861B20">
        <w:t xml:space="preserve">, </w:t>
      </w:r>
      <w:proofErr w:type="spellStart"/>
      <w:r w:rsidRPr="00861B20">
        <w:t>în</w:t>
      </w:r>
      <w:proofErr w:type="spellEnd"/>
      <w:r w:rsidRPr="00861B20">
        <w:t xml:space="preserve"> </w:t>
      </w:r>
      <w:proofErr w:type="spellStart"/>
      <w:r w:rsidRPr="00861B20">
        <w:t>unitatea</w:t>
      </w:r>
      <w:proofErr w:type="spellEnd"/>
      <w:r w:rsidRPr="00861B20">
        <w:t>/</w:t>
      </w:r>
      <w:proofErr w:type="spellStart"/>
      <w:r w:rsidRPr="00861B20">
        <w:t>unitățile</w:t>
      </w:r>
      <w:proofErr w:type="spellEnd"/>
      <w:r w:rsidRPr="00861B20">
        <w:t xml:space="preserve"> </w:t>
      </w:r>
      <w:proofErr w:type="spellStart"/>
      <w:r w:rsidRPr="00861B20">
        <w:t>proprii</w:t>
      </w:r>
      <w:proofErr w:type="spellEnd"/>
      <w:r w:rsidRPr="00861B20">
        <w:t xml:space="preserve"> de </w:t>
      </w:r>
      <w:proofErr w:type="spellStart"/>
      <w:r w:rsidRPr="00861B20">
        <w:t>operare</w:t>
      </w:r>
      <w:proofErr w:type="spellEnd"/>
      <w:r w:rsidRPr="00861B20">
        <w:rPr>
          <w:b/>
          <w:bCs/>
        </w:rPr>
        <w:t xml:space="preserve">, un </w:t>
      </w:r>
      <w:proofErr w:type="spellStart"/>
      <w:r w:rsidRPr="00861B20">
        <w:rPr>
          <w:b/>
          <w:bCs/>
        </w:rPr>
        <w:t>stoc</w:t>
      </w:r>
      <w:proofErr w:type="spellEnd"/>
      <w:r w:rsidRPr="00861B20">
        <w:rPr>
          <w:b/>
          <w:bCs/>
        </w:rPr>
        <w:t xml:space="preserve"> tampon </w:t>
      </w:r>
      <w:proofErr w:type="spellStart"/>
      <w:r w:rsidRPr="00861B20">
        <w:rPr>
          <w:b/>
          <w:bCs/>
        </w:rPr>
        <w:t>adecvat</w:t>
      </w:r>
      <w:proofErr w:type="spellEnd"/>
      <w:r w:rsidRPr="00861B20">
        <w:rPr>
          <w:b/>
          <w:bCs/>
        </w:rPr>
        <w:t xml:space="preserve"> </w:t>
      </w:r>
      <w:proofErr w:type="spellStart"/>
      <w:r w:rsidRPr="00861B20">
        <w:rPr>
          <w:b/>
          <w:bCs/>
        </w:rPr>
        <w:t>continuității</w:t>
      </w:r>
      <w:proofErr w:type="spellEnd"/>
      <w:r w:rsidR="00014595">
        <w:rPr>
          <w:b/>
          <w:bCs/>
        </w:rPr>
        <w:t xml:space="preserve">, </w:t>
      </w:r>
      <w:proofErr w:type="spellStart"/>
      <w:r w:rsidR="00014595" w:rsidRPr="0025334A">
        <w:rPr>
          <w:b/>
          <w:lang w:val="fr-FR"/>
        </w:rPr>
        <w:t>pentru</w:t>
      </w:r>
      <w:proofErr w:type="spellEnd"/>
      <w:r w:rsidR="00014595" w:rsidRPr="0025334A">
        <w:rPr>
          <w:b/>
          <w:lang w:val="fr-FR"/>
        </w:rPr>
        <w:t xml:space="preserve"> o </w:t>
      </w:r>
      <w:proofErr w:type="spellStart"/>
      <w:r w:rsidR="00014595" w:rsidRPr="0025334A">
        <w:rPr>
          <w:b/>
          <w:lang w:val="fr-FR"/>
        </w:rPr>
        <w:t>perioadă</w:t>
      </w:r>
      <w:proofErr w:type="spellEnd"/>
      <w:r w:rsidR="00014595" w:rsidRPr="0025334A">
        <w:rPr>
          <w:b/>
          <w:lang w:val="fr-FR"/>
        </w:rPr>
        <w:t xml:space="preserve"> de </w:t>
      </w:r>
      <w:proofErr w:type="spellStart"/>
      <w:r w:rsidR="00014595" w:rsidRPr="0025334A">
        <w:rPr>
          <w:b/>
          <w:lang w:val="fr-FR"/>
        </w:rPr>
        <w:t>minim</w:t>
      </w:r>
      <w:proofErr w:type="spellEnd"/>
      <w:r w:rsidR="00014595" w:rsidRPr="0025334A">
        <w:rPr>
          <w:b/>
          <w:lang w:val="fr-FR"/>
        </w:rPr>
        <w:t xml:space="preserve"> 3 </w:t>
      </w:r>
      <w:proofErr w:type="spellStart"/>
      <w:r w:rsidR="00014595" w:rsidRPr="0025334A">
        <w:rPr>
          <w:b/>
          <w:lang w:val="fr-FR"/>
        </w:rPr>
        <w:t>zile</w:t>
      </w:r>
      <w:proofErr w:type="spellEnd"/>
      <w:r w:rsidRPr="00861B20">
        <w:t xml:space="preserve">, </w:t>
      </w:r>
      <w:proofErr w:type="spellStart"/>
      <w:r w:rsidRPr="00861B20">
        <w:t>gestionat</w:t>
      </w:r>
      <w:proofErr w:type="spellEnd"/>
      <w:r w:rsidRPr="00861B20">
        <w:t xml:space="preserve"> </w:t>
      </w:r>
      <w:proofErr w:type="spellStart"/>
      <w:r w:rsidRPr="00861B20">
        <w:t>prin</w:t>
      </w:r>
      <w:proofErr w:type="spellEnd"/>
      <w:r w:rsidRPr="00861B20">
        <w:t xml:space="preserve"> </w:t>
      </w:r>
      <w:proofErr w:type="spellStart"/>
      <w:r w:rsidRPr="00861B20">
        <w:t>rotație</w:t>
      </w:r>
      <w:proofErr w:type="spellEnd"/>
      <w:r w:rsidRPr="00861B20">
        <w:t xml:space="preserve"> </w:t>
      </w:r>
      <w:proofErr w:type="spellStart"/>
      <w:r w:rsidRPr="00861B20">
        <w:t>și</w:t>
      </w:r>
      <w:proofErr w:type="spellEnd"/>
      <w:r w:rsidRPr="00861B20">
        <w:t xml:space="preserve"> </w:t>
      </w:r>
      <w:proofErr w:type="spellStart"/>
      <w:r w:rsidRPr="00861B20">
        <w:t>în</w:t>
      </w:r>
      <w:proofErr w:type="spellEnd"/>
      <w:r w:rsidRPr="00861B20">
        <w:t xml:space="preserve"> </w:t>
      </w:r>
      <w:proofErr w:type="spellStart"/>
      <w:r w:rsidRPr="00861B20">
        <w:t>condițiile</w:t>
      </w:r>
      <w:proofErr w:type="spellEnd"/>
      <w:r w:rsidRPr="00861B20">
        <w:t xml:space="preserve"> de </w:t>
      </w:r>
      <w:proofErr w:type="spellStart"/>
      <w:r w:rsidRPr="00861B20">
        <w:t>păstrare</w:t>
      </w:r>
      <w:proofErr w:type="spellEnd"/>
      <w:r w:rsidRPr="00861B20">
        <w:t xml:space="preserve"> </w:t>
      </w:r>
      <w:proofErr w:type="spellStart"/>
      <w:r w:rsidRPr="00861B20">
        <w:t>aplicabile</w:t>
      </w:r>
      <w:proofErr w:type="spellEnd"/>
      <w:r w:rsidRPr="00861B20">
        <w:t xml:space="preserve">. </w:t>
      </w:r>
    </w:p>
    <w:p w14:paraId="1936230F" w14:textId="77777777" w:rsidR="0025334A" w:rsidRPr="0025334A" w:rsidRDefault="0025334A" w:rsidP="0025334A">
      <w:pPr>
        <w:spacing w:after="50" w:line="247" w:lineRule="auto"/>
        <w:rPr>
          <w:lang w:val="fr-FR"/>
        </w:rPr>
      </w:pPr>
      <w:r w:rsidRPr="0025334A">
        <w:rPr>
          <w:lang w:val="fr-FR"/>
        </w:rPr>
        <w:tab/>
      </w:r>
      <w:proofErr w:type="spellStart"/>
      <w:r w:rsidRPr="0025334A">
        <w:rPr>
          <w:lang w:val="fr-FR"/>
        </w:rPr>
        <w:t>Prestatorul</w:t>
      </w:r>
      <w:proofErr w:type="spellEnd"/>
      <w:r w:rsidRPr="0025334A">
        <w:rPr>
          <w:lang w:val="fr-FR"/>
        </w:rPr>
        <w:t xml:space="preserve"> este </w:t>
      </w:r>
      <w:proofErr w:type="spellStart"/>
      <w:r w:rsidRPr="0025334A">
        <w:rPr>
          <w:lang w:val="fr-FR"/>
        </w:rPr>
        <w:t>responsabil</w:t>
      </w:r>
      <w:proofErr w:type="spellEnd"/>
      <w:r w:rsidRPr="0025334A">
        <w:rPr>
          <w:lang w:val="fr-FR"/>
        </w:rPr>
        <w:t xml:space="preserve"> </w:t>
      </w:r>
      <w:proofErr w:type="spellStart"/>
      <w:r w:rsidRPr="0025334A">
        <w:rPr>
          <w:lang w:val="fr-FR"/>
        </w:rPr>
        <w:t>pentru</w:t>
      </w:r>
      <w:proofErr w:type="spellEnd"/>
      <w:r w:rsidRPr="0025334A">
        <w:rPr>
          <w:lang w:val="fr-FR"/>
        </w:rPr>
        <w:t xml:space="preserve"> </w:t>
      </w:r>
      <w:proofErr w:type="spellStart"/>
      <w:r w:rsidRPr="0025334A">
        <w:rPr>
          <w:lang w:val="fr-FR"/>
        </w:rPr>
        <w:t>garanţia</w:t>
      </w:r>
      <w:proofErr w:type="spellEnd"/>
      <w:r w:rsidRPr="0025334A">
        <w:rPr>
          <w:lang w:val="fr-FR"/>
        </w:rPr>
        <w:t xml:space="preserve"> </w:t>
      </w:r>
      <w:proofErr w:type="spellStart"/>
      <w:r w:rsidRPr="0025334A">
        <w:rPr>
          <w:lang w:val="fr-FR"/>
        </w:rPr>
        <w:t>produselor</w:t>
      </w:r>
      <w:proofErr w:type="spellEnd"/>
      <w:r w:rsidRPr="0025334A">
        <w:rPr>
          <w:lang w:val="fr-FR"/>
        </w:rPr>
        <w:t xml:space="preserve"> </w:t>
      </w:r>
      <w:proofErr w:type="spellStart"/>
      <w:r w:rsidRPr="0025334A">
        <w:rPr>
          <w:lang w:val="fr-FR"/>
        </w:rPr>
        <w:t>constituite</w:t>
      </w:r>
      <w:proofErr w:type="spellEnd"/>
      <w:r w:rsidRPr="0025334A">
        <w:rPr>
          <w:lang w:val="fr-FR"/>
        </w:rPr>
        <w:t xml:space="preserve"> </w:t>
      </w:r>
      <w:proofErr w:type="spellStart"/>
      <w:r w:rsidRPr="0025334A">
        <w:rPr>
          <w:lang w:val="fr-FR"/>
        </w:rPr>
        <w:t>în</w:t>
      </w:r>
      <w:proofErr w:type="spellEnd"/>
      <w:r w:rsidRPr="0025334A">
        <w:rPr>
          <w:lang w:val="fr-FR"/>
        </w:rPr>
        <w:t xml:space="preserve"> </w:t>
      </w:r>
      <w:proofErr w:type="spellStart"/>
      <w:r w:rsidRPr="0025334A">
        <w:rPr>
          <w:lang w:val="fr-FR"/>
        </w:rPr>
        <w:t>stocuri</w:t>
      </w:r>
      <w:proofErr w:type="spellEnd"/>
      <w:r w:rsidRPr="0025334A">
        <w:rPr>
          <w:lang w:val="fr-FR"/>
        </w:rPr>
        <w:t>.</w:t>
      </w:r>
    </w:p>
    <w:p w14:paraId="1C709C87" w14:textId="066DEBF7" w:rsidR="0025334A" w:rsidRPr="008506A3" w:rsidRDefault="0025334A" w:rsidP="008409E5">
      <w:pPr>
        <w:pStyle w:val="Heading3"/>
        <w:rPr>
          <w:rFonts w:ascii="Times New Roman" w:hAnsi="Times New Roman" w:cs="Times New Roman"/>
          <w:color w:val="auto"/>
        </w:rPr>
      </w:pPr>
      <w:r w:rsidRPr="008506A3">
        <w:rPr>
          <w:rFonts w:ascii="Times New Roman" w:hAnsi="Times New Roman" w:cs="Times New Roman"/>
          <w:color w:val="auto"/>
        </w:rPr>
        <w:tab/>
      </w:r>
      <w:bookmarkStart w:id="21" w:name="_Toc242951462"/>
      <w:r w:rsidR="005D09BA">
        <w:rPr>
          <w:rFonts w:ascii="Times New Roman" w:hAnsi="Times New Roman" w:cs="Times New Roman"/>
          <w:color w:val="auto"/>
        </w:rPr>
        <w:t xml:space="preserve">3.7.1. </w:t>
      </w:r>
      <w:proofErr w:type="spellStart"/>
      <w:r w:rsidR="00223355" w:rsidRPr="008506A3">
        <w:rPr>
          <w:rFonts w:ascii="Times New Roman" w:hAnsi="Times New Roman" w:cs="Times New Roman"/>
          <w:color w:val="auto"/>
        </w:rPr>
        <w:t>Cerinte</w:t>
      </w:r>
      <w:proofErr w:type="spellEnd"/>
      <w:r w:rsidR="00223355" w:rsidRPr="008506A3">
        <w:rPr>
          <w:rFonts w:ascii="Times New Roman" w:hAnsi="Times New Roman" w:cs="Times New Roman"/>
          <w:color w:val="auto"/>
        </w:rPr>
        <w:t xml:space="preserve"> </w:t>
      </w:r>
      <w:proofErr w:type="spellStart"/>
      <w:r w:rsidR="00223355" w:rsidRPr="008506A3">
        <w:rPr>
          <w:rFonts w:ascii="Times New Roman" w:hAnsi="Times New Roman" w:cs="Times New Roman"/>
          <w:color w:val="auto"/>
        </w:rPr>
        <w:t>specifice</w:t>
      </w:r>
      <w:proofErr w:type="spellEnd"/>
      <w:r w:rsidR="00223355" w:rsidRPr="008506A3">
        <w:rPr>
          <w:rFonts w:ascii="Times New Roman" w:hAnsi="Times New Roman" w:cs="Times New Roman"/>
          <w:color w:val="auto"/>
        </w:rPr>
        <w:t xml:space="preserve"> </w:t>
      </w:r>
      <w:proofErr w:type="spellStart"/>
      <w:r w:rsidR="00223355" w:rsidRPr="008506A3">
        <w:rPr>
          <w:rFonts w:ascii="Times New Roman" w:hAnsi="Times New Roman" w:cs="Times New Roman"/>
          <w:color w:val="auto"/>
        </w:rPr>
        <w:t>privind</w:t>
      </w:r>
      <w:proofErr w:type="spellEnd"/>
      <w:r w:rsidR="00223355" w:rsidRPr="008506A3">
        <w:rPr>
          <w:rFonts w:ascii="Times New Roman" w:hAnsi="Times New Roman" w:cs="Times New Roman"/>
          <w:color w:val="auto"/>
        </w:rPr>
        <w:t xml:space="preserve"> </w:t>
      </w:r>
      <w:proofErr w:type="spellStart"/>
      <w:r w:rsidRPr="008506A3">
        <w:rPr>
          <w:rFonts w:ascii="Times New Roman" w:hAnsi="Times New Roman" w:cs="Times New Roman"/>
          <w:color w:val="auto"/>
        </w:rPr>
        <w:t>alimente</w:t>
      </w:r>
      <w:r w:rsidR="00223355" w:rsidRPr="008506A3">
        <w:rPr>
          <w:rFonts w:ascii="Times New Roman" w:hAnsi="Times New Roman" w:cs="Times New Roman"/>
          <w:color w:val="auto"/>
        </w:rPr>
        <w:t>le</w:t>
      </w:r>
      <w:bookmarkEnd w:id="21"/>
      <w:proofErr w:type="spellEnd"/>
    </w:p>
    <w:p w14:paraId="2731A802" w14:textId="45AD9FF0" w:rsidR="0025334A" w:rsidRPr="0025334A" w:rsidRDefault="0025334A" w:rsidP="0025334A">
      <w:pPr>
        <w:spacing w:after="50" w:line="247" w:lineRule="auto"/>
        <w:rPr>
          <w:lang w:val="fr-FR"/>
        </w:rPr>
      </w:pPr>
      <w:r w:rsidRPr="0025334A">
        <w:rPr>
          <w:lang w:val="ro-RO"/>
        </w:rPr>
        <w:tab/>
        <w:t xml:space="preserve">Reperele </w:t>
      </w:r>
      <w:r w:rsidR="00223355">
        <w:rPr>
          <w:lang w:val="ro-RO"/>
        </w:rPr>
        <w:t>de mai jos</w:t>
      </w:r>
      <w:r w:rsidRPr="0025334A">
        <w:rPr>
          <w:lang w:val="ro-RO"/>
        </w:rPr>
        <w:t xml:space="preserve"> stabilesc nivelul minim de calitate urmărit pentru produsele utilizate în meniurile standard. Pentru regimurile medicale, alimentația copiilor sau alte situații justificate, caracteristicile se adaptează recomandării medicale, meniului aprobat și legislației aplicabile</w:t>
      </w:r>
    </w:p>
    <w:p w14:paraId="37071AB6" w14:textId="77777777" w:rsidR="0025334A" w:rsidRPr="0025334A" w:rsidRDefault="0025334A" w:rsidP="002459A2">
      <w:pPr>
        <w:numPr>
          <w:ilvl w:val="0"/>
          <w:numId w:val="10"/>
        </w:numPr>
        <w:spacing w:after="50" w:line="247" w:lineRule="auto"/>
        <w:ind w:left="426"/>
        <w:rPr>
          <w:lang w:val="ro-RO"/>
        </w:rPr>
      </w:pPr>
      <w:r w:rsidRPr="0025334A">
        <w:rPr>
          <w:lang w:val="ro-RO"/>
        </w:rPr>
        <w:t>Produsele alimentare utilizate la prepararea hranei trebuie să fie sigure, de calitate corespunzătoare, în termen de valabilitate și provenite din unități autorizate sau înregistrate, după caz. Prestatorul va asigura păstrarea și manipularea acestora în condiții corespunzătoare și va respecta cerințele privind trasabilitatea și lanțul frigorific.</w:t>
      </w:r>
    </w:p>
    <w:p w14:paraId="2698849F" w14:textId="77777777" w:rsidR="0025334A" w:rsidRPr="0025334A" w:rsidRDefault="0025334A" w:rsidP="002459A2">
      <w:pPr>
        <w:numPr>
          <w:ilvl w:val="0"/>
          <w:numId w:val="10"/>
        </w:numPr>
        <w:spacing w:after="50" w:line="247" w:lineRule="auto"/>
        <w:ind w:left="426"/>
        <w:rPr>
          <w:lang w:val="ro-RO"/>
        </w:rPr>
      </w:pPr>
      <w:r w:rsidRPr="0025334A">
        <w:rPr>
          <w:lang w:val="ro-RO"/>
        </w:rPr>
        <w:t>Carnea folosită la prepararea meniurilor va fi refrigerată și va proveni din surse autorizate. Meniurile vor fi diversificate, astfel încât să nu fie utilizată exclusiv carne de pui, ci și carne de porc sau vită, în funcție de meniul aprobat. Recongelarea produselor decongelate este interzisă.</w:t>
      </w:r>
    </w:p>
    <w:p w14:paraId="44248CB2" w14:textId="77777777" w:rsidR="0025334A" w:rsidRPr="0025334A" w:rsidRDefault="0025334A" w:rsidP="002459A2">
      <w:pPr>
        <w:numPr>
          <w:ilvl w:val="0"/>
          <w:numId w:val="10"/>
        </w:numPr>
        <w:spacing w:after="50" w:line="247" w:lineRule="auto"/>
        <w:ind w:left="426"/>
        <w:rPr>
          <w:lang w:val="ro-RO"/>
        </w:rPr>
      </w:pPr>
      <w:r w:rsidRPr="0025334A">
        <w:rPr>
          <w:lang w:val="ro-RO"/>
        </w:rPr>
        <w:t>Preparatele din carne trebuie să fie proaspete, cu aspect, gust, miros și consistență normale, fără semne de alterare. Acestea vor fi ambalate și etichetate conform legislației, cu indicarea producătorului, ingredientelor, alergenilor, condițiilor de păstrare și termenului de valabilitate.</w:t>
      </w:r>
    </w:p>
    <w:p w14:paraId="493666B3" w14:textId="77777777" w:rsidR="0025334A" w:rsidRPr="0025334A" w:rsidRDefault="0025334A" w:rsidP="002459A2">
      <w:pPr>
        <w:numPr>
          <w:ilvl w:val="0"/>
          <w:numId w:val="10"/>
        </w:numPr>
        <w:spacing w:after="50" w:line="247" w:lineRule="auto"/>
        <w:ind w:left="426"/>
        <w:rPr>
          <w:lang w:val="ro-RO"/>
        </w:rPr>
      </w:pPr>
      <w:r w:rsidRPr="0025334A">
        <w:rPr>
          <w:lang w:val="ro-RO"/>
        </w:rPr>
        <w:t>Pentru produse precum crenvurști, salam de vară, șuncă presată, parizer, pate sau drob se vor utiliza produse de calitate corespunzătoare, cu compoziție declarată, ambalaj intact și caracteristici organoleptice specifice produsului. La recepție, acestea trebuie să aibă un termen de valabilitate suficient pentru utilizarea în condiții de siguranță.</w:t>
      </w:r>
    </w:p>
    <w:p w14:paraId="470EB94B" w14:textId="77777777" w:rsidR="0025334A" w:rsidRPr="0025334A" w:rsidRDefault="0025334A" w:rsidP="002459A2">
      <w:pPr>
        <w:numPr>
          <w:ilvl w:val="0"/>
          <w:numId w:val="10"/>
        </w:numPr>
        <w:spacing w:after="50" w:line="247" w:lineRule="auto"/>
        <w:ind w:left="426"/>
        <w:rPr>
          <w:lang w:val="ro-RO"/>
        </w:rPr>
      </w:pPr>
      <w:r w:rsidRPr="0025334A">
        <w:rPr>
          <w:lang w:val="ro-RO"/>
        </w:rPr>
        <w:t>Laptele și produsele lactate vor fi pasteurizate, UHT sau tratate conform legislației și păstrate în condițiile de temperatură recomandate. Laptele utilizat pentru consum sau ca ingredient va fi lapte de origine animală, nu lapte praf.</w:t>
      </w:r>
    </w:p>
    <w:p w14:paraId="1AE74B0A" w14:textId="77777777" w:rsidR="0025334A" w:rsidRPr="0025334A" w:rsidRDefault="0025334A" w:rsidP="002459A2">
      <w:pPr>
        <w:numPr>
          <w:ilvl w:val="0"/>
          <w:numId w:val="10"/>
        </w:numPr>
        <w:spacing w:after="50" w:line="247" w:lineRule="auto"/>
        <w:ind w:left="426"/>
        <w:rPr>
          <w:lang w:val="ro-RO"/>
        </w:rPr>
      </w:pPr>
      <w:r w:rsidRPr="0025334A">
        <w:rPr>
          <w:lang w:val="ro-RO"/>
        </w:rPr>
        <w:t>Pentru meniurile obișnuite se va utiliza, de regulă, lapte cu minimum 3,5% grăsime și iaurt natural cu minimum 2,8% grăsime, dacă regimul alimentar nu impune alte valori.</w:t>
      </w:r>
    </w:p>
    <w:p w14:paraId="36367B7A" w14:textId="77777777" w:rsidR="0025334A" w:rsidRPr="0025334A" w:rsidRDefault="0025334A" w:rsidP="002459A2">
      <w:pPr>
        <w:numPr>
          <w:ilvl w:val="0"/>
          <w:numId w:val="10"/>
        </w:numPr>
        <w:spacing w:after="50" w:line="247" w:lineRule="auto"/>
        <w:ind w:left="426"/>
        <w:rPr>
          <w:lang w:val="ro-RO"/>
        </w:rPr>
      </w:pPr>
      <w:r w:rsidRPr="0025334A">
        <w:rPr>
          <w:lang w:val="ro-RO"/>
        </w:rPr>
        <w:t>Iaurtul va fi obținut din lapte și culturi lactice specifice, fără utilizarea nejustificată a laptelui praf, gelatinei, amidonului, conservanților, coloranților sau zahărului adăugat.</w:t>
      </w:r>
    </w:p>
    <w:p w14:paraId="632BBDAD" w14:textId="77777777" w:rsidR="0025334A" w:rsidRPr="0025334A" w:rsidRDefault="0025334A" w:rsidP="002459A2">
      <w:pPr>
        <w:numPr>
          <w:ilvl w:val="0"/>
          <w:numId w:val="10"/>
        </w:numPr>
        <w:spacing w:after="50" w:line="247" w:lineRule="auto"/>
        <w:ind w:left="426"/>
        <w:rPr>
          <w:lang w:val="ro-RO"/>
        </w:rPr>
      </w:pPr>
      <w:r w:rsidRPr="0025334A">
        <w:rPr>
          <w:lang w:val="ro-RO"/>
        </w:rPr>
        <w:t>Untul va fi obținut din lapte și nu va fi înlocuit cu margarină, untar sau alte amestecuri de grăsimi vegetale atunci când meniul prevede unt.</w:t>
      </w:r>
    </w:p>
    <w:p w14:paraId="20188532" w14:textId="77777777" w:rsidR="0025334A" w:rsidRPr="0025334A" w:rsidRDefault="0025334A" w:rsidP="002459A2">
      <w:pPr>
        <w:numPr>
          <w:ilvl w:val="0"/>
          <w:numId w:val="10"/>
        </w:numPr>
        <w:spacing w:after="50" w:line="247" w:lineRule="auto"/>
        <w:ind w:left="426"/>
        <w:rPr>
          <w:lang w:val="ro-RO"/>
        </w:rPr>
      </w:pPr>
      <w:r w:rsidRPr="0025334A">
        <w:rPr>
          <w:lang w:val="ro-RO"/>
        </w:rPr>
        <w:t>Brânzeturile și cașcavalul vor fi produse din lapte, cu gust, miros și consistență specifice. Se vor utiliza sortimente adecvate meniului și regimului alimentar, evitându-se produsele excesiv de sărate. Brânzeturile trebuie să poată fi porționate corespunzător, fără să se sfărâme excesiv.</w:t>
      </w:r>
    </w:p>
    <w:p w14:paraId="67BA7F7E" w14:textId="77777777" w:rsidR="0025334A" w:rsidRPr="0025334A" w:rsidRDefault="0025334A" w:rsidP="002459A2">
      <w:pPr>
        <w:numPr>
          <w:ilvl w:val="0"/>
          <w:numId w:val="10"/>
        </w:numPr>
        <w:spacing w:after="50" w:line="247" w:lineRule="auto"/>
        <w:ind w:left="426"/>
        <w:rPr>
          <w:lang w:val="ro-RO"/>
        </w:rPr>
      </w:pPr>
      <w:r w:rsidRPr="0025334A">
        <w:rPr>
          <w:lang w:val="ro-RO"/>
        </w:rPr>
        <w:t>Pentru persoanele cu intoleranță la lactoză, alergie la proteina laptelui sau alte restricții alimentare se vor asigura produse adecvate, cu respectarea măsurilor necesare pentru prevenirea contaminării încrucișate.</w:t>
      </w:r>
    </w:p>
    <w:p w14:paraId="78B9E4AE" w14:textId="77777777" w:rsidR="0025334A" w:rsidRPr="0025334A" w:rsidRDefault="0025334A" w:rsidP="002459A2">
      <w:pPr>
        <w:numPr>
          <w:ilvl w:val="0"/>
          <w:numId w:val="10"/>
        </w:numPr>
        <w:spacing w:after="50" w:line="247" w:lineRule="auto"/>
        <w:ind w:left="426"/>
        <w:rPr>
          <w:lang w:val="ro-RO"/>
        </w:rPr>
      </w:pPr>
      <w:r w:rsidRPr="0025334A">
        <w:rPr>
          <w:lang w:val="ro-RO"/>
        </w:rPr>
        <w:lastRenderedPageBreak/>
        <w:t>Fructele și legumele trebuie să fie curate, sănătoase, fără mucegai, putregai, corpuri străine sau deteriorări care afectează partea comestibilă.</w:t>
      </w:r>
    </w:p>
    <w:p w14:paraId="0E86D43C" w14:textId="77777777" w:rsidR="0025334A" w:rsidRPr="0025334A" w:rsidRDefault="0025334A" w:rsidP="002459A2">
      <w:pPr>
        <w:numPr>
          <w:ilvl w:val="0"/>
          <w:numId w:val="10"/>
        </w:numPr>
        <w:spacing w:after="50" w:line="247" w:lineRule="auto"/>
        <w:ind w:left="426"/>
        <w:rPr>
          <w:lang w:val="ro-RO"/>
        </w:rPr>
      </w:pPr>
      <w:r w:rsidRPr="0025334A">
        <w:rPr>
          <w:lang w:val="ro-RO"/>
        </w:rPr>
        <w:t>Fructele vor fi diversificate în funcție de sezon. Același tip de fruct nu va fi oferit, de regulă, mai mult de trei zile consecutiv, iar într-o lună se vor utiliza cel puțin trei tipuri de fructe. În funcție de sezon pot fi oferite mere, pere, prune, struguri, caise, piersici, cireșe, vișine, căpșuni, portocale, banane, kiwi, mandarine, pepene și alte fructe disponibile.</w:t>
      </w:r>
    </w:p>
    <w:p w14:paraId="6588C05C" w14:textId="77777777" w:rsidR="0025334A" w:rsidRPr="0025334A" w:rsidRDefault="0025334A" w:rsidP="002459A2">
      <w:pPr>
        <w:numPr>
          <w:ilvl w:val="0"/>
          <w:numId w:val="10"/>
        </w:numPr>
        <w:spacing w:after="50" w:line="247" w:lineRule="auto"/>
        <w:ind w:left="426"/>
        <w:rPr>
          <w:lang w:val="ro-RO"/>
        </w:rPr>
      </w:pPr>
      <w:r w:rsidRPr="0025334A">
        <w:rPr>
          <w:lang w:val="ro-RO"/>
        </w:rPr>
        <w:t>Pentru fructele care se pretează porționării individuale, precum mere, pere, caise, piersici, portocale, banane, kiwi sau mandarine, se va asigura, de regulă, câte o bucată pentru fiecare beneficiar.</w:t>
      </w:r>
    </w:p>
    <w:p w14:paraId="4A487CF6" w14:textId="77777777" w:rsidR="0025334A" w:rsidRPr="0025334A" w:rsidRDefault="0025334A" w:rsidP="002459A2">
      <w:pPr>
        <w:numPr>
          <w:ilvl w:val="0"/>
          <w:numId w:val="10"/>
        </w:numPr>
        <w:spacing w:after="50" w:line="247" w:lineRule="auto"/>
        <w:ind w:left="426"/>
        <w:rPr>
          <w:lang w:val="ro-RO"/>
        </w:rPr>
      </w:pPr>
      <w:r w:rsidRPr="0025334A">
        <w:rPr>
          <w:lang w:val="ro-RO"/>
        </w:rPr>
        <w:t>Legumele pot fi utilizate proaspete sau, atunci când rețeta permite, congelate ori conservate. Nu se vor utiliza în mod curent piureuri instant, fulgi de cartofi, fulgi de fasole sau alte produse deshidratate în locul legumelor integrale.</w:t>
      </w:r>
    </w:p>
    <w:p w14:paraId="59EEC6A7" w14:textId="77777777" w:rsidR="0025334A" w:rsidRPr="0025334A" w:rsidRDefault="0025334A" w:rsidP="002459A2">
      <w:pPr>
        <w:numPr>
          <w:ilvl w:val="0"/>
          <w:numId w:val="10"/>
        </w:numPr>
        <w:spacing w:after="50" w:line="247" w:lineRule="auto"/>
        <w:ind w:left="426"/>
        <w:rPr>
          <w:lang w:val="ro-RO"/>
        </w:rPr>
      </w:pPr>
      <w:r w:rsidRPr="0025334A">
        <w:rPr>
          <w:lang w:val="ro-RO"/>
        </w:rPr>
        <w:t>Produsele conservate, precum castraveții, gogoșarii murați sau sfecla roșie, vor fi ambalate corespunzător, în recipiente curate și intacte, și vor avea ingredientele și termenul de valabilitate declarate.</w:t>
      </w:r>
    </w:p>
    <w:p w14:paraId="3847D3FA" w14:textId="77777777" w:rsidR="0025334A" w:rsidRPr="0025334A" w:rsidRDefault="0025334A" w:rsidP="002459A2">
      <w:pPr>
        <w:numPr>
          <w:ilvl w:val="0"/>
          <w:numId w:val="10"/>
        </w:numPr>
        <w:spacing w:after="50" w:line="247" w:lineRule="auto"/>
        <w:ind w:left="426"/>
        <w:rPr>
          <w:lang w:val="ro-RO"/>
        </w:rPr>
      </w:pPr>
      <w:r w:rsidRPr="0025334A">
        <w:rPr>
          <w:lang w:val="ro-RO"/>
        </w:rPr>
        <w:t>Pâinea și produsele de panificație vor fi proaspete, protejate igienic, corespunzător ambalate sau manipulate și adaptate meniului și regimului alimentar.</w:t>
      </w:r>
    </w:p>
    <w:p w14:paraId="369BF975" w14:textId="1C5044EA" w:rsidR="0025334A" w:rsidRPr="0025334A" w:rsidRDefault="0025334A" w:rsidP="002459A2">
      <w:pPr>
        <w:numPr>
          <w:ilvl w:val="0"/>
          <w:numId w:val="10"/>
        </w:numPr>
        <w:spacing w:after="50" w:line="247" w:lineRule="auto"/>
        <w:ind w:left="426"/>
        <w:rPr>
          <w:lang w:val="ro-RO"/>
        </w:rPr>
      </w:pPr>
      <w:r w:rsidRPr="0025334A">
        <w:rPr>
          <w:lang w:val="ro-RO"/>
        </w:rPr>
        <w:t>Produsele preambalate oferite ca gustări trebuie să aibă ambalaj individual intact, gramaj corespunzător, termen de valabilitate vizibil și informații privind ingredientele și alergenii. Pot fi utilizate, în funcție de meniul aprobat, biscuiți, croissante, prăjituri ambalate, batoane sau alte produse similare.</w:t>
      </w:r>
      <w:r w:rsidR="004D4570">
        <w:rPr>
          <w:lang w:val="ro-RO"/>
        </w:rPr>
        <w:t xml:space="preserve"> </w:t>
      </w:r>
      <w:r w:rsidR="004D4570">
        <w:rPr>
          <w:color w:val="0000FF"/>
        </w:rPr>
        <w:t xml:space="preserve">Trei </w:t>
      </w:r>
      <w:proofErr w:type="spellStart"/>
      <w:r w:rsidR="004D4570">
        <w:rPr>
          <w:color w:val="0000FF"/>
        </w:rPr>
        <w:t>zile</w:t>
      </w:r>
      <w:proofErr w:type="spellEnd"/>
      <w:r w:rsidR="004D4570">
        <w:rPr>
          <w:color w:val="0000FF"/>
        </w:rPr>
        <w:t xml:space="preserve"> pe </w:t>
      </w:r>
      <w:proofErr w:type="spellStart"/>
      <w:r w:rsidR="004D4570">
        <w:rPr>
          <w:color w:val="0000FF"/>
        </w:rPr>
        <w:t>saptamana</w:t>
      </w:r>
      <w:proofErr w:type="spellEnd"/>
      <w:r w:rsidR="004D4570">
        <w:rPr>
          <w:color w:val="0000FF"/>
        </w:rPr>
        <w:t xml:space="preserve"> se </w:t>
      </w:r>
      <w:proofErr w:type="spellStart"/>
      <w:r w:rsidR="004D4570">
        <w:rPr>
          <w:color w:val="0000FF"/>
        </w:rPr>
        <w:t>vor</w:t>
      </w:r>
      <w:proofErr w:type="spellEnd"/>
      <w:r w:rsidR="004D4570">
        <w:rPr>
          <w:color w:val="0000FF"/>
        </w:rPr>
        <w:t xml:space="preserve"> </w:t>
      </w:r>
      <w:proofErr w:type="spellStart"/>
      <w:r w:rsidR="004D4570">
        <w:rPr>
          <w:color w:val="0000FF"/>
        </w:rPr>
        <w:t>prepara</w:t>
      </w:r>
      <w:proofErr w:type="spellEnd"/>
      <w:r w:rsidR="004D4570">
        <w:rPr>
          <w:color w:val="0000FF"/>
        </w:rPr>
        <w:t xml:space="preserve"> </w:t>
      </w:r>
      <w:proofErr w:type="spellStart"/>
      <w:r w:rsidR="004D4570">
        <w:rPr>
          <w:color w:val="0000FF"/>
        </w:rPr>
        <w:t>deserturi</w:t>
      </w:r>
      <w:proofErr w:type="spellEnd"/>
      <w:r w:rsidR="004D4570">
        <w:rPr>
          <w:color w:val="0000FF"/>
        </w:rPr>
        <w:t xml:space="preserve">(nu </w:t>
      </w:r>
      <w:proofErr w:type="spellStart"/>
      <w:r w:rsidR="004D4570">
        <w:rPr>
          <w:color w:val="0000FF"/>
        </w:rPr>
        <w:t>cumparate</w:t>
      </w:r>
      <w:proofErr w:type="spellEnd"/>
      <w:r w:rsidR="004D4570">
        <w:rPr>
          <w:color w:val="0000FF"/>
        </w:rPr>
        <w:t xml:space="preserve">), conform </w:t>
      </w:r>
      <w:proofErr w:type="spellStart"/>
      <w:r w:rsidR="004D4570">
        <w:rPr>
          <w:color w:val="0000FF"/>
        </w:rPr>
        <w:t>legislatiei</w:t>
      </w:r>
      <w:proofErr w:type="spellEnd"/>
      <w:r w:rsidR="004D4570">
        <w:rPr>
          <w:color w:val="0000FF"/>
        </w:rPr>
        <w:t xml:space="preserve"> in </w:t>
      </w:r>
      <w:proofErr w:type="spellStart"/>
      <w:r w:rsidR="004D4570">
        <w:rPr>
          <w:color w:val="0000FF"/>
        </w:rPr>
        <w:t>vigoare</w:t>
      </w:r>
      <w:proofErr w:type="spellEnd"/>
      <w:r w:rsidR="004D4570">
        <w:rPr>
          <w:color w:val="0000FF"/>
        </w:rPr>
        <w:t>.</w:t>
      </w:r>
    </w:p>
    <w:p w14:paraId="18BDDCF7" w14:textId="77777777" w:rsidR="0025334A" w:rsidRPr="0025334A" w:rsidRDefault="0025334A" w:rsidP="002459A2">
      <w:pPr>
        <w:numPr>
          <w:ilvl w:val="0"/>
          <w:numId w:val="10"/>
        </w:numPr>
        <w:spacing w:after="50" w:line="247" w:lineRule="auto"/>
        <w:ind w:left="426"/>
        <w:rPr>
          <w:lang w:val="ro-RO"/>
        </w:rPr>
      </w:pPr>
      <w:r w:rsidRPr="0025334A">
        <w:rPr>
          <w:lang w:val="ro-RO"/>
        </w:rPr>
        <w:t>Ouăle vor fi curate, conforme, trasabile și în termen de valabilitate. Se va evita, pe cât posibil, utilizarea prafului de ouă sau a altor concentrate proteice deshidratate în locul ouălor.</w:t>
      </w:r>
    </w:p>
    <w:p w14:paraId="46D2B2F1" w14:textId="77777777" w:rsidR="0025334A" w:rsidRPr="0025334A" w:rsidRDefault="0025334A" w:rsidP="002459A2">
      <w:pPr>
        <w:numPr>
          <w:ilvl w:val="0"/>
          <w:numId w:val="10"/>
        </w:numPr>
        <w:spacing w:after="50" w:line="247" w:lineRule="auto"/>
        <w:ind w:left="426"/>
        <w:rPr>
          <w:lang w:val="ro-RO"/>
        </w:rPr>
      </w:pPr>
      <w:r w:rsidRPr="0025334A">
        <w:rPr>
          <w:lang w:val="ro-RO"/>
        </w:rPr>
        <w:t>Pentru prepararea alimentelor se vor utiliza uleiuri vegetale și alte grăsimi adecvate tehnologiei culinare. Cantitățile de sare, zahăr și grăsimi vor fi controlate prin rețete și adaptate categoriilor de beneficiari.</w:t>
      </w:r>
    </w:p>
    <w:p w14:paraId="1C279EC5" w14:textId="77777777" w:rsidR="0025334A" w:rsidRPr="0025334A" w:rsidRDefault="0025334A" w:rsidP="002459A2">
      <w:pPr>
        <w:numPr>
          <w:ilvl w:val="0"/>
          <w:numId w:val="10"/>
        </w:numPr>
        <w:spacing w:after="50" w:line="247" w:lineRule="auto"/>
        <w:ind w:left="426"/>
        <w:rPr>
          <w:lang w:val="ro-RO"/>
        </w:rPr>
      </w:pPr>
      <w:r w:rsidRPr="0025334A">
        <w:rPr>
          <w:lang w:val="ro-RO"/>
        </w:rPr>
        <w:t>Băuturile îndulcite nu vor înlocui apa, fructele sau produsele lactate prevăzute în meniu.</w:t>
      </w:r>
    </w:p>
    <w:p w14:paraId="3702AF87" w14:textId="77777777" w:rsidR="0025334A" w:rsidRPr="0025334A" w:rsidRDefault="0025334A" w:rsidP="002459A2">
      <w:pPr>
        <w:numPr>
          <w:ilvl w:val="0"/>
          <w:numId w:val="10"/>
        </w:numPr>
        <w:spacing w:after="50" w:line="247" w:lineRule="auto"/>
        <w:ind w:left="426"/>
        <w:rPr>
          <w:lang w:val="ro-RO"/>
        </w:rPr>
      </w:pPr>
      <w:r w:rsidRPr="0025334A">
        <w:rPr>
          <w:lang w:val="ro-RO"/>
        </w:rPr>
        <w:t>Ceaiul va fi corespunzător ambalat și păstrat, fără corpuri străine, gust sau miros necorespunzător. Se pot utiliza diverse sortimente, adaptate meniului.</w:t>
      </w:r>
    </w:p>
    <w:p w14:paraId="7D149E36" w14:textId="77777777" w:rsidR="0025334A" w:rsidRPr="0025334A" w:rsidRDefault="0025334A" w:rsidP="002459A2">
      <w:pPr>
        <w:numPr>
          <w:ilvl w:val="0"/>
          <w:numId w:val="10"/>
        </w:numPr>
        <w:spacing w:after="50" w:line="247" w:lineRule="auto"/>
        <w:ind w:left="426"/>
        <w:rPr>
          <w:lang w:val="ro-RO"/>
        </w:rPr>
      </w:pPr>
      <w:r w:rsidRPr="0025334A">
        <w:rPr>
          <w:lang w:val="ro-RO"/>
        </w:rPr>
        <w:t>Sucurile sau băuturile necarbogazoase vor avea ambalaj intact, compoziție declarată și caracteristici normale de aspect, gust și miros. Orice referire la un anumit tip sau produs comercial se interpretează ca reper orientativ, fiind acceptate produse echivalente.</w:t>
      </w:r>
    </w:p>
    <w:p w14:paraId="1B068B76" w14:textId="77777777" w:rsidR="0025334A" w:rsidRPr="0025334A" w:rsidRDefault="0025334A" w:rsidP="002459A2">
      <w:pPr>
        <w:numPr>
          <w:ilvl w:val="0"/>
          <w:numId w:val="10"/>
        </w:numPr>
        <w:spacing w:after="50" w:line="247" w:lineRule="auto"/>
        <w:ind w:left="426"/>
        <w:rPr>
          <w:lang w:val="ro-RO"/>
        </w:rPr>
      </w:pPr>
      <w:r w:rsidRPr="0025334A">
        <w:rPr>
          <w:lang w:val="ro-RO"/>
        </w:rPr>
        <w:t>Înlocuirea unui ingredient sau preparat din meniul aprobat se poate face numai atunci când există o situație justificată și cu acordul centrului. Produsul utilizat ca înlocuitor trebuie să fie din aceeași categorie alimentară, să aibă o valoare nutrițională și economică cel puțin echivalentă și să respecte eventualele regimuri alimentare, alergii sau intoleranțe.</w:t>
      </w:r>
    </w:p>
    <w:p w14:paraId="6520DB7F" w14:textId="77777777" w:rsidR="0025334A" w:rsidRPr="0025334A" w:rsidRDefault="0025334A" w:rsidP="002459A2">
      <w:pPr>
        <w:numPr>
          <w:ilvl w:val="0"/>
          <w:numId w:val="10"/>
        </w:numPr>
        <w:spacing w:after="50" w:line="247" w:lineRule="auto"/>
        <w:ind w:left="426"/>
        <w:rPr>
          <w:lang w:val="ro-RO"/>
        </w:rPr>
      </w:pPr>
      <w:r w:rsidRPr="0025334A">
        <w:rPr>
          <w:lang w:val="ro-RO"/>
        </w:rPr>
        <w:t>Simpla alegere a unui produs mai ieftin sau o lipsă de aprovizionare care putea fi prevăzută nu constituie motiv pentru modificarea meniului.</w:t>
      </w:r>
    </w:p>
    <w:p w14:paraId="389188BB" w14:textId="77777777" w:rsidR="0025334A" w:rsidRPr="0025334A" w:rsidRDefault="0025334A" w:rsidP="002459A2">
      <w:pPr>
        <w:numPr>
          <w:ilvl w:val="0"/>
          <w:numId w:val="10"/>
        </w:numPr>
        <w:spacing w:after="50" w:line="247" w:lineRule="auto"/>
        <w:ind w:left="426"/>
        <w:rPr>
          <w:lang w:val="ro-RO"/>
        </w:rPr>
      </w:pPr>
      <w:r w:rsidRPr="0025334A">
        <w:rPr>
          <w:lang w:val="ro-RO"/>
        </w:rPr>
        <w:t>Toate produsele utilizate trebuie să respecte legislația aplicabilă privind siguranța alimentelor, etichetarea, trasabilitatea, depozitarea și termenul de valabilitate, iar caracteristicile produselor se vor adapta, după caz, vârstei beneficiarilor, regimurilor alimentare și recomandărilor medicale.</w:t>
      </w:r>
    </w:p>
    <w:p w14:paraId="7EB26243" w14:textId="72EDF51F" w:rsidR="0025334A" w:rsidRPr="0025334A" w:rsidRDefault="0025334A">
      <w:pPr>
        <w:spacing w:after="50" w:line="247" w:lineRule="auto"/>
      </w:pPr>
      <w:proofErr w:type="spellStart"/>
      <w:r w:rsidRPr="0025334A">
        <w:t>Eventualele</w:t>
      </w:r>
      <w:proofErr w:type="spellEnd"/>
      <w:r w:rsidRPr="0025334A">
        <w:t xml:space="preserve"> </w:t>
      </w:r>
      <w:proofErr w:type="spellStart"/>
      <w:r w:rsidRPr="0025334A">
        <w:t>exemple</w:t>
      </w:r>
      <w:proofErr w:type="spellEnd"/>
      <w:r w:rsidRPr="0025334A">
        <w:t xml:space="preserve"> </w:t>
      </w:r>
      <w:proofErr w:type="spellStart"/>
      <w:r w:rsidRPr="0025334A">
        <w:t>comerciale</w:t>
      </w:r>
      <w:proofErr w:type="spellEnd"/>
      <w:r w:rsidRPr="0025334A">
        <w:t xml:space="preserve"> se </w:t>
      </w:r>
      <w:proofErr w:type="spellStart"/>
      <w:r w:rsidRPr="0025334A">
        <w:t>interpretează</w:t>
      </w:r>
      <w:proofErr w:type="spellEnd"/>
      <w:r w:rsidRPr="0025334A">
        <w:t xml:space="preserve"> </w:t>
      </w:r>
      <w:proofErr w:type="spellStart"/>
      <w:r w:rsidRPr="0025334A">
        <w:t>exclusiv</w:t>
      </w:r>
      <w:proofErr w:type="spellEnd"/>
      <w:r w:rsidRPr="0025334A">
        <w:t xml:space="preserve"> ca </w:t>
      </w:r>
      <w:proofErr w:type="spellStart"/>
      <w:r w:rsidRPr="0025334A">
        <w:t>reper</w:t>
      </w:r>
      <w:proofErr w:type="spellEnd"/>
      <w:r w:rsidRPr="0025334A">
        <w:t xml:space="preserve"> </w:t>
      </w:r>
      <w:proofErr w:type="spellStart"/>
      <w:r w:rsidRPr="0025334A">
        <w:t>orientativ</w:t>
      </w:r>
      <w:proofErr w:type="spellEnd"/>
      <w:r w:rsidRPr="0025334A">
        <w:t xml:space="preserve"> «</w:t>
      </w:r>
      <w:proofErr w:type="spellStart"/>
      <w:r w:rsidRPr="0025334A">
        <w:t>sau</w:t>
      </w:r>
      <w:proofErr w:type="spellEnd"/>
      <w:r w:rsidRPr="0025334A">
        <w:t xml:space="preserve"> </w:t>
      </w:r>
      <w:proofErr w:type="spellStart"/>
      <w:r w:rsidRPr="0025334A">
        <w:t>echivalent</w:t>
      </w:r>
      <w:proofErr w:type="spellEnd"/>
      <w:r w:rsidRPr="0025334A">
        <w:t>».</w:t>
      </w:r>
    </w:p>
    <w:p w14:paraId="4CF46B4C" w14:textId="77777777" w:rsidR="00223355" w:rsidRPr="00223355" w:rsidRDefault="00223355" w:rsidP="00223355">
      <w:pPr>
        <w:spacing w:after="50" w:line="247" w:lineRule="auto"/>
        <w:rPr>
          <w:lang w:val="ro-RO"/>
        </w:rPr>
      </w:pPr>
    </w:p>
    <w:p w14:paraId="57C517F4" w14:textId="77777777" w:rsidR="00223355" w:rsidRPr="00223355" w:rsidRDefault="00223355" w:rsidP="00223355">
      <w:pPr>
        <w:spacing w:after="50" w:line="247" w:lineRule="auto"/>
        <w:rPr>
          <w:lang w:val="ro-RO"/>
        </w:rPr>
      </w:pPr>
      <w:r w:rsidRPr="00223355">
        <w:rPr>
          <w:lang w:val="ro-RO"/>
        </w:rPr>
        <w:t xml:space="preserve">Toate alimentele care sunt depozitate, impachetate, manipulate, afișate si transportate, vor fi protejate împotriva oricăror contaminări probabile ce va face alimentele improprii consumului uman, periclitării sanatatii sau contaminării in asa mod incat nu se vor putea consuma in acea stare. In </w:t>
      </w:r>
      <w:r w:rsidRPr="00223355">
        <w:rPr>
          <w:lang w:val="ro-RO"/>
        </w:rPr>
        <w:lastRenderedPageBreak/>
        <w:t>particular, alimentele trebuie amplasate si/sau protejate astfel incat sa se minimalizeze riscul contaminării. Se vor introduce masuri adecvate astfel incat eventualele epidemii sa poata fi controlate si evitate.</w:t>
      </w:r>
    </w:p>
    <w:p w14:paraId="3F34C136" w14:textId="77E7644E" w:rsidR="00223355" w:rsidRPr="00223355" w:rsidRDefault="00223355" w:rsidP="00223355">
      <w:pPr>
        <w:spacing w:after="50" w:line="247" w:lineRule="auto"/>
        <w:rPr>
          <w:lang w:val="ro-RO"/>
        </w:rPr>
      </w:pPr>
      <w:r w:rsidRPr="00223355">
        <w:rPr>
          <w:lang w:val="ro-RO"/>
        </w:rPr>
        <w:t>Produsele intermediare si produsele finite, posibile de a fi mediu de dezvoltare a microorganismelor patogene sau de a forma toxine, trebuie menținute la temperaturi care sa nu prezinte risc pentru sanatate. Potrivit cu siguranța alimentelor, se vor permite perioade limitate, in afara temperaturii potrivite, atunci când este necesar ca alimentele sa se adapteze modalităților de preparare, transport, depozitare, prezentare si servire.</w:t>
      </w:r>
    </w:p>
    <w:p w14:paraId="430D2E81" w14:textId="77777777" w:rsidR="0025334A" w:rsidRPr="0025334A" w:rsidRDefault="0025334A">
      <w:pPr>
        <w:spacing w:after="50" w:line="247" w:lineRule="auto"/>
      </w:pPr>
    </w:p>
    <w:p w14:paraId="10555F82" w14:textId="77777777" w:rsidR="000C4CB5" w:rsidRDefault="004E746A" w:rsidP="0025334A">
      <w:pPr>
        <w:pStyle w:val="Heading2"/>
        <w:rPr>
          <w:color w:val="auto"/>
        </w:rPr>
      </w:pPr>
      <w:bookmarkStart w:id="22" w:name="_Toc242951463"/>
      <w:r w:rsidRPr="0025334A">
        <w:rPr>
          <w:color w:val="auto"/>
        </w:rPr>
        <w:t xml:space="preserve">3.8. </w:t>
      </w:r>
      <w:proofErr w:type="spellStart"/>
      <w:r w:rsidRPr="0025334A">
        <w:rPr>
          <w:color w:val="auto"/>
        </w:rPr>
        <w:t>Prepararea</w:t>
      </w:r>
      <w:proofErr w:type="spellEnd"/>
      <w:r w:rsidRPr="0025334A">
        <w:rPr>
          <w:color w:val="auto"/>
        </w:rPr>
        <w:t xml:space="preserve"> </w:t>
      </w:r>
      <w:proofErr w:type="spellStart"/>
      <w:r w:rsidRPr="0025334A">
        <w:rPr>
          <w:color w:val="auto"/>
        </w:rPr>
        <w:t>hranei</w:t>
      </w:r>
      <w:bookmarkEnd w:id="22"/>
      <w:proofErr w:type="spellEnd"/>
    </w:p>
    <w:p w14:paraId="2BC489D1" w14:textId="77777777" w:rsidR="00795B23" w:rsidRDefault="00795B23" w:rsidP="00795B23">
      <w:pPr>
        <w:rPr>
          <w:lang w:val="ro-RO"/>
        </w:rPr>
      </w:pPr>
      <w:r w:rsidRPr="00795B23">
        <w:rPr>
          <w:lang w:val="ro-RO"/>
        </w:rPr>
        <w:t>Prepararea hranei se va face în conformitate cu necesitățile calorice ale beneficiarilor autoritatii contractante și cu respectarea regimurilor prescrise acestora de către medicul unitatii.</w:t>
      </w:r>
      <w:r>
        <w:rPr>
          <w:lang w:val="ro-RO"/>
        </w:rPr>
        <w:t xml:space="preserve"> </w:t>
      </w:r>
    </w:p>
    <w:p w14:paraId="282F0090" w14:textId="0217695F" w:rsidR="00E034FE" w:rsidRPr="0025334A" w:rsidRDefault="00E034FE" w:rsidP="00795B23">
      <w:pPr>
        <w:rPr>
          <w:lang w:val="fr-FR"/>
        </w:rPr>
      </w:pPr>
      <w:r w:rsidRPr="0025334A">
        <w:rPr>
          <w:lang w:val="it-IT"/>
        </w:rPr>
        <w:t>Raspunderea pentru calitatea si cantitatea hranei revine in exclusivitate pe perioada derularii contractului prestatorului, cu respectarea masurilor de siguranta alimentara impuse de HACCP,</w:t>
      </w:r>
      <w:r w:rsidRPr="0025334A">
        <w:rPr>
          <w:lang w:val="fr-FR"/>
        </w:rPr>
        <w:t xml:space="preserve"> Reg. 852/2004/CE </w:t>
      </w:r>
      <w:proofErr w:type="spellStart"/>
      <w:r w:rsidRPr="0025334A">
        <w:rPr>
          <w:lang w:val="fr-FR"/>
        </w:rPr>
        <w:t>privind</w:t>
      </w:r>
      <w:proofErr w:type="spellEnd"/>
      <w:r w:rsidRPr="0025334A">
        <w:rPr>
          <w:lang w:val="fr-FR"/>
        </w:rPr>
        <w:t xml:space="preserve"> </w:t>
      </w:r>
      <w:proofErr w:type="spellStart"/>
      <w:r w:rsidRPr="0025334A">
        <w:rPr>
          <w:lang w:val="fr-FR"/>
        </w:rPr>
        <w:t>igiena</w:t>
      </w:r>
      <w:proofErr w:type="spellEnd"/>
      <w:r w:rsidRPr="0025334A">
        <w:rPr>
          <w:lang w:val="fr-FR"/>
        </w:rPr>
        <w:t xml:space="preserve"> </w:t>
      </w:r>
      <w:proofErr w:type="spellStart"/>
      <w:r w:rsidRPr="0025334A">
        <w:rPr>
          <w:lang w:val="fr-FR"/>
        </w:rPr>
        <w:t>produselor</w:t>
      </w:r>
      <w:proofErr w:type="spellEnd"/>
      <w:r w:rsidRPr="0025334A">
        <w:rPr>
          <w:lang w:val="fr-FR"/>
        </w:rPr>
        <w:t xml:space="preserve"> </w:t>
      </w:r>
      <w:proofErr w:type="spellStart"/>
      <w:r w:rsidRPr="0025334A">
        <w:rPr>
          <w:lang w:val="fr-FR"/>
        </w:rPr>
        <w:t>alimentare</w:t>
      </w:r>
      <w:proofErr w:type="spellEnd"/>
      <w:r w:rsidRPr="0025334A">
        <w:rPr>
          <w:lang w:val="fr-FR"/>
        </w:rPr>
        <w:t>.</w:t>
      </w:r>
    </w:p>
    <w:p w14:paraId="3669F111" w14:textId="77777777" w:rsidR="0019689E" w:rsidRPr="006E4A09" w:rsidRDefault="0019689E" w:rsidP="006E4A09">
      <w:pPr>
        <w:rPr>
          <w:color w:val="FF0000"/>
          <w:lang w:val="it-IT"/>
        </w:rPr>
      </w:pPr>
      <w:r w:rsidRPr="006E4A09">
        <w:rPr>
          <w:color w:val="FF0000"/>
          <w:lang w:val="it-IT"/>
        </w:rPr>
        <w:t>Pe parcursul derulării contractului, autoritatea contractantă are dreptul de a verifica îndeplinirea de către prestator a obligațiilor asumate prin contract și a cerințelor prevăzute în caietul de sarcini, în limitele competențelor sale legale. În acest scop, prestatorul are obligația de a pune la dispoziția autorității contractante, la solicitarea acesteia, documentele relevante pentru demonstrarea îndeplinirii obligațiilor contractuale și a condițiilor legale aplicabile serviciilor prestate, inclusiv documentele/autorizațiile/avizele valabile emise de autoritățile competente în domeniul sanitar-veterinar și al siguranței alimentelor, după caz, precum și documentele rezultate în urma controalelor efectuate de organismele abilitate, în măsura în care acestea sunt relevante pentru obiectul contractului.</w:t>
      </w:r>
    </w:p>
    <w:p w14:paraId="5ECC310A" w14:textId="25C916F9" w:rsidR="0019689E" w:rsidRPr="0019689E" w:rsidRDefault="0019689E" w:rsidP="00E034FE">
      <w:pPr>
        <w:rPr>
          <w:color w:val="FF0000"/>
          <w:lang w:val="it-IT"/>
        </w:rPr>
      </w:pPr>
      <w:r w:rsidRPr="006E4A09">
        <w:rPr>
          <w:color w:val="FF0000"/>
          <w:lang w:val="it-IT"/>
        </w:rPr>
        <w:t>Verificările efectuate de autoritatea contractantă vizează exclusiv îndeplinirea obligațiilor contractuale asumate de prestator și nu substituie și nu dublează activitățile de control oficial desfășurate de autoritățile și organismele competente potrivit atribuțiilor legale.</w:t>
      </w:r>
    </w:p>
    <w:p w14:paraId="363DB3FC" w14:textId="77777777" w:rsidR="000C4CB5" w:rsidRPr="0025334A" w:rsidRDefault="004E746A" w:rsidP="002459A2">
      <w:pPr>
        <w:pStyle w:val="Heading3"/>
        <w:numPr>
          <w:ilvl w:val="0"/>
          <w:numId w:val="16"/>
        </w:numPr>
        <w:spacing w:after="60"/>
        <w:rPr>
          <w:rFonts w:ascii="Times New Roman" w:hAnsi="Times New Roman"/>
          <w:bCs w:val="0"/>
          <w:i/>
          <w:iCs/>
          <w:color w:val="auto"/>
        </w:rPr>
      </w:pPr>
      <w:bookmarkStart w:id="23" w:name="_Toc242951464"/>
      <w:proofErr w:type="spellStart"/>
      <w:r w:rsidRPr="0025334A">
        <w:rPr>
          <w:rFonts w:ascii="Times New Roman" w:hAnsi="Times New Roman"/>
          <w:bCs w:val="0"/>
          <w:i/>
          <w:iCs/>
          <w:color w:val="auto"/>
        </w:rPr>
        <w:t>Unitatea</w:t>
      </w:r>
      <w:proofErr w:type="spellEnd"/>
      <w:r w:rsidRPr="0025334A">
        <w:rPr>
          <w:rFonts w:ascii="Times New Roman" w:hAnsi="Times New Roman"/>
          <w:bCs w:val="0"/>
          <w:i/>
          <w:iCs/>
          <w:color w:val="auto"/>
        </w:rPr>
        <w:t xml:space="preserve"> de </w:t>
      </w:r>
      <w:proofErr w:type="spellStart"/>
      <w:r w:rsidRPr="0025334A">
        <w:rPr>
          <w:rFonts w:ascii="Times New Roman" w:hAnsi="Times New Roman"/>
          <w:bCs w:val="0"/>
          <w:i/>
          <w:iCs/>
          <w:color w:val="auto"/>
        </w:rPr>
        <w:t>preparare</w:t>
      </w:r>
      <w:proofErr w:type="spellEnd"/>
      <w:r w:rsidRPr="0025334A">
        <w:rPr>
          <w:rFonts w:ascii="Times New Roman" w:hAnsi="Times New Roman"/>
          <w:bCs w:val="0"/>
          <w:i/>
          <w:iCs/>
          <w:color w:val="auto"/>
        </w:rPr>
        <w:t>.</w:t>
      </w:r>
      <w:bookmarkEnd w:id="23"/>
      <w:r w:rsidRPr="0025334A">
        <w:rPr>
          <w:rFonts w:ascii="Times New Roman" w:hAnsi="Times New Roman"/>
          <w:bCs w:val="0"/>
          <w:i/>
          <w:iCs/>
          <w:color w:val="auto"/>
        </w:rPr>
        <w:t xml:space="preserve"> </w:t>
      </w:r>
    </w:p>
    <w:p w14:paraId="7740A84F" w14:textId="77777777" w:rsidR="001E4108" w:rsidRDefault="004E746A">
      <w:pPr>
        <w:spacing w:after="50" w:line="247" w:lineRule="auto"/>
        <w:rPr>
          <w:color w:val="FF0000"/>
        </w:rPr>
      </w:pPr>
      <w:proofErr w:type="spellStart"/>
      <w:r w:rsidRPr="0025334A">
        <w:t>Pentru</w:t>
      </w:r>
      <w:proofErr w:type="spellEnd"/>
      <w:r w:rsidRPr="0025334A">
        <w:t xml:space="preserve"> </w:t>
      </w:r>
      <w:proofErr w:type="spellStart"/>
      <w:r w:rsidRPr="0025334A">
        <w:t>unitatea</w:t>
      </w:r>
      <w:proofErr w:type="spellEnd"/>
      <w:r w:rsidRPr="0025334A">
        <w:t xml:space="preserve"> de </w:t>
      </w:r>
      <w:proofErr w:type="spellStart"/>
      <w:r w:rsidRPr="0025334A">
        <w:t>preparare</w:t>
      </w:r>
      <w:proofErr w:type="spellEnd"/>
      <w:r w:rsidRPr="0025334A">
        <w:t xml:space="preserve">, </w:t>
      </w:r>
      <w:proofErr w:type="spellStart"/>
      <w:r w:rsidRPr="0025334A">
        <w:t>ofertantul</w:t>
      </w:r>
      <w:proofErr w:type="spellEnd"/>
      <w:r w:rsidRPr="0025334A">
        <w:t xml:space="preserve"> </w:t>
      </w:r>
      <w:proofErr w:type="spellStart"/>
      <w:r w:rsidRPr="0025334A">
        <w:t>va</w:t>
      </w:r>
      <w:proofErr w:type="spellEnd"/>
      <w:r w:rsidRPr="0025334A">
        <w:t xml:space="preserve"> </w:t>
      </w:r>
      <w:proofErr w:type="spellStart"/>
      <w:r w:rsidRPr="0025334A">
        <w:t>demonstra</w:t>
      </w:r>
      <w:proofErr w:type="spellEnd"/>
      <w:r w:rsidRPr="0025334A">
        <w:t xml:space="preserve"> </w:t>
      </w:r>
      <w:proofErr w:type="spellStart"/>
      <w:r w:rsidRPr="0025334A">
        <w:t>existența</w:t>
      </w:r>
      <w:proofErr w:type="spellEnd"/>
      <w:r w:rsidRPr="0025334A">
        <w:t xml:space="preserve"> </w:t>
      </w:r>
      <w:proofErr w:type="spellStart"/>
      <w:r w:rsidRPr="0025334A">
        <w:t>documentelor</w:t>
      </w:r>
      <w:proofErr w:type="spellEnd"/>
      <w:r w:rsidRPr="0025334A">
        <w:t xml:space="preserve"> </w:t>
      </w:r>
      <w:proofErr w:type="spellStart"/>
      <w:r w:rsidRPr="0025334A">
        <w:t>sanitare</w:t>
      </w:r>
      <w:proofErr w:type="spellEnd"/>
      <w:r w:rsidRPr="0025334A">
        <w:t xml:space="preserve"> </w:t>
      </w:r>
      <w:proofErr w:type="spellStart"/>
      <w:r w:rsidRPr="0025334A">
        <w:t>și</w:t>
      </w:r>
      <w:proofErr w:type="spellEnd"/>
      <w:r w:rsidRPr="0025334A">
        <w:t xml:space="preserve"> </w:t>
      </w:r>
      <w:proofErr w:type="spellStart"/>
      <w:r w:rsidRPr="0025334A">
        <w:t>sanitar-veterinare</w:t>
      </w:r>
      <w:proofErr w:type="spellEnd"/>
      <w:r w:rsidRPr="0025334A">
        <w:t xml:space="preserve"> </w:t>
      </w:r>
      <w:proofErr w:type="spellStart"/>
      <w:r w:rsidRPr="0025334A">
        <w:t>aplicabile</w:t>
      </w:r>
      <w:proofErr w:type="spellEnd"/>
      <w:r w:rsidRPr="0025334A">
        <w:t xml:space="preserve">, </w:t>
      </w:r>
      <w:proofErr w:type="spellStart"/>
      <w:r w:rsidRPr="0025334A">
        <w:t>inclusiv</w:t>
      </w:r>
      <w:proofErr w:type="spellEnd"/>
      <w:r w:rsidRPr="0025334A">
        <w:t xml:space="preserve"> </w:t>
      </w:r>
      <w:proofErr w:type="spellStart"/>
      <w:r w:rsidRPr="0025334A">
        <w:t>documentul</w:t>
      </w:r>
      <w:proofErr w:type="spellEnd"/>
      <w:r w:rsidRPr="0025334A">
        <w:t xml:space="preserve"> de </w:t>
      </w:r>
      <w:proofErr w:type="spellStart"/>
      <w:r w:rsidRPr="0025334A">
        <w:t>înregistrare</w:t>
      </w:r>
      <w:proofErr w:type="spellEnd"/>
      <w:r w:rsidRPr="0025334A">
        <w:t xml:space="preserve"> </w:t>
      </w:r>
      <w:proofErr w:type="spellStart"/>
      <w:r w:rsidRPr="0025334A">
        <w:t>sanitară</w:t>
      </w:r>
      <w:proofErr w:type="spellEnd"/>
      <w:r w:rsidRPr="0025334A">
        <w:t xml:space="preserve"> </w:t>
      </w:r>
      <w:proofErr w:type="spellStart"/>
      <w:r w:rsidRPr="0025334A">
        <w:t>veterinară</w:t>
      </w:r>
      <w:proofErr w:type="spellEnd"/>
      <w:r w:rsidRPr="0025334A">
        <w:t xml:space="preserve"> </w:t>
      </w:r>
      <w:proofErr w:type="spellStart"/>
      <w:r w:rsidRPr="0025334A">
        <w:t>și</w:t>
      </w:r>
      <w:proofErr w:type="spellEnd"/>
      <w:r w:rsidRPr="0025334A">
        <w:t xml:space="preserve"> </w:t>
      </w:r>
      <w:proofErr w:type="spellStart"/>
      <w:r w:rsidRPr="0025334A">
        <w:t>pentru</w:t>
      </w:r>
      <w:proofErr w:type="spellEnd"/>
      <w:r w:rsidRPr="0025334A">
        <w:t xml:space="preserve"> </w:t>
      </w:r>
      <w:proofErr w:type="spellStart"/>
      <w:r w:rsidRPr="0025334A">
        <w:t>siguranța</w:t>
      </w:r>
      <w:proofErr w:type="spellEnd"/>
      <w:r w:rsidRPr="0025334A">
        <w:t xml:space="preserve"> </w:t>
      </w:r>
      <w:proofErr w:type="spellStart"/>
      <w:r w:rsidRPr="0025334A">
        <w:t>alimentelor</w:t>
      </w:r>
      <w:proofErr w:type="spellEnd"/>
      <w:r w:rsidRPr="0025334A">
        <w:t xml:space="preserve"> </w:t>
      </w:r>
      <w:proofErr w:type="spellStart"/>
      <w:r w:rsidRPr="0025334A">
        <w:t>pentru</w:t>
      </w:r>
      <w:proofErr w:type="spellEnd"/>
      <w:r w:rsidRPr="0025334A">
        <w:t xml:space="preserve"> </w:t>
      </w:r>
      <w:proofErr w:type="spellStart"/>
      <w:r w:rsidRPr="0025334A">
        <w:t>activitatea</w:t>
      </w:r>
      <w:proofErr w:type="spellEnd"/>
      <w:r w:rsidRPr="0025334A">
        <w:t xml:space="preserve"> de catering </w:t>
      </w:r>
      <w:proofErr w:type="spellStart"/>
      <w:r w:rsidRPr="0025334A">
        <w:t>și</w:t>
      </w:r>
      <w:proofErr w:type="spellEnd"/>
      <w:r w:rsidRPr="0025334A">
        <w:t xml:space="preserve"> </w:t>
      </w:r>
      <w:proofErr w:type="spellStart"/>
      <w:r w:rsidRPr="0025334A">
        <w:t>autorizația</w:t>
      </w:r>
      <w:proofErr w:type="spellEnd"/>
      <w:r w:rsidRPr="0025334A">
        <w:t xml:space="preserve"> </w:t>
      </w:r>
      <w:proofErr w:type="spellStart"/>
      <w:r w:rsidRPr="0025334A">
        <w:t>sanitară</w:t>
      </w:r>
      <w:proofErr w:type="spellEnd"/>
      <w:r w:rsidRPr="0025334A">
        <w:t xml:space="preserve"> de </w:t>
      </w:r>
      <w:proofErr w:type="spellStart"/>
      <w:r w:rsidRPr="0025334A">
        <w:t>funcționare</w:t>
      </w:r>
      <w:proofErr w:type="spellEnd"/>
      <w:r w:rsidRPr="0025334A">
        <w:t xml:space="preserve"> </w:t>
      </w:r>
      <w:proofErr w:type="spellStart"/>
      <w:r w:rsidRPr="0025334A">
        <w:t>emisă</w:t>
      </w:r>
      <w:proofErr w:type="spellEnd"/>
      <w:r w:rsidRPr="0025334A">
        <w:t xml:space="preserve"> </w:t>
      </w:r>
      <w:proofErr w:type="spellStart"/>
      <w:r w:rsidRPr="0025334A">
        <w:t>potrivit</w:t>
      </w:r>
      <w:proofErr w:type="spellEnd"/>
      <w:r w:rsidRPr="0025334A">
        <w:t xml:space="preserve"> </w:t>
      </w:r>
      <w:proofErr w:type="spellStart"/>
      <w:r w:rsidRPr="0025334A">
        <w:t>procedurii</w:t>
      </w:r>
      <w:proofErr w:type="spellEnd"/>
      <w:r w:rsidRPr="0025334A">
        <w:t xml:space="preserve"> de </w:t>
      </w:r>
      <w:proofErr w:type="spellStart"/>
      <w:r w:rsidRPr="0025334A">
        <w:t>sănătate</w:t>
      </w:r>
      <w:proofErr w:type="spellEnd"/>
      <w:r w:rsidRPr="0025334A">
        <w:t xml:space="preserve"> </w:t>
      </w:r>
      <w:proofErr w:type="spellStart"/>
      <w:r w:rsidRPr="0025334A">
        <w:t>publică</w:t>
      </w:r>
      <w:proofErr w:type="spellEnd"/>
      <w:r w:rsidRPr="0025334A">
        <w:t xml:space="preserve"> </w:t>
      </w:r>
      <w:proofErr w:type="spellStart"/>
      <w:r w:rsidRPr="0025334A">
        <w:t>aplicabile</w:t>
      </w:r>
      <w:proofErr w:type="spellEnd"/>
      <w:r w:rsidRPr="0025334A">
        <w:t xml:space="preserve">. </w:t>
      </w:r>
      <w:proofErr w:type="spellStart"/>
      <w:r w:rsidRPr="0025334A">
        <w:t>Documentele</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corespundă</w:t>
      </w:r>
      <w:proofErr w:type="spellEnd"/>
      <w:r w:rsidRPr="0025334A">
        <w:t xml:space="preserve"> </w:t>
      </w:r>
      <w:proofErr w:type="spellStart"/>
      <w:r w:rsidRPr="0025334A">
        <w:t>adresei</w:t>
      </w:r>
      <w:proofErr w:type="spellEnd"/>
      <w:r w:rsidRPr="0025334A">
        <w:t xml:space="preserve"> </w:t>
      </w:r>
      <w:proofErr w:type="spellStart"/>
      <w:r w:rsidRPr="0025334A">
        <w:t>punctului</w:t>
      </w:r>
      <w:proofErr w:type="spellEnd"/>
      <w:r w:rsidRPr="0025334A">
        <w:t xml:space="preserve"> de </w:t>
      </w:r>
      <w:proofErr w:type="spellStart"/>
      <w:r w:rsidRPr="0025334A">
        <w:t>lucru</w:t>
      </w:r>
      <w:proofErr w:type="spellEnd"/>
      <w:r w:rsidRPr="0025334A">
        <w:t xml:space="preserve"> </w:t>
      </w:r>
      <w:proofErr w:type="spellStart"/>
      <w:r w:rsidRPr="0025334A">
        <w:t>și</w:t>
      </w:r>
      <w:proofErr w:type="spellEnd"/>
      <w:r w:rsidRPr="0025334A">
        <w:t xml:space="preserve"> </w:t>
      </w:r>
      <w:proofErr w:type="spellStart"/>
      <w:r w:rsidRPr="0025334A">
        <w:t>activității</w:t>
      </w:r>
      <w:proofErr w:type="spellEnd"/>
      <w:r w:rsidRPr="0025334A">
        <w:t xml:space="preserve"> </w:t>
      </w:r>
      <w:proofErr w:type="spellStart"/>
      <w:r w:rsidRPr="0025334A">
        <w:t>efectiv</w:t>
      </w:r>
      <w:proofErr w:type="spellEnd"/>
      <w:r w:rsidRPr="0025334A">
        <w:t xml:space="preserve"> </w:t>
      </w:r>
      <w:proofErr w:type="spellStart"/>
      <w:r w:rsidRPr="0025334A">
        <w:t>prestate</w:t>
      </w:r>
      <w:proofErr w:type="spellEnd"/>
      <w:r w:rsidRPr="0025334A">
        <w:t>.</w:t>
      </w:r>
      <w:r w:rsidR="00AD64C0" w:rsidRPr="00AD64C0">
        <w:rPr>
          <w:color w:val="FF0000"/>
        </w:rPr>
        <w:t xml:space="preserve"> </w:t>
      </w:r>
    </w:p>
    <w:p w14:paraId="2E425C43" w14:textId="0F6A2CAD" w:rsidR="000C4CB5" w:rsidRPr="0025334A" w:rsidRDefault="001E4108">
      <w:pPr>
        <w:spacing w:after="50" w:line="247" w:lineRule="auto"/>
      </w:pPr>
      <w:proofErr w:type="spellStart"/>
      <w:r>
        <w:rPr>
          <w:color w:val="FF0000"/>
        </w:rPr>
        <w:t>S</w:t>
      </w:r>
      <w:r w:rsidR="00AD64C0" w:rsidRPr="0085666B">
        <w:rPr>
          <w:color w:val="FF0000"/>
        </w:rPr>
        <w:t>chimbarea</w:t>
      </w:r>
      <w:proofErr w:type="spellEnd"/>
      <w:r w:rsidR="00AD64C0" w:rsidRPr="0085666B">
        <w:rPr>
          <w:color w:val="FF0000"/>
        </w:rPr>
        <w:t xml:space="preserve"> </w:t>
      </w:r>
      <w:proofErr w:type="spellStart"/>
      <w:r w:rsidR="00AD64C0" w:rsidRPr="0025334A">
        <w:t>unitat</w:t>
      </w:r>
      <w:r w:rsidR="00AD64C0">
        <w:t>ii</w:t>
      </w:r>
      <w:proofErr w:type="spellEnd"/>
      <w:r w:rsidR="00AD64C0" w:rsidRPr="0025334A">
        <w:t xml:space="preserve"> de </w:t>
      </w:r>
      <w:proofErr w:type="spellStart"/>
      <w:r w:rsidR="00AD64C0" w:rsidRPr="0025334A">
        <w:t>preparare</w:t>
      </w:r>
      <w:proofErr w:type="spellEnd"/>
      <w:r w:rsidR="00AD64C0" w:rsidRPr="0085666B">
        <w:rPr>
          <w:color w:val="FF0000"/>
        </w:rPr>
        <w:t xml:space="preserve"> se </w:t>
      </w:r>
      <w:proofErr w:type="spellStart"/>
      <w:r w:rsidR="00AD64C0" w:rsidRPr="0085666B">
        <w:rPr>
          <w:color w:val="FF0000"/>
        </w:rPr>
        <w:t>poate</w:t>
      </w:r>
      <w:proofErr w:type="spellEnd"/>
      <w:r w:rsidR="00AD64C0" w:rsidRPr="0085666B">
        <w:rPr>
          <w:color w:val="FF0000"/>
        </w:rPr>
        <w:t xml:space="preserve"> face </w:t>
      </w:r>
      <w:proofErr w:type="spellStart"/>
      <w:r w:rsidR="00AD64C0" w:rsidRPr="0085666B">
        <w:rPr>
          <w:color w:val="FF0000"/>
        </w:rPr>
        <w:t>numai</w:t>
      </w:r>
      <w:proofErr w:type="spellEnd"/>
      <w:r w:rsidR="00AD64C0" w:rsidRPr="0085666B">
        <w:rPr>
          <w:color w:val="FF0000"/>
        </w:rPr>
        <w:t xml:space="preserve"> </w:t>
      </w:r>
      <w:proofErr w:type="spellStart"/>
      <w:r w:rsidR="00AD64C0" w:rsidRPr="0085666B">
        <w:rPr>
          <w:color w:val="FF0000"/>
        </w:rPr>
        <w:t>după</w:t>
      </w:r>
      <w:proofErr w:type="spellEnd"/>
      <w:r w:rsidR="00AD64C0" w:rsidRPr="0085666B">
        <w:rPr>
          <w:color w:val="FF0000"/>
        </w:rPr>
        <w:t xml:space="preserve"> </w:t>
      </w:r>
      <w:proofErr w:type="spellStart"/>
      <w:r w:rsidR="00AD64C0" w:rsidRPr="0085666B">
        <w:rPr>
          <w:color w:val="FF0000"/>
        </w:rPr>
        <w:t>notificarea</w:t>
      </w:r>
      <w:proofErr w:type="spellEnd"/>
      <w:r w:rsidR="00AD64C0" w:rsidRPr="0085666B">
        <w:rPr>
          <w:color w:val="FF0000"/>
        </w:rPr>
        <w:t xml:space="preserve"> </w:t>
      </w:r>
      <w:proofErr w:type="spellStart"/>
      <w:r w:rsidR="00AD64C0" w:rsidRPr="0085666B">
        <w:rPr>
          <w:color w:val="FF0000"/>
        </w:rPr>
        <w:t>Autorității</w:t>
      </w:r>
      <w:proofErr w:type="spellEnd"/>
      <w:r w:rsidR="00AD64C0" w:rsidRPr="0085666B">
        <w:rPr>
          <w:color w:val="FF0000"/>
        </w:rPr>
        <w:t xml:space="preserve"> </w:t>
      </w:r>
      <w:proofErr w:type="spellStart"/>
      <w:r w:rsidR="00AD64C0" w:rsidRPr="0085666B">
        <w:rPr>
          <w:color w:val="FF0000"/>
        </w:rPr>
        <w:t>Contractante</w:t>
      </w:r>
      <w:proofErr w:type="spellEnd"/>
      <w:r w:rsidR="00AD64C0" w:rsidRPr="0085666B">
        <w:rPr>
          <w:color w:val="FF0000"/>
        </w:rPr>
        <w:t xml:space="preserve"> </w:t>
      </w:r>
      <w:proofErr w:type="spellStart"/>
      <w:r w:rsidR="00AD64C0" w:rsidRPr="0085666B">
        <w:rPr>
          <w:color w:val="FF0000"/>
        </w:rPr>
        <w:t>și</w:t>
      </w:r>
      <w:proofErr w:type="spellEnd"/>
      <w:r w:rsidR="00AD64C0" w:rsidRPr="0085666B">
        <w:rPr>
          <w:color w:val="FF0000"/>
        </w:rPr>
        <w:t xml:space="preserve"> </w:t>
      </w:r>
      <w:proofErr w:type="spellStart"/>
      <w:r w:rsidR="00AD64C0" w:rsidRPr="0085666B">
        <w:rPr>
          <w:color w:val="FF0000"/>
        </w:rPr>
        <w:t>prezentarea</w:t>
      </w:r>
      <w:proofErr w:type="spellEnd"/>
      <w:r w:rsidR="00AD64C0" w:rsidRPr="0085666B">
        <w:rPr>
          <w:color w:val="FF0000"/>
        </w:rPr>
        <w:t xml:space="preserve">, </w:t>
      </w:r>
      <w:proofErr w:type="spellStart"/>
      <w:r w:rsidR="00AD64C0" w:rsidRPr="0085666B">
        <w:rPr>
          <w:color w:val="FF0000"/>
        </w:rPr>
        <w:t>înainte</w:t>
      </w:r>
      <w:proofErr w:type="spellEnd"/>
      <w:r w:rsidR="00AD64C0" w:rsidRPr="0085666B">
        <w:rPr>
          <w:color w:val="FF0000"/>
        </w:rPr>
        <w:t xml:space="preserve"> de </w:t>
      </w:r>
      <w:proofErr w:type="spellStart"/>
      <w:r w:rsidR="00AD64C0" w:rsidRPr="0085666B">
        <w:rPr>
          <w:color w:val="FF0000"/>
        </w:rPr>
        <w:t>utilizare</w:t>
      </w:r>
      <w:proofErr w:type="spellEnd"/>
      <w:r w:rsidR="00AD64C0" w:rsidRPr="0085666B">
        <w:rPr>
          <w:color w:val="FF0000"/>
        </w:rPr>
        <w:t xml:space="preserve">, a </w:t>
      </w:r>
      <w:proofErr w:type="spellStart"/>
      <w:r w:rsidR="00AD64C0" w:rsidRPr="0085666B">
        <w:rPr>
          <w:color w:val="FF0000"/>
        </w:rPr>
        <w:t>documentelor</w:t>
      </w:r>
      <w:proofErr w:type="spellEnd"/>
      <w:r w:rsidR="00AD64C0" w:rsidRPr="0085666B">
        <w:rPr>
          <w:color w:val="FF0000"/>
        </w:rPr>
        <w:t xml:space="preserve"> de </w:t>
      </w:r>
      <w:proofErr w:type="spellStart"/>
      <w:r w:rsidR="00AD64C0" w:rsidRPr="0085666B">
        <w:rPr>
          <w:color w:val="FF0000"/>
        </w:rPr>
        <w:t>funcționare</w:t>
      </w:r>
      <w:proofErr w:type="spellEnd"/>
      <w:r w:rsidR="00AD64C0" w:rsidRPr="0085666B">
        <w:rPr>
          <w:color w:val="FF0000"/>
        </w:rPr>
        <w:t xml:space="preserve"> </w:t>
      </w:r>
      <w:proofErr w:type="spellStart"/>
      <w:r w:rsidR="00AD64C0" w:rsidRPr="0085666B">
        <w:rPr>
          <w:color w:val="FF0000"/>
        </w:rPr>
        <w:t>aplicabile</w:t>
      </w:r>
      <w:proofErr w:type="spellEnd"/>
      <w:r w:rsidR="00AD64C0" w:rsidRPr="0085666B">
        <w:rPr>
          <w:color w:val="FF0000"/>
        </w:rPr>
        <w:t xml:space="preserve"> </w:t>
      </w:r>
      <w:proofErr w:type="spellStart"/>
      <w:r w:rsidR="00AD64C0" w:rsidRPr="0085666B">
        <w:rPr>
          <w:color w:val="FF0000"/>
        </w:rPr>
        <w:t>noii</w:t>
      </w:r>
      <w:proofErr w:type="spellEnd"/>
      <w:r w:rsidR="00AD64C0" w:rsidRPr="0085666B">
        <w:rPr>
          <w:color w:val="FF0000"/>
        </w:rPr>
        <w:t xml:space="preserve"> </w:t>
      </w:r>
      <w:proofErr w:type="spellStart"/>
      <w:r w:rsidR="00AD64C0" w:rsidRPr="0085666B">
        <w:rPr>
          <w:color w:val="FF0000"/>
        </w:rPr>
        <w:t>unități</w:t>
      </w:r>
      <w:proofErr w:type="spellEnd"/>
    </w:p>
    <w:p w14:paraId="42DA3BF3" w14:textId="77777777" w:rsidR="000C4CB5" w:rsidRPr="0025334A" w:rsidRDefault="004E746A">
      <w:pPr>
        <w:spacing w:after="50" w:line="247" w:lineRule="auto"/>
      </w:pPr>
      <w:proofErr w:type="spellStart"/>
      <w:r w:rsidRPr="0025334A">
        <w:t>Autorizațiile</w:t>
      </w:r>
      <w:proofErr w:type="spellEnd"/>
      <w:r w:rsidRPr="0025334A">
        <w:t xml:space="preserve">, </w:t>
      </w:r>
      <w:proofErr w:type="spellStart"/>
      <w:r w:rsidRPr="0025334A">
        <w:t>avizele</w:t>
      </w:r>
      <w:proofErr w:type="spellEnd"/>
      <w:r w:rsidRPr="0025334A">
        <w:t xml:space="preserve"> </w:t>
      </w:r>
      <w:proofErr w:type="spellStart"/>
      <w:r w:rsidRPr="0025334A">
        <w:t>și</w:t>
      </w:r>
      <w:proofErr w:type="spellEnd"/>
      <w:r w:rsidRPr="0025334A">
        <w:t xml:space="preserve"> </w:t>
      </w:r>
      <w:proofErr w:type="spellStart"/>
      <w:r w:rsidRPr="0025334A">
        <w:t>înregistrările</w:t>
      </w:r>
      <w:proofErr w:type="spellEnd"/>
      <w:r w:rsidRPr="0025334A">
        <w:t xml:space="preserve"> se </w:t>
      </w:r>
      <w:proofErr w:type="spellStart"/>
      <w:r w:rsidRPr="0025334A">
        <w:t>mențin</w:t>
      </w:r>
      <w:proofErr w:type="spellEnd"/>
      <w:r w:rsidRPr="0025334A">
        <w:t xml:space="preserve"> </w:t>
      </w:r>
      <w:proofErr w:type="spellStart"/>
      <w:r w:rsidRPr="0025334A">
        <w:t>valabile</w:t>
      </w:r>
      <w:proofErr w:type="spellEnd"/>
      <w:r w:rsidRPr="0025334A">
        <w:t xml:space="preserve"> pe </w:t>
      </w:r>
      <w:proofErr w:type="spellStart"/>
      <w:r w:rsidRPr="0025334A">
        <w:t>întreaga</w:t>
      </w:r>
      <w:proofErr w:type="spellEnd"/>
      <w:r w:rsidRPr="0025334A">
        <w:t xml:space="preserve"> </w:t>
      </w:r>
      <w:proofErr w:type="spellStart"/>
      <w:r w:rsidRPr="0025334A">
        <w:t>perioadă</w:t>
      </w:r>
      <w:proofErr w:type="spellEnd"/>
      <w:r w:rsidRPr="0025334A">
        <w:t xml:space="preserve"> </w:t>
      </w:r>
      <w:proofErr w:type="spellStart"/>
      <w:r w:rsidRPr="0025334A">
        <w:t>în</w:t>
      </w:r>
      <w:proofErr w:type="spellEnd"/>
      <w:r w:rsidRPr="0025334A">
        <w:t xml:space="preserve"> care </w:t>
      </w:r>
      <w:proofErr w:type="spellStart"/>
      <w:r w:rsidRPr="0025334A">
        <w:t>unitatea</w:t>
      </w:r>
      <w:proofErr w:type="spellEnd"/>
      <w:r w:rsidRPr="0025334A">
        <w:t xml:space="preserve"> </w:t>
      </w:r>
      <w:proofErr w:type="spellStart"/>
      <w:r w:rsidRPr="0025334A">
        <w:t>este</w:t>
      </w:r>
      <w:proofErr w:type="spellEnd"/>
      <w:r w:rsidRPr="0025334A">
        <w:t xml:space="preserve"> </w:t>
      </w:r>
      <w:proofErr w:type="spellStart"/>
      <w:r w:rsidRPr="0025334A">
        <w:t>utilizată</w:t>
      </w:r>
      <w:proofErr w:type="spellEnd"/>
      <w:r w:rsidRPr="0025334A">
        <w:t xml:space="preserve"> </w:t>
      </w:r>
      <w:proofErr w:type="spellStart"/>
      <w:r w:rsidRPr="0025334A">
        <w:t>pentru</w:t>
      </w:r>
      <w:proofErr w:type="spellEnd"/>
      <w:r w:rsidRPr="0025334A">
        <w:t xml:space="preserve"> </w:t>
      </w:r>
      <w:proofErr w:type="spellStart"/>
      <w:r w:rsidRPr="0025334A">
        <w:t>executarea</w:t>
      </w:r>
      <w:proofErr w:type="spellEnd"/>
      <w:r w:rsidRPr="0025334A">
        <w:t xml:space="preserve"> </w:t>
      </w:r>
      <w:proofErr w:type="spellStart"/>
      <w:r w:rsidRPr="0025334A">
        <w:t>acordului-cadru</w:t>
      </w:r>
      <w:proofErr w:type="spellEnd"/>
      <w:r w:rsidRPr="0025334A">
        <w:t>/</w:t>
      </w:r>
      <w:proofErr w:type="spellStart"/>
      <w:r w:rsidRPr="0025334A">
        <w:t>contractului</w:t>
      </w:r>
      <w:proofErr w:type="spellEnd"/>
      <w:r w:rsidRPr="0025334A">
        <w:t xml:space="preserve"> </w:t>
      </w:r>
      <w:proofErr w:type="spellStart"/>
      <w:r w:rsidRPr="0025334A">
        <w:t>subsecvent</w:t>
      </w:r>
      <w:proofErr w:type="spellEnd"/>
      <w:r w:rsidRPr="0025334A">
        <w:t xml:space="preserve">. </w:t>
      </w:r>
      <w:proofErr w:type="spellStart"/>
      <w:r w:rsidRPr="0025334A">
        <w:t>Suspendarea</w:t>
      </w:r>
      <w:proofErr w:type="spellEnd"/>
      <w:r w:rsidRPr="0025334A">
        <w:t xml:space="preserve">, </w:t>
      </w:r>
      <w:proofErr w:type="spellStart"/>
      <w:r w:rsidRPr="0025334A">
        <w:t>retragerea</w:t>
      </w:r>
      <w:proofErr w:type="spellEnd"/>
      <w:r w:rsidRPr="0025334A">
        <w:t xml:space="preserve">, </w:t>
      </w:r>
      <w:proofErr w:type="spellStart"/>
      <w:r w:rsidRPr="0025334A">
        <w:t>expirarea</w:t>
      </w:r>
      <w:proofErr w:type="spellEnd"/>
      <w:r w:rsidRPr="0025334A">
        <w:t xml:space="preserve"> </w:t>
      </w:r>
      <w:proofErr w:type="spellStart"/>
      <w:r w:rsidRPr="0025334A">
        <w:t>fără</w:t>
      </w:r>
      <w:proofErr w:type="spellEnd"/>
      <w:r w:rsidRPr="0025334A">
        <w:t xml:space="preserve"> </w:t>
      </w:r>
      <w:proofErr w:type="spellStart"/>
      <w:r w:rsidRPr="0025334A">
        <w:t>reînnoire</w:t>
      </w:r>
      <w:proofErr w:type="spellEnd"/>
      <w:r w:rsidRPr="0025334A">
        <w:t xml:space="preserve">, </w:t>
      </w:r>
      <w:proofErr w:type="spellStart"/>
      <w:r w:rsidRPr="0025334A">
        <w:t>limitarea</w:t>
      </w:r>
      <w:proofErr w:type="spellEnd"/>
      <w:r w:rsidRPr="0025334A">
        <w:t xml:space="preserve"> </w:t>
      </w:r>
      <w:proofErr w:type="spellStart"/>
      <w:r w:rsidRPr="0025334A">
        <w:t>domeniului</w:t>
      </w:r>
      <w:proofErr w:type="spellEnd"/>
      <w:r w:rsidRPr="0025334A">
        <w:t xml:space="preserve"> </w:t>
      </w:r>
      <w:proofErr w:type="spellStart"/>
      <w:r w:rsidRPr="0025334A">
        <w:t>sau</w:t>
      </w:r>
      <w:proofErr w:type="spellEnd"/>
      <w:r w:rsidRPr="0025334A">
        <w:t xml:space="preserve"> </w:t>
      </w:r>
      <w:proofErr w:type="spellStart"/>
      <w:r w:rsidRPr="0025334A">
        <w:t>orice</w:t>
      </w:r>
      <w:proofErr w:type="spellEnd"/>
      <w:r w:rsidRPr="0025334A">
        <w:t xml:space="preserve"> </w:t>
      </w:r>
      <w:proofErr w:type="spellStart"/>
      <w:r w:rsidRPr="0025334A">
        <w:t>măsură</w:t>
      </w:r>
      <w:proofErr w:type="spellEnd"/>
      <w:r w:rsidRPr="0025334A">
        <w:t xml:space="preserve"> a </w:t>
      </w:r>
      <w:proofErr w:type="spellStart"/>
      <w:r w:rsidRPr="0025334A">
        <w:t>autorității</w:t>
      </w:r>
      <w:proofErr w:type="spellEnd"/>
      <w:r w:rsidRPr="0025334A">
        <w:t xml:space="preserve"> </w:t>
      </w:r>
      <w:proofErr w:type="spellStart"/>
      <w:r w:rsidRPr="0025334A">
        <w:t>competente</w:t>
      </w:r>
      <w:proofErr w:type="spellEnd"/>
      <w:r w:rsidRPr="0025334A">
        <w:t xml:space="preserve"> care </w:t>
      </w:r>
      <w:proofErr w:type="spellStart"/>
      <w:r w:rsidRPr="0025334A">
        <w:t>poate</w:t>
      </w:r>
      <w:proofErr w:type="spellEnd"/>
      <w:r w:rsidRPr="0025334A">
        <w:t xml:space="preserve"> </w:t>
      </w:r>
      <w:proofErr w:type="spellStart"/>
      <w:r w:rsidRPr="0025334A">
        <w:t>afecta</w:t>
      </w:r>
      <w:proofErr w:type="spellEnd"/>
      <w:r w:rsidRPr="0025334A">
        <w:t xml:space="preserve"> </w:t>
      </w:r>
      <w:proofErr w:type="spellStart"/>
      <w:r w:rsidRPr="0025334A">
        <w:t>prepararea</w:t>
      </w:r>
      <w:proofErr w:type="spellEnd"/>
      <w:r w:rsidRPr="0025334A">
        <w:t xml:space="preserve"> </w:t>
      </w:r>
      <w:proofErr w:type="spellStart"/>
      <w:r w:rsidRPr="0025334A">
        <w:t>hranei</w:t>
      </w:r>
      <w:proofErr w:type="spellEnd"/>
      <w:r w:rsidRPr="0025334A">
        <w:t xml:space="preserve"> se </w:t>
      </w:r>
      <w:proofErr w:type="spellStart"/>
      <w:r w:rsidRPr="0025334A">
        <w:t>notifică</w:t>
      </w:r>
      <w:proofErr w:type="spellEnd"/>
      <w:r w:rsidRPr="0025334A">
        <w:t xml:space="preserve"> DGASPC Bacău </w:t>
      </w:r>
      <w:proofErr w:type="spellStart"/>
      <w:r w:rsidRPr="0025334A">
        <w:t>în</w:t>
      </w:r>
      <w:proofErr w:type="spellEnd"/>
      <w:r w:rsidRPr="0025334A">
        <w:t xml:space="preserve"> maximum 24 de ore.</w:t>
      </w:r>
    </w:p>
    <w:p w14:paraId="493AA94D" w14:textId="77777777" w:rsidR="000C4CB5" w:rsidRPr="0085666B" w:rsidRDefault="004E746A" w:rsidP="002459A2">
      <w:pPr>
        <w:pStyle w:val="Heading3"/>
        <w:numPr>
          <w:ilvl w:val="0"/>
          <w:numId w:val="16"/>
        </w:numPr>
        <w:spacing w:after="60"/>
        <w:rPr>
          <w:rFonts w:ascii="Times New Roman" w:hAnsi="Times New Roman"/>
          <w:bCs w:val="0"/>
          <w:i/>
          <w:iCs/>
          <w:color w:val="FF0000"/>
        </w:rPr>
      </w:pPr>
      <w:bookmarkStart w:id="24" w:name="_Toc242951465"/>
      <w:proofErr w:type="spellStart"/>
      <w:r w:rsidRPr="0085666B">
        <w:rPr>
          <w:rFonts w:ascii="Times New Roman" w:hAnsi="Times New Roman"/>
          <w:bCs w:val="0"/>
          <w:i/>
          <w:iCs/>
          <w:color w:val="FF0000"/>
        </w:rPr>
        <w:t>Fluxul</w:t>
      </w:r>
      <w:proofErr w:type="spellEnd"/>
      <w:r w:rsidRPr="0085666B">
        <w:rPr>
          <w:rFonts w:ascii="Times New Roman" w:hAnsi="Times New Roman"/>
          <w:bCs w:val="0"/>
          <w:i/>
          <w:iCs/>
          <w:color w:val="FF0000"/>
        </w:rPr>
        <w:t xml:space="preserve"> </w:t>
      </w:r>
      <w:proofErr w:type="spellStart"/>
      <w:r w:rsidRPr="0085666B">
        <w:rPr>
          <w:rFonts w:ascii="Times New Roman" w:hAnsi="Times New Roman"/>
          <w:bCs w:val="0"/>
          <w:i/>
          <w:iCs/>
          <w:color w:val="FF0000"/>
        </w:rPr>
        <w:t>tehnologic</w:t>
      </w:r>
      <w:proofErr w:type="spellEnd"/>
      <w:r w:rsidRPr="0085666B">
        <w:rPr>
          <w:rFonts w:ascii="Times New Roman" w:hAnsi="Times New Roman"/>
          <w:bCs w:val="0"/>
          <w:i/>
          <w:iCs/>
          <w:color w:val="FF0000"/>
        </w:rPr>
        <w:t>.</w:t>
      </w:r>
      <w:bookmarkEnd w:id="24"/>
      <w:r w:rsidRPr="0085666B">
        <w:rPr>
          <w:rFonts w:ascii="Times New Roman" w:hAnsi="Times New Roman"/>
          <w:bCs w:val="0"/>
          <w:i/>
          <w:iCs/>
          <w:color w:val="FF0000"/>
        </w:rPr>
        <w:t xml:space="preserve"> </w:t>
      </w:r>
    </w:p>
    <w:p w14:paraId="6A7DC882" w14:textId="77777777" w:rsidR="000C4CB5" w:rsidRPr="0085666B" w:rsidRDefault="004E746A">
      <w:pPr>
        <w:spacing w:after="50" w:line="247" w:lineRule="auto"/>
        <w:rPr>
          <w:color w:val="FF0000"/>
        </w:rPr>
      </w:pPr>
      <w:proofErr w:type="spellStart"/>
      <w:r w:rsidRPr="0085666B">
        <w:rPr>
          <w:color w:val="FF0000"/>
        </w:rPr>
        <w:t>Prestatorul</w:t>
      </w:r>
      <w:proofErr w:type="spellEnd"/>
      <w:r w:rsidRPr="0085666B">
        <w:rPr>
          <w:color w:val="FF0000"/>
        </w:rPr>
        <w:t xml:space="preserve"> </w:t>
      </w:r>
      <w:proofErr w:type="spellStart"/>
      <w:r w:rsidRPr="0085666B">
        <w:rPr>
          <w:color w:val="FF0000"/>
        </w:rPr>
        <w:t>organizează</w:t>
      </w:r>
      <w:proofErr w:type="spellEnd"/>
      <w:r w:rsidRPr="0085666B">
        <w:rPr>
          <w:color w:val="FF0000"/>
        </w:rPr>
        <w:t xml:space="preserve"> </w:t>
      </w:r>
      <w:proofErr w:type="spellStart"/>
      <w:r w:rsidRPr="0085666B">
        <w:rPr>
          <w:color w:val="FF0000"/>
        </w:rPr>
        <w:t>fluxurile</w:t>
      </w:r>
      <w:proofErr w:type="spellEnd"/>
      <w:r w:rsidRPr="0085666B">
        <w:rPr>
          <w:color w:val="FF0000"/>
        </w:rPr>
        <w:t xml:space="preserve"> </w:t>
      </w:r>
      <w:proofErr w:type="spellStart"/>
      <w:r w:rsidRPr="0085666B">
        <w:rPr>
          <w:color w:val="FF0000"/>
        </w:rPr>
        <w:t>astfel</w:t>
      </w:r>
      <w:proofErr w:type="spellEnd"/>
      <w:r w:rsidRPr="0085666B">
        <w:rPr>
          <w:color w:val="FF0000"/>
        </w:rPr>
        <w:t xml:space="preserve"> </w:t>
      </w:r>
      <w:proofErr w:type="spellStart"/>
      <w:r w:rsidRPr="0085666B">
        <w:rPr>
          <w:color w:val="FF0000"/>
        </w:rPr>
        <w:t>încât</w:t>
      </w:r>
      <w:proofErr w:type="spellEnd"/>
      <w:r w:rsidRPr="0085666B">
        <w:rPr>
          <w:color w:val="FF0000"/>
        </w:rPr>
        <w:t xml:space="preserve"> </w:t>
      </w:r>
      <w:proofErr w:type="spellStart"/>
      <w:r w:rsidRPr="0085666B">
        <w:rPr>
          <w:color w:val="FF0000"/>
        </w:rPr>
        <w:t>să</w:t>
      </w:r>
      <w:proofErr w:type="spellEnd"/>
      <w:r w:rsidRPr="0085666B">
        <w:rPr>
          <w:color w:val="FF0000"/>
        </w:rPr>
        <w:t xml:space="preserve"> fie </w:t>
      </w:r>
      <w:proofErr w:type="spellStart"/>
      <w:r w:rsidRPr="0085666B">
        <w:rPr>
          <w:color w:val="FF0000"/>
        </w:rPr>
        <w:t>prevenită</w:t>
      </w:r>
      <w:proofErr w:type="spellEnd"/>
      <w:r w:rsidRPr="0085666B">
        <w:rPr>
          <w:color w:val="FF0000"/>
        </w:rPr>
        <w:t xml:space="preserve"> </w:t>
      </w:r>
      <w:proofErr w:type="spellStart"/>
      <w:r w:rsidRPr="0085666B">
        <w:rPr>
          <w:color w:val="FF0000"/>
        </w:rPr>
        <w:t>contaminarea</w:t>
      </w:r>
      <w:proofErr w:type="spellEnd"/>
      <w:r w:rsidRPr="0085666B">
        <w:rPr>
          <w:color w:val="FF0000"/>
        </w:rPr>
        <w:t xml:space="preserve"> </w:t>
      </w:r>
      <w:proofErr w:type="spellStart"/>
      <w:r w:rsidRPr="0085666B">
        <w:rPr>
          <w:color w:val="FF0000"/>
        </w:rPr>
        <w:t>între</w:t>
      </w:r>
      <w:proofErr w:type="spellEnd"/>
      <w:r w:rsidRPr="0085666B">
        <w:rPr>
          <w:color w:val="FF0000"/>
        </w:rPr>
        <w:t xml:space="preserve"> </w:t>
      </w:r>
      <w:proofErr w:type="spellStart"/>
      <w:r w:rsidRPr="0085666B">
        <w:rPr>
          <w:color w:val="FF0000"/>
        </w:rPr>
        <w:t>materii</w:t>
      </w:r>
      <w:proofErr w:type="spellEnd"/>
      <w:r w:rsidRPr="0085666B">
        <w:rPr>
          <w:color w:val="FF0000"/>
        </w:rPr>
        <w:t xml:space="preserve"> prime, </w:t>
      </w:r>
      <w:proofErr w:type="spellStart"/>
      <w:r w:rsidRPr="0085666B">
        <w:rPr>
          <w:color w:val="FF0000"/>
        </w:rPr>
        <w:t>produse</w:t>
      </w:r>
      <w:proofErr w:type="spellEnd"/>
      <w:r w:rsidRPr="0085666B">
        <w:rPr>
          <w:color w:val="FF0000"/>
        </w:rPr>
        <w:t xml:space="preserve"> </w:t>
      </w:r>
      <w:proofErr w:type="spellStart"/>
      <w:r w:rsidRPr="0085666B">
        <w:rPr>
          <w:color w:val="FF0000"/>
        </w:rPr>
        <w:t>semipreparate</w:t>
      </w:r>
      <w:proofErr w:type="spellEnd"/>
      <w:r w:rsidRPr="0085666B">
        <w:rPr>
          <w:color w:val="FF0000"/>
        </w:rPr>
        <w:t xml:space="preserve">, </w:t>
      </w:r>
      <w:proofErr w:type="spellStart"/>
      <w:r w:rsidRPr="0085666B">
        <w:rPr>
          <w:color w:val="FF0000"/>
        </w:rPr>
        <w:t>produse</w:t>
      </w:r>
      <w:proofErr w:type="spellEnd"/>
      <w:r w:rsidRPr="0085666B">
        <w:rPr>
          <w:color w:val="FF0000"/>
        </w:rPr>
        <w:t xml:space="preserve"> finite, </w:t>
      </w:r>
      <w:proofErr w:type="spellStart"/>
      <w:r w:rsidRPr="0085666B">
        <w:rPr>
          <w:color w:val="FF0000"/>
        </w:rPr>
        <w:t>ambalaje</w:t>
      </w:r>
      <w:proofErr w:type="spellEnd"/>
      <w:r w:rsidRPr="0085666B">
        <w:rPr>
          <w:color w:val="FF0000"/>
        </w:rPr>
        <w:t xml:space="preserve">, </w:t>
      </w:r>
      <w:proofErr w:type="spellStart"/>
      <w:r w:rsidRPr="0085666B">
        <w:rPr>
          <w:color w:val="FF0000"/>
        </w:rPr>
        <w:t>deșeuri</w:t>
      </w:r>
      <w:proofErr w:type="spellEnd"/>
      <w:r w:rsidRPr="0085666B">
        <w:rPr>
          <w:color w:val="FF0000"/>
        </w:rPr>
        <w:t xml:space="preserve"> </w:t>
      </w:r>
      <w:proofErr w:type="spellStart"/>
      <w:r w:rsidRPr="0085666B">
        <w:rPr>
          <w:color w:val="FF0000"/>
        </w:rPr>
        <w:t>și</w:t>
      </w:r>
      <w:proofErr w:type="spellEnd"/>
      <w:r w:rsidRPr="0085666B">
        <w:rPr>
          <w:color w:val="FF0000"/>
        </w:rPr>
        <w:t xml:space="preserve"> personal. </w:t>
      </w:r>
      <w:proofErr w:type="spellStart"/>
      <w:r w:rsidRPr="0085666B">
        <w:rPr>
          <w:color w:val="FF0000"/>
        </w:rPr>
        <w:t>Zonele</w:t>
      </w:r>
      <w:proofErr w:type="spellEnd"/>
      <w:r w:rsidRPr="0085666B">
        <w:rPr>
          <w:color w:val="FF0000"/>
        </w:rPr>
        <w:t xml:space="preserve"> </w:t>
      </w:r>
      <w:proofErr w:type="spellStart"/>
      <w:r w:rsidRPr="0085666B">
        <w:rPr>
          <w:color w:val="FF0000"/>
        </w:rPr>
        <w:t>și</w:t>
      </w:r>
      <w:proofErr w:type="spellEnd"/>
      <w:r w:rsidRPr="0085666B">
        <w:rPr>
          <w:color w:val="FF0000"/>
        </w:rPr>
        <w:t xml:space="preserve"> </w:t>
      </w:r>
      <w:proofErr w:type="spellStart"/>
      <w:r w:rsidRPr="0085666B">
        <w:rPr>
          <w:color w:val="FF0000"/>
        </w:rPr>
        <w:t>operațiunile</w:t>
      </w:r>
      <w:proofErr w:type="spellEnd"/>
      <w:r w:rsidRPr="0085666B">
        <w:rPr>
          <w:color w:val="FF0000"/>
        </w:rPr>
        <w:t xml:space="preserve"> curate se </w:t>
      </w:r>
      <w:proofErr w:type="spellStart"/>
      <w:r w:rsidRPr="0085666B">
        <w:rPr>
          <w:color w:val="FF0000"/>
        </w:rPr>
        <w:t>separă</w:t>
      </w:r>
      <w:proofErr w:type="spellEnd"/>
      <w:r w:rsidRPr="0085666B">
        <w:rPr>
          <w:color w:val="FF0000"/>
        </w:rPr>
        <w:t xml:space="preserve"> de </w:t>
      </w:r>
      <w:proofErr w:type="spellStart"/>
      <w:r w:rsidRPr="0085666B">
        <w:rPr>
          <w:color w:val="FF0000"/>
        </w:rPr>
        <w:t>cele</w:t>
      </w:r>
      <w:proofErr w:type="spellEnd"/>
      <w:r w:rsidRPr="0085666B">
        <w:rPr>
          <w:color w:val="FF0000"/>
        </w:rPr>
        <w:t xml:space="preserve"> cu </w:t>
      </w:r>
      <w:proofErr w:type="spellStart"/>
      <w:r w:rsidRPr="0085666B">
        <w:rPr>
          <w:color w:val="FF0000"/>
        </w:rPr>
        <w:t>risc</w:t>
      </w:r>
      <w:proofErr w:type="spellEnd"/>
      <w:r w:rsidRPr="0085666B">
        <w:rPr>
          <w:color w:val="FF0000"/>
        </w:rPr>
        <w:t xml:space="preserve">, </w:t>
      </w:r>
      <w:proofErr w:type="spellStart"/>
      <w:r w:rsidRPr="0085666B">
        <w:rPr>
          <w:color w:val="FF0000"/>
        </w:rPr>
        <w:t>iar</w:t>
      </w:r>
      <w:proofErr w:type="spellEnd"/>
      <w:r w:rsidRPr="0085666B">
        <w:rPr>
          <w:color w:val="FF0000"/>
        </w:rPr>
        <w:t xml:space="preserve"> </w:t>
      </w:r>
      <w:proofErr w:type="spellStart"/>
      <w:r w:rsidRPr="0085666B">
        <w:rPr>
          <w:color w:val="FF0000"/>
        </w:rPr>
        <w:t>igienizarea</w:t>
      </w:r>
      <w:proofErr w:type="spellEnd"/>
      <w:r w:rsidRPr="0085666B">
        <w:rPr>
          <w:color w:val="FF0000"/>
        </w:rPr>
        <w:t xml:space="preserve">, </w:t>
      </w:r>
      <w:proofErr w:type="spellStart"/>
      <w:r w:rsidRPr="0085666B">
        <w:rPr>
          <w:color w:val="FF0000"/>
        </w:rPr>
        <w:t>dezinfecția</w:t>
      </w:r>
      <w:proofErr w:type="spellEnd"/>
      <w:r w:rsidRPr="0085666B">
        <w:rPr>
          <w:color w:val="FF0000"/>
        </w:rPr>
        <w:t xml:space="preserve">, </w:t>
      </w:r>
      <w:proofErr w:type="spellStart"/>
      <w:r w:rsidRPr="0085666B">
        <w:rPr>
          <w:color w:val="FF0000"/>
        </w:rPr>
        <w:t>controlul</w:t>
      </w:r>
      <w:proofErr w:type="spellEnd"/>
      <w:r w:rsidRPr="0085666B">
        <w:rPr>
          <w:color w:val="FF0000"/>
        </w:rPr>
        <w:t xml:space="preserve"> </w:t>
      </w:r>
      <w:proofErr w:type="spellStart"/>
      <w:r w:rsidRPr="0085666B">
        <w:rPr>
          <w:color w:val="FF0000"/>
        </w:rPr>
        <w:t>dăunătorilor</w:t>
      </w:r>
      <w:proofErr w:type="spellEnd"/>
      <w:r w:rsidRPr="0085666B">
        <w:rPr>
          <w:color w:val="FF0000"/>
        </w:rPr>
        <w:t xml:space="preserve">, </w:t>
      </w:r>
      <w:proofErr w:type="spellStart"/>
      <w:r w:rsidRPr="0085666B">
        <w:rPr>
          <w:color w:val="FF0000"/>
        </w:rPr>
        <w:t>gestionarea</w:t>
      </w:r>
      <w:proofErr w:type="spellEnd"/>
      <w:r w:rsidRPr="0085666B">
        <w:rPr>
          <w:color w:val="FF0000"/>
        </w:rPr>
        <w:t xml:space="preserve"> </w:t>
      </w:r>
      <w:proofErr w:type="spellStart"/>
      <w:r w:rsidRPr="0085666B">
        <w:rPr>
          <w:color w:val="FF0000"/>
        </w:rPr>
        <w:t>echipamentelor</w:t>
      </w:r>
      <w:proofErr w:type="spellEnd"/>
      <w:r w:rsidRPr="0085666B">
        <w:rPr>
          <w:color w:val="FF0000"/>
        </w:rPr>
        <w:t xml:space="preserve"> </w:t>
      </w:r>
      <w:proofErr w:type="spellStart"/>
      <w:r w:rsidRPr="0085666B">
        <w:rPr>
          <w:color w:val="FF0000"/>
        </w:rPr>
        <w:t>și</w:t>
      </w:r>
      <w:proofErr w:type="spellEnd"/>
      <w:r w:rsidRPr="0085666B">
        <w:rPr>
          <w:color w:val="FF0000"/>
        </w:rPr>
        <w:t xml:space="preserve"> </w:t>
      </w:r>
      <w:proofErr w:type="spellStart"/>
      <w:r w:rsidRPr="0085666B">
        <w:rPr>
          <w:color w:val="FF0000"/>
        </w:rPr>
        <w:t>verificarea</w:t>
      </w:r>
      <w:proofErr w:type="spellEnd"/>
      <w:r w:rsidRPr="0085666B">
        <w:rPr>
          <w:color w:val="FF0000"/>
        </w:rPr>
        <w:t xml:space="preserve"> </w:t>
      </w:r>
      <w:proofErr w:type="spellStart"/>
      <w:r w:rsidRPr="0085666B">
        <w:rPr>
          <w:color w:val="FF0000"/>
        </w:rPr>
        <w:t>temperaturilor</w:t>
      </w:r>
      <w:proofErr w:type="spellEnd"/>
      <w:r w:rsidRPr="0085666B">
        <w:rPr>
          <w:color w:val="FF0000"/>
        </w:rPr>
        <w:t xml:space="preserve"> sunt </w:t>
      </w:r>
      <w:proofErr w:type="spellStart"/>
      <w:r w:rsidRPr="0085666B">
        <w:rPr>
          <w:color w:val="FF0000"/>
        </w:rPr>
        <w:t>documentate</w:t>
      </w:r>
      <w:proofErr w:type="spellEnd"/>
      <w:r w:rsidRPr="0085666B">
        <w:rPr>
          <w:color w:val="FF0000"/>
        </w:rPr>
        <w:t>.</w:t>
      </w:r>
    </w:p>
    <w:p w14:paraId="768225C0" w14:textId="37A824DC" w:rsidR="000C4CB5" w:rsidRPr="0025334A" w:rsidRDefault="004E746A" w:rsidP="002459A2">
      <w:pPr>
        <w:pStyle w:val="Heading3"/>
        <w:numPr>
          <w:ilvl w:val="0"/>
          <w:numId w:val="16"/>
        </w:numPr>
        <w:spacing w:after="60"/>
        <w:rPr>
          <w:rFonts w:ascii="Times New Roman" w:hAnsi="Times New Roman"/>
          <w:bCs w:val="0"/>
          <w:i/>
          <w:iCs/>
          <w:color w:val="auto"/>
        </w:rPr>
      </w:pPr>
      <w:bookmarkStart w:id="25" w:name="_Toc242951466"/>
      <w:proofErr w:type="spellStart"/>
      <w:r w:rsidRPr="0025334A">
        <w:rPr>
          <w:rFonts w:ascii="Times New Roman" w:hAnsi="Times New Roman"/>
          <w:bCs w:val="0"/>
          <w:i/>
          <w:iCs/>
          <w:color w:val="auto"/>
        </w:rPr>
        <w:t>Ziua</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preparării</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și</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reutilizarea</w:t>
      </w:r>
      <w:bookmarkEnd w:id="25"/>
      <w:proofErr w:type="spellEnd"/>
      <w:r w:rsidRPr="0025334A">
        <w:rPr>
          <w:rFonts w:ascii="Times New Roman" w:hAnsi="Times New Roman"/>
          <w:bCs w:val="0"/>
          <w:i/>
          <w:iCs/>
          <w:color w:val="auto"/>
        </w:rPr>
        <w:t xml:space="preserve"> </w:t>
      </w:r>
    </w:p>
    <w:p w14:paraId="79EF209F" w14:textId="69D51FDB" w:rsidR="000C4CB5" w:rsidRDefault="004E746A">
      <w:pPr>
        <w:spacing w:after="50" w:line="247" w:lineRule="auto"/>
      </w:pPr>
      <w:proofErr w:type="spellStart"/>
      <w:r w:rsidRPr="0025334A">
        <w:t>Preparatele</w:t>
      </w:r>
      <w:proofErr w:type="spellEnd"/>
      <w:r w:rsidRPr="0025334A">
        <w:t xml:space="preserve"> se </w:t>
      </w:r>
      <w:proofErr w:type="spellStart"/>
      <w:r w:rsidRPr="0025334A">
        <w:t>realizează</w:t>
      </w:r>
      <w:proofErr w:type="spellEnd"/>
      <w:r w:rsidRPr="0025334A">
        <w:t xml:space="preserve"> </w:t>
      </w:r>
      <w:proofErr w:type="spellStart"/>
      <w:r w:rsidRPr="0025334A">
        <w:t>în</w:t>
      </w:r>
      <w:proofErr w:type="spellEnd"/>
      <w:r w:rsidRPr="0025334A">
        <w:t xml:space="preserve"> </w:t>
      </w:r>
      <w:proofErr w:type="spellStart"/>
      <w:r w:rsidRPr="0025334A">
        <w:t>ziua</w:t>
      </w:r>
      <w:proofErr w:type="spellEnd"/>
      <w:r w:rsidRPr="0025334A">
        <w:t xml:space="preserve"> </w:t>
      </w:r>
      <w:proofErr w:type="spellStart"/>
      <w:r w:rsidRPr="0025334A">
        <w:t>consumului</w:t>
      </w:r>
      <w:proofErr w:type="spellEnd"/>
      <w:r w:rsidRPr="0025334A">
        <w:t xml:space="preserve">. Este </w:t>
      </w:r>
      <w:proofErr w:type="spellStart"/>
      <w:r w:rsidRPr="0025334A">
        <w:t>interzisă</w:t>
      </w:r>
      <w:proofErr w:type="spellEnd"/>
      <w:r w:rsidRPr="0025334A">
        <w:t xml:space="preserve"> </w:t>
      </w:r>
      <w:proofErr w:type="spellStart"/>
      <w:r w:rsidRPr="0025334A">
        <w:t>refolosirea</w:t>
      </w:r>
      <w:proofErr w:type="spellEnd"/>
      <w:r w:rsidRPr="0025334A">
        <w:t xml:space="preserve"> </w:t>
      </w:r>
      <w:proofErr w:type="spellStart"/>
      <w:r w:rsidRPr="0025334A">
        <w:t>resturilor</w:t>
      </w:r>
      <w:proofErr w:type="spellEnd"/>
      <w:r w:rsidRPr="0025334A">
        <w:t xml:space="preserve"> </w:t>
      </w:r>
      <w:proofErr w:type="spellStart"/>
      <w:r w:rsidRPr="0025334A">
        <w:t>alimentare</w:t>
      </w:r>
      <w:proofErr w:type="spellEnd"/>
      <w:r w:rsidRPr="0025334A">
        <w:t xml:space="preserve"> </w:t>
      </w:r>
      <w:proofErr w:type="spellStart"/>
      <w:r w:rsidRPr="0025334A">
        <w:t>provenite</w:t>
      </w:r>
      <w:proofErr w:type="spellEnd"/>
      <w:r w:rsidRPr="0025334A">
        <w:t xml:space="preserve"> de la </w:t>
      </w:r>
      <w:proofErr w:type="spellStart"/>
      <w:r w:rsidRPr="0025334A">
        <w:t>mesele</w:t>
      </w:r>
      <w:proofErr w:type="spellEnd"/>
      <w:r w:rsidRPr="0025334A">
        <w:t xml:space="preserve"> </w:t>
      </w:r>
      <w:proofErr w:type="spellStart"/>
      <w:r w:rsidRPr="0025334A">
        <w:t>anterioare</w:t>
      </w:r>
      <w:proofErr w:type="spellEnd"/>
      <w:r w:rsidRPr="0025334A">
        <w:t xml:space="preserve">, </w:t>
      </w:r>
      <w:proofErr w:type="spellStart"/>
      <w:r w:rsidRPr="0025334A">
        <w:t>reintroducerea</w:t>
      </w:r>
      <w:proofErr w:type="spellEnd"/>
      <w:r w:rsidRPr="0025334A">
        <w:t xml:space="preserve"> </w:t>
      </w:r>
      <w:proofErr w:type="spellStart"/>
      <w:r w:rsidRPr="0025334A">
        <w:t>în</w:t>
      </w:r>
      <w:proofErr w:type="spellEnd"/>
      <w:r w:rsidRPr="0025334A">
        <w:t xml:space="preserve"> circuit a </w:t>
      </w:r>
      <w:proofErr w:type="spellStart"/>
      <w:r w:rsidRPr="0025334A">
        <w:t>produselor</w:t>
      </w:r>
      <w:proofErr w:type="spellEnd"/>
      <w:r w:rsidRPr="0025334A">
        <w:t xml:space="preserve"> </w:t>
      </w:r>
      <w:proofErr w:type="spellStart"/>
      <w:r w:rsidRPr="0025334A">
        <w:t>returnate</w:t>
      </w:r>
      <w:proofErr w:type="spellEnd"/>
      <w:r w:rsidRPr="0025334A">
        <w:t xml:space="preserve"> din </w:t>
      </w:r>
      <w:proofErr w:type="spellStart"/>
      <w:r w:rsidRPr="0025334A">
        <w:t>centre</w:t>
      </w:r>
      <w:proofErr w:type="spellEnd"/>
      <w:r w:rsidRPr="0025334A">
        <w:t xml:space="preserve"> </w:t>
      </w:r>
      <w:proofErr w:type="spellStart"/>
      <w:r w:rsidRPr="0025334A">
        <w:t>și</w:t>
      </w:r>
      <w:proofErr w:type="spellEnd"/>
      <w:r w:rsidRPr="0025334A">
        <w:t xml:space="preserve"> </w:t>
      </w:r>
      <w:proofErr w:type="spellStart"/>
      <w:r w:rsidRPr="0025334A">
        <w:lastRenderedPageBreak/>
        <w:t>utilizarea</w:t>
      </w:r>
      <w:proofErr w:type="spellEnd"/>
      <w:r w:rsidRPr="0025334A">
        <w:t xml:space="preserve"> </w:t>
      </w:r>
      <w:proofErr w:type="spellStart"/>
      <w:r w:rsidRPr="0025334A">
        <w:t>produselor</w:t>
      </w:r>
      <w:proofErr w:type="spellEnd"/>
      <w:r w:rsidRPr="0025334A">
        <w:t xml:space="preserve"> a </w:t>
      </w:r>
      <w:proofErr w:type="spellStart"/>
      <w:r w:rsidRPr="0025334A">
        <w:t>căror</w:t>
      </w:r>
      <w:proofErr w:type="spellEnd"/>
      <w:r w:rsidRPr="0025334A">
        <w:t xml:space="preserve"> </w:t>
      </w:r>
      <w:proofErr w:type="spellStart"/>
      <w:r w:rsidRPr="0025334A">
        <w:t>siguranță</w:t>
      </w:r>
      <w:proofErr w:type="spellEnd"/>
      <w:r w:rsidRPr="0025334A">
        <w:t xml:space="preserve"> nu </w:t>
      </w:r>
      <w:proofErr w:type="spellStart"/>
      <w:r w:rsidRPr="0025334A">
        <w:t>poate</w:t>
      </w:r>
      <w:proofErr w:type="spellEnd"/>
      <w:r w:rsidRPr="0025334A">
        <w:t xml:space="preserve"> fi </w:t>
      </w:r>
      <w:proofErr w:type="spellStart"/>
      <w:r w:rsidRPr="0025334A">
        <w:t>demonstrată</w:t>
      </w:r>
      <w:proofErr w:type="spellEnd"/>
      <w:r w:rsidRPr="0025334A">
        <w:t xml:space="preserve">. </w:t>
      </w:r>
      <w:proofErr w:type="spellStart"/>
      <w:r w:rsidRPr="0025334A">
        <w:t>Produsele</w:t>
      </w:r>
      <w:proofErr w:type="spellEnd"/>
      <w:r w:rsidRPr="0025334A">
        <w:t xml:space="preserve"> care, </w:t>
      </w:r>
      <w:proofErr w:type="spellStart"/>
      <w:r w:rsidRPr="0025334A">
        <w:t>prin</w:t>
      </w:r>
      <w:proofErr w:type="spellEnd"/>
      <w:r w:rsidRPr="0025334A">
        <w:t xml:space="preserve"> natura lor, pot fi </w:t>
      </w:r>
      <w:proofErr w:type="spellStart"/>
      <w:r w:rsidRPr="0025334A">
        <w:t>pregătite</w:t>
      </w:r>
      <w:proofErr w:type="spellEnd"/>
      <w:r w:rsidRPr="0025334A">
        <w:t xml:space="preserve"> anterior se </w:t>
      </w:r>
      <w:proofErr w:type="spellStart"/>
      <w:r w:rsidRPr="0025334A">
        <w:t>păstrează</w:t>
      </w:r>
      <w:proofErr w:type="spellEnd"/>
      <w:r w:rsidRPr="0025334A">
        <w:t xml:space="preserve"> </w:t>
      </w:r>
      <w:proofErr w:type="spellStart"/>
      <w:r w:rsidRPr="0025334A">
        <w:t>numai</w:t>
      </w:r>
      <w:proofErr w:type="spellEnd"/>
      <w:r w:rsidRPr="0025334A">
        <w:t xml:space="preserve"> </w:t>
      </w:r>
      <w:proofErr w:type="spellStart"/>
      <w:r w:rsidRPr="0025334A">
        <w:t>în</w:t>
      </w:r>
      <w:proofErr w:type="spellEnd"/>
      <w:r w:rsidRPr="0025334A">
        <w:t xml:space="preserve"> </w:t>
      </w:r>
      <w:proofErr w:type="spellStart"/>
      <w:r w:rsidRPr="0025334A">
        <w:t>condiții</w:t>
      </w:r>
      <w:proofErr w:type="spellEnd"/>
      <w:r w:rsidRPr="0025334A">
        <w:t xml:space="preserve"> </w:t>
      </w:r>
      <w:proofErr w:type="spellStart"/>
      <w:r w:rsidRPr="0025334A">
        <w:t>tehnologice</w:t>
      </w:r>
      <w:proofErr w:type="spellEnd"/>
      <w:r w:rsidRPr="0025334A">
        <w:t xml:space="preserve"> </w:t>
      </w:r>
      <w:proofErr w:type="spellStart"/>
      <w:r w:rsidRPr="0025334A">
        <w:t>documentate</w:t>
      </w:r>
      <w:proofErr w:type="spellEnd"/>
      <w:r w:rsidRPr="0025334A">
        <w:t xml:space="preserve"> </w:t>
      </w:r>
      <w:proofErr w:type="spellStart"/>
      <w:r w:rsidRPr="0025334A">
        <w:t>și</w:t>
      </w:r>
      <w:proofErr w:type="spellEnd"/>
      <w:r w:rsidRPr="0025334A">
        <w:t xml:space="preserve"> </w:t>
      </w:r>
      <w:proofErr w:type="spellStart"/>
      <w:r w:rsidRPr="0025334A">
        <w:t>sigure</w:t>
      </w:r>
      <w:proofErr w:type="spellEnd"/>
      <w:r w:rsidRPr="0025334A">
        <w:t>.</w:t>
      </w:r>
    </w:p>
    <w:p w14:paraId="1C0EADE6" w14:textId="6C475346" w:rsidR="00014595" w:rsidRDefault="00014595" w:rsidP="00014595">
      <w:pPr>
        <w:spacing w:after="50" w:line="247" w:lineRule="auto"/>
      </w:pPr>
      <w:proofErr w:type="spellStart"/>
      <w:r w:rsidRPr="00014595">
        <w:t>Preparatele</w:t>
      </w:r>
      <w:proofErr w:type="spellEnd"/>
      <w:r w:rsidRPr="00014595">
        <w:t xml:space="preserve"> finite se </w:t>
      </w:r>
      <w:proofErr w:type="spellStart"/>
      <w:r w:rsidRPr="00014595">
        <w:t>păstrează</w:t>
      </w:r>
      <w:proofErr w:type="spellEnd"/>
      <w:r w:rsidRPr="00014595">
        <w:t xml:space="preserve"> </w:t>
      </w:r>
      <w:proofErr w:type="spellStart"/>
      <w:r w:rsidRPr="00014595">
        <w:t>și</w:t>
      </w:r>
      <w:proofErr w:type="spellEnd"/>
      <w:r w:rsidRPr="00014595">
        <w:t xml:space="preserve"> se </w:t>
      </w:r>
      <w:proofErr w:type="spellStart"/>
      <w:r w:rsidRPr="00014595">
        <w:t>transportă</w:t>
      </w:r>
      <w:proofErr w:type="spellEnd"/>
      <w:r w:rsidRPr="00014595">
        <w:t xml:space="preserve"> </w:t>
      </w:r>
      <w:proofErr w:type="spellStart"/>
      <w:r w:rsidRPr="00014595">
        <w:t>în</w:t>
      </w:r>
      <w:proofErr w:type="spellEnd"/>
      <w:r w:rsidRPr="00014595">
        <w:t xml:space="preserve"> </w:t>
      </w:r>
      <w:proofErr w:type="spellStart"/>
      <w:r w:rsidRPr="00014595">
        <w:t>condiții</w:t>
      </w:r>
      <w:proofErr w:type="spellEnd"/>
      <w:r w:rsidRPr="00014595">
        <w:t xml:space="preserve"> care </w:t>
      </w:r>
      <w:proofErr w:type="spellStart"/>
      <w:r w:rsidRPr="00014595">
        <w:t>mențin</w:t>
      </w:r>
      <w:proofErr w:type="spellEnd"/>
      <w:r w:rsidRPr="00014595">
        <w:t xml:space="preserve"> </w:t>
      </w:r>
      <w:proofErr w:type="spellStart"/>
      <w:r w:rsidRPr="00014595">
        <w:t>siguranța</w:t>
      </w:r>
      <w:proofErr w:type="spellEnd"/>
      <w:r w:rsidRPr="00014595">
        <w:t xml:space="preserve"> </w:t>
      </w:r>
      <w:proofErr w:type="spellStart"/>
      <w:r w:rsidRPr="00014595">
        <w:t>până</w:t>
      </w:r>
      <w:proofErr w:type="spellEnd"/>
      <w:r w:rsidRPr="00014595">
        <w:t xml:space="preserve"> la </w:t>
      </w:r>
      <w:proofErr w:type="spellStart"/>
      <w:r w:rsidRPr="00014595">
        <w:t>predare</w:t>
      </w:r>
      <w:proofErr w:type="spellEnd"/>
      <w:r w:rsidRPr="00014595">
        <w:t>.  </w:t>
      </w:r>
      <w:proofErr w:type="spellStart"/>
      <w:r w:rsidRPr="00014595">
        <w:t>Preparatele</w:t>
      </w:r>
      <w:proofErr w:type="spellEnd"/>
      <w:r w:rsidRPr="00014595">
        <w:t xml:space="preserve"> </w:t>
      </w:r>
      <w:proofErr w:type="spellStart"/>
      <w:r w:rsidRPr="00014595">
        <w:t>culinare</w:t>
      </w:r>
      <w:proofErr w:type="spellEnd"/>
      <w:r w:rsidRPr="00014595">
        <w:t xml:space="preserve"> finite, </w:t>
      </w:r>
      <w:proofErr w:type="spellStart"/>
      <w:r w:rsidRPr="00014595">
        <w:t>până</w:t>
      </w:r>
      <w:proofErr w:type="spellEnd"/>
      <w:r w:rsidRPr="00014595">
        <w:t xml:space="preserve"> la </w:t>
      </w:r>
      <w:proofErr w:type="spellStart"/>
      <w:r w:rsidRPr="00014595">
        <w:t>servirea</w:t>
      </w:r>
      <w:proofErr w:type="spellEnd"/>
      <w:r w:rsidRPr="00014595">
        <w:t xml:space="preserve"> lor de </w:t>
      </w:r>
      <w:proofErr w:type="spellStart"/>
      <w:r w:rsidRPr="00014595">
        <w:t>către</w:t>
      </w:r>
      <w:proofErr w:type="spellEnd"/>
      <w:r w:rsidRPr="00014595">
        <w:t xml:space="preserve"> </w:t>
      </w:r>
      <w:proofErr w:type="spellStart"/>
      <w:r w:rsidRPr="00014595">
        <w:t>consumator</w:t>
      </w:r>
      <w:proofErr w:type="spellEnd"/>
      <w:r w:rsidRPr="00014595">
        <w:t xml:space="preserve">, </w:t>
      </w:r>
      <w:proofErr w:type="spellStart"/>
      <w:r w:rsidRPr="00014595">
        <w:t>vor</w:t>
      </w:r>
      <w:proofErr w:type="spellEnd"/>
      <w:r w:rsidRPr="00014595">
        <w:t xml:space="preserve"> fi </w:t>
      </w:r>
      <w:proofErr w:type="spellStart"/>
      <w:r w:rsidRPr="00014595">
        <w:t>păstrate</w:t>
      </w:r>
      <w:proofErr w:type="spellEnd"/>
      <w:r w:rsidRPr="00014595">
        <w:t xml:space="preserve"> la o </w:t>
      </w:r>
      <w:proofErr w:type="spellStart"/>
      <w:r w:rsidRPr="00014595">
        <w:t>temperatură</w:t>
      </w:r>
      <w:proofErr w:type="spellEnd"/>
      <w:r w:rsidRPr="00014595">
        <w:t xml:space="preserve"> de minimum +60°C (</w:t>
      </w:r>
      <w:proofErr w:type="spellStart"/>
      <w:r w:rsidRPr="00014595">
        <w:t>mâncăruri</w:t>
      </w:r>
      <w:proofErr w:type="spellEnd"/>
      <w:r w:rsidRPr="00014595">
        <w:t xml:space="preserve"> </w:t>
      </w:r>
      <w:proofErr w:type="spellStart"/>
      <w:r w:rsidRPr="00014595">
        <w:t>calde</w:t>
      </w:r>
      <w:proofErr w:type="spellEnd"/>
      <w:r w:rsidRPr="00014595">
        <w:t xml:space="preserve">) </w:t>
      </w:r>
      <w:proofErr w:type="spellStart"/>
      <w:r w:rsidRPr="00014595">
        <w:t>sau</w:t>
      </w:r>
      <w:proofErr w:type="spellEnd"/>
      <w:r w:rsidRPr="00014595">
        <w:t xml:space="preserve"> la maximum +8°C (preparate </w:t>
      </w:r>
      <w:proofErr w:type="spellStart"/>
      <w:r w:rsidRPr="00014595">
        <w:t>reci</w:t>
      </w:r>
      <w:proofErr w:type="spellEnd"/>
      <w:r w:rsidRPr="00014595">
        <w:t xml:space="preserve">), </w:t>
      </w:r>
      <w:proofErr w:type="spellStart"/>
      <w:r w:rsidRPr="00014595">
        <w:t>potrivit</w:t>
      </w:r>
      <w:proofErr w:type="spellEnd"/>
      <w:r w:rsidRPr="00014595">
        <w:t xml:space="preserve"> </w:t>
      </w:r>
      <w:proofErr w:type="spellStart"/>
      <w:r w:rsidRPr="00014595">
        <w:t>Ordinului</w:t>
      </w:r>
      <w:proofErr w:type="spellEnd"/>
      <w:r w:rsidRPr="00014595">
        <w:t xml:space="preserve"> </w:t>
      </w:r>
      <w:proofErr w:type="spellStart"/>
      <w:r w:rsidRPr="00014595">
        <w:t>ministrului</w:t>
      </w:r>
      <w:proofErr w:type="spellEnd"/>
      <w:r w:rsidRPr="00014595">
        <w:t xml:space="preserve"> </w:t>
      </w:r>
      <w:proofErr w:type="spellStart"/>
      <w:r w:rsidRPr="00014595">
        <w:t>sănătății</w:t>
      </w:r>
      <w:proofErr w:type="spellEnd"/>
      <w:r w:rsidRPr="00014595">
        <w:t xml:space="preserve"> nr. 976/1998, art. 37 lit. c)</w:t>
      </w:r>
      <w:r>
        <w:t>.</w:t>
      </w:r>
    </w:p>
    <w:p w14:paraId="65C366ED" w14:textId="0FB1336E" w:rsidR="000C4CB5" w:rsidRPr="0025334A" w:rsidRDefault="004E746A" w:rsidP="00014595">
      <w:pPr>
        <w:spacing w:after="50" w:line="247" w:lineRule="auto"/>
        <w:rPr>
          <w:bCs/>
          <w:i/>
          <w:iCs/>
        </w:rPr>
      </w:pPr>
      <w:proofErr w:type="spellStart"/>
      <w:r w:rsidRPr="0025334A">
        <w:rPr>
          <w:b/>
          <w:bCs/>
          <w:i/>
          <w:iCs/>
        </w:rPr>
        <w:t>Fișe</w:t>
      </w:r>
      <w:proofErr w:type="spellEnd"/>
      <w:r w:rsidRPr="0025334A">
        <w:rPr>
          <w:b/>
          <w:bCs/>
          <w:i/>
          <w:iCs/>
        </w:rPr>
        <w:t xml:space="preserve"> </w:t>
      </w:r>
      <w:proofErr w:type="spellStart"/>
      <w:r w:rsidRPr="0025334A">
        <w:rPr>
          <w:b/>
          <w:bCs/>
          <w:i/>
          <w:iCs/>
        </w:rPr>
        <w:t>tehnologice</w:t>
      </w:r>
      <w:proofErr w:type="spellEnd"/>
      <w:r w:rsidRPr="0025334A">
        <w:rPr>
          <w:b/>
          <w:bCs/>
          <w:i/>
          <w:iCs/>
        </w:rPr>
        <w:t xml:space="preserve"> </w:t>
      </w:r>
      <w:proofErr w:type="spellStart"/>
      <w:r w:rsidRPr="0025334A">
        <w:rPr>
          <w:b/>
          <w:bCs/>
          <w:i/>
          <w:iCs/>
        </w:rPr>
        <w:t>și</w:t>
      </w:r>
      <w:proofErr w:type="spellEnd"/>
      <w:r w:rsidRPr="0025334A">
        <w:rPr>
          <w:b/>
          <w:bCs/>
          <w:i/>
          <w:iCs/>
        </w:rPr>
        <w:t xml:space="preserve"> </w:t>
      </w:r>
      <w:proofErr w:type="spellStart"/>
      <w:r w:rsidRPr="0025334A">
        <w:rPr>
          <w:b/>
          <w:bCs/>
          <w:i/>
          <w:iCs/>
        </w:rPr>
        <w:t>gramaje</w:t>
      </w:r>
      <w:proofErr w:type="spellEnd"/>
      <w:r w:rsidRPr="0025334A">
        <w:rPr>
          <w:b/>
          <w:bCs/>
          <w:i/>
          <w:iCs/>
        </w:rPr>
        <w:t xml:space="preserve">. </w:t>
      </w:r>
    </w:p>
    <w:p w14:paraId="145072FC" w14:textId="77777777" w:rsidR="000C4CB5" w:rsidRDefault="004E746A">
      <w:pPr>
        <w:spacing w:after="50" w:line="247" w:lineRule="auto"/>
      </w:pPr>
      <w:proofErr w:type="spellStart"/>
      <w:r w:rsidRPr="0025334A">
        <w:t>Pentru</w:t>
      </w:r>
      <w:proofErr w:type="spellEnd"/>
      <w:r w:rsidRPr="0025334A">
        <w:t xml:space="preserve"> </w:t>
      </w:r>
      <w:proofErr w:type="spellStart"/>
      <w:r w:rsidRPr="0025334A">
        <w:t>fiecare</w:t>
      </w:r>
      <w:proofErr w:type="spellEnd"/>
      <w:r w:rsidRPr="0025334A">
        <w:t xml:space="preserve"> </w:t>
      </w:r>
      <w:proofErr w:type="spellStart"/>
      <w:r w:rsidRPr="0025334A">
        <w:t>preparat</w:t>
      </w:r>
      <w:proofErr w:type="spellEnd"/>
      <w:r w:rsidRPr="0025334A">
        <w:t xml:space="preserve"> </w:t>
      </w:r>
      <w:proofErr w:type="spellStart"/>
      <w:r w:rsidRPr="0025334A">
        <w:t>inclus</w:t>
      </w:r>
      <w:proofErr w:type="spellEnd"/>
      <w:r w:rsidRPr="0025334A">
        <w:t xml:space="preserve"> </w:t>
      </w:r>
      <w:proofErr w:type="spellStart"/>
      <w:r w:rsidRPr="0025334A">
        <w:t>în</w:t>
      </w:r>
      <w:proofErr w:type="spellEnd"/>
      <w:r w:rsidRPr="0025334A">
        <w:t xml:space="preserve"> </w:t>
      </w:r>
      <w:proofErr w:type="spellStart"/>
      <w:r w:rsidRPr="0025334A">
        <w:t>meniul</w:t>
      </w:r>
      <w:proofErr w:type="spellEnd"/>
      <w:r w:rsidRPr="0025334A">
        <w:t xml:space="preserve"> </w:t>
      </w:r>
      <w:proofErr w:type="spellStart"/>
      <w:r w:rsidRPr="0025334A">
        <w:t>aprobat</w:t>
      </w:r>
      <w:proofErr w:type="spellEnd"/>
      <w:r w:rsidRPr="0025334A">
        <w:t xml:space="preserve">, </w:t>
      </w:r>
      <w:proofErr w:type="spellStart"/>
      <w:r w:rsidRPr="0025334A">
        <w:t>prestatorul</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poată</w:t>
      </w:r>
      <w:proofErr w:type="spellEnd"/>
      <w:r w:rsidRPr="0025334A">
        <w:t xml:space="preserve"> </w:t>
      </w:r>
      <w:proofErr w:type="spellStart"/>
      <w:r w:rsidRPr="0025334A">
        <w:t>prezenta</w:t>
      </w:r>
      <w:proofErr w:type="spellEnd"/>
      <w:r w:rsidRPr="0025334A">
        <w:t xml:space="preserve"> </w:t>
      </w:r>
      <w:proofErr w:type="spellStart"/>
      <w:r w:rsidRPr="0025334A">
        <w:t>fișa</w:t>
      </w:r>
      <w:proofErr w:type="spellEnd"/>
      <w:r w:rsidRPr="0025334A">
        <w:t xml:space="preserve"> </w:t>
      </w:r>
      <w:proofErr w:type="spellStart"/>
      <w:r w:rsidRPr="0025334A">
        <w:t>tehnologică</w:t>
      </w:r>
      <w:proofErr w:type="spellEnd"/>
      <w:r w:rsidRPr="0025334A">
        <w:t xml:space="preserve">, </w:t>
      </w:r>
      <w:proofErr w:type="spellStart"/>
      <w:r w:rsidRPr="0025334A">
        <w:t>lista</w:t>
      </w:r>
      <w:proofErr w:type="spellEnd"/>
      <w:r w:rsidRPr="0025334A">
        <w:t xml:space="preserve"> </w:t>
      </w:r>
      <w:proofErr w:type="spellStart"/>
      <w:r w:rsidRPr="0025334A">
        <w:t>ingredientelor</w:t>
      </w:r>
      <w:proofErr w:type="spellEnd"/>
      <w:r w:rsidRPr="0025334A">
        <w:t xml:space="preserve">, </w:t>
      </w:r>
      <w:proofErr w:type="spellStart"/>
      <w:r w:rsidRPr="0025334A">
        <w:t>gramajele</w:t>
      </w:r>
      <w:proofErr w:type="spellEnd"/>
      <w:r w:rsidRPr="0025334A">
        <w:t xml:space="preserve"> </w:t>
      </w:r>
      <w:proofErr w:type="spellStart"/>
      <w:r w:rsidRPr="0025334A">
        <w:t>materiilor</w:t>
      </w:r>
      <w:proofErr w:type="spellEnd"/>
      <w:r w:rsidRPr="0025334A">
        <w:t xml:space="preserve"> prime </w:t>
      </w:r>
      <w:proofErr w:type="spellStart"/>
      <w:r w:rsidRPr="0025334A">
        <w:t>și</w:t>
      </w:r>
      <w:proofErr w:type="spellEnd"/>
      <w:r w:rsidRPr="0025334A">
        <w:t xml:space="preserve"> ale </w:t>
      </w:r>
      <w:proofErr w:type="spellStart"/>
      <w:r w:rsidRPr="0025334A">
        <w:t>produsului</w:t>
      </w:r>
      <w:proofErr w:type="spellEnd"/>
      <w:r w:rsidRPr="0025334A">
        <w:t xml:space="preserve"> </w:t>
      </w:r>
      <w:proofErr w:type="spellStart"/>
      <w:r w:rsidRPr="0025334A">
        <w:t>finit</w:t>
      </w:r>
      <w:proofErr w:type="spellEnd"/>
      <w:r w:rsidRPr="0025334A">
        <w:t xml:space="preserve">, </w:t>
      </w:r>
      <w:proofErr w:type="spellStart"/>
      <w:r w:rsidRPr="0025334A">
        <w:t>metoda</w:t>
      </w:r>
      <w:proofErr w:type="spellEnd"/>
      <w:r w:rsidRPr="0025334A">
        <w:t xml:space="preserve"> de </w:t>
      </w:r>
      <w:proofErr w:type="spellStart"/>
      <w:r w:rsidRPr="0025334A">
        <w:t>preparare</w:t>
      </w:r>
      <w:proofErr w:type="spellEnd"/>
      <w:r w:rsidRPr="0025334A">
        <w:t xml:space="preserve">, </w:t>
      </w:r>
      <w:proofErr w:type="spellStart"/>
      <w:r w:rsidRPr="0025334A">
        <w:t>alergenii</w:t>
      </w:r>
      <w:proofErr w:type="spellEnd"/>
      <w:r w:rsidRPr="0025334A">
        <w:t xml:space="preserve"> </w:t>
      </w:r>
      <w:proofErr w:type="spellStart"/>
      <w:r w:rsidRPr="0025334A">
        <w:t>și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w:t>
      </w:r>
      <w:proofErr w:type="spellStart"/>
      <w:r w:rsidRPr="0025334A">
        <w:t>valoarea</w:t>
      </w:r>
      <w:proofErr w:type="spellEnd"/>
      <w:r w:rsidRPr="0025334A">
        <w:t xml:space="preserve"> </w:t>
      </w:r>
      <w:proofErr w:type="spellStart"/>
      <w:r w:rsidRPr="0025334A">
        <w:t>energetică</w:t>
      </w:r>
      <w:proofErr w:type="spellEnd"/>
      <w:r w:rsidRPr="0025334A">
        <w:t xml:space="preserve"> </w:t>
      </w:r>
      <w:proofErr w:type="spellStart"/>
      <w:r w:rsidRPr="0025334A">
        <w:t>orientativă</w:t>
      </w:r>
      <w:proofErr w:type="spellEnd"/>
      <w:r w:rsidRPr="0025334A">
        <w:t xml:space="preserve">. </w:t>
      </w:r>
      <w:proofErr w:type="spellStart"/>
      <w:r w:rsidRPr="0025334A">
        <w:t>Gramajul</w:t>
      </w:r>
      <w:proofErr w:type="spellEnd"/>
      <w:r w:rsidRPr="0025334A">
        <w:t xml:space="preserve"> la </w:t>
      </w:r>
      <w:proofErr w:type="spellStart"/>
      <w:r w:rsidRPr="0025334A">
        <w:t>recepție</w:t>
      </w:r>
      <w:proofErr w:type="spellEnd"/>
      <w:r w:rsidRPr="0025334A">
        <w:t xml:space="preserve"> se </w:t>
      </w:r>
      <w:proofErr w:type="spellStart"/>
      <w:r w:rsidRPr="0025334A">
        <w:t>verifică</w:t>
      </w:r>
      <w:proofErr w:type="spellEnd"/>
      <w:r w:rsidRPr="0025334A">
        <w:t xml:space="preserve"> </w:t>
      </w:r>
      <w:proofErr w:type="spellStart"/>
      <w:r w:rsidRPr="0025334A">
        <w:t>raportat</w:t>
      </w:r>
      <w:proofErr w:type="spellEnd"/>
      <w:r w:rsidRPr="0025334A">
        <w:t xml:space="preserve"> la </w:t>
      </w:r>
      <w:proofErr w:type="spellStart"/>
      <w:r w:rsidRPr="0025334A">
        <w:t>produsul</w:t>
      </w:r>
      <w:proofErr w:type="spellEnd"/>
      <w:r w:rsidRPr="0025334A">
        <w:t xml:space="preserve"> </w:t>
      </w:r>
      <w:proofErr w:type="spellStart"/>
      <w:r w:rsidRPr="0025334A">
        <w:t>finit</w:t>
      </w:r>
      <w:proofErr w:type="spellEnd"/>
      <w:r w:rsidRPr="0025334A">
        <w:t xml:space="preserve"> </w:t>
      </w:r>
      <w:proofErr w:type="spellStart"/>
      <w:r w:rsidRPr="0025334A">
        <w:t>și</w:t>
      </w:r>
      <w:proofErr w:type="spellEnd"/>
      <w:r w:rsidRPr="0025334A">
        <w:t xml:space="preserve"> la </w:t>
      </w:r>
      <w:proofErr w:type="spellStart"/>
      <w:r w:rsidRPr="0025334A">
        <w:t>fișa</w:t>
      </w:r>
      <w:proofErr w:type="spellEnd"/>
      <w:r w:rsidRPr="0025334A">
        <w:t xml:space="preserve"> de </w:t>
      </w:r>
      <w:proofErr w:type="spellStart"/>
      <w:r w:rsidRPr="0025334A">
        <w:t>preparat</w:t>
      </w:r>
      <w:proofErr w:type="spellEnd"/>
      <w:r w:rsidRPr="0025334A">
        <w:t>.</w:t>
      </w:r>
    </w:p>
    <w:p w14:paraId="354468AB" w14:textId="77777777" w:rsidR="0025334A" w:rsidRPr="0025334A" w:rsidRDefault="0025334A" w:rsidP="002459A2">
      <w:pPr>
        <w:pStyle w:val="Heading3"/>
        <w:numPr>
          <w:ilvl w:val="0"/>
          <w:numId w:val="16"/>
        </w:numPr>
        <w:spacing w:after="60"/>
        <w:rPr>
          <w:rFonts w:ascii="Times New Roman" w:hAnsi="Times New Roman"/>
          <w:bCs w:val="0"/>
          <w:i/>
          <w:iCs/>
          <w:color w:val="auto"/>
        </w:rPr>
      </w:pPr>
      <w:bookmarkStart w:id="26" w:name="_Toc242951467"/>
      <w:proofErr w:type="spellStart"/>
      <w:r w:rsidRPr="0025334A">
        <w:rPr>
          <w:rFonts w:ascii="Times New Roman" w:hAnsi="Times New Roman"/>
          <w:bCs w:val="0"/>
          <w:i/>
          <w:iCs/>
          <w:color w:val="auto"/>
        </w:rPr>
        <w:t>Spatiile</w:t>
      </w:r>
      <w:proofErr w:type="spellEnd"/>
      <w:r w:rsidRPr="0025334A">
        <w:rPr>
          <w:rFonts w:ascii="Times New Roman" w:hAnsi="Times New Roman"/>
          <w:bCs w:val="0"/>
          <w:i/>
          <w:iCs/>
          <w:color w:val="auto"/>
        </w:rPr>
        <w:t xml:space="preserve"> de </w:t>
      </w:r>
      <w:proofErr w:type="spellStart"/>
      <w:r w:rsidRPr="0025334A">
        <w:rPr>
          <w:rFonts w:ascii="Times New Roman" w:hAnsi="Times New Roman"/>
          <w:bCs w:val="0"/>
          <w:i/>
          <w:iCs/>
          <w:color w:val="auto"/>
        </w:rPr>
        <w:t>servire</w:t>
      </w:r>
      <w:proofErr w:type="spellEnd"/>
      <w:r w:rsidRPr="0025334A">
        <w:rPr>
          <w:rFonts w:ascii="Times New Roman" w:hAnsi="Times New Roman"/>
          <w:bCs w:val="0"/>
          <w:i/>
          <w:iCs/>
          <w:color w:val="auto"/>
        </w:rPr>
        <w:t xml:space="preserve"> a </w:t>
      </w:r>
      <w:proofErr w:type="spellStart"/>
      <w:r w:rsidRPr="0025334A">
        <w:rPr>
          <w:rFonts w:ascii="Times New Roman" w:hAnsi="Times New Roman"/>
          <w:bCs w:val="0"/>
          <w:i/>
          <w:iCs/>
          <w:color w:val="auto"/>
        </w:rPr>
        <w:t>mesei</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si</w:t>
      </w:r>
      <w:proofErr w:type="spellEnd"/>
      <w:r w:rsidRPr="0025334A">
        <w:rPr>
          <w:rFonts w:ascii="Times New Roman" w:hAnsi="Times New Roman"/>
          <w:bCs w:val="0"/>
          <w:i/>
          <w:iCs/>
          <w:color w:val="auto"/>
        </w:rPr>
        <w:t xml:space="preserve"> </w:t>
      </w:r>
      <w:proofErr w:type="spellStart"/>
      <w:r w:rsidRPr="0025334A">
        <w:rPr>
          <w:rFonts w:ascii="Times New Roman" w:hAnsi="Times New Roman"/>
          <w:bCs w:val="0"/>
          <w:i/>
          <w:iCs/>
          <w:color w:val="auto"/>
        </w:rPr>
        <w:t>vesela</w:t>
      </w:r>
      <w:bookmarkEnd w:id="26"/>
      <w:proofErr w:type="spellEnd"/>
    </w:p>
    <w:p w14:paraId="1C702C62" w14:textId="77777777" w:rsidR="0025334A" w:rsidRDefault="0025334A" w:rsidP="0025334A">
      <w:pPr>
        <w:spacing w:after="50" w:line="247" w:lineRule="auto"/>
        <w:rPr>
          <w:lang w:val="fr-FR"/>
        </w:rPr>
      </w:pPr>
      <w:proofErr w:type="spellStart"/>
      <w:r w:rsidRPr="0025334A">
        <w:rPr>
          <w:lang w:val="fr-FR"/>
        </w:rPr>
        <w:t>Spatiile</w:t>
      </w:r>
      <w:proofErr w:type="spellEnd"/>
      <w:r w:rsidRPr="0025334A">
        <w:rPr>
          <w:lang w:val="fr-FR"/>
        </w:rPr>
        <w:t xml:space="preserve"> de </w:t>
      </w:r>
      <w:proofErr w:type="spellStart"/>
      <w:r w:rsidRPr="0025334A">
        <w:rPr>
          <w:lang w:val="fr-FR"/>
        </w:rPr>
        <w:t>servire</w:t>
      </w:r>
      <w:proofErr w:type="spellEnd"/>
      <w:r w:rsidRPr="0025334A">
        <w:rPr>
          <w:lang w:val="fr-FR"/>
        </w:rPr>
        <w:t xml:space="preserve"> a </w:t>
      </w:r>
      <w:proofErr w:type="spellStart"/>
      <w:r w:rsidRPr="0025334A">
        <w:rPr>
          <w:lang w:val="fr-FR"/>
        </w:rPr>
        <w:t>mesei</w:t>
      </w:r>
      <w:proofErr w:type="spellEnd"/>
      <w:r w:rsidRPr="0025334A">
        <w:rPr>
          <w:lang w:val="fr-FR"/>
        </w:rPr>
        <w:t xml:space="preserve"> si </w:t>
      </w:r>
      <w:proofErr w:type="spellStart"/>
      <w:r w:rsidRPr="0025334A">
        <w:rPr>
          <w:lang w:val="fr-FR"/>
        </w:rPr>
        <w:t>vesela</w:t>
      </w:r>
      <w:proofErr w:type="spellEnd"/>
      <w:r w:rsidRPr="0025334A">
        <w:rPr>
          <w:lang w:val="fr-FR"/>
        </w:rPr>
        <w:t xml:space="preserve"> vor fi </w:t>
      </w:r>
      <w:proofErr w:type="spellStart"/>
      <w:r w:rsidRPr="0025334A">
        <w:rPr>
          <w:lang w:val="fr-FR"/>
        </w:rPr>
        <w:t>asigurate</w:t>
      </w:r>
      <w:proofErr w:type="spellEnd"/>
      <w:r w:rsidRPr="0025334A">
        <w:rPr>
          <w:lang w:val="fr-FR"/>
        </w:rPr>
        <w:t xml:space="preserve"> de </w:t>
      </w:r>
      <w:proofErr w:type="spellStart"/>
      <w:r w:rsidRPr="0025334A">
        <w:rPr>
          <w:lang w:val="fr-FR"/>
        </w:rPr>
        <w:t>catre</w:t>
      </w:r>
      <w:proofErr w:type="spellEnd"/>
      <w:r w:rsidRPr="0025334A">
        <w:rPr>
          <w:lang w:val="fr-FR"/>
        </w:rPr>
        <w:t xml:space="preserve"> </w:t>
      </w:r>
      <w:proofErr w:type="spellStart"/>
      <w:r w:rsidRPr="0025334A">
        <w:rPr>
          <w:lang w:val="fr-FR"/>
        </w:rPr>
        <w:t>fiecare</w:t>
      </w:r>
      <w:proofErr w:type="spellEnd"/>
      <w:r w:rsidRPr="0025334A">
        <w:rPr>
          <w:lang w:val="fr-FR"/>
        </w:rPr>
        <w:t xml:space="preserve"> </w:t>
      </w:r>
      <w:proofErr w:type="spellStart"/>
      <w:r w:rsidRPr="0025334A">
        <w:rPr>
          <w:lang w:val="fr-FR"/>
        </w:rPr>
        <w:t>unitate</w:t>
      </w:r>
      <w:proofErr w:type="spellEnd"/>
      <w:r w:rsidRPr="0025334A">
        <w:rPr>
          <w:lang w:val="fr-FR"/>
        </w:rPr>
        <w:t xml:space="preserve"> </w:t>
      </w:r>
      <w:proofErr w:type="spellStart"/>
      <w:r w:rsidRPr="0025334A">
        <w:rPr>
          <w:lang w:val="fr-FR"/>
        </w:rPr>
        <w:t>beneficiara</w:t>
      </w:r>
      <w:proofErr w:type="spellEnd"/>
      <w:r w:rsidRPr="0025334A">
        <w:rPr>
          <w:lang w:val="fr-FR"/>
        </w:rPr>
        <w:t xml:space="preserve"> </w:t>
      </w:r>
      <w:proofErr w:type="spellStart"/>
      <w:r w:rsidRPr="0025334A">
        <w:rPr>
          <w:lang w:val="fr-FR"/>
        </w:rPr>
        <w:t>apartinand</w:t>
      </w:r>
      <w:proofErr w:type="spellEnd"/>
      <w:r w:rsidRPr="0025334A">
        <w:rPr>
          <w:lang w:val="fr-FR"/>
        </w:rPr>
        <w:t xml:space="preserve"> </w:t>
      </w:r>
      <w:proofErr w:type="spellStart"/>
      <w:r w:rsidRPr="0025334A">
        <w:rPr>
          <w:lang w:val="fr-FR"/>
        </w:rPr>
        <w:t>Autoritatii</w:t>
      </w:r>
      <w:proofErr w:type="spellEnd"/>
      <w:r w:rsidRPr="0025334A">
        <w:rPr>
          <w:lang w:val="fr-FR"/>
        </w:rPr>
        <w:t xml:space="preserve"> Contractante.</w:t>
      </w:r>
    </w:p>
    <w:p w14:paraId="3B793DCB" w14:textId="0B5C467D" w:rsidR="0025334A" w:rsidRPr="0025334A" w:rsidRDefault="00C12BC7">
      <w:pPr>
        <w:spacing w:after="50" w:line="247" w:lineRule="auto"/>
      </w:pPr>
      <w:r w:rsidRPr="00C12BC7">
        <w:rPr>
          <w:lang w:val="ro-RO"/>
        </w:rPr>
        <w:t>Spatiile de servire a mesei va fi asigurata de către unitatea beneficiara. Prestatorul se obliga sa livreze hrana la următoarele locații:</w:t>
      </w:r>
      <w:r>
        <w:rPr>
          <w:lang w:val="ro-RO"/>
        </w:rPr>
        <w:t xml:space="preserve"> </w:t>
      </w:r>
      <w:r w:rsidRPr="00C12BC7">
        <w:rPr>
          <w:lang w:val="ro-RO"/>
        </w:rPr>
        <w:t>Centrele Maternal și Artemis</w:t>
      </w:r>
      <w:r>
        <w:rPr>
          <w:lang w:val="ro-RO"/>
        </w:rPr>
        <w:t xml:space="preserve">, </w:t>
      </w:r>
      <w:r w:rsidRPr="00C12BC7">
        <w:rPr>
          <w:lang w:val="ro-RO"/>
        </w:rPr>
        <w:t>CIAPAD „Condorul”</w:t>
      </w:r>
      <w:r>
        <w:rPr>
          <w:lang w:val="ro-RO"/>
        </w:rPr>
        <w:t xml:space="preserve">, </w:t>
      </w:r>
      <w:r w:rsidRPr="00C12BC7">
        <w:rPr>
          <w:lang w:val="ro-RO"/>
        </w:rPr>
        <w:t>CIAPAD „Henri Coandă”, la data si orele stabilite in prezentul caiet de sarcini si insotite de documente: avize, cerificate sanitar veterinare, declarație de conformitate, cerificate de calitate, aviz de insotire a mărfii etc.</w:t>
      </w:r>
    </w:p>
    <w:p w14:paraId="6D57DBB3" w14:textId="21B7AB24" w:rsidR="000C4CB5" w:rsidRPr="0025334A" w:rsidRDefault="004E746A" w:rsidP="0025334A">
      <w:pPr>
        <w:pStyle w:val="Heading2"/>
        <w:rPr>
          <w:color w:val="auto"/>
        </w:rPr>
      </w:pPr>
      <w:bookmarkStart w:id="27" w:name="_Toc242951468"/>
      <w:r w:rsidRPr="0025334A">
        <w:rPr>
          <w:color w:val="auto"/>
        </w:rPr>
        <w:t xml:space="preserve">3.9. </w:t>
      </w:r>
      <w:proofErr w:type="spellStart"/>
      <w:r w:rsidRPr="0025334A">
        <w:rPr>
          <w:color w:val="auto"/>
        </w:rPr>
        <w:t>Igiena</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siguranța</w:t>
      </w:r>
      <w:proofErr w:type="spellEnd"/>
      <w:r w:rsidRPr="0025334A">
        <w:rPr>
          <w:color w:val="auto"/>
        </w:rPr>
        <w:t xml:space="preserve"> </w:t>
      </w:r>
      <w:proofErr w:type="spellStart"/>
      <w:r w:rsidRPr="0025334A">
        <w:rPr>
          <w:color w:val="auto"/>
        </w:rPr>
        <w:t>alimentară</w:t>
      </w:r>
      <w:proofErr w:type="spellEnd"/>
      <w:r w:rsidR="008409E5">
        <w:rPr>
          <w:color w:val="auto"/>
        </w:rPr>
        <w:t>,</w:t>
      </w:r>
      <w:r w:rsidRPr="0025334A">
        <w:rPr>
          <w:color w:val="auto"/>
        </w:rPr>
        <w:t xml:space="preserve"> probe </w:t>
      </w:r>
      <w:proofErr w:type="spellStart"/>
      <w:r w:rsidRPr="0025334A">
        <w:rPr>
          <w:color w:val="auto"/>
        </w:rPr>
        <w:t>și</w:t>
      </w:r>
      <w:proofErr w:type="spellEnd"/>
      <w:r w:rsidRPr="0025334A">
        <w:rPr>
          <w:color w:val="auto"/>
        </w:rPr>
        <w:t xml:space="preserve"> </w:t>
      </w:r>
      <w:proofErr w:type="spellStart"/>
      <w:r w:rsidRPr="0025334A">
        <w:rPr>
          <w:color w:val="auto"/>
        </w:rPr>
        <w:t>trasabilitate</w:t>
      </w:r>
      <w:bookmarkEnd w:id="27"/>
      <w:proofErr w:type="spellEnd"/>
    </w:p>
    <w:p w14:paraId="7CE84A6B" w14:textId="0377AF1A" w:rsidR="000C4CB5" w:rsidRPr="00842100" w:rsidRDefault="004E746A">
      <w:pPr>
        <w:spacing w:after="50" w:line="247" w:lineRule="auto"/>
        <w:rPr>
          <w:color w:val="FF0000"/>
        </w:rPr>
      </w:pPr>
      <w:proofErr w:type="spellStart"/>
      <w:r w:rsidRPr="00842100">
        <w:rPr>
          <w:color w:val="FF0000"/>
        </w:rPr>
        <w:t>Prestatorul</w:t>
      </w:r>
      <w:proofErr w:type="spellEnd"/>
      <w:r w:rsidRPr="00842100">
        <w:rPr>
          <w:color w:val="FF0000"/>
        </w:rPr>
        <w:t xml:space="preserve"> </w:t>
      </w:r>
      <w:proofErr w:type="spellStart"/>
      <w:r w:rsidRPr="00842100">
        <w:rPr>
          <w:color w:val="FF0000"/>
        </w:rPr>
        <w:t>implementează</w:t>
      </w:r>
      <w:proofErr w:type="spellEnd"/>
      <w:r w:rsidRPr="00842100">
        <w:rPr>
          <w:color w:val="FF0000"/>
        </w:rPr>
        <w:t xml:space="preserve"> </w:t>
      </w:r>
      <w:proofErr w:type="spellStart"/>
      <w:r w:rsidRPr="00842100">
        <w:rPr>
          <w:color w:val="FF0000"/>
        </w:rPr>
        <w:t>și</w:t>
      </w:r>
      <w:proofErr w:type="spellEnd"/>
      <w:r w:rsidRPr="00842100">
        <w:rPr>
          <w:color w:val="FF0000"/>
        </w:rPr>
        <w:t xml:space="preserve"> </w:t>
      </w:r>
      <w:proofErr w:type="spellStart"/>
      <w:r w:rsidRPr="00842100">
        <w:rPr>
          <w:color w:val="FF0000"/>
        </w:rPr>
        <w:t>menține</w:t>
      </w:r>
      <w:proofErr w:type="spellEnd"/>
      <w:r w:rsidRPr="00842100">
        <w:rPr>
          <w:color w:val="FF0000"/>
        </w:rPr>
        <w:t xml:space="preserve"> </w:t>
      </w:r>
      <w:proofErr w:type="spellStart"/>
      <w:r w:rsidRPr="00842100">
        <w:rPr>
          <w:color w:val="FF0000"/>
        </w:rPr>
        <w:t>proceduri</w:t>
      </w:r>
      <w:proofErr w:type="spellEnd"/>
      <w:r w:rsidRPr="00842100">
        <w:rPr>
          <w:color w:val="FF0000"/>
        </w:rPr>
        <w:t xml:space="preserve"> </w:t>
      </w:r>
      <w:proofErr w:type="spellStart"/>
      <w:r w:rsidRPr="00842100">
        <w:rPr>
          <w:color w:val="FF0000"/>
        </w:rPr>
        <w:t>bazate</w:t>
      </w:r>
      <w:proofErr w:type="spellEnd"/>
      <w:r w:rsidRPr="00842100">
        <w:rPr>
          <w:color w:val="FF0000"/>
        </w:rPr>
        <w:t xml:space="preserve"> pe </w:t>
      </w:r>
      <w:proofErr w:type="spellStart"/>
      <w:r w:rsidRPr="00842100">
        <w:rPr>
          <w:color w:val="FF0000"/>
        </w:rPr>
        <w:t>principiile</w:t>
      </w:r>
      <w:proofErr w:type="spellEnd"/>
      <w:r w:rsidRPr="00842100">
        <w:rPr>
          <w:color w:val="FF0000"/>
        </w:rPr>
        <w:t xml:space="preserve"> HACCP</w:t>
      </w:r>
      <w:r w:rsidR="0025334A" w:rsidRPr="00842100">
        <w:rPr>
          <w:color w:val="FF0000"/>
        </w:rPr>
        <w:t xml:space="preserve"> (Analiza </w:t>
      </w:r>
      <w:proofErr w:type="spellStart"/>
      <w:r w:rsidR="0025334A" w:rsidRPr="00842100">
        <w:rPr>
          <w:color w:val="FF0000"/>
        </w:rPr>
        <w:t>Pericolelor</w:t>
      </w:r>
      <w:proofErr w:type="spellEnd"/>
      <w:r w:rsidR="0025334A" w:rsidRPr="00842100">
        <w:rPr>
          <w:color w:val="FF0000"/>
        </w:rPr>
        <w:t xml:space="preserve"> </w:t>
      </w:r>
      <w:proofErr w:type="spellStart"/>
      <w:r w:rsidR="0025334A" w:rsidRPr="00842100">
        <w:rPr>
          <w:color w:val="FF0000"/>
        </w:rPr>
        <w:t>și</w:t>
      </w:r>
      <w:proofErr w:type="spellEnd"/>
      <w:r w:rsidR="0025334A" w:rsidRPr="00842100">
        <w:rPr>
          <w:color w:val="FF0000"/>
        </w:rPr>
        <w:t xml:space="preserve"> </w:t>
      </w:r>
      <w:proofErr w:type="spellStart"/>
      <w:r w:rsidR="0025334A" w:rsidRPr="00842100">
        <w:rPr>
          <w:color w:val="FF0000"/>
        </w:rPr>
        <w:t>Punctele</w:t>
      </w:r>
      <w:proofErr w:type="spellEnd"/>
      <w:r w:rsidR="0025334A" w:rsidRPr="00842100">
        <w:rPr>
          <w:color w:val="FF0000"/>
        </w:rPr>
        <w:t xml:space="preserve"> </w:t>
      </w:r>
      <w:proofErr w:type="spellStart"/>
      <w:r w:rsidR="0025334A" w:rsidRPr="00842100">
        <w:rPr>
          <w:color w:val="FF0000"/>
        </w:rPr>
        <w:t>Critice</w:t>
      </w:r>
      <w:proofErr w:type="spellEnd"/>
      <w:r w:rsidR="0025334A" w:rsidRPr="00842100">
        <w:rPr>
          <w:color w:val="FF0000"/>
        </w:rPr>
        <w:t xml:space="preserve"> de Control), </w:t>
      </w:r>
      <w:proofErr w:type="spellStart"/>
      <w:r w:rsidRPr="00842100">
        <w:rPr>
          <w:color w:val="FF0000"/>
        </w:rPr>
        <w:t>adecvate</w:t>
      </w:r>
      <w:proofErr w:type="spellEnd"/>
      <w:r w:rsidRPr="00842100">
        <w:rPr>
          <w:color w:val="FF0000"/>
        </w:rPr>
        <w:t xml:space="preserve"> </w:t>
      </w:r>
      <w:proofErr w:type="spellStart"/>
      <w:r w:rsidRPr="00842100">
        <w:rPr>
          <w:color w:val="FF0000"/>
        </w:rPr>
        <w:t>fluxului</w:t>
      </w:r>
      <w:proofErr w:type="spellEnd"/>
      <w:r w:rsidRPr="00842100">
        <w:rPr>
          <w:color w:val="FF0000"/>
        </w:rPr>
        <w:t xml:space="preserve"> </w:t>
      </w:r>
      <w:r w:rsidR="0025334A" w:rsidRPr="00842100">
        <w:rPr>
          <w:color w:val="FF0000"/>
        </w:rPr>
        <w:t xml:space="preserve">real </w:t>
      </w:r>
      <w:r w:rsidRPr="00842100">
        <w:rPr>
          <w:color w:val="FF0000"/>
        </w:rPr>
        <w:t xml:space="preserve">de </w:t>
      </w:r>
      <w:proofErr w:type="spellStart"/>
      <w:r w:rsidRPr="00842100">
        <w:rPr>
          <w:color w:val="FF0000"/>
        </w:rPr>
        <w:t>producție</w:t>
      </w:r>
      <w:proofErr w:type="spellEnd"/>
      <w:r w:rsidRPr="00842100">
        <w:rPr>
          <w:color w:val="FF0000"/>
        </w:rPr>
        <w:t xml:space="preserve"> </w:t>
      </w:r>
      <w:proofErr w:type="spellStart"/>
      <w:r w:rsidRPr="00842100">
        <w:rPr>
          <w:color w:val="FF0000"/>
        </w:rPr>
        <w:t>și</w:t>
      </w:r>
      <w:proofErr w:type="spellEnd"/>
      <w:r w:rsidRPr="00842100">
        <w:rPr>
          <w:color w:val="FF0000"/>
        </w:rPr>
        <w:t xml:space="preserve"> </w:t>
      </w:r>
      <w:proofErr w:type="spellStart"/>
      <w:r w:rsidRPr="00842100">
        <w:rPr>
          <w:color w:val="FF0000"/>
        </w:rPr>
        <w:t>distribuție</w:t>
      </w:r>
      <w:proofErr w:type="spellEnd"/>
      <w:r w:rsidRPr="00842100">
        <w:rPr>
          <w:color w:val="FF0000"/>
        </w:rPr>
        <w:t xml:space="preserve">. </w:t>
      </w:r>
      <w:proofErr w:type="spellStart"/>
      <w:r w:rsidRPr="00842100">
        <w:rPr>
          <w:color w:val="FF0000"/>
        </w:rPr>
        <w:t>Conformitatea</w:t>
      </w:r>
      <w:proofErr w:type="spellEnd"/>
      <w:r w:rsidRPr="00842100">
        <w:rPr>
          <w:color w:val="FF0000"/>
        </w:rPr>
        <w:t xml:space="preserve"> se </w:t>
      </w:r>
      <w:proofErr w:type="spellStart"/>
      <w:r w:rsidRPr="00842100">
        <w:rPr>
          <w:color w:val="FF0000"/>
        </w:rPr>
        <w:t>demonstrează</w:t>
      </w:r>
      <w:proofErr w:type="spellEnd"/>
      <w:r w:rsidRPr="00842100">
        <w:rPr>
          <w:color w:val="FF0000"/>
        </w:rPr>
        <w:t xml:space="preserve"> </w:t>
      </w:r>
      <w:proofErr w:type="spellStart"/>
      <w:r w:rsidRPr="00842100">
        <w:rPr>
          <w:color w:val="FF0000"/>
        </w:rPr>
        <w:t>prin</w:t>
      </w:r>
      <w:proofErr w:type="spellEnd"/>
      <w:r w:rsidRPr="00842100">
        <w:rPr>
          <w:color w:val="FF0000"/>
        </w:rPr>
        <w:t xml:space="preserve"> </w:t>
      </w:r>
      <w:proofErr w:type="spellStart"/>
      <w:r w:rsidRPr="00842100">
        <w:rPr>
          <w:color w:val="FF0000"/>
        </w:rPr>
        <w:t>planul</w:t>
      </w:r>
      <w:proofErr w:type="spellEnd"/>
      <w:r w:rsidRPr="00842100">
        <w:rPr>
          <w:color w:val="FF0000"/>
        </w:rPr>
        <w:t xml:space="preserve"> HACCP, </w:t>
      </w:r>
      <w:proofErr w:type="spellStart"/>
      <w:r w:rsidRPr="00842100">
        <w:rPr>
          <w:color w:val="FF0000"/>
        </w:rPr>
        <w:t>proceduri</w:t>
      </w:r>
      <w:proofErr w:type="spellEnd"/>
      <w:r w:rsidRPr="00842100">
        <w:rPr>
          <w:color w:val="FF0000"/>
        </w:rPr>
        <w:t xml:space="preserve">, </w:t>
      </w:r>
      <w:proofErr w:type="spellStart"/>
      <w:r w:rsidRPr="00842100">
        <w:rPr>
          <w:color w:val="FF0000"/>
        </w:rPr>
        <w:t>registre</w:t>
      </w:r>
      <w:proofErr w:type="spellEnd"/>
      <w:r w:rsidRPr="00842100">
        <w:rPr>
          <w:color w:val="FF0000"/>
        </w:rPr>
        <w:t xml:space="preserve">, </w:t>
      </w:r>
      <w:proofErr w:type="spellStart"/>
      <w:r w:rsidRPr="00842100">
        <w:rPr>
          <w:color w:val="FF0000"/>
        </w:rPr>
        <w:t>înregistrări</w:t>
      </w:r>
      <w:proofErr w:type="spellEnd"/>
      <w:r w:rsidRPr="00842100">
        <w:rPr>
          <w:color w:val="FF0000"/>
        </w:rPr>
        <w:t xml:space="preserve">, </w:t>
      </w:r>
      <w:proofErr w:type="spellStart"/>
      <w:r w:rsidRPr="00842100">
        <w:rPr>
          <w:color w:val="FF0000"/>
        </w:rPr>
        <w:t>fișe</w:t>
      </w:r>
      <w:proofErr w:type="spellEnd"/>
      <w:r w:rsidRPr="00842100">
        <w:rPr>
          <w:color w:val="FF0000"/>
        </w:rPr>
        <w:t xml:space="preserve"> de </w:t>
      </w:r>
      <w:proofErr w:type="spellStart"/>
      <w:r w:rsidRPr="00842100">
        <w:rPr>
          <w:color w:val="FF0000"/>
        </w:rPr>
        <w:t>monitorizare</w:t>
      </w:r>
      <w:proofErr w:type="spellEnd"/>
      <w:r w:rsidRPr="00842100">
        <w:rPr>
          <w:color w:val="FF0000"/>
        </w:rPr>
        <w:t xml:space="preserve"> </w:t>
      </w:r>
      <w:proofErr w:type="spellStart"/>
      <w:r w:rsidRPr="00842100">
        <w:rPr>
          <w:color w:val="FF0000"/>
        </w:rPr>
        <w:t>și</w:t>
      </w:r>
      <w:proofErr w:type="spellEnd"/>
      <w:r w:rsidRPr="00842100">
        <w:rPr>
          <w:color w:val="FF0000"/>
        </w:rPr>
        <w:t xml:space="preserve"> </w:t>
      </w:r>
      <w:proofErr w:type="spellStart"/>
      <w:r w:rsidRPr="00842100">
        <w:rPr>
          <w:color w:val="FF0000"/>
        </w:rPr>
        <w:t>acțiuni</w:t>
      </w:r>
      <w:proofErr w:type="spellEnd"/>
      <w:r w:rsidRPr="00842100">
        <w:rPr>
          <w:color w:val="FF0000"/>
        </w:rPr>
        <w:t xml:space="preserve"> </w:t>
      </w:r>
      <w:proofErr w:type="spellStart"/>
      <w:r w:rsidRPr="00842100">
        <w:rPr>
          <w:color w:val="FF0000"/>
        </w:rPr>
        <w:t>corective</w:t>
      </w:r>
      <w:proofErr w:type="spellEnd"/>
      <w:r w:rsidRPr="00842100">
        <w:rPr>
          <w:color w:val="FF0000"/>
        </w:rPr>
        <w:t>.</w:t>
      </w:r>
    </w:p>
    <w:p w14:paraId="767BF230" w14:textId="77777777" w:rsidR="000C4CB5" w:rsidRPr="0025334A" w:rsidRDefault="004E746A" w:rsidP="002459A2">
      <w:pPr>
        <w:pStyle w:val="Heading3"/>
        <w:numPr>
          <w:ilvl w:val="0"/>
          <w:numId w:val="17"/>
        </w:numPr>
        <w:spacing w:after="60"/>
        <w:rPr>
          <w:rFonts w:ascii="Times New Roman" w:hAnsi="Times New Roman"/>
          <w:b w:val="0"/>
          <w:i/>
          <w:iCs/>
          <w:color w:val="auto"/>
        </w:rPr>
      </w:pPr>
      <w:bookmarkStart w:id="28" w:name="_Toc242951469"/>
      <w:proofErr w:type="spellStart"/>
      <w:r w:rsidRPr="0025334A">
        <w:rPr>
          <w:rFonts w:ascii="Times New Roman" w:hAnsi="Times New Roman"/>
          <w:b w:val="0"/>
          <w:i/>
          <w:iCs/>
          <w:color w:val="auto"/>
        </w:rPr>
        <w:t>Igiena</w:t>
      </w:r>
      <w:proofErr w:type="spellEnd"/>
      <w:r w:rsidRPr="0025334A">
        <w:rPr>
          <w:rFonts w:ascii="Times New Roman" w:hAnsi="Times New Roman"/>
          <w:b w:val="0"/>
          <w:i/>
          <w:iCs/>
          <w:color w:val="auto"/>
        </w:rPr>
        <w:t xml:space="preserve"> </w:t>
      </w:r>
      <w:proofErr w:type="spellStart"/>
      <w:r w:rsidRPr="0025334A">
        <w:rPr>
          <w:rFonts w:ascii="Times New Roman" w:hAnsi="Times New Roman"/>
          <w:b w:val="0"/>
          <w:i/>
          <w:iCs/>
          <w:color w:val="auto"/>
        </w:rPr>
        <w:t>personalului</w:t>
      </w:r>
      <w:proofErr w:type="spellEnd"/>
      <w:r w:rsidRPr="0025334A">
        <w:rPr>
          <w:rFonts w:ascii="Times New Roman" w:hAnsi="Times New Roman"/>
          <w:b w:val="0"/>
          <w:i/>
          <w:iCs/>
          <w:color w:val="auto"/>
        </w:rPr>
        <w:t xml:space="preserve"> </w:t>
      </w:r>
      <w:proofErr w:type="spellStart"/>
      <w:r w:rsidRPr="0025334A">
        <w:rPr>
          <w:rFonts w:ascii="Times New Roman" w:hAnsi="Times New Roman"/>
          <w:b w:val="0"/>
          <w:i/>
          <w:iCs/>
          <w:color w:val="auto"/>
        </w:rPr>
        <w:t>și</w:t>
      </w:r>
      <w:proofErr w:type="spellEnd"/>
      <w:r w:rsidRPr="0025334A">
        <w:rPr>
          <w:rFonts w:ascii="Times New Roman" w:hAnsi="Times New Roman"/>
          <w:b w:val="0"/>
          <w:i/>
          <w:iCs/>
          <w:color w:val="auto"/>
        </w:rPr>
        <w:t xml:space="preserve"> a </w:t>
      </w:r>
      <w:proofErr w:type="spellStart"/>
      <w:r w:rsidRPr="0025334A">
        <w:rPr>
          <w:rFonts w:ascii="Times New Roman" w:hAnsi="Times New Roman"/>
          <w:b w:val="0"/>
          <w:i/>
          <w:iCs/>
          <w:color w:val="auto"/>
        </w:rPr>
        <w:t>echipamentelor</w:t>
      </w:r>
      <w:proofErr w:type="spellEnd"/>
      <w:r w:rsidRPr="0025334A">
        <w:rPr>
          <w:rFonts w:ascii="Times New Roman" w:hAnsi="Times New Roman"/>
          <w:b w:val="0"/>
          <w:i/>
          <w:iCs/>
          <w:color w:val="auto"/>
        </w:rPr>
        <w:t>.</w:t>
      </w:r>
      <w:bookmarkEnd w:id="28"/>
      <w:r w:rsidRPr="0025334A">
        <w:rPr>
          <w:rFonts w:ascii="Times New Roman" w:hAnsi="Times New Roman"/>
          <w:b w:val="0"/>
          <w:i/>
          <w:iCs/>
          <w:color w:val="auto"/>
        </w:rPr>
        <w:t xml:space="preserve"> </w:t>
      </w:r>
    </w:p>
    <w:p w14:paraId="17E80CFF" w14:textId="77777777" w:rsidR="00C12BC7" w:rsidRDefault="004E746A">
      <w:pPr>
        <w:spacing w:after="50" w:line="247" w:lineRule="auto"/>
      </w:pPr>
      <w:proofErr w:type="spellStart"/>
      <w:r w:rsidRPr="0025334A">
        <w:t>Personalul</w:t>
      </w:r>
      <w:proofErr w:type="spellEnd"/>
      <w:r w:rsidRPr="0025334A">
        <w:t xml:space="preserve"> care </w:t>
      </w:r>
      <w:proofErr w:type="spellStart"/>
      <w:r w:rsidRPr="0025334A">
        <w:t>prepară</w:t>
      </w:r>
      <w:proofErr w:type="spellEnd"/>
      <w:r w:rsidRPr="0025334A">
        <w:t xml:space="preserve">, </w:t>
      </w:r>
      <w:proofErr w:type="spellStart"/>
      <w:r w:rsidRPr="0025334A">
        <w:t>porționează</w:t>
      </w:r>
      <w:proofErr w:type="spellEnd"/>
      <w:r w:rsidRPr="0025334A">
        <w:t xml:space="preserve">, </w:t>
      </w:r>
      <w:proofErr w:type="spellStart"/>
      <w:r w:rsidRPr="0025334A">
        <w:t>ambalează</w:t>
      </w:r>
      <w:proofErr w:type="spellEnd"/>
      <w:r w:rsidRPr="0025334A">
        <w:t xml:space="preserve">, </w:t>
      </w:r>
      <w:proofErr w:type="spellStart"/>
      <w:r w:rsidRPr="0025334A">
        <w:t>manipulează</w:t>
      </w:r>
      <w:proofErr w:type="spellEnd"/>
      <w:r w:rsidRPr="0025334A">
        <w:t xml:space="preserve"> </w:t>
      </w:r>
      <w:proofErr w:type="spellStart"/>
      <w:r w:rsidRPr="0025334A">
        <w:t>sau</w:t>
      </w:r>
      <w:proofErr w:type="spellEnd"/>
      <w:r w:rsidRPr="0025334A">
        <w:t xml:space="preserve"> </w:t>
      </w:r>
      <w:proofErr w:type="spellStart"/>
      <w:r w:rsidRPr="0025334A">
        <w:t>predă</w:t>
      </w:r>
      <w:proofErr w:type="spellEnd"/>
      <w:r w:rsidRPr="0025334A">
        <w:t xml:space="preserve"> </w:t>
      </w:r>
      <w:proofErr w:type="spellStart"/>
      <w:r w:rsidRPr="0025334A">
        <w:t>alimente</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w:t>
      </w:r>
      <w:proofErr w:type="spellStart"/>
      <w:r w:rsidRPr="0025334A">
        <w:t>instruit</w:t>
      </w:r>
      <w:proofErr w:type="spellEnd"/>
      <w:r w:rsidRPr="0025334A">
        <w:t xml:space="preserve"> </w:t>
      </w:r>
      <w:proofErr w:type="spellStart"/>
      <w:r w:rsidRPr="0025334A">
        <w:t>pentru</w:t>
      </w:r>
      <w:proofErr w:type="spellEnd"/>
      <w:r w:rsidRPr="0025334A">
        <w:t xml:space="preserve"> </w:t>
      </w:r>
      <w:proofErr w:type="spellStart"/>
      <w:r w:rsidRPr="0025334A">
        <w:t>activitatea</w:t>
      </w:r>
      <w:proofErr w:type="spellEnd"/>
      <w:r w:rsidRPr="0025334A">
        <w:t xml:space="preserve"> </w:t>
      </w:r>
      <w:proofErr w:type="spellStart"/>
      <w:r w:rsidRPr="0025334A">
        <w:t>desfășurată</w:t>
      </w:r>
      <w:proofErr w:type="spellEnd"/>
      <w:r w:rsidRPr="0025334A">
        <w:t xml:space="preserve">, </w:t>
      </w:r>
      <w:proofErr w:type="spellStart"/>
      <w:r w:rsidRPr="0025334A">
        <w:t>să</w:t>
      </w:r>
      <w:proofErr w:type="spellEnd"/>
      <w:r w:rsidRPr="0025334A">
        <w:t xml:space="preserve"> </w:t>
      </w:r>
      <w:proofErr w:type="spellStart"/>
      <w:r w:rsidRPr="0025334A">
        <w:t>respecte</w:t>
      </w:r>
      <w:proofErr w:type="spellEnd"/>
      <w:r w:rsidRPr="0025334A">
        <w:t xml:space="preserve"> </w:t>
      </w:r>
      <w:proofErr w:type="spellStart"/>
      <w:r w:rsidRPr="0025334A">
        <w:t>regulile</w:t>
      </w:r>
      <w:proofErr w:type="spellEnd"/>
      <w:r w:rsidRPr="0025334A">
        <w:t xml:space="preserve"> de </w:t>
      </w:r>
      <w:proofErr w:type="spellStart"/>
      <w:r w:rsidRPr="0025334A">
        <w:t>igienă</w:t>
      </w:r>
      <w:proofErr w:type="spellEnd"/>
      <w:r w:rsidRPr="0025334A">
        <w:t xml:space="preserve"> </w:t>
      </w:r>
      <w:proofErr w:type="spellStart"/>
      <w:r w:rsidRPr="0025334A">
        <w:t>personală</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poarte</w:t>
      </w:r>
      <w:proofErr w:type="spellEnd"/>
      <w:r w:rsidRPr="0025334A">
        <w:t xml:space="preserve"> </w:t>
      </w:r>
      <w:proofErr w:type="spellStart"/>
      <w:r w:rsidRPr="0025334A">
        <w:t>echipament</w:t>
      </w:r>
      <w:proofErr w:type="spellEnd"/>
      <w:r w:rsidRPr="0025334A">
        <w:t xml:space="preserve"> de </w:t>
      </w:r>
      <w:proofErr w:type="spellStart"/>
      <w:r w:rsidRPr="0025334A">
        <w:t>lucru</w:t>
      </w:r>
      <w:proofErr w:type="spellEnd"/>
      <w:r w:rsidRPr="0025334A">
        <w:t>/</w:t>
      </w:r>
      <w:proofErr w:type="spellStart"/>
      <w:r w:rsidRPr="0025334A">
        <w:t>protecție</w:t>
      </w:r>
      <w:proofErr w:type="spellEnd"/>
      <w:r w:rsidRPr="0025334A">
        <w:t xml:space="preserve"> </w:t>
      </w:r>
      <w:proofErr w:type="spellStart"/>
      <w:r w:rsidRPr="0025334A">
        <w:t>curat</w:t>
      </w:r>
      <w:proofErr w:type="spellEnd"/>
      <w:r w:rsidRPr="0025334A">
        <w:t xml:space="preserve"> </w:t>
      </w:r>
      <w:proofErr w:type="spellStart"/>
      <w:r w:rsidRPr="0025334A">
        <w:t>și</w:t>
      </w:r>
      <w:proofErr w:type="spellEnd"/>
      <w:r w:rsidRPr="0025334A">
        <w:t xml:space="preserve"> </w:t>
      </w:r>
      <w:proofErr w:type="spellStart"/>
      <w:r w:rsidRPr="0025334A">
        <w:t>adecvat</w:t>
      </w:r>
      <w:proofErr w:type="spellEnd"/>
      <w:r w:rsidRPr="0025334A">
        <w:t xml:space="preserve">. </w:t>
      </w:r>
    </w:p>
    <w:p w14:paraId="0C071D71" w14:textId="247AD91E" w:rsidR="000C4CB5" w:rsidRPr="0025334A" w:rsidRDefault="004E746A">
      <w:pPr>
        <w:spacing w:after="50" w:line="247" w:lineRule="auto"/>
      </w:pPr>
      <w:proofErr w:type="spellStart"/>
      <w:r w:rsidRPr="0025334A">
        <w:t>Personalul</w:t>
      </w:r>
      <w:proofErr w:type="spellEnd"/>
      <w:r w:rsidRPr="0025334A">
        <w:t xml:space="preserve"> care </w:t>
      </w:r>
      <w:proofErr w:type="spellStart"/>
      <w:r w:rsidRPr="0025334A">
        <w:t>intră</w:t>
      </w:r>
      <w:proofErr w:type="spellEnd"/>
      <w:r w:rsidRPr="0025334A">
        <w:t xml:space="preserve"> </w:t>
      </w:r>
      <w:proofErr w:type="spellStart"/>
      <w:r w:rsidRPr="0025334A">
        <w:t>în</w:t>
      </w:r>
      <w:proofErr w:type="spellEnd"/>
      <w:r w:rsidRPr="0025334A">
        <w:t xml:space="preserve"> contact direct cu </w:t>
      </w:r>
      <w:proofErr w:type="spellStart"/>
      <w:r w:rsidRPr="0025334A">
        <w:t>alimente</w:t>
      </w:r>
      <w:proofErr w:type="spellEnd"/>
      <w:r w:rsidRPr="0025334A">
        <w:t xml:space="preserve"> </w:t>
      </w:r>
      <w:proofErr w:type="spellStart"/>
      <w:r w:rsidRPr="0025334A">
        <w:t>neambalate</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dețină</w:t>
      </w:r>
      <w:proofErr w:type="spellEnd"/>
      <w:r w:rsidRPr="0025334A">
        <w:t xml:space="preserve"> </w:t>
      </w:r>
      <w:proofErr w:type="spellStart"/>
      <w:r w:rsidRPr="0025334A">
        <w:t>fișă</w:t>
      </w:r>
      <w:proofErr w:type="spellEnd"/>
      <w:r w:rsidRPr="0025334A">
        <w:t xml:space="preserve"> de </w:t>
      </w:r>
      <w:proofErr w:type="spellStart"/>
      <w:r w:rsidRPr="0025334A">
        <w:t>aptitudine</w:t>
      </w:r>
      <w:proofErr w:type="spellEnd"/>
      <w:r w:rsidRPr="0025334A">
        <w:t xml:space="preserve"> </w:t>
      </w:r>
      <w:proofErr w:type="spellStart"/>
      <w:r w:rsidRPr="0025334A">
        <w:t>valabilă</w:t>
      </w:r>
      <w:proofErr w:type="spellEnd"/>
      <w:r w:rsidRPr="0025334A">
        <w:t xml:space="preserve"> </w:t>
      </w:r>
      <w:proofErr w:type="spellStart"/>
      <w:r w:rsidRPr="0025334A">
        <w:t>pentru</w:t>
      </w:r>
      <w:proofErr w:type="spellEnd"/>
      <w:r w:rsidRPr="0025334A">
        <w:t xml:space="preserve"> </w:t>
      </w:r>
      <w:proofErr w:type="spellStart"/>
      <w:r w:rsidRPr="0025334A">
        <w:t>lucru</w:t>
      </w:r>
      <w:proofErr w:type="spellEnd"/>
      <w:r w:rsidRPr="0025334A">
        <w:t xml:space="preserve"> </w:t>
      </w:r>
      <w:proofErr w:type="spellStart"/>
      <w:r w:rsidRPr="0025334A">
        <w:t>în</w:t>
      </w:r>
      <w:proofErr w:type="spellEnd"/>
      <w:r w:rsidRPr="0025334A">
        <w:t xml:space="preserve"> </w:t>
      </w:r>
      <w:proofErr w:type="spellStart"/>
      <w:r w:rsidRPr="0025334A">
        <w:t>sectorul</w:t>
      </w:r>
      <w:proofErr w:type="spellEnd"/>
      <w:r w:rsidRPr="0025334A">
        <w:t xml:space="preserve"> </w:t>
      </w:r>
      <w:proofErr w:type="spellStart"/>
      <w:r w:rsidRPr="0025334A">
        <w:t>alimentar</w:t>
      </w:r>
      <w:proofErr w:type="spellEnd"/>
      <w:r w:rsidRPr="0025334A">
        <w:t xml:space="preserve"> </w:t>
      </w:r>
      <w:proofErr w:type="spellStart"/>
      <w:r w:rsidRPr="0025334A">
        <w:t>și</w:t>
      </w:r>
      <w:proofErr w:type="spellEnd"/>
      <w:r w:rsidRPr="0025334A">
        <w:t xml:space="preserve"> </w:t>
      </w:r>
      <w:proofErr w:type="spellStart"/>
      <w:r w:rsidRPr="0025334A">
        <w:t>documente</w:t>
      </w:r>
      <w:proofErr w:type="spellEnd"/>
      <w:r w:rsidRPr="0025334A">
        <w:t xml:space="preserve"> </w:t>
      </w:r>
      <w:proofErr w:type="spellStart"/>
      <w:r w:rsidRPr="0025334A">
        <w:t>valabile</w:t>
      </w:r>
      <w:proofErr w:type="spellEnd"/>
      <w:r w:rsidRPr="0025334A">
        <w:t xml:space="preserve"> </w:t>
      </w:r>
      <w:proofErr w:type="spellStart"/>
      <w:r w:rsidRPr="0025334A">
        <w:t>privind</w:t>
      </w:r>
      <w:proofErr w:type="spellEnd"/>
      <w:r w:rsidRPr="0025334A">
        <w:t xml:space="preserve"> </w:t>
      </w:r>
      <w:proofErr w:type="spellStart"/>
      <w:r w:rsidRPr="0025334A">
        <w:t>instruirea</w:t>
      </w:r>
      <w:proofErr w:type="spellEnd"/>
      <w:r w:rsidRPr="0025334A">
        <w:t xml:space="preserve"> </w:t>
      </w:r>
      <w:proofErr w:type="spellStart"/>
      <w:r w:rsidRPr="0025334A">
        <w:t>în</w:t>
      </w:r>
      <w:proofErr w:type="spellEnd"/>
      <w:r w:rsidRPr="0025334A">
        <w:t xml:space="preserve"> </w:t>
      </w:r>
      <w:proofErr w:type="spellStart"/>
      <w:r w:rsidRPr="0025334A">
        <w:t>noțiuni</w:t>
      </w:r>
      <w:proofErr w:type="spellEnd"/>
      <w:r w:rsidRPr="0025334A">
        <w:t xml:space="preserve"> </w:t>
      </w:r>
      <w:proofErr w:type="spellStart"/>
      <w:r w:rsidRPr="0025334A">
        <w:t>fundamentale</w:t>
      </w:r>
      <w:proofErr w:type="spellEnd"/>
      <w:r w:rsidRPr="0025334A">
        <w:t xml:space="preserve"> de </w:t>
      </w:r>
      <w:proofErr w:type="spellStart"/>
      <w:r w:rsidRPr="0025334A">
        <w:t>igienă</w:t>
      </w:r>
      <w:proofErr w:type="spellEnd"/>
      <w:r w:rsidRPr="0025334A">
        <w:t xml:space="preserve">,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legislației</w:t>
      </w:r>
      <w:proofErr w:type="spellEnd"/>
      <w:r w:rsidRPr="0025334A">
        <w:t xml:space="preserve"> </w:t>
      </w:r>
      <w:proofErr w:type="spellStart"/>
      <w:r w:rsidRPr="0025334A">
        <w:t>aplicabile</w:t>
      </w:r>
      <w:proofErr w:type="spellEnd"/>
      <w:r w:rsidRPr="0025334A">
        <w:t>.</w:t>
      </w:r>
    </w:p>
    <w:p w14:paraId="0801313A" w14:textId="77777777" w:rsidR="000C4CB5" w:rsidRDefault="004E746A">
      <w:pPr>
        <w:spacing w:after="50" w:line="247" w:lineRule="auto"/>
      </w:pPr>
      <w:proofErr w:type="spellStart"/>
      <w:r w:rsidRPr="0025334A">
        <w:t>Prestatorul</w:t>
      </w:r>
      <w:proofErr w:type="spellEnd"/>
      <w:r w:rsidRPr="0025334A">
        <w:t xml:space="preserve"> </w:t>
      </w:r>
      <w:proofErr w:type="spellStart"/>
      <w:r w:rsidRPr="0025334A">
        <w:t>păstrează</w:t>
      </w:r>
      <w:proofErr w:type="spellEnd"/>
      <w:r w:rsidRPr="0025334A">
        <w:t xml:space="preserve"> la </w:t>
      </w:r>
      <w:proofErr w:type="spellStart"/>
      <w:r w:rsidRPr="0025334A">
        <w:t>unitatea</w:t>
      </w:r>
      <w:proofErr w:type="spellEnd"/>
      <w:r w:rsidRPr="0025334A">
        <w:t xml:space="preserve"> de </w:t>
      </w:r>
      <w:proofErr w:type="spellStart"/>
      <w:r w:rsidRPr="0025334A">
        <w:t>preparare</w:t>
      </w:r>
      <w:proofErr w:type="spellEnd"/>
      <w:r w:rsidRPr="0025334A">
        <w:t xml:space="preserve"> </w:t>
      </w:r>
      <w:proofErr w:type="spellStart"/>
      <w:r w:rsidRPr="0025334A">
        <w:t>evidența</w:t>
      </w:r>
      <w:proofErr w:type="spellEnd"/>
      <w:r w:rsidRPr="0025334A">
        <w:t xml:space="preserve"> </w:t>
      </w:r>
      <w:proofErr w:type="spellStart"/>
      <w:r w:rsidRPr="0025334A">
        <w:t>persoanelor</w:t>
      </w:r>
      <w:proofErr w:type="spellEnd"/>
      <w:r w:rsidRPr="0025334A">
        <w:t xml:space="preserve"> care </w:t>
      </w:r>
      <w:proofErr w:type="spellStart"/>
      <w:r w:rsidRPr="0025334A">
        <w:t>lucrează</w:t>
      </w:r>
      <w:proofErr w:type="spellEnd"/>
      <w:r w:rsidRPr="0025334A">
        <w:t xml:space="preserve"> </w:t>
      </w:r>
      <w:proofErr w:type="spellStart"/>
      <w:r w:rsidRPr="0025334A">
        <w:t>în</w:t>
      </w:r>
      <w:proofErr w:type="spellEnd"/>
      <w:r w:rsidRPr="0025334A">
        <w:t xml:space="preserve"> </w:t>
      </w:r>
      <w:proofErr w:type="spellStart"/>
      <w:r w:rsidRPr="0025334A">
        <w:t>sectorul</w:t>
      </w:r>
      <w:proofErr w:type="spellEnd"/>
      <w:r w:rsidRPr="0025334A">
        <w:t xml:space="preserve"> </w:t>
      </w:r>
      <w:proofErr w:type="spellStart"/>
      <w:r w:rsidRPr="0025334A">
        <w:t>alimentar</w:t>
      </w:r>
      <w:proofErr w:type="spellEnd"/>
      <w:r w:rsidRPr="0025334A">
        <w:t xml:space="preserve"> </w:t>
      </w:r>
      <w:proofErr w:type="spellStart"/>
      <w:r w:rsidRPr="0025334A">
        <w:t>și</w:t>
      </w:r>
      <w:proofErr w:type="spellEnd"/>
      <w:r w:rsidRPr="0025334A">
        <w:t xml:space="preserve"> </w:t>
      </w:r>
      <w:proofErr w:type="spellStart"/>
      <w:r w:rsidRPr="0025334A">
        <w:t>documentele</w:t>
      </w:r>
      <w:proofErr w:type="spellEnd"/>
      <w:r w:rsidRPr="0025334A">
        <w:t xml:space="preserve"> care </w:t>
      </w:r>
      <w:proofErr w:type="spellStart"/>
      <w:r w:rsidRPr="0025334A">
        <w:t>demonstrează</w:t>
      </w:r>
      <w:proofErr w:type="spellEnd"/>
      <w:r w:rsidRPr="0025334A">
        <w:t xml:space="preserve"> </w:t>
      </w:r>
      <w:proofErr w:type="spellStart"/>
      <w:r w:rsidRPr="0025334A">
        <w:t>aptitudinea</w:t>
      </w:r>
      <w:proofErr w:type="spellEnd"/>
      <w:r w:rsidRPr="0025334A">
        <w:t xml:space="preserve"> </w:t>
      </w:r>
      <w:proofErr w:type="spellStart"/>
      <w:r w:rsidRPr="0025334A">
        <w:t>și</w:t>
      </w:r>
      <w:proofErr w:type="spellEnd"/>
      <w:r w:rsidRPr="0025334A">
        <w:t xml:space="preserve"> </w:t>
      </w:r>
      <w:proofErr w:type="spellStart"/>
      <w:r w:rsidRPr="0025334A">
        <w:t>instruirea</w:t>
      </w:r>
      <w:proofErr w:type="spellEnd"/>
      <w:r w:rsidRPr="0025334A">
        <w:t xml:space="preserve"> </w:t>
      </w:r>
      <w:proofErr w:type="spellStart"/>
      <w:r w:rsidRPr="0025334A">
        <w:t>acestora</w:t>
      </w:r>
      <w:proofErr w:type="spellEnd"/>
      <w:r w:rsidRPr="0025334A">
        <w:t xml:space="preserve">. </w:t>
      </w: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verifică</w:t>
      </w:r>
      <w:proofErr w:type="spellEnd"/>
      <w:r w:rsidRPr="0025334A">
        <w:t xml:space="preserve"> </w:t>
      </w:r>
      <w:proofErr w:type="spellStart"/>
      <w:r w:rsidRPr="0025334A">
        <w:t>existența</w:t>
      </w:r>
      <w:proofErr w:type="spellEnd"/>
      <w:r w:rsidRPr="0025334A">
        <w:t xml:space="preserve"> </w:t>
      </w:r>
      <w:proofErr w:type="spellStart"/>
      <w:r w:rsidRPr="0025334A">
        <w:t>și</w:t>
      </w:r>
      <w:proofErr w:type="spellEnd"/>
      <w:r w:rsidRPr="0025334A">
        <w:t xml:space="preserve"> </w:t>
      </w:r>
      <w:proofErr w:type="spellStart"/>
      <w:r w:rsidRPr="0025334A">
        <w:t>valabilitatea</w:t>
      </w:r>
      <w:proofErr w:type="spellEnd"/>
      <w:r w:rsidRPr="0025334A">
        <w:t xml:space="preserve"> </w:t>
      </w:r>
      <w:proofErr w:type="spellStart"/>
      <w:r w:rsidRPr="0025334A">
        <w:t>documentelor</w:t>
      </w:r>
      <w:proofErr w:type="spellEnd"/>
      <w:r w:rsidRPr="0025334A">
        <w:t xml:space="preserve">, </w:t>
      </w:r>
      <w:proofErr w:type="spellStart"/>
      <w:r w:rsidRPr="0025334A">
        <w:t>fără</w:t>
      </w:r>
      <w:proofErr w:type="spellEnd"/>
      <w:r w:rsidRPr="0025334A">
        <w:t xml:space="preserve"> </w:t>
      </w:r>
      <w:proofErr w:type="spellStart"/>
      <w:r w:rsidRPr="0025334A">
        <w:t>solicitarea</w:t>
      </w:r>
      <w:proofErr w:type="spellEnd"/>
      <w:r w:rsidRPr="0025334A">
        <w:t xml:space="preserve"> </w:t>
      </w:r>
      <w:proofErr w:type="spellStart"/>
      <w:r w:rsidRPr="0025334A">
        <w:t>datelor</w:t>
      </w:r>
      <w:proofErr w:type="spellEnd"/>
      <w:r w:rsidRPr="0025334A">
        <w:t xml:space="preserve"> </w:t>
      </w:r>
      <w:proofErr w:type="spellStart"/>
      <w:r w:rsidRPr="0025334A">
        <w:t>medicale</w:t>
      </w:r>
      <w:proofErr w:type="spellEnd"/>
      <w:r w:rsidRPr="0025334A">
        <w:t xml:space="preserve"> care nu sunt </w:t>
      </w:r>
      <w:proofErr w:type="spellStart"/>
      <w:r w:rsidRPr="0025334A">
        <w:t>necesare</w:t>
      </w:r>
      <w:proofErr w:type="spellEnd"/>
      <w:r w:rsidRPr="0025334A">
        <w:t xml:space="preserve"> </w:t>
      </w:r>
      <w:proofErr w:type="spellStart"/>
      <w:r w:rsidRPr="0025334A">
        <w:t>verificării</w:t>
      </w:r>
      <w:proofErr w:type="spellEnd"/>
      <w:r w:rsidRPr="0025334A">
        <w:t xml:space="preserve"> </w:t>
      </w:r>
      <w:proofErr w:type="spellStart"/>
      <w:r w:rsidRPr="0025334A">
        <w:t>aptitudinii</w:t>
      </w:r>
      <w:proofErr w:type="spellEnd"/>
      <w:r w:rsidRPr="0025334A">
        <w:t xml:space="preserve"> </w:t>
      </w:r>
      <w:proofErr w:type="spellStart"/>
      <w:r w:rsidRPr="0025334A">
        <w:t>pentru</w:t>
      </w:r>
      <w:proofErr w:type="spellEnd"/>
      <w:r w:rsidRPr="0025334A">
        <w:t xml:space="preserve"> </w:t>
      </w:r>
      <w:proofErr w:type="spellStart"/>
      <w:r w:rsidRPr="0025334A">
        <w:t>muncă</w:t>
      </w:r>
      <w:proofErr w:type="spellEnd"/>
      <w:r w:rsidRPr="0025334A">
        <w:t>.</w:t>
      </w:r>
    </w:p>
    <w:p w14:paraId="30CA21E3" w14:textId="77777777" w:rsidR="000C4CB5" w:rsidRPr="0025334A" w:rsidRDefault="004E746A" w:rsidP="002459A2">
      <w:pPr>
        <w:pStyle w:val="Heading3"/>
        <w:numPr>
          <w:ilvl w:val="0"/>
          <w:numId w:val="17"/>
        </w:numPr>
        <w:spacing w:after="60"/>
        <w:rPr>
          <w:rFonts w:ascii="Times New Roman" w:hAnsi="Times New Roman"/>
          <w:b w:val="0"/>
          <w:i/>
          <w:iCs/>
          <w:color w:val="auto"/>
        </w:rPr>
      </w:pPr>
      <w:bookmarkStart w:id="29" w:name="_Toc242951470"/>
      <w:r w:rsidRPr="0025334A">
        <w:rPr>
          <w:rFonts w:ascii="Times New Roman" w:hAnsi="Times New Roman"/>
          <w:b w:val="0"/>
          <w:i/>
          <w:iCs/>
          <w:color w:val="auto"/>
        </w:rPr>
        <w:t xml:space="preserve">Probe </w:t>
      </w:r>
      <w:proofErr w:type="spellStart"/>
      <w:r w:rsidRPr="0025334A">
        <w:rPr>
          <w:rFonts w:ascii="Times New Roman" w:hAnsi="Times New Roman"/>
          <w:b w:val="0"/>
          <w:i/>
          <w:iCs/>
          <w:color w:val="auto"/>
        </w:rPr>
        <w:t>alimentare</w:t>
      </w:r>
      <w:proofErr w:type="spellEnd"/>
      <w:r w:rsidRPr="0025334A">
        <w:rPr>
          <w:rFonts w:ascii="Times New Roman" w:hAnsi="Times New Roman"/>
          <w:b w:val="0"/>
          <w:i/>
          <w:iCs/>
          <w:color w:val="auto"/>
        </w:rPr>
        <w:t>.</w:t>
      </w:r>
      <w:bookmarkEnd w:id="29"/>
      <w:r w:rsidRPr="0025334A">
        <w:rPr>
          <w:rFonts w:ascii="Times New Roman" w:hAnsi="Times New Roman"/>
          <w:b w:val="0"/>
          <w:i/>
          <w:iCs/>
          <w:color w:val="auto"/>
        </w:rPr>
        <w:t xml:space="preserve"> </w:t>
      </w:r>
    </w:p>
    <w:p w14:paraId="5582D48F" w14:textId="2BB4607B" w:rsidR="000C4CB5" w:rsidRDefault="004E746A" w:rsidP="0025334A">
      <w:pPr>
        <w:tabs>
          <w:tab w:val="left" w:pos="0"/>
        </w:tabs>
      </w:pPr>
      <w:proofErr w:type="spellStart"/>
      <w:r w:rsidRPr="0025334A">
        <w:t>Prestatorul</w:t>
      </w:r>
      <w:proofErr w:type="spellEnd"/>
      <w:r w:rsidRPr="0025334A">
        <w:t xml:space="preserve"> </w:t>
      </w:r>
      <w:proofErr w:type="spellStart"/>
      <w:r w:rsidRPr="0025334A">
        <w:t>recoltează</w:t>
      </w:r>
      <w:proofErr w:type="spellEnd"/>
      <w:r w:rsidRPr="0025334A">
        <w:t xml:space="preserve"> </w:t>
      </w:r>
      <w:proofErr w:type="spellStart"/>
      <w:r w:rsidRPr="0025334A">
        <w:t>zilnic</w:t>
      </w:r>
      <w:proofErr w:type="spellEnd"/>
      <w:r w:rsidRPr="0025334A">
        <w:t xml:space="preserve"> </w:t>
      </w:r>
      <w:proofErr w:type="spellStart"/>
      <w:r w:rsidRPr="0025334A">
        <w:t>și</w:t>
      </w:r>
      <w:proofErr w:type="spellEnd"/>
      <w:r w:rsidRPr="0025334A">
        <w:t xml:space="preserve"> </w:t>
      </w:r>
      <w:proofErr w:type="spellStart"/>
      <w:r w:rsidRPr="0025334A">
        <w:t>păstrează</w:t>
      </w:r>
      <w:proofErr w:type="spellEnd"/>
      <w:r w:rsidRPr="0025334A">
        <w:t xml:space="preserve"> probe </w:t>
      </w:r>
      <w:proofErr w:type="spellStart"/>
      <w:r w:rsidRPr="0025334A">
        <w:t>alimentare</w:t>
      </w:r>
      <w:proofErr w:type="spellEnd"/>
      <w:r w:rsidRPr="0025334A">
        <w:t>/</w:t>
      </w:r>
      <w:proofErr w:type="spellStart"/>
      <w:r w:rsidRPr="0025334A">
        <w:t>martori</w:t>
      </w:r>
      <w:proofErr w:type="spellEnd"/>
      <w:r w:rsidRPr="0025334A">
        <w:t xml:space="preserve"> din </w:t>
      </w:r>
      <w:proofErr w:type="spellStart"/>
      <w:r w:rsidRPr="0025334A">
        <w:t>preparatele</w:t>
      </w:r>
      <w:proofErr w:type="spellEnd"/>
      <w:r w:rsidRPr="0025334A">
        <w:t xml:space="preserve"> </w:t>
      </w:r>
      <w:proofErr w:type="spellStart"/>
      <w:r w:rsidRPr="0025334A">
        <w:t>livrate</w:t>
      </w:r>
      <w:proofErr w:type="spellEnd"/>
      <w:r w:rsidRPr="0025334A">
        <w:t xml:space="preserve"> </w:t>
      </w:r>
      <w:proofErr w:type="spellStart"/>
      <w:r w:rsidRPr="0025334A">
        <w:t>pentru</w:t>
      </w:r>
      <w:proofErr w:type="spellEnd"/>
      <w:r w:rsidRPr="0025334A">
        <w:t xml:space="preserve"> minimum 48 de ore</w:t>
      </w:r>
      <w:r w:rsidR="0025334A">
        <w:t xml:space="preserve">, </w:t>
      </w:r>
      <w:r w:rsidR="0025334A" w:rsidRPr="00833E8D">
        <w:rPr>
          <w:lang w:val="it-IT" w:eastAsia="ro-RO"/>
        </w:rPr>
        <w:t xml:space="preserve">conform prevederilor art. 41 </w:t>
      </w:r>
      <w:r w:rsidR="00981541">
        <w:rPr>
          <w:lang w:val="it-IT" w:eastAsia="ro-RO"/>
        </w:rPr>
        <w:t>lit.</w:t>
      </w:r>
      <w:r w:rsidR="0025334A" w:rsidRPr="00833E8D">
        <w:rPr>
          <w:lang w:val="it-IT" w:eastAsia="ro-RO"/>
        </w:rPr>
        <w:t xml:space="preserve">e) din H.G. 857/2011 </w:t>
      </w:r>
      <w:proofErr w:type="spellStart"/>
      <w:r w:rsidRPr="0025334A">
        <w:t>sau</w:t>
      </w:r>
      <w:proofErr w:type="spellEnd"/>
      <w:r w:rsidRPr="0025334A">
        <w:t xml:space="preserve"> </w:t>
      </w:r>
      <w:proofErr w:type="spellStart"/>
      <w:r w:rsidRPr="0025334A">
        <w:t>pentru</w:t>
      </w:r>
      <w:proofErr w:type="spellEnd"/>
      <w:r w:rsidRPr="0025334A">
        <w:t xml:space="preserve"> </w:t>
      </w:r>
      <w:proofErr w:type="spellStart"/>
      <w:r w:rsidRPr="0025334A">
        <w:t>perioada</w:t>
      </w:r>
      <w:proofErr w:type="spellEnd"/>
      <w:r w:rsidRPr="0025334A">
        <w:t xml:space="preserve"> </w:t>
      </w:r>
      <w:proofErr w:type="spellStart"/>
      <w:r w:rsidRPr="0025334A">
        <w:t>mai</w:t>
      </w:r>
      <w:proofErr w:type="spellEnd"/>
      <w:r w:rsidRPr="0025334A">
        <w:t xml:space="preserve"> mare </w:t>
      </w:r>
      <w:proofErr w:type="spellStart"/>
      <w:r w:rsidRPr="0025334A">
        <w:t>impusă</w:t>
      </w:r>
      <w:proofErr w:type="spellEnd"/>
      <w:r w:rsidRPr="0025334A">
        <w:t xml:space="preserve"> de norma </w:t>
      </w:r>
      <w:proofErr w:type="spellStart"/>
      <w:r w:rsidRPr="0025334A">
        <w:t>sanitară</w:t>
      </w:r>
      <w:proofErr w:type="spellEnd"/>
      <w:r w:rsidRPr="0025334A">
        <w:t xml:space="preserve"> </w:t>
      </w:r>
      <w:proofErr w:type="spellStart"/>
      <w:r w:rsidRPr="0025334A">
        <w:t>aplicabilă</w:t>
      </w:r>
      <w:proofErr w:type="spellEnd"/>
      <w:r w:rsidRPr="0025334A">
        <w:t xml:space="preserve">. </w:t>
      </w:r>
      <w:proofErr w:type="spellStart"/>
      <w:r w:rsidRPr="0025334A">
        <w:t>Probele</w:t>
      </w:r>
      <w:proofErr w:type="spellEnd"/>
      <w:r w:rsidRPr="0025334A">
        <w:t xml:space="preserve"> se </w:t>
      </w:r>
      <w:proofErr w:type="spellStart"/>
      <w:r w:rsidRPr="0025334A">
        <w:t>păstrează</w:t>
      </w:r>
      <w:proofErr w:type="spellEnd"/>
      <w:r w:rsidRPr="0025334A">
        <w:t xml:space="preserve"> individual, </w:t>
      </w:r>
      <w:proofErr w:type="spellStart"/>
      <w:r w:rsidRPr="0025334A">
        <w:t>în</w:t>
      </w:r>
      <w:proofErr w:type="spellEnd"/>
      <w:r w:rsidRPr="0025334A">
        <w:t xml:space="preserve"> </w:t>
      </w:r>
      <w:proofErr w:type="spellStart"/>
      <w:r w:rsidRPr="0025334A">
        <w:t>recipiente</w:t>
      </w:r>
      <w:proofErr w:type="spellEnd"/>
      <w:r w:rsidRPr="0025334A">
        <w:t xml:space="preserve"> curate, </w:t>
      </w:r>
      <w:proofErr w:type="spellStart"/>
      <w:r w:rsidRPr="0025334A">
        <w:t>închise</w:t>
      </w:r>
      <w:proofErr w:type="spellEnd"/>
      <w:r w:rsidRPr="0025334A">
        <w:t xml:space="preserve"> </w:t>
      </w:r>
      <w:proofErr w:type="spellStart"/>
      <w:r w:rsidRPr="0025334A">
        <w:t>și</w:t>
      </w:r>
      <w:proofErr w:type="spellEnd"/>
      <w:r w:rsidRPr="0025334A">
        <w:t xml:space="preserve"> </w:t>
      </w:r>
      <w:proofErr w:type="spellStart"/>
      <w:r w:rsidRPr="0025334A">
        <w:t>etichetate</w:t>
      </w:r>
      <w:proofErr w:type="spellEnd"/>
      <w:r w:rsidRPr="0025334A">
        <w:t xml:space="preserve">, </w:t>
      </w:r>
      <w:proofErr w:type="spellStart"/>
      <w:r w:rsidRPr="0025334A">
        <w:t>într</w:t>
      </w:r>
      <w:proofErr w:type="spellEnd"/>
      <w:r w:rsidRPr="0025334A">
        <w:t xml:space="preserve">-un </w:t>
      </w:r>
      <w:proofErr w:type="spellStart"/>
      <w:r w:rsidRPr="0025334A">
        <w:t>spațiu</w:t>
      </w:r>
      <w:proofErr w:type="spellEnd"/>
      <w:r w:rsidRPr="0025334A">
        <w:t xml:space="preserve"> frigorific </w:t>
      </w:r>
      <w:proofErr w:type="spellStart"/>
      <w:r w:rsidRPr="0025334A">
        <w:t>destinat</w:t>
      </w:r>
      <w:proofErr w:type="spellEnd"/>
      <w:r w:rsidRPr="0025334A">
        <w:t xml:space="preserve"> </w:t>
      </w:r>
      <w:proofErr w:type="spellStart"/>
      <w:r w:rsidRPr="0025334A">
        <w:t>acestui</w:t>
      </w:r>
      <w:proofErr w:type="spellEnd"/>
      <w:r w:rsidRPr="0025334A">
        <w:t xml:space="preserve"> scop. </w:t>
      </w:r>
      <w:proofErr w:type="spellStart"/>
      <w:r w:rsidRPr="0025334A">
        <w:t>Eticheta</w:t>
      </w:r>
      <w:proofErr w:type="spellEnd"/>
      <w:r w:rsidRPr="0025334A">
        <w:t xml:space="preserve"> </w:t>
      </w:r>
      <w:proofErr w:type="spellStart"/>
      <w:r w:rsidRPr="0025334A">
        <w:t>va</w:t>
      </w:r>
      <w:proofErr w:type="spellEnd"/>
      <w:r w:rsidRPr="0025334A">
        <w:t xml:space="preserve"> </w:t>
      </w:r>
      <w:proofErr w:type="spellStart"/>
      <w:r w:rsidRPr="0025334A">
        <w:t>permite</w:t>
      </w:r>
      <w:proofErr w:type="spellEnd"/>
      <w:r w:rsidRPr="0025334A">
        <w:t xml:space="preserve"> </w:t>
      </w:r>
      <w:proofErr w:type="spellStart"/>
      <w:r w:rsidRPr="0025334A">
        <w:t>identificarea</w:t>
      </w:r>
      <w:proofErr w:type="spellEnd"/>
      <w:r w:rsidRPr="0025334A">
        <w:t xml:space="preserve"> cel </w:t>
      </w:r>
      <w:proofErr w:type="spellStart"/>
      <w:r w:rsidRPr="0025334A">
        <w:t>puțin</w:t>
      </w:r>
      <w:proofErr w:type="spellEnd"/>
      <w:r w:rsidRPr="0025334A">
        <w:t xml:space="preserve"> a </w:t>
      </w:r>
      <w:proofErr w:type="spellStart"/>
      <w:r w:rsidRPr="0025334A">
        <w:t>datei</w:t>
      </w:r>
      <w:proofErr w:type="spellEnd"/>
      <w:r w:rsidRPr="0025334A">
        <w:t xml:space="preserve"> </w:t>
      </w:r>
      <w:proofErr w:type="spellStart"/>
      <w:r w:rsidRPr="0025334A">
        <w:t>și</w:t>
      </w:r>
      <w:proofErr w:type="spellEnd"/>
      <w:r w:rsidRPr="0025334A">
        <w:t xml:space="preserve"> </w:t>
      </w:r>
      <w:proofErr w:type="spellStart"/>
      <w:r w:rsidRPr="0025334A">
        <w:t>orei</w:t>
      </w:r>
      <w:proofErr w:type="spellEnd"/>
      <w:r w:rsidRPr="0025334A">
        <w:t xml:space="preserve"> </w:t>
      </w:r>
      <w:proofErr w:type="spellStart"/>
      <w:r w:rsidRPr="0025334A">
        <w:t>recoltării</w:t>
      </w:r>
      <w:proofErr w:type="spellEnd"/>
      <w:r w:rsidRPr="0025334A">
        <w:t xml:space="preserve">, </w:t>
      </w:r>
      <w:proofErr w:type="spellStart"/>
      <w:r w:rsidR="0025334A">
        <w:t>denumirea</w:t>
      </w:r>
      <w:proofErr w:type="spellEnd"/>
      <w:r w:rsidR="0025334A">
        <w:t xml:space="preserve"> </w:t>
      </w:r>
      <w:proofErr w:type="spellStart"/>
      <w:r w:rsidR="0025334A">
        <w:t>alimentului</w:t>
      </w:r>
      <w:proofErr w:type="spellEnd"/>
      <w:r w:rsidR="0025334A">
        <w:t>/</w:t>
      </w:r>
      <w:proofErr w:type="spellStart"/>
      <w:r w:rsidRPr="0025334A">
        <w:t>preparatului</w:t>
      </w:r>
      <w:proofErr w:type="spellEnd"/>
      <w:r w:rsidRPr="0025334A">
        <w:t xml:space="preserve">, </w:t>
      </w:r>
      <w:proofErr w:type="spellStart"/>
      <w:r w:rsidRPr="0025334A">
        <w:t>centrului</w:t>
      </w:r>
      <w:proofErr w:type="spellEnd"/>
      <w:r w:rsidRPr="0025334A">
        <w:t xml:space="preserve"> </w:t>
      </w:r>
      <w:proofErr w:type="spellStart"/>
      <w:r w:rsidRPr="0025334A">
        <w:t>destinatar</w:t>
      </w:r>
      <w:proofErr w:type="spellEnd"/>
      <w:r w:rsidR="0025334A">
        <w:t>,</w:t>
      </w:r>
      <w:r w:rsidRPr="0025334A">
        <w:t xml:space="preserve"> </w:t>
      </w:r>
      <w:proofErr w:type="spellStart"/>
      <w:r w:rsidRPr="0025334A">
        <w:t>persoanei</w:t>
      </w:r>
      <w:proofErr w:type="spellEnd"/>
      <w:r w:rsidRPr="0025334A">
        <w:t xml:space="preserve"> care a </w:t>
      </w:r>
      <w:proofErr w:type="spellStart"/>
      <w:r w:rsidRPr="0025334A">
        <w:t>efectuat</w:t>
      </w:r>
      <w:proofErr w:type="spellEnd"/>
      <w:r w:rsidRPr="0025334A">
        <w:t xml:space="preserve"> </w:t>
      </w:r>
      <w:proofErr w:type="spellStart"/>
      <w:r w:rsidRPr="0025334A">
        <w:t>recoltarea</w:t>
      </w:r>
      <w:proofErr w:type="spellEnd"/>
      <w:r w:rsidR="0025334A" w:rsidRPr="0025334A">
        <w:t xml:space="preserve"> </w:t>
      </w:r>
      <w:proofErr w:type="spellStart"/>
      <w:r w:rsidR="0025334A" w:rsidRPr="0025334A">
        <w:t>și</w:t>
      </w:r>
      <w:proofErr w:type="spellEnd"/>
      <w:r w:rsidR="0025334A">
        <w:t xml:space="preserve"> </w:t>
      </w:r>
      <w:r w:rsidR="0025334A" w:rsidRPr="00833E8D">
        <w:rPr>
          <w:lang w:val="it-IT" w:eastAsia="ro-RO"/>
        </w:rPr>
        <w:t>semnatura acesteia</w:t>
      </w:r>
      <w:r w:rsidRPr="0025334A">
        <w:t>.</w:t>
      </w:r>
    </w:p>
    <w:p w14:paraId="17215CA6" w14:textId="77777777" w:rsidR="000C4CB5" w:rsidRPr="00CB6D78" w:rsidRDefault="004E746A" w:rsidP="002459A2">
      <w:pPr>
        <w:pStyle w:val="Heading3"/>
        <w:numPr>
          <w:ilvl w:val="0"/>
          <w:numId w:val="17"/>
        </w:numPr>
        <w:spacing w:after="60"/>
        <w:rPr>
          <w:rFonts w:ascii="Times New Roman" w:hAnsi="Times New Roman"/>
          <w:b w:val="0"/>
          <w:i/>
          <w:iCs/>
          <w:color w:val="FF0000"/>
        </w:rPr>
      </w:pPr>
      <w:bookmarkStart w:id="30" w:name="_Toc242951471"/>
      <w:proofErr w:type="spellStart"/>
      <w:r w:rsidRPr="00CB6D78">
        <w:rPr>
          <w:rFonts w:ascii="Times New Roman" w:hAnsi="Times New Roman"/>
          <w:b w:val="0"/>
          <w:i/>
          <w:iCs/>
          <w:color w:val="FF0000"/>
        </w:rPr>
        <w:t>Trasabilitate</w:t>
      </w:r>
      <w:proofErr w:type="spellEnd"/>
      <w:r w:rsidRPr="00CB6D78">
        <w:rPr>
          <w:rFonts w:ascii="Times New Roman" w:hAnsi="Times New Roman"/>
          <w:b w:val="0"/>
          <w:i/>
          <w:iCs/>
          <w:color w:val="FF0000"/>
        </w:rPr>
        <w:t>.</w:t>
      </w:r>
      <w:bookmarkEnd w:id="30"/>
      <w:r w:rsidRPr="00CB6D78">
        <w:rPr>
          <w:rFonts w:ascii="Times New Roman" w:hAnsi="Times New Roman"/>
          <w:b w:val="0"/>
          <w:i/>
          <w:iCs/>
          <w:color w:val="FF0000"/>
        </w:rPr>
        <w:t xml:space="preserve"> </w:t>
      </w:r>
    </w:p>
    <w:p w14:paraId="75EC18F4" w14:textId="77777777" w:rsidR="000C4CB5" w:rsidRPr="00CB6D78" w:rsidRDefault="004E746A">
      <w:pPr>
        <w:spacing w:after="50" w:line="247" w:lineRule="auto"/>
        <w:rPr>
          <w:color w:val="FF0000"/>
        </w:rPr>
      </w:pPr>
      <w:proofErr w:type="spellStart"/>
      <w:r w:rsidRPr="00CB6D78">
        <w:rPr>
          <w:color w:val="FF0000"/>
        </w:rPr>
        <w:t>Pentru</w:t>
      </w:r>
      <w:proofErr w:type="spellEnd"/>
      <w:r w:rsidRPr="00CB6D78">
        <w:rPr>
          <w:color w:val="FF0000"/>
        </w:rPr>
        <w:t xml:space="preserve"> </w:t>
      </w:r>
      <w:proofErr w:type="spellStart"/>
      <w:r w:rsidRPr="00CB6D78">
        <w:rPr>
          <w:color w:val="FF0000"/>
        </w:rPr>
        <w:t>fiecare</w:t>
      </w:r>
      <w:proofErr w:type="spellEnd"/>
      <w:r w:rsidRPr="00CB6D78">
        <w:rPr>
          <w:color w:val="FF0000"/>
        </w:rPr>
        <w:t xml:space="preserve"> lot de </w:t>
      </w:r>
      <w:proofErr w:type="spellStart"/>
      <w:r w:rsidRPr="00CB6D78">
        <w:rPr>
          <w:color w:val="FF0000"/>
        </w:rPr>
        <w:t>producție</w:t>
      </w:r>
      <w:proofErr w:type="spellEnd"/>
      <w:r w:rsidRPr="00CB6D78">
        <w:rPr>
          <w:color w:val="FF0000"/>
        </w:rPr>
        <w:t xml:space="preserve"> </w:t>
      </w:r>
      <w:proofErr w:type="spellStart"/>
      <w:r w:rsidRPr="00CB6D78">
        <w:rPr>
          <w:color w:val="FF0000"/>
        </w:rPr>
        <w:t>și</w:t>
      </w:r>
      <w:proofErr w:type="spellEnd"/>
      <w:r w:rsidRPr="00CB6D78">
        <w:rPr>
          <w:color w:val="FF0000"/>
        </w:rPr>
        <w:t xml:space="preserve"> </w:t>
      </w:r>
      <w:proofErr w:type="spellStart"/>
      <w:r w:rsidRPr="00CB6D78">
        <w:rPr>
          <w:color w:val="FF0000"/>
        </w:rPr>
        <w:t>livrare</w:t>
      </w:r>
      <w:proofErr w:type="spellEnd"/>
      <w:r w:rsidRPr="00CB6D78">
        <w:rPr>
          <w:color w:val="FF0000"/>
        </w:rPr>
        <w:t xml:space="preserve"> se </w:t>
      </w:r>
      <w:proofErr w:type="spellStart"/>
      <w:r w:rsidRPr="00CB6D78">
        <w:rPr>
          <w:color w:val="FF0000"/>
        </w:rPr>
        <w:t>păstrează</w:t>
      </w:r>
      <w:proofErr w:type="spellEnd"/>
      <w:r w:rsidRPr="00CB6D78">
        <w:rPr>
          <w:color w:val="FF0000"/>
        </w:rPr>
        <w:t xml:space="preserve"> </w:t>
      </w:r>
      <w:proofErr w:type="spellStart"/>
      <w:r w:rsidRPr="00CB6D78">
        <w:rPr>
          <w:color w:val="FF0000"/>
        </w:rPr>
        <w:t>informații</w:t>
      </w:r>
      <w:proofErr w:type="spellEnd"/>
      <w:r w:rsidRPr="00CB6D78">
        <w:rPr>
          <w:color w:val="FF0000"/>
        </w:rPr>
        <w:t xml:space="preserve"> care permit </w:t>
      </w:r>
      <w:proofErr w:type="spellStart"/>
      <w:r w:rsidRPr="00CB6D78">
        <w:rPr>
          <w:color w:val="FF0000"/>
        </w:rPr>
        <w:t>identificarea</w:t>
      </w:r>
      <w:proofErr w:type="spellEnd"/>
      <w:r w:rsidRPr="00CB6D78">
        <w:rPr>
          <w:color w:val="FF0000"/>
        </w:rPr>
        <w:t xml:space="preserve"> </w:t>
      </w:r>
      <w:proofErr w:type="spellStart"/>
      <w:r w:rsidRPr="00CB6D78">
        <w:rPr>
          <w:color w:val="FF0000"/>
        </w:rPr>
        <w:t>furnizorului</w:t>
      </w:r>
      <w:proofErr w:type="spellEnd"/>
      <w:r w:rsidRPr="00CB6D78">
        <w:rPr>
          <w:color w:val="FF0000"/>
        </w:rPr>
        <w:t xml:space="preserve"> </w:t>
      </w:r>
      <w:proofErr w:type="spellStart"/>
      <w:r w:rsidRPr="00CB6D78">
        <w:rPr>
          <w:color w:val="FF0000"/>
        </w:rPr>
        <w:t>materiilor</w:t>
      </w:r>
      <w:proofErr w:type="spellEnd"/>
      <w:r w:rsidRPr="00CB6D78">
        <w:rPr>
          <w:color w:val="FF0000"/>
        </w:rPr>
        <w:t xml:space="preserve"> prime, </w:t>
      </w:r>
      <w:proofErr w:type="spellStart"/>
      <w:r w:rsidRPr="00CB6D78">
        <w:rPr>
          <w:color w:val="FF0000"/>
        </w:rPr>
        <w:t>loturilor</w:t>
      </w:r>
      <w:proofErr w:type="spellEnd"/>
      <w:r w:rsidRPr="00CB6D78">
        <w:rPr>
          <w:color w:val="FF0000"/>
        </w:rPr>
        <w:t xml:space="preserve"> </w:t>
      </w:r>
      <w:proofErr w:type="spellStart"/>
      <w:r w:rsidRPr="00CB6D78">
        <w:rPr>
          <w:color w:val="FF0000"/>
        </w:rPr>
        <w:t>și</w:t>
      </w:r>
      <w:proofErr w:type="spellEnd"/>
      <w:r w:rsidRPr="00CB6D78">
        <w:rPr>
          <w:color w:val="FF0000"/>
        </w:rPr>
        <w:t xml:space="preserve"> </w:t>
      </w:r>
      <w:proofErr w:type="spellStart"/>
      <w:r w:rsidRPr="00CB6D78">
        <w:rPr>
          <w:color w:val="FF0000"/>
        </w:rPr>
        <w:t>datelor</w:t>
      </w:r>
      <w:proofErr w:type="spellEnd"/>
      <w:r w:rsidRPr="00CB6D78">
        <w:rPr>
          <w:color w:val="FF0000"/>
        </w:rPr>
        <w:t xml:space="preserve"> de </w:t>
      </w:r>
      <w:proofErr w:type="spellStart"/>
      <w:r w:rsidRPr="00CB6D78">
        <w:rPr>
          <w:color w:val="FF0000"/>
        </w:rPr>
        <w:t>recepție</w:t>
      </w:r>
      <w:proofErr w:type="spellEnd"/>
      <w:r w:rsidRPr="00CB6D78">
        <w:rPr>
          <w:color w:val="FF0000"/>
        </w:rPr>
        <w:t xml:space="preserve">, </w:t>
      </w:r>
      <w:proofErr w:type="spellStart"/>
      <w:r w:rsidRPr="00CB6D78">
        <w:rPr>
          <w:color w:val="FF0000"/>
        </w:rPr>
        <w:t>datei</w:t>
      </w:r>
      <w:proofErr w:type="spellEnd"/>
      <w:r w:rsidRPr="00CB6D78">
        <w:rPr>
          <w:color w:val="FF0000"/>
        </w:rPr>
        <w:t xml:space="preserve"> </w:t>
      </w:r>
      <w:proofErr w:type="spellStart"/>
      <w:r w:rsidRPr="00CB6D78">
        <w:rPr>
          <w:color w:val="FF0000"/>
        </w:rPr>
        <w:t>și</w:t>
      </w:r>
      <w:proofErr w:type="spellEnd"/>
      <w:r w:rsidRPr="00CB6D78">
        <w:rPr>
          <w:color w:val="FF0000"/>
        </w:rPr>
        <w:t xml:space="preserve"> </w:t>
      </w:r>
      <w:proofErr w:type="spellStart"/>
      <w:r w:rsidRPr="00CB6D78">
        <w:rPr>
          <w:color w:val="FF0000"/>
        </w:rPr>
        <w:t>orei</w:t>
      </w:r>
      <w:proofErr w:type="spellEnd"/>
      <w:r w:rsidRPr="00CB6D78">
        <w:rPr>
          <w:color w:val="FF0000"/>
        </w:rPr>
        <w:t xml:space="preserve"> </w:t>
      </w:r>
      <w:proofErr w:type="spellStart"/>
      <w:r w:rsidRPr="00CB6D78">
        <w:rPr>
          <w:color w:val="FF0000"/>
        </w:rPr>
        <w:t>preparării</w:t>
      </w:r>
      <w:proofErr w:type="spellEnd"/>
      <w:r w:rsidRPr="00CB6D78">
        <w:rPr>
          <w:color w:val="FF0000"/>
        </w:rPr>
        <w:t xml:space="preserve">, </w:t>
      </w:r>
      <w:proofErr w:type="spellStart"/>
      <w:r w:rsidRPr="00CB6D78">
        <w:rPr>
          <w:color w:val="FF0000"/>
        </w:rPr>
        <w:t>persoanelor</w:t>
      </w:r>
      <w:proofErr w:type="spellEnd"/>
      <w:r w:rsidRPr="00CB6D78">
        <w:rPr>
          <w:color w:val="FF0000"/>
        </w:rPr>
        <w:t xml:space="preserve"> </w:t>
      </w:r>
      <w:proofErr w:type="spellStart"/>
      <w:r w:rsidRPr="00CB6D78">
        <w:rPr>
          <w:color w:val="FF0000"/>
        </w:rPr>
        <w:t>responsabile</w:t>
      </w:r>
      <w:proofErr w:type="spellEnd"/>
      <w:r w:rsidRPr="00CB6D78">
        <w:rPr>
          <w:color w:val="FF0000"/>
        </w:rPr>
        <w:t xml:space="preserve">, </w:t>
      </w:r>
      <w:proofErr w:type="spellStart"/>
      <w:r w:rsidRPr="00CB6D78">
        <w:rPr>
          <w:color w:val="FF0000"/>
        </w:rPr>
        <w:t>mijlocului</w:t>
      </w:r>
      <w:proofErr w:type="spellEnd"/>
      <w:r w:rsidRPr="00CB6D78">
        <w:rPr>
          <w:color w:val="FF0000"/>
        </w:rPr>
        <w:t xml:space="preserve"> de transport, </w:t>
      </w:r>
      <w:proofErr w:type="spellStart"/>
      <w:r w:rsidRPr="00CB6D78">
        <w:rPr>
          <w:color w:val="FF0000"/>
        </w:rPr>
        <w:t>centrului</w:t>
      </w:r>
      <w:proofErr w:type="spellEnd"/>
      <w:r w:rsidRPr="00CB6D78">
        <w:rPr>
          <w:color w:val="FF0000"/>
        </w:rPr>
        <w:t xml:space="preserve"> </w:t>
      </w:r>
      <w:proofErr w:type="spellStart"/>
      <w:r w:rsidRPr="00CB6D78">
        <w:rPr>
          <w:color w:val="FF0000"/>
        </w:rPr>
        <w:t>destinatar</w:t>
      </w:r>
      <w:proofErr w:type="spellEnd"/>
      <w:r w:rsidRPr="00CB6D78">
        <w:rPr>
          <w:color w:val="FF0000"/>
        </w:rPr>
        <w:t xml:space="preserve"> </w:t>
      </w:r>
      <w:proofErr w:type="spellStart"/>
      <w:r w:rsidRPr="00CB6D78">
        <w:rPr>
          <w:color w:val="FF0000"/>
        </w:rPr>
        <w:t>și</w:t>
      </w:r>
      <w:proofErr w:type="spellEnd"/>
      <w:r w:rsidRPr="00CB6D78">
        <w:rPr>
          <w:color w:val="FF0000"/>
        </w:rPr>
        <w:t xml:space="preserve"> </w:t>
      </w:r>
      <w:proofErr w:type="spellStart"/>
      <w:r w:rsidRPr="00CB6D78">
        <w:rPr>
          <w:color w:val="FF0000"/>
        </w:rPr>
        <w:t>cantității</w:t>
      </w:r>
      <w:proofErr w:type="spellEnd"/>
      <w:r w:rsidRPr="00CB6D78">
        <w:rPr>
          <w:color w:val="FF0000"/>
        </w:rPr>
        <w:t xml:space="preserve"> </w:t>
      </w:r>
      <w:proofErr w:type="spellStart"/>
      <w:r w:rsidRPr="00CB6D78">
        <w:rPr>
          <w:color w:val="FF0000"/>
        </w:rPr>
        <w:t>livrate</w:t>
      </w:r>
      <w:proofErr w:type="spellEnd"/>
      <w:r w:rsidRPr="00CB6D78">
        <w:rPr>
          <w:color w:val="FF0000"/>
        </w:rPr>
        <w:t xml:space="preserve">. </w:t>
      </w:r>
      <w:proofErr w:type="spellStart"/>
      <w:r w:rsidRPr="00CB6D78">
        <w:rPr>
          <w:color w:val="FF0000"/>
        </w:rPr>
        <w:t>Trasabilitatea</w:t>
      </w:r>
      <w:proofErr w:type="spellEnd"/>
      <w:r w:rsidRPr="00CB6D78">
        <w:rPr>
          <w:color w:val="FF0000"/>
        </w:rPr>
        <w:t xml:space="preserve"> </w:t>
      </w:r>
      <w:proofErr w:type="spellStart"/>
      <w:r w:rsidRPr="00CB6D78">
        <w:rPr>
          <w:color w:val="FF0000"/>
        </w:rPr>
        <w:t>trebuie</w:t>
      </w:r>
      <w:proofErr w:type="spellEnd"/>
      <w:r w:rsidRPr="00CB6D78">
        <w:rPr>
          <w:color w:val="FF0000"/>
        </w:rPr>
        <w:t xml:space="preserve"> </w:t>
      </w:r>
      <w:proofErr w:type="spellStart"/>
      <w:r w:rsidRPr="00CB6D78">
        <w:rPr>
          <w:color w:val="FF0000"/>
        </w:rPr>
        <w:t>să</w:t>
      </w:r>
      <w:proofErr w:type="spellEnd"/>
      <w:r w:rsidRPr="00CB6D78">
        <w:rPr>
          <w:color w:val="FF0000"/>
        </w:rPr>
        <w:t xml:space="preserve"> </w:t>
      </w:r>
      <w:proofErr w:type="spellStart"/>
      <w:r w:rsidRPr="00CB6D78">
        <w:rPr>
          <w:color w:val="FF0000"/>
        </w:rPr>
        <w:lastRenderedPageBreak/>
        <w:t>permită</w:t>
      </w:r>
      <w:proofErr w:type="spellEnd"/>
      <w:r w:rsidRPr="00CB6D78">
        <w:rPr>
          <w:color w:val="FF0000"/>
        </w:rPr>
        <w:t xml:space="preserve"> </w:t>
      </w:r>
      <w:proofErr w:type="spellStart"/>
      <w:r w:rsidRPr="00CB6D78">
        <w:rPr>
          <w:color w:val="FF0000"/>
        </w:rPr>
        <w:t>retragerea</w:t>
      </w:r>
      <w:proofErr w:type="spellEnd"/>
      <w:r w:rsidRPr="00CB6D78">
        <w:rPr>
          <w:color w:val="FF0000"/>
        </w:rPr>
        <w:t xml:space="preserve"> </w:t>
      </w:r>
      <w:proofErr w:type="spellStart"/>
      <w:r w:rsidRPr="00CB6D78">
        <w:rPr>
          <w:color w:val="FF0000"/>
        </w:rPr>
        <w:t>rapidă</w:t>
      </w:r>
      <w:proofErr w:type="spellEnd"/>
      <w:r w:rsidRPr="00CB6D78">
        <w:rPr>
          <w:color w:val="FF0000"/>
        </w:rPr>
        <w:t xml:space="preserve"> </w:t>
      </w:r>
      <w:proofErr w:type="spellStart"/>
      <w:r w:rsidRPr="00CB6D78">
        <w:rPr>
          <w:color w:val="FF0000"/>
        </w:rPr>
        <w:t>și</w:t>
      </w:r>
      <w:proofErr w:type="spellEnd"/>
      <w:r w:rsidRPr="00CB6D78">
        <w:rPr>
          <w:color w:val="FF0000"/>
        </w:rPr>
        <w:t xml:space="preserve"> </w:t>
      </w:r>
      <w:proofErr w:type="spellStart"/>
      <w:r w:rsidRPr="00CB6D78">
        <w:rPr>
          <w:color w:val="FF0000"/>
        </w:rPr>
        <w:t>documentată</w:t>
      </w:r>
      <w:proofErr w:type="spellEnd"/>
      <w:r w:rsidRPr="00CB6D78">
        <w:rPr>
          <w:color w:val="FF0000"/>
        </w:rPr>
        <w:t xml:space="preserve"> a </w:t>
      </w:r>
      <w:proofErr w:type="spellStart"/>
      <w:r w:rsidRPr="00CB6D78">
        <w:rPr>
          <w:color w:val="FF0000"/>
        </w:rPr>
        <w:t>unui</w:t>
      </w:r>
      <w:proofErr w:type="spellEnd"/>
      <w:r w:rsidRPr="00CB6D78">
        <w:rPr>
          <w:color w:val="FF0000"/>
        </w:rPr>
        <w:t xml:space="preserve"> </w:t>
      </w:r>
      <w:proofErr w:type="spellStart"/>
      <w:r w:rsidRPr="00CB6D78">
        <w:rPr>
          <w:color w:val="FF0000"/>
        </w:rPr>
        <w:t>produs</w:t>
      </w:r>
      <w:proofErr w:type="spellEnd"/>
      <w:r w:rsidRPr="00CB6D78">
        <w:rPr>
          <w:color w:val="FF0000"/>
        </w:rPr>
        <w:t>/</w:t>
      </w:r>
      <w:proofErr w:type="spellStart"/>
      <w:r w:rsidRPr="00CB6D78">
        <w:rPr>
          <w:color w:val="FF0000"/>
        </w:rPr>
        <w:t>preparat</w:t>
      </w:r>
      <w:proofErr w:type="spellEnd"/>
      <w:r w:rsidRPr="00CB6D78">
        <w:rPr>
          <w:color w:val="FF0000"/>
        </w:rPr>
        <w:t xml:space="preserve"> </w:t>
      </w:r>
      <w:proofErr w:type="spellStart"/>
      <w:r w:rsidRPr="00CB6D78">
        <w:rPr>
          <w:color w:val="FF0000"/>
        </w:rPr>
        <w:t>atunci</w:t>
      </w:r>
      <w:proofErr w:type="spellEnd"/>
      <w:r w:rsidRPr="00CB6D78">
        <w:rPr>
          <w:color w:val="FF0000"/>
        </w:rPr>
        <w:t xml:space="preserve"> </w:t>
      </w:r>
      <w:proofErr w:type="spellStart"/>
      <w:r w:rsidRPr="00CB6D78">
        <w:rPr>
          <w:color w:val="FF0000"/>
        </w:rPr>
        <w:t>când</w:t>
      </w:r>
      <w:proofErr w:type="spellEnd"/>
      <w:r w:rsidRPr="00CB6D78">
        <w:rPr>
          <w:color w:val="FF0000"/>
        </w:rPr>
        <w:t xml:space="preserve"> </w:t>
      </w:r>
      <w:proofErr w:type="spellStart"/>
      <w:r w:rsidRPr="00CB6D78">
        <w:rPr>
          <w:color w:val="FF0000"/>
        </w:rPr>
        <w:t>există</w:t>
      </w:r>
      <w:proofErr w:type="spellEnd"/>
      <w:r w:rsidRPr="00CB6D78">
        <w:rPr>
          <w:color w:val="FF0000"/>
        </w:rPr>
        <w:t xml:space="preserve"> </w:t>
      </w:r>
      <w:proofErr w:type="spellStart"/>
      <w:r w:rsidRPr="00CB6D78">
        <w:rPr>
          <w:color w:val="FF0000"/>
        </w:rPr>
        <w:t>suspiciuni</w:t>
      </w:r>
      <w:proofErr w:type="spellEnd"/>
      <w:r w:rsidRPr="00CB6D78">
        <w:rPr>
          <w:color w:val="FF0000"/>
        </w:rPr>
        <w:t xml:space="preserve"> </w:t>
      </w:r>
      <w:proofErr w:type="spellStart"/>
      <w:r w:rsidRPr="00CB6D78">
        <w:rPr>
          <w:color w:val="FF0000"/>
        </w:rPr>
        <w:t>privind</w:t>
      </w:r>
      <w:proofErr w:type="spellEnd"/>
      <w:r w:rsidRPr="00CB6D78">
        <w:rPr>
          <w:color w:val="FF0000"/>
        </w:rPr>
        <w:t xml:space="preserve"> </w:t>
      </w:r>
      <w:proofErr w:type="spellStart"/>
      <w:r w:rsidRPr="00CB6D78">
        <w:rPr>
          <w:color w:val="FF0000"/>
        </w:rPr>
        <w:t>siguranța</w:t>
      </w:r>
      <w:proofErr w:type="spellEnd"/>
      <w:r w:rsidRPr="00CB6D78">
        <w:rPr>
          <w:color w:val="FF0000"/>
        </w:rPr>
        <w:t xml:space="preserve"> </w:t>
      </w:r>
      <w:proofErr w:type="spellStart"/>
      <w:r w:rsidRPr="00CB6D78">
        <w:rPr>
          <w:color w:val="FF0000"/>
        </w:rPr>
        <w:t>alimentară</w:t>
      </w:r>
      <w:proofErr w:type="spellEnd"/>
      <w:r w:rsidRPr="00CB6D78">
        <w:rPr>
          <w:color w:val="FF0000"/>
        </w:rPr>
        <w:t>.</w:t>
      </w:r>
    </w:p>
    <w:p w14:paraId="3EAC7869" w14:textId="26232FCA" w:rsidR="0025334A" w:rsidRPr="0025334A" w:rsidRDefault="0025334A" w:rsidP="002459A2">
      <w:pPr>
        <w:pStyle w:val="Heading3"/>
        <w:numPr>
          <w:ilvl w:val="0"/>
          <w:numId w:val="17"/>
        </w:numPr>
        <w:spacing w:after="60"/>
        <w:rPr>
          <w:rFonts w:ascii="Times New Roman" w:hAnsi="Times New Roman"/>
          <w:b w:val="0"/>
          <w:i/>
          <w:iCs/>
          <w:color w:val="auto"/>
        </w:rPr>
      </w:pPr>
      <w:bookmarkStart w:id="31" w:name="_Toc242951472"/>
      <w:proofErr w:type="spellStart"/>
      <w:r w:rsidRPr="0025334A">
        <w:rPr>
          <w:rFonts w:ascii="Times New Roman" w:hAnsi="Times New Roman"/>
          <w:b w:val="0"/>
          <w:i/>
          <w:iCs/>
          <w:color w:val="auto"/>
        </w:rPr>
        <w:t>Managementul</w:t>
      </w:r>
      <w:proofErr w:type="spellEnd"/>
      <w:r w:rsidRPr="0025334A">
        <w:rPr>
          <w:rFonts w:ascii="Times New Roman" w:hAnsi="Times New Roman"/>
          <w:b w:val="0"/>
          <w:i/>
          <w:iCs/>
          <w:color w:val="auto"/>
        </w:rPr>
        <w:t xml:space="preserve"> </w:t>
      </w:r>
      <w:proofErr w:type="spellStart"/>
      <w:r w:rsidRPr="0025334A">
        <w:rPr>
          <w:rFonts w:ascii="Times New Roman" w:hAnsi="Times New Roman"/>
          <w:b w:val="0"/>
          <w:i/>
          <w:iCs/>
          <w:color w:val="auto"/>
        </w:rPr>
        <w:t>incidentelor</w:t>
      </w:r>
      <w:proofErr w:type="spellEnd"/>
      <w:r w:rsidRPr="0025334A">
        <w:rPr>
          <w:rFonts w:ascii="Times New Roman" w:hAnsi="Times New Roman"/>
          <w:b w:val="0"/>
          <w:i/>
          <w:iCs/>
          <w:color w:val="auto"/>
        </w:rPr>
        <w:t xml:space="preserve"> de </w:t>
      </w:r>
      <w:proofErr w:type="spellStart"/>
      <w:r w:rsidRPr="0025334A">
        <w:rPr>
          <w:rFonts w:ascii="Times New Roman" w:hAnsi="Times New Roman"/>
          <w:b w:val="0"/>
          <w:i/>
          <w:iCs/>
          <w:color w:val="auto"/>
        </w:rPr>
        <w:t>siguranță</w:t>
      </w:r>
      <w:proofErr w:type="spellEnd"/>
      <w:r w:rsidRPr="0025334A">
        <w:rPr>
          <w:rFonts w:ascii="Times New Roman" w:hAnsi="Times New Roman"/>
          <w:b w:val="0"/>
          <w:i/>
          <w:iCs/>
          <w:color w:val="auto"/>
        </w:rPr>
        <w:t xml:space="preserve"> </w:t>
      </w:r>
      <w:proofErr w:type="spellStart"/>
      <w:r w:rsidRPr="0025334A">
        <w:rPr>
          <w:rFonts w:ascii="Times New Roman" w:hAnsi="Times New Roman"/>
          <w:b w:val="0"/>
          <w:i/>
          <w:iCs/>
          <w:color w:val="auto"/>
        </w:rPr>
        <w:t>alimentară</w:t>
      </w:r>
      <w:proofErr w:type="spellEnd"/>
      <w:r w:rsidRPr="0025334A">
        <w:rPr>
          <w:rFonts w:ascii="Times New Roman" w:hAnsi="Times New Roman"/>
          <w:b w:val="0"/>
          <w:i/>
          <w:iCs/>
          <w:color w:val="auto"/>
        </w:rPr>
        <w:t xml:space="preserve"> </w:t>
      </w:r>
      <w:proofErr w:type="spellStart"/>
      <w:r w:rsidRPr="0025334A">
        <w:rPr>
          <w:rFonts w:ascii="Times New Roman" w:hAnsi="Times New Roman"/>
          <w:b w:val="0"/>
          <w:i/>
          <w:iCs/>
          <w:color w:val="auto"/>
        </w:rPr>
        <w:t>și</w:t>
      </w:r>
      <w:proofErr w:type="spellEnd"/>
      <w:r w:rsidRPr="0025334A">
        <w:rPr>
          <w:rFonts w:ascii="Times New Roman" w:hAnsi="Times New Roman"/>
          <w:b w:val="0"/>
          <w:i/>
          <w:iCs/>
          <w:color w:val="auto"/>
        </w:rPr>
        <w:t xml:space="preserve"> </w:t>
      </w:r>
      <w:proofErr w:type="spellStart"/>
      <w:r w:rsidRPr="0025334A">
        <w:rPr>
          <w:rFonts w:ascii="Times New Roman" w:hAnsi="Times New Roman"/>
          <w:b w:val="0"/>
          <w:i/>
          <w:iCs/>
          <w:color w:val="auto"/>
        </w:rPr>
        <w:t>procedura</w:t>
      </w:r>
      <w:proofErr w:type="spellEnd"/>
      <w:r w:rsidRPr="0025334A">
        <w:rPr>
          <w:rFonts w:ascii="Times New Roman" w:hAnsi="Times New Roman"/>
          <w:b w:val="0"/>
          <w:i/>
          <w:iCs/>
          <w:color w:val="auto"/>
        </w:rPr>
        <w:t xml:space="preserve"> de </w:t>
      </w:r>
      <w:proofErr w:type="spellStart"/>
      <w:r w:rsidRPr="0025334A">
        <w:rPr>
          <w:rFonts w:ascii="Times New Roman" w:hAnsi="Times New Roman"/>
          <w:b w:val="0"/>
          <w:i/>
          <w:iCs/>
          <w:color w:val="auto"/>
        </w:rPr>
        <w:t>retragere</w:t>
      </w:r>
      <w:bookmarkEnd w:id="31"/>
      <w:proofErr w:type="spellEnd"/>
    </w:p>
    <w:p w14:paraId="5809B137" w14:textId="77777777" w:rsidR="00AC1239" w:rsidRDefault="0025334A" w:rsidP="0025334A">
      <w:pPr>
        <w:spacing w:after="50" w:line="247" w:lineRule="auto"/>
        <w:rPr>
          <w:lang w:val="fr-FR"/>
        </w:rPr>
      </w:pPr>
      <w:proofErr w:type="spellStart"/>
      <w:r w:rsidRPr="0025334A">
        <w:rPr>
          <w:bCs/>
        </w:rPr>
        <w:t>În</w:t>
      </w:r>
      <w:proofErr w:type="spellEnd"/>
      <w:r w:rsidRPr="0025334A">
        <w:rPr>
          <w:bCs/>
        </w:rPr>
        <w:t xml:space="preserve"> </w:t>
      </w:r>
      <w:proofErr w:type="spellStart"/>
      <w:r w:rsidRPr="0025334A">
        <w:rPr>
          <w:bCs/>
        </w:rPr>
        <w:t>cazul</w:t>
      </w:r>
      <w:proofErr w:type="spellEnd"/>
      <w:r w:rsidRPr="0025334A">
        <w:rPr>
          <w:bCs/>
        </w:rPr>
        <w:t xml:space="preserve"> </w:t>
      </w:r>
      <w:proofErr w:type="spellStart"/>
      <w:r w:rsidRPr="0025334A">
        <w:rPr>
          <w:bCs/>
        </w:rPr>
        <w:t>unui</w:t>
      </w:r>
      <w:proofErr w:type="spellEnd"/>
      <w:r w:rsidRPr="0025334A">
        <w:rPr>
          <w:bCs/>
        </w:rPr>
        <w:t xml:space="preserve"> incident care </w:t>
      </w:r>
      <w:proofErr w:type="spellStart"/>
      <w:r w:rsidRPr="0025334A">
        <w:rPr>
          <w:bCs/>
        </w:rPr>
        <w:t>poate</w:t>
      </w:r>
      <w:proofErr w:type="spellEnd"/>
      <w:r w:rsidRPr="0025334A">
        <w:rPr>
          <w:bCs/>
        </w:rPr>
        <w:t xml:space="preserve"> </w:t>
      </w:r>
      <w:proofErr w:type="spellStart"/>
      <w:r w:rsidRPr="0025334A">
        <w:rPr>
          <w:bCs/>
        </w:rPr>
        <w:t>afecta</w:t>
      </w:r>
      <w:proofErr w:type="spellEnd"/>
      <w:r w:rsidRPr="0025334A">
        <w:rPr>
          <w:bCs/>
        </w:rPr>
        <w:t xml:space="preserve"> </w:t>
      </w:r>
      <w:proofErr w:type="spellStart"/>
      <w:r w:rsidRPr="0025334A">
        <w:rPr>
          <w:bCs/>
        </w:rPr>
        <w:t>siguranța</w:t>
      </w:r>
      <w:proofErr w:type="spellEnd"/>
      <w:r w:rsidRPr="0025334A">
        <w:rPr>
          <w:bCs/>
        </w:rPr>
        <w:t xml:space="preserve"> </w:t>
      </w:r>
      <w:proofErr w:type="spellStart"/>
      <w:r w:rsidRPr="0025334A">
        <w:rPr>
          <w:bCs/>
        </w:rPr>
        <w:t>alimentară</w:t>
      </w:r>
      <w:proofErr w:type="spellEnd"/>
      <w:r w:rsidRPr="0025334A">
        <w:rPr>
          <w:bCs/>
        </w:rPr>
        <w:t xml:space="preserve">, </w:t>
      </w:r>
      <w:proofErr w:type="spellStart"/>
      <w:r w:rsidRPr="0025334A">
        <w:rPr>
          <w:bCs/>
        </w:rPr>
        <w:t>prestatorul</w:t>
      </w:r>
      <w:proofErr w:type="spellEnd"/>
      <w:r w:rsidRPr="0025334A">
        <w:rPr>
          <w:bCs/>
        </w:rPr>
        <w:t xml:space="preserve"> </w:t>
      </w:r>
      <w:proofErr w:type="spellStart"/>
      <w:r w:rsidRPr="0025334A">
        <w:rPr>
          <w:bCs/>
        </w:rPr>
        <w:t>oprește</w:t>
      </w:r>
      <w:proofErr w:type="spellEnd"/>
      <w:r w:rsidRPr="0025334A">
        <w:rPr>
          <w:bCs/>
        </w:rPr>
        <w:t xml:space="preserve"> </w:t>
      </w:r>
      <w:proofErr w:type="spellStart"/>
      <w:r w:rsidRPr="0025334A">
        <w:rPr>
          <w:bCs/>
        </w:rPr>
        <w:t>distribuția</w:t>
      </w:r>
      <w:proofErr w:type="spellEnd"/>
      <w:r w:rsidRPr="0025334A">
        <w:rPr>
          <w:bCs/>
        </w:rPr>
        <w:t xml:space="preserve"> </w:t>
      </w:r>
      <w:proofErr w:type="spellStart"/>
      <w:r w:rsidRPr="0025334A">
        <w:rPr>
          <w:bCs/>
        </w:rPr>
        <w:t>lotului</w:t>
      </w:r>
      <w:proofErr w:type="spellEnd"/>
      <w:r w:rsidRPr="0025334A">
        <w:rPr>
          <w:bCs/>
        </w:rPr>
        <w:t xml:space="preserve"> suspect, </w:t>
      </w:r>
      <w:proofErr w:type="spellStart"/>
      <w:r w:rsidRPr="0025334A">
        <w:rPr>
          <w:bCs/>
        </w:rPr>
        <w:t>îl</w:t>
      </w:r>
      <w:proofErr w:type="spellEnd"/>
      <w:r w:rsidRPr="0025334A">
        <w:rPr>
          <w:bCs/>
        </w:rPr>
        <w:t xml:space="preserve"> </w:t>
      </w:r>
      <w:proofErr w:type="spellStart"/>
      <w:r w:rsidRPr="0025334A">
        <w:rPr>
          <w:bCs/>
        </w:rPr>
        <w:t>izolează</w:t>
      </w:r>
      <w:proofErr w:type="spellEnd"/>
      <w:r w:rsidRPr="0025334A">
        <w:rPr>
          <w:bCs/>
        </w:rPr>
        <w:t xml:space="preserve">, </w:t>
      </w:r>
      <w:proofErr w:type="spellStart"/>
      <w:r w:rsidRPr="0025334A">
        <w:rPr>
          <w:bCs/>
        </w:rPr>
        <w:t>păstrează</w:t>
      </w:r>
      <w:proofErr w:type="spellEnd"/>
      <w:r w:rsidRPr="0025334A">
        <w:rPr>
          <w:bCs/>
        </w:rPr>
        <w:t xml:space="preserve"> </w:t>
      </w:r>
      <w:proofErr w:type="spellStart"/>
      <w:r w:rsidRPr="0025334A">
        <w:rPr>
          <w:bCs/>
        </w:rPr>
        <w:t>probele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documentele</w:t>
      </w:r>
      <w:proofErr w:type="spellEnd"/>
      <w:r w:rsidRPr="0025334A">
        <w:rPr>
          <w:bCs/>
        </w:rPr>
        <w:t xml:space="preserve"> </w:t>
      </w:r>
      <w:proofErr w:type="spellStart"/>
      <w:r w:rsidRPr="0025334A">
        <w:rPr>
          <w:bCs/>
        </w:rPr>
        <w:t>relevante</w:t>
      </w:r>
      <w:proofErr w:type="spellEnd"/>
      <w:r w:rsidRPr="0025334A">
        <w:rPr>
          <w:bCs/>
        </w:rPr>
        <w:t xml:space="preserve">, </w:t>
      </w:r>
      <w:proofErr w:type="spellStart"/>
      <w:r w:rsidRPr="0025334A">
        <w:rPr>
          <w:bCs/>
        </w:rPr>
        <w:t>identifică</w:t>
      </w:r>
      <w:proofErr w:type="spellEnd"/>
      <w:r w:rsidRPr="0025334A">
        <w:rPr>
          <w:bCs/>
        </w:rPr>
        <w:t xml:space="preserve"> </w:t>
      </w:r>
      <w:proofErr w:type="spellStart"/>
      <w:r w:rsidRPr="0025334A">
        <w:rPr>
          <w:bCs/>
        </w:rPr>
        <w:t>destinatarii</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informează</w:t>
      </w:r>
      <w:proofErr w:type="spellEnd"/>
      <w:r w:rsidRPr="0025334A">
        <w:rPr>
          <w:bCs/>
        </w:rPr>
        <w:t xml:space="preserve"> </w:t>
      </w:r>
      <w:proofErr w:type="spellStart"/>
      <w:r w:rsidRPr="0025334A">
        <w:rPr>
          <w:bCs/>
        </w:rPr>
        <w:t>imediat</w:t>
      </w:r>
      <w:proofErr w:type="spellEnd"/>
      <w:r w:rsidRPr="0025334A">
        <w:rPr>
          <w:bCs/>
        </w:rPr>
        <w:t xml:space="preserve"> DGASPC Bacău. </w:t>
      </w:r>
      <w:proofErr w:type="spellStart"/>
      <w:r w:rsidRPr="0025334A">
        <w:rPr>
          <w:bCs/>
        </w:rPr>
        <w:t>Autoritățile</w:t>
      </w:r>
      <w:proofErr w:type="spellEnd"/>
      <w:r w:rsidRPr="0025334A">
        <w:rPr>
          <w:bCs/>
        </w:rPr>
        <w:t xml:space="preserve"> </w:t>
      </w:r>
      <w:proofErr w:type="spellStart"/>
      <w:r w:rsidRPr="0025334A">
        <w:rPr>
          <w:bCs/>
        </w:rPr>
        <w:t>competente</w:t>
      </w:r>
      <w:proofErr w:type="spellEnd"/>
      <w:r w:rsidRPr="0025334A">
        <w:rPr>
          <w:bCs/>
        </w:rPr>
        <w:t xml:space="preserve"> sunt </w:t>
      </w:r>
      <w:proofErr w:type="spellStart"/>
      <w:r w:rsidRPr="0025334A">
        <w:rPr>
          <w:bCs/>
        </w:rPr>
        <w:t>sesizate</w:t>
      </w:r>
      <w:proofErr w:type="spellEnd"/>
      <w:r w:rsidRPr="0025334A">
        <w:rPr>
          <w:bCs/>
        </w:rPr>
        <w:t xml:space="preserve"> </w:t>
      </w:r>
      <w:proofErr w:type="spellStart"/>
      <w:r w:rsidRPr="0025334A">
        <w:rPr>
          <w:bCs/>
        </w:rPr>
        <w:t>atunci</w:t>
      </w:r>
      <w:proofErr w:type="spellEnd"/>
      <w:r w:rsidRPr="0025334A">
        <w:rPr>
          <w:bCs/>
        </w:rPr>
        <w:t xml:space="preserve"> </w:t>
      </w:r>
      <w:proofErr w:type="spellStart"/>
      <w:r w:rsidRPr="0025334A">
        <w:rPr>
          <w:bCs/>
        </w:rPr>
        <w:t>când</w:t>
      </w:r>
      <w:proofErr w:type="spellEnd"/>
      <w:r w:rsidRPr="0025334A">
        <w:rPr>
          <w:bCs/>
        </w:rPr>
        <w:t xml:space="preserve"> natura </w:t>
      </w:r>
      <w:proofErr w:type="spellStart"/>
      <w:r w:rsidRPr="0025334A">
        <w:rPr>
          <w:bCs/>
        </w:rPr>
        <w:t>incidentului</w:t>
      </w:r>
      <w:proofErr w:type="spellEnd"/>
      <w:r w:rsidRPr="0025334A">
        <w:rPr>
          <w:bCs/>
        </w:rPr>
        <w:t xml:space="preserve"> o </w:t>
      </w:r>
      <w:proofErr w:type="spellStart"/>
      <w:r w:rsidRPr="0025334A">
        <w:rPr>
          <w:bCs/>
        </w:rPr>
        <w:t>impune</w:t>
      </w:r>
      <w:proofErr w:type="spellEnd"/>
      <w:r w:rsidRPr="0025334A">
        <w:rPr>
          <w:bCs/>
        </w:rPr>
        <w:t>.</w:t>
      </w:r>
      <w:r w:rsidR="00AC1239" w:rsidRPr="00AC1239">
        <w:rPr>
          <w:lang w:val="fr-FR"/>
        </w:rPr>
        <w:t xml:space="preserve"> </w:t>
      </w:r>
    </w:p>
    <w:p w14:paraId="799424D7" w14:textId="7143FB39" w:rsidR="0025334A" w:rsidRPr="0025334A" w:rsidRDefault="00AC1239" w:rsidP="0025334A">
      <w:pPr>
        <w:spacing w:after="50" w:line="247" w:lineRule="auto"/>
        <w:rPr>
          <w:bCs/>
        </w:rPr>
      </w:pPr>
      <w:proofErr w:type="spellStart"/>
      <w:r w:rsidRPr="0025334A">
        <w:rPr>
          <w:lang w:val="fr-FR"/>
        </w:rPr>
        <w:t>Prestatorul</w:t>
      </w:r>
      <w:proofErr w:type="spellEnd"/>
      <w:r w:rsidRPr="0025334A">
        <w:rPr>
          <w:lang w:val="fr-FR"/>
        </w:rPr>
        <w:t xml:space="preserve"> are </w:t>
      </w:r>
      <w:proofErr w:type="spellStart"/>
      <w:r w:rsidRPr="0025334A">
        <w:rPr>
          <w:lang w:val="fr-FR"/>
        </w:rPr>
        <w:t>obligatia</w:t>
      </w:r>
      <w:proofErr w:type="spellEnd"/>
      <w:r w:rsidRPr="0025334A">
        <w:rPr>
          <w:lang w:val="fr-FR"/>
        </w:rPr>
        <w:t xml:space="preserve"> de a </w:t>
      </w:r>
      <w:proofErr w:type="spellStart"/>
      <w:r w:rsidRPr="0025334A">
        <w:rPr>
          <w:lang w:val="fr-FR"/>
        </w:rPr>
        <w:t>remedia</w:t>
      </w:r>
      <w:proofErr w:type="spellEnd"/>
      <w:r w:rsidRPr="0025334A">
        <w:rPr>
          <w:lang w:val="fr-FR"/>
        </w:rPr>
        <w:t xml:space="preserve"> </w:t>
      </w:r>
      <w:proofErr w:type="spellStart"/>
      <w:r w:rsidRPr="0025334A">
        <w:rPr>
          <w:lang w:val="fr-FR"/>
        </w:rPr>
        <w:t>deficientele</w:t>
      </w:r>
      <w:proofErr w:type="spellEnd"/>
      <w:r w:rsidRPr="0025334A">
        <w:rPr>
          <w:lang w:val="fr-FR"/>
        </w:rPr>
        <w:t xml:space="preserve"> </w:t>
      </w:r>
      <w:proofErr w:type="spellStart"/>
      <w:r w:rsidRPr="0025334A">
        <w:rPr>
          <w:lang w:val="fr-FR"/>
        </w:rPr>
        <w:t>constatate</w:t>
      </w:r>
      <w:proofErr w:type="spellEnd"/>
      <w:r w:rsidRPr="0025334A">
        <w:rPr>
          <w:lang w:val="fr-FR"/>
        </w:rPr>
        <w:t xml:space="preserve"> de </w:t>
      </w:r>
      <w:proofErr w:type="spellStart"/>
      <w:r w:rsidRPr="0025334A">
        <w:rPr>
          <w:lang w:val="fr-FR"/>
        </w:rPr>
        <w:t>catre</w:t>
      </w:r>
      <w:proofErr w:type="spellEnd"/>
      <w:r w:rsidRPr="0025334A">
        <w:rPr>
          <w:lang w:val="fr-FR"/>
        </w:rPr>
        <w:t xml:space="preserve"> </w:t>
      </w:r>
      <w:proofErr w:type="spellStart"/>
      <w:r w:rsidRPr="0025334A">
        <w:rPr>
          <w:lang w:val="fr-FR"/>
        </w:rPr>
        <w:t>autoritatea</w:t>
      </w:r>
      <w:proofErr w:type="spellEnd"/>
      <w:r w:rsidRPr="0025334A">
        <w:rPr>
          <w:lang w:val="fr-FR"/>
        </w:rPr>
        <w:t xml:space="preserve"> </w:t>
      </w:r>
      <w:proofErr w:type="spellStart"/>
      <w:r w:rsidRPr="0025334A">
        <w:rPr>
          <w:lang w:val="fr-FR"/>
        </w:rPr>
        <w:t>contractanta</w:t>
      </w:r>
      <w:proofErr w:type="spellEnd"/>
      <w:r w:rsidRPr="0025334A">
        <w:rPr>
          <w:lang w:val="fr-FR"/>
        </w:rPr>
        <w:t xml:space="preserve"> </w:t>
      </w:r>
      <w:proofErr w:type="spellStart"/>
      <w:r w:rsidRPr="0025334A">
        <w:rPr>
          <w:lang w:val="fr-FR"/>
        </w:rPr>
        <w:t>sau</w:t>
      </w:r>
      <w:proofErr w:type="spellEnd"/>
      <w:r w:rsidRPr="0025334A">
        <w:rPr>
          <w:lang w:val="fr-FR"/>
        </w:rPr>
        <w:t xml:space="preserve"> de </w:t>
      </w:r>
      <w:proofErr w:type="spellStart"/>
      <w:r w:rsidRPr="0025334A">
        <w:rPr>
          <w:lang w:val="fr-FR"/>
        </w:rPr>
        <w:t>catre</w:t>
      </w:r>
      <w:proofErr w:type="spellEnd"/>
      <w:r w:rsidRPr="0025334A">
        <w:rPr>
          <w:lang w:val="fr-FR"/>
        </w:rPr>
        <w:t xml:space="preserve"> un </w:t>
      </w:r>
      <w:proofErr w:type="spellStart"/>
      <w:r w:rsidRPr="0025334A">
        <w:rPr>
          <w:lang w:val="fr-FR"/>
        </w:rPr>
        <w:t>reprezentant</w:t>
      </w:r>
      <w:proofErr w:type="spellEnd"/>
      <w:r w:rsidRPr="0025334A">
        <w:rPr>
          <w:lang w:val="fr-FR"/>
        </w:rPr>
        <w:t xml:space="preserve"> al </w:t>
      </w:r>
      <w:proofErr w:type="spellStart"/>
      <w:r w:rsidRPr="0025334A">
        <w:rPr>
          <w:lang w:val="fr-FR"/>
        </w:rPr>
        <w:t>esalonului</w:t>
      </w:r>
      <w:proofErr w:type="spellEnd"/>
      <w:r w:rsidRPr="0025334A">
        <w:rPr>
          <w:lang w:val="fr-FR"/>
        </w:rPr>
        <w:t xml:space="preserve"> </w:t>
      </w:r>
      <w:proofErr w:type="spellStart"/>
      <w:r w:rsidRPr="0025334A">
        <w:rPr>
          <w:lang w:val="fr-FR"/>
        </w:rPr>
        <w:t>superior</w:t>
      </w:r>
      <w:proofErr w:type="spellEnd"/>
      <w:r w:rsidRPr="0025334A">
        <w:rPr>
          <w:lang w:val="fr-FR"/>
        </w:rPr>
        <w:t xml:space="preserve"> al </w:t>
      </w:r>
      <w:proofErr w:type="spellStart"/>
      <w:r w:rsidRPr="0025334A">
        <w:rPr>
          <w:lang w:val="fr-FR"/>
        </w:rPr>
        <w:t>acesteia</w:t>
      </w:r>
      <w:proofErr w:type="spellEnd"/>
      <w:r w:rsidRPr="0025334A">
        <w:rPr>
          <w:lang w:val="fr-FR"/>
        </w:rPr>
        <w:t xml:space="preserve"> </w:t>
      </w:r>
      <w:r w:rsidRPr="0025334A">
        <w:rPr>
          <w:b/>
          <w:lang w:val="fr-FR"/>
        </w:rPr>
        <w:t xml:space="preserve">in </w:t>
      </w:r>
      <w:proofErr w:type="spellStart"/>
      <w:r w:rsidRPr="0025334A">
        <w:rPr>
          <w:b/>
          <w:lang w:val="fr-FR"/>
        </w:rPr>
        <w:t>termen</w:t>
      </w:r>
      <w:proofErr w:type="spellEnd"/>
      <w:r w:rsidRPr="0025334A">
        <w:rPr>
          <w:b/>
          <w:lang w:val="fr-FR"/>
        </w:rPr>
        <w:t xml:space="preserve"> de 2 </w:t>
      </w:r>
      <w:proofErr w:type="spellStart"/>
      <w:r w:rsidRPr="0025334A">
        <w:rPr>
          <w:b/>
          <w:lang w:val="fr-FR"/>
        </w:rPr>
        <w:t>zile</w:t>
      </w:r>
      <w:proofErr w:type="spellEnd"/>
      <w:r w:rsidRPr="0025334A">
        <w:rPr>
          <w:b/>
          <w:lang w:val="fr-FR"/>
        </w:rPr>
        <w:t xml:space="preserve">, </w:t>
      </w:r>
      <w:proofErr w:type="spellStart"/>
      <w:r w:rsidRPr="0025334A">
        <w:rPr>
          <w:lang w:val="fr-FR"/>
        </w:rPr>
        <w:t>iar</w:t>
      </w:r>
      <w:proofErr w:type="spellEnd"/>
      <w:r w:rsidRPr="0025334A">
        <w:rPr>
          <w:b/>
          <w:lang w:val="fr-FR"/>
        </w:rPr>
        <w:t xml:space="preserve"> </w:t>
      </w:r>
      <w:proofErr w:type="spellStart"/>
      <w:r w:rsidRPr="0025334A">
        <w:rPr>
          <w:b/>
          <w:lang w:val="fr-FR"/>
        </w:rPr>
        <w:t>inlocuirea</w:t>
      </w:r>
      <w:proofErr w:type="spellEnd"/>
      <w:r w:rsidRPr="0025334A">
        <w:rPr>
          <w:b/>
          <w:lang w:val="fr-FR"/>
        </w:rPr>
        <w:t xml:space="preserve"> </w:t>
      </w:r>
      <w:proofErr w:type="spellStart"/>
      <w:r w:rsidRPr="0025334A">
        <w:rPr>
          <w:b/>
          <w:lang w:val="fr-FR"/>
        </w:rPr>
        <w:t>alimentelor</w:t>
      </w:r>
      <w:proofErr w:type="spellEnd"/>
      <w:r w:rsidRPr="0025334A">
        <w:rPr>
          <w:b/>
          <w:lang w:val="fr-FR"/>
        </w:rPr>
        <w:t xml:space="preserve"> </w:t>
      </w:r>
      <w:proofErr w:type="spellStart"/>
      <w:r w:rsidRPr="0025334A">
        <w:rPr>
          <w:b/>
          <w:lang w:val="fr-FR"/>
        </w:rPr>
        <w:t>necorespunzatoare</w:t>
      </w:r>
      <w:proofErr w:type="spellEnd"/>
      <w:r w:rsidRPr="0025334A">
        <w:rPr>
          <w:b/>
          <w:lang w:val="fr-FR"/>
        </w:rPr>
        <w:t xml:space="preserve"> se va face in </w:t>
      </w:r>
      <w:proofErr w:type="spellStart"/>
      <w:r w:rsidRPr="0025334A">
        <w:rPr>
          <w:b/>
          <w:lang w:val="fr-FR"/>
        </w:rPr>
        <w:t>termen</w:t>
      </w:r>
      <w:proofErr w:type="spellEnd"/>
      <w:r w:rsidRPr="0025334A">
        <w:rPr>
          <w:b/>
          <w:lang w:val="fr-FR"/>
        </w:rPr>
        <w:t xml:space="preserve"> de 2 ore</w:t>
      </w:r>
      <w:r w:rsidRPr="0025334A">
        <w:rPr>
          <w:lang w:val="fr-FR"/>
        </w:rPr>
        <w:t xml:space="preserve">. In </w:t>
      </w:r>
      <w:proofErr w:type="spellStart"/>
      <w:r w:rsidRPr="0025334A">
        <w:rPr>
          <w:lang w:val="fr-FR"/>
        </w:rPr>
        <w:t>cazul</w:t>
      </w:r>
      <w:proofErr w:type="spellEnd"/>
      <w:r w:rsidRPr="0025334A">
        <w:rPr>
          <w:lang w:val="fr-FR"/>
        </w:rPr>
        <w:t xml:space="preserve"> in care </w:t>
      </w:r>
      <w:proofErr w:type="spellStart"/>
      <w:r w:rsidRPr="0025334A">
        <w:rPr>
          <w:lang w:val="fr-FR"/>
        </w:rPr>
        <w:t>deficientele</w:t>
      </w:r>
      <w:proofErr w:type="spellEnd"/>
      <w:r w:rsidRPr="0025334A">
        <w:rPr>
          <w:lang w:val="fr-FR"/>
        </w:rPr>
        <w:t xml:space="preserve"> </w:t>
      </w:r>
      <w:proofErr w:type="spellStart"/>
      <w:r w:rsidRPr="0025334A">
        <w:rPr>
          <w:lang w:val="fr-FR"/>
        </w:rPr>
        <w:t>constatate</w:t>
      </w:r>
      <w:proofErr w:type="spellEnd"/>
      <w:r w:rsidRPr="0025334A">
        <w:rPr>
          <w:lang w:val="fr-FR"/>
        </w:rPr>
        <w:t xml:space="preserve"> nu </w:t>
      </w:r>
      <w:proofErr w:type="spellStart"/>
      <w:r w:rsidRPr="0025334A">
        <w:rPr>
          <w:lang w:val="fr-FR"/>
        </w:rPr>
        <w:t>sunt</w:t>
      </w:r>
      <w:proofErr w:type="spellEnd"/>
      <w:r w:rsidRPr="0025334A">
        <w:rPr>
          <w:lang w:val="fr-FR"/>
        </w:rPr>
        <w:t xml:space="preserve"> </w:t>
      </w:r>
      <w:proofErr w:type="spellStart"/>
      <w:r w:rsidRPr="0025334A">
        <w:rPr>
          <w:lang w:val="fr-FR"/>
        </w:rPr>
        <w:t>remediate</w:t>
      </w:r>
      <w:proofErr w:type="spellEnd"/>
      <w:r w:rsidRPr="0025334A">
        <w:rPr>
          <w:lang w:val="fr-FR"/>
        </w:rPr>
        <w:t xml:space="preserve"> in </w:t>
      </w:r>
      <w:proofErr w:type="spellStart"/>
      <w:r w:rsidRPr="0025334A">
        <w:rPr>
          <w:lang w:val="fr-FR"/>
        </w:rPr>
        <w:t>termenul</w:t>
      </w:r>
      <w:proofErr w:type="spellEnd"/>
      <w:r w:rsidRPr="0025334A">
        <w:rPr>
          <w:lang w:val="fr-FR"/>
        </w:rPr>
        <w:t xml:space="preserve"> </w:t>
      </w:r>
      <w:proofErr w:type="spellStart"/>
      <w:r w:rsidRPr="0025334A">
        <w:rPr>
          <w:lang w:val="fr-FR"/>
        </w:rPr>
        <w:t>stabilit</w:t>
      </w:r>
      <w:proofErr w:type="spellEnd"/>
      <w:r w:rsidRPr="0025334A">
        <w:rPr>
          <w:lang w:val="fr-FR"/>
        </w:rPr>
        <w:t xml:space="preserve"> se va </w:t>
      </w:r>
      <w:proofErr w:type="spellStart"/>
      <w:r w:rsidRPr="0025334A">
        <w:rPr>
          <w:lang w:val="fr-FR"/>
        </w:rPr>
        <w:t>declansa</w:t>
      </w:r>
      <w:proofErr w:type="spellEnd"/>
      <w:r w:rsidRPr="0025334A">
        <w:rPr>
          <w:lang w:val="fr-FR"/>
        </w:rPr>
        <w:t xml:space="preserve"> </w:t>
      </w:r>
      <w:proofErr w:type="spellStart"/>
      <w:r w:rsidRPr="0025334A">
        <w:rPr>
          <w:lang w:val="fr-FR"/>
        </w:rPr>
        <w:t>procedura</w:t>
      </w:r>
      <w:proofErr w:type="spellEnd"/>
      <w:r w:rsidRPr="0025334A">
        <w:rPr>
          <w:lang w:val="fr-FR"/>
        </w:rPr>
        <w:t xml:space="preserve"> de </w:t>
      </w:r>
      <w:proofErr w:type="spellStart"/>
      <w:r w:rsidRPr="0025334A">
        <w:rPr>
          <w:lang w:val="fr-FR"/>
        </w:rPr>
        <w:t>reziliere</w:t>
      </w:r>
      <w:proofErr w:type="spellEnd"/>
      <w:r w:rsidRPr="0025334A">
        <w:rPr>
          <w:lang w:val="fr-FR"/>
        </w:rPr>
        <w:t xml:space="preserve"> a </w:t>
      </w:r>
      <w:proofErr w:type="spellStart"/>
      <w:r w:rsidRPr="0025334A">
        <w:rPr>
          <w:lang w:val="fr-FR"/>
        </w:rPr>
        <w:t>contractului</w:t>
      </w:r>
      <w:proofErr w:type="spellEnd"/>
      <w:r w:rsidRPr="0025334A">
        <w:rPr>
          <w:lang w:val="fr-FR"/>
        </w:rPr>
        <w:t xml:space="preserve">, </w:t>
      </w:r>
      <w:proofErr w:type="spellStart"/>
      <w:r w:rsidRPr="0025334A">
        <w:rPr>
          <w:lang w:val="fr-FR"/>
        </w:rPr>
        <w:t>cu</w:t>
      </w:r>
      <w:proofErr w:type="spellEnd"/>
      <w:r w:rsidRPr="0025334A">
        <w:rPr>
          <w:lang w:val="fr-FR"/>
        </w:rPr>
        <w:t xml:space="preserve"> </w:t>
      </w:r>
      <w:proofErr w:type="spellStart"/>
      <w:r w:rsidRPr="0025334A">
        <w:rPr>
          <w:lang w:val="fr-FR"/>
        </w:rPr>
        <w:t>toate</w:t>
      </w:r>
      <w:proofErr w:type="spellEnd"/>
      <w:r w:rsidRPr="0025334A">
        <w:rPr>
          <w:lang w:val="fr-FR"/>
        </w:rPr>
        <w:t xml:space="preserve"> </w:t>
      </w:r>
      <w:proofErr w:type="spellStart"/>
      <w:r w:rsidRPr="0025334A">
        <w:rPr>
          <w:lang w:val="fr-FR"/>
        </w:rPr>
        <w:t>consecintele</w:t>
      </w:r>
      <w:proofErr w:type="spellEnd"/>
      <w:r w:rsidRPr="0025334A">
        <w:rPr>
          <w:lang w:val="fr-FR"/>
        </w:rPr>
        <w:t xml:space="preserve"> ce </w:t>
      </w:r>
      <w:proofErr w:type="spellStart"/>
      <w:r w:rsidRPr="0025334A">
        <w:rPr>
          <w:lang w:val="fr-FR"/>
        </w:rPr>
        <w:t>decurg</w:t>
      </w:r>
      <w:proofErr w:type="spellEnd"/>
      <w:r w:rsidRPr="0025334A">
        <w:rPr>
          <w:lang w:val="fr-FR"/>
        </w:rPr>
        <w:t xml:space="preserve"> </w:t>
      </w:r>
      <w:proofErr w:type="spellStart"/>
      <w:r w:rsidRPr="0025334A">
        <w:rPr>
          <w:lang w:val="fr-FR"/>
        </w:rPr>
        <w:t>din</w:t>
      </w:r>
      <w:proofErr w:type="spellEnd"/>
      <w:r w:rsidRPr="0025334A">
        <w:rPr>
          <w:lang w:val="fr-FR"/>
        </w:rPr>
        <w:t xml:space="preserve"> </w:t>
      </w:r>
      <w:proofErr w:type="spellStart"/>
      <w:r w:rsidRPr="0025334A">
        <w:rPr>
          <w:lang w:val="fr-FR"/>
        </w:rPr>
        <w:t>aceasta</w:t>
      </w:r>
      <w:proofErr w:type="spellEnd"/>
      <w:r w:rsidRPr="0025334A">
        <w:rPr>
          <w:lang w:val="fr-FR"/>
        </w:rPr>
        <w:t>.</w:t>
      </w:r>
    </w:p>
    <w:p w14:paraId="49273FAF" w14:textId="77777777" w:rsidR="00AC1239" w:rsidRDefault="0025334A" w:rsidP="00AC1239">
      <w:pPr>
        <w:spacing w:after="50" w:line="247" w:lineRule="auto"/>
      </w:pPr>
      <w:proofErr w:type="spellStart"/>
      <w:r w:rsidRPr="0025334A">
        <w:rPr>
          <w:bCs/>
        </w:rPr>
        <w:t>Prestatorul</w:t>
      </w:r>
      <w:proofErr w:type="spellEnd"/>
      <w:r w:rsidRPr="0025334A">
        <w:rPr>
          <w:bCs/>
        </w:rPr>
        <w:t xml:space="preserve"> </w:t>
      </w:r>
      <w:proofErr w:type="spellStart"/>
      <w:r w:rsidRPr="0025334A">
        <w:rPr>
          <w:bCs/>
        </w:rPr>
        <w:t>asigură</w:t>
      </w:r>
      <w:proofErr w:type="spellEnd"/>
      <w:r w:rsidRPr="0025334A">
        <w:rPr>
          <w:bCs/>
        </w:rPr>
        <w:t xml:space="preserve"> </w:t>
      </w:r>
      <w:proofErr w:type="spellStart"/>
      <w:r w:rsidRPr="0025334A">
        <w:rPr>
          <w:bCs/>
        </w:rPr>
        <w:t>capacitatea</w:t>
      </w:r>
      <w:proofErr w:type="spellEnd"/>
      <w:r w:rsidRPr="0025334A">
        <w:rPr>
          <w:bCs/>
        </w:rPr>
        <w:t xml:space="preserve"> de </w:t>
      </w:r>
      <w:proofErr w:type="spellStart"/>
      <w:r w:rsidRPr="0025334A">
        <w:rPr>
          <w:bCs/>
        </w:rPr>
        <w:t>retragere</w:t>
      </w:r>
      <w:proofErr w:type="spellEnd"/>
      <w:r w:rsidRPr="0025334A">
        <w:rPr>
          <w:bCs/>
        </w:rPr>
        <w:t xml:space="preserve"> </w:t>
      </w:r>
      <w:proofErr w:type="spellStart"/>
      <w:r w:rsidRPr="0025334A">
        <w:rPr>
          <w:bCs/>
        </w:rPr>
        <w:t>sau</w:t>
      </w:r>
      <w:proofErr w:type="spellEnd"/>
      <w:r w:rsidRPr="0025334A">
        <w:rPr>
          <w:bCs/>
        </w:rPr>
        <w:t xml:space="preserve"> </w:t>
      </w:r>
      <w:proofErr w:type="spellStart"/>
      <w:r w:rsidRPr="0025334A">
        <w:rPr>
          <w:bCs/>
        </w:rPr>
        <w:t>rechemare</w:t>
      </w:r>
      <w:proofErr w:type="spellEnd"/>
      <w:r w:rsidRPr="0025334A">
        <w:rPr>
          <w:bCs/>
        </w:rPr>
        <w:t xml:space="preserve"> a </w:t>
      </w:r>
      <w:proofErr w:type="spellStart"/>
      <w:r w:rsidRPr="0025334A">
        <w:rPr>
          <w:bCs/>
        </w:rPr>
        <w:t>produselor</w:t>
      </w:r>
      <w:proofErr w:type="spellEnd"/>
      <w:r w:rsidRPr="0025334A">
        <w:rPr>
          <w:bCs/>
        </w:rPr>
        <w:t xml:space="preserve"> </w:t>
      </w:r>
      <w:proofErr w:type="spellStart"/>
      <w:r w:rsidRPr="0025334A">
        <w:rPr>
          <w:bCs/>
        </w:rPr>
        <w:t>atunci</w:t>
      </w:r>
      <w:proofErr w:type="spellEnd"/>
      <w:r w:rsidRPr="0025334A">
        <w:rPr>
          <w:bCs/>
        </w:rPr>
        <w:t xml:space="preserve"> </w:t>
      </w:r>
      <w:proofErr w:type="spellStart"/>
      <w:r w:rsidRPr="0025334A">
        <w:rPr>
          <w:bCs/>
        </w:rPr>
        <w:t>când</w:t>
      </w:r>
      <w:proofErr w:type="spellEnd"/>
      <w:r w:rsidRPr="0025334A">
        <w:rPr>
          <w:bCs/>
        </w:rPr>
        <w:t xml:space="preserve"> </w:t>
      </w:r>
      <w:proofErr w:type="spellStart"/>
      <w:r w:rsidRPr="0025334A">
        <w:rPr>
          <w:bCs/>
        </w:rPr>
        <w:t>există</w:t>
      </w:r>
      <w:proofErr w:type="spellEnd"/>
      <w:r w:rsidRPr="0025334A">
        <w:rPr>
          <w:bCs/>
        </w:rPr>
        <w:t xml:space="preserve"> un </w:t>
      </w:r>
      <w:proofErr w:type="spellStart"/>
      <w:r w:rsidRPr="0025334A">
        <w:rPr>
          <w:bCs/>
        </w:rPr>
        <w:t>risc</w:t>
      </w:r>
      <w:proofErr w:type="spellEnd"/>
      <w:r w:rsidRPr="0025334A">
        <w:rPr>
          <w:bCs/>
        </w:rPr>
        <w:t xml:space="preserve"> </w:t>
      </w:r>
      <w:proofErr w:type="spellStart"/>
      <w:r w:rsidRPr="0025334A">
        <w:rPr>
          <w:bCs/>
        </w:rPr>
        <w:t>pentru</w:t>
      </w:r>
      <w:proofErr w:type="spellEnd"/>
      <w:r w:rsidRPr="0025334A">
        <w:rPr>
          <w:bCs/>
        </w:rPr>
        <w:t xml:space="preserve"> </w:t>
      </w:r>
      <w:proofErr w:type="spellStart"/>
      <w:r w:rsidRPr="0025334A">
        <w:rPr>
          <w:bCs/>
        </w:rPr>
        <w:t>siguranța</w:t>
      </w:r>
      <w:proofErr w:type="spellEnd"/>
      <w:r w:rsidRPr="0025334A">
        <w:rPr>
          <w:bCs/>
        </w:rPr>
        <w:t xml:space="preserve"> </w:t>
      </w:r>
      <w:proofErr w:type="spellStart"/>
      <w:r w:rsidRPr="0025334A">
        <w:rPr>
          <w:bCs/>
        </w:rPr>
        <w:t>alimentară</w:t>
      </w:r>
      <w:proofErr w:type="spellEnd"/>
      <w:r w:rsidRPr="0025334A">
        <w:rPr>
          <w:bCs/>
        </w:rPr>
        <w:t xml:space="preserve">. </w:t>
      </w:r>
      <w:proofErr w:type="spellStart"/>
      <w:r w:rsidRPr="0025334A">
        <w:rPr>
          <w:bCs/>
        </w:rPr>
        <w:t>Acțiunea</w:t>
      </w:r>
      <w:proofErr w:type="spellEnd"/>
      <w:r w:rsidRPr="0025334A">
        <w:rPr>
          <w:bCs/>
        </w:rPr>
        <w:t xml:space="preserve"> </w:t>
      </w:r>
      <w:proofErr w:type="spellStart"/>
      <w:r w:rsidRPr="0025334A">
        <w:rPr>
          <w:bCs/>
        </w:rPr>
        <w:t>este</w:t>
      </w:r>
      <w:proofErr w:type="spellEnd"/>
      <w:r w:rsidRPr="0025334A">
        <w:rPr>
          <w:bCs/>
        </w:rPr>
        <w:t xml:space="preserve"> </w:t>
      </w:r>
      <w:proofErr w:type="spellStart"/>
      <w:r w:rsidRPr="0025334A">
        <w:rPr>
          <w:bCs/>
        </w:rPr>
        <w:t>documentată</w:t>
      </w:r>
      <w:proofErr w:type="spellEnd"/>
      <w:r w:rsidRPr="0025334A">
        <w:rPr>
          <w:bCs/>
        </w:rPr>
        <w:t xml:space="preserve"> </w:t>
      </w:r>
      <w:proofErr w:type="spellStart"/>
      <w:r w:rsidRPr="0025334A">
        <w:rPr>
          <w:bCs/>
        </w:rPr>
        <w:t>astfel</w:t>
      </w:r>
      <w:proofErr w:type="spellEnd"/>
      <w:r w:rsidRPr="0025334A">
        <w:rPr>
          <w:bCs/>
        </w:rPr>
        <w:t xml:space="preserve"> </w:t>
      </w:r>
      <w:proofErr w:type="spellStart"/>
      <w:r w:rsidRPr="0025334A">
        <w:rPr>
          <w:bCs/>
        </w:rPr>
        <w:t>încât</w:t>
      </w:r>
      <w:proofErr w:type="spellEnd"/>
      <w:r w:rsidRPr="0025334A">
        <w:rPr>
          <w:bCs/>
        </w:rPr>
        <w:t xml:space="preserve"> </w:t>
      </w:r>
      <w:proofErr w:type="spellStart"/>
      <w:r w:rsidRPr="0025334A">
        <w:rPr>
          <w:bCs/>
        </w:rPr>
        <w:t>să</w:t>
      </w:r>
      <w:proofErr w:type="spellEnd"/>
      <w:r w:rsidRPr="0025334A">
        <w:rPr>
          <w:bCs/>
        </w:rPr>
        <w:t xml:space="preserve"> </w:t>
      </w:r>
      <w:proofErr w:type="spellStart"/>
      <w:r w:rsidRPr="0025334A">
        <w:rPr>
          <w:bCs/>
        </w:rPr>
        <w:t>poată</w:t>
      </w:r>
      <w:proofErr w:type="spellEnd"/>
      <w:r w:rsidRPr="0025334A">
        <w:rPr>
          <w:bCs/>
        </w:rPr>
        <w:t xml:space="preserve"> fi </w:t>
      </w:r>
      <w:proofErr w:type="spellStart"/>
      <w:r w:rsidRPr="0025334A">
        <w:rPr>
          <w:bCs/>
        </w:rPr>
        <w:t>stabilite</w:t>
      </w:r>
      <w:proofErr w:type="spellEnd"/>
      <w:r w:rsidRPr="0025334A">
        <w:rPr>
          <w:bCs/>
        </w:rPr>
        <w:t xml:space="preserve"> </w:t>
      </w:r>
      <w:proofErr w:type="spellStart"/>
      <w:r w:rsidRPr="0025334A">
        <w:rPr>
          <w:bCs/>
        </w:rPr>
        <w:t>loturile</w:t>
      </w:r>
      <w:proofErr w:type="spellEnd"/>
      <w:r w:rsidRPr="0025334A">
        <w:rPr>
          <w:bCs/>
        </w:rPr>
        <w:t xml:space="preserve">, </w:t>
      </w:r>
      <w:proofErr w:type="spellStart"/>
      <w:r w:rsidRPr="0025334A">
        <w:rPr>
          <w:bCs/>
        </w:rPr>
        <w:t>centrele</w:t>
      </w:r>
      <w:proofErr w:type="spellEnd"/>
      <w:r w:rsidRPr="0025334A">
        <w:rPr>
          <w:bCs/>
        </w:rPr>
        <w:t xml:space="preserve">, </w:t>
      </w:r>
      <w:proofErr w:type="spellStart"/>
      <w:r w:rsidRPr="0025334A">
        <w:rPr>
          <w:bCs/>
        </w:rPr>
        <w:t>porțiile</w:t>
      </w:r>
      <w:proofErr w:type="spellEnd"/>
      <w:r w:rsidRPr="0025334A">
        <w:rPr>
          <w:bCs/>
        </w:rPr>
        <w:t xml:space="preserve"> </w:t>
      </w:r>
      <w:proofErr w:type="spellStart"/>
      <w:r w:rsidRPr="0025334A">
        <w:rPr>
          <w:bCs/>
        </w:rPr>
        <w:t>afectate</w:t>
      </w:r>
      <w:proofErr w:type="spellEnd"/>
      <w:r w:rsidRPr="0025334A">
        <w:rPr>
          <w:bCs/>
        </w:rPr>
        <w:t xml:space="preserve">, </w:t>
      </w:r>
      <w:proofErr w:type="spellStart"/>
      <w:r w:rsidRPr="0025334A">
        <w:rPr>
          <w:bCs/>
        </w:rPr>
        <w:t>măsurile</w:t>
      </w:r>
      <w:proofErr w:type="spellEnd"/>
      <w:r w:rsidRPr="0025334A">
        <w:rPr>
          <w:bCs/>
        </w:rPr>
        <w:t xml:space="preserve"> </w:t>
      </w:r>
      <w:proofErr w:type="spellStart"/>
      <w:r w:rsidRPr="0025334A">
        <w:rPr>
          <w:bCs/>
        </w:rPr>
        <w:t>aplicate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momentul</w:t>
      </w:r>
      <w:proofErr w:type="spellEnd"/>
      <w:r w:rsidRPr="0025334A">
        <w:rPr>
          <w:bCs/>
        </w:rPr>
        <w:t xml:space="preserve"> </w:t>
      </w:r>
      <w:proofErr w:type="spellStart"/>
      <w:r w:rsidRPr="0025334A">
        <w:rPr>
          <w:bCs/>
        </w:rPr>
        <w:t>închiderii</w:t>
      </w:r>
      <w:proofErr w:type="spellEnd"/>
      <w:r w:rsidRPr="0025334A">
        <w:rPr>
          <w:bCs/>
        </w:rPr>
        <w:t xml:space="preserve"> </w:t>
      </w:r>
      <w:proofErr w:type="spellStart"/>
      <w:r w:rsidRPr="0025334A">
        <w:rPr>
          <w:bCs/>
        </w:rPr>
        <w:t>incidentului</w:t>
      </w:r>
      <w:proofErr w:type="spellEnd"/>
      <w:r w:rsidRPr="0025334A">
        <w:rPr>
          <w:bCs/>
        </w:rPr>
        <w:t>.</w:t>
      </w:r>
      <w:r w:rsidR="00AC1239" w:rsidRPr="00AC1239">
        <w:t xml:space="preserve"> </w:t>
      </w:r>
    </w:p>
    <w:p w14:paraId="5E953D12" w14:textId="77777777" w:rsidR="0025334A" w:rsidRPr="0025334A" w:rsidRDefault="0025334A" w:rsidP="002459A2">
      <w:pPr>
        <w:numPr>
          <w:ilvl w:val="0"/>
          <w:numId w:val="12"/>
        </w:numPr>
        <w:spacing w:after="50" w:line="247" w:lineRule="auto"/>
        <w:rPr>
          <w:lang w:val="ro-RO"/>
        </w:rPr>
      </w:pPr>
      <w:r w:rsidRPr="0025334A">
        <w:rPr>
          <w:lang w:val="ro-RO"/>
        </w:rPr>
        <w:t>Protocolul în caz de incident de siguranță alimentară</w:t>
      </w:r>
    </w:p>
    <w:p w14:paraId="1E54C8C9" w14:textId="77777777" w:rsidR="0025334A" w:rsidRPr="0025334A" w:rsidRDefault="0025334A" w:rsidP="0025334A">
      <w:pPr>
        <w:spacing w:after="50" w:line="247" w:lineRule="auto"/>
        <w:rPr>
          <w:bCs/>
          <w:lang w:val="ro-RO"/>
        </w:rPr>
      </w:pPr>
      <w:r w:rsidRPr="0025334A">
        <w:rPr>
          <w:bCs/>
          <w:lang w:val="ro-RO"/>
        </w:rPr>
        <w:t>În cazul unui incident care poate afecta siguranța alimentară, prestatorul va aplica imediat Protocolul în caz de incident de siguranță alimentară, constand in următoarele măsuri:</w:t>
      </w:r>
    </w:p>
    <w:p w14:paraId="35A79A6A"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Stopează distribuția lotului suspect și îl izolează, prin blocarea fizică și etichetarea lotului în vederea evitării utilizării accidentale.</w:t>
      </w:r>
    </w:p>
    <w:p w14:paraId="79DBB4B6"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Păstrează obligatoriu probele alimentare martor, produsele și toate documentele aferente. Distrugerea acestora este strict interzisă</w:t>
      </w:r>
    </w:p>
    <w:p w14:paraId="7CB0B302"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Identifică de urgență toți destinatarii produselor afectate, respectiv centrele beneficiare unde s-a livrat sau urma să se livreze lotul.</w:t>
      </w:r>
    </w:p>
    <w:p w14:paraId="21D04E89"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 xml:space="preserve">Informează imediat (telefonic și prin e-mail/fax) conducerea DGASPC Bacău și șefii de centre afectați, </w:t>
      </w:r>
    </w:p>
    <w:p w14:paraId="4F61AC85"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Sesizează autoritățile competente (ex: (Direcția Sanitar-Veterinară și pentru Siguranța Alimentelor - DSVSA, Direcția de Sănătate Publică - DSP), dacă natura incidentului o impune.</w:t>
      </w:r>
    </w:p>
    <w:p w14:paraId="7124407B"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În cazul apariției unor simptome colective în rândul beneficiarilor sau al unei suspiciuni de toxiinfecție alimentară, va coopera integral și necondiționat la investigația epidemiologică demarată de autorități și de DGASPC Bacău</w:t>
      </w:r>
    </w:p>
    <w:p w14:paraId="16CAAA8B" w14:textId="77777777" w:rsidR="0025334A" w:rsidRPr="0025334A" w:rsidRDefault="0025334A" w:rsidP="002459A2">
      <w:pPr>
        <w:numPr>
          <w:ilvl w:val="0"/>
          <w:numId w:val="12"/>
        </w:numPr>
        <w:spacing w:after="50" w:line="247" w:lineRule="auto"/>
        <w:rPr>
          <w:lang w:val="ro-RO"/>
        </w:rPr>
      </w:pPr>
      <w:r w:rsidRPr="0025334A">
        <w:rPr>
          <w:lang w:val="ro-RO"/>
        </w:rPr>
        <w:t>Procedura de retragere / rechemare</w:t>
      </w:r>
    </w:p>
    <w:p w14:paraId="77FD53B6" w14:textId="77777777" w:rsidR="0025334A" w:rsidRPr="0025334A" w:rsidRDefault="0025334A" w:rsidP="0025334A">
      <w:pPr>
        <w:spacing w:after="50" w:line="247" w:lineRule="auto"/>
        <w:rPr>
          <w:bCs/>
          <w:lang w:val="ro-RO"/>
        </w:rPr>
      </w:pPr>
      <w:r w:rsidRPr="0025334A">
        <w:rPr>
          <w:bCs/>
          <w:lang w:val="ro-RO"/>
        </w:rPr>
        <w:t>Prestatorul trebuie să dețină o procedură clară de retragere prin care să poată identifica rapid:</w:t>
      </w:r>
    </w:p>
    <w:p w14:paraId="4C815651"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Loturile de ingrediente afectate și preparatele în care au fost folosite.</w:t>
      </w:r>
    </w:p>
    <w:p w14:paraId="18D93C2B" w14:textId="77777777" w:rsidR="0025334A" w:rsidRPr="0025334A" w:rsidRDefault="0025334A" w:rsidP="002459A2">
      <w:pPr>
        <w:numPr>
          <w:ilvl w:val="0"/>
          <w:numId w:val="11"/>
        </w:numPr>
        <w:tabs>
          <w:tab w:val="clear" w:pos="720"/>
          <w:tab w:val="left" w:pos="426"/>
        </w:tabs>
        <w:spacing w:after="50" w:line="247" w:lineRule="auto"/>
        <w:ind w:left="0" w:firstLine="142"/>
        <w:rPr>
          <w:bCs/>
          <w:lang w:val="ro-RO"/>
        </w:rPr>
      </w:pPr>
      <w:r w:rsidRPr="0025334A">
        <w:rPr>
          <w:bCs/>
          <w:lang w:val="ro-RO"/>
        </w:rPr>
        <w:t>Centrele unde au fost livrate aceste preparate.</w:t>
      </w:r>
    </w:p>
    <w:p w14:paraId="4ED78F97" w14:textId="60E5EFD2" w:rsidR="0025334A" w:rsidRDefault="0025334A" w:rsidP="0025334A">
      <w:pPr>
        <w:spacing w:after="50" w:line="247" w:lineRule="auto"/>
        <w:rPr>
          <w:bCs/>
          <w:i/>
          <w:iCs/>
          <w:lang w:val="ro-RO"/>
        </w:rPr>
      </w:pPr>
      <w:r w:rsidRPr="0025334A">
        <w:rPr>
          <w:bCs/>
          <w:i/>
          <w:iCs/>
          <w:lang w:val="ro-RO"/>
        </w:rPr>
        <w:t>Notă: Orice alertă primită de la un furnizor sau orice risc identificat intern declanșează blocarea imediată a produsului și informarea DGASPC Bacău</w:t>
      </w:r>
    </w:p>
    <w:p w14:paraId="64D2FFF2" w14:textId="77777777" w:rsidR="00AC1239" w:rsidRPr="0025334A" w:rsidRDefault="00AC1239" w:rsidP="00AC1239">
      <w:pPr>
        <w:pStyle w:val="Heading3"/>
        <w:spacing w:after="60"/>
        <w:rPr>
          <w:color w:val="auto"/>
        </w:rPr>
      </w:pPr>
      <w:bookmarkStart w:id="32" w:name="_Toc242951473"/>
      <w:r w:rsidRPr="0025334A">
        <w:rPr>
          <w:rFonts w:ascii="Times New Roman" w:hAnsi="Times New Roman"/>
          <w:b w:val="0"/>
          <w:color w:val="auto"/>
        </w:rPr>
        <w:t xml:space="preserve">2. </w:t>
      </w:r>
      <w:proofErr w:type="spellStart"/>
      <w:r w:rsidRPr="0025334A">
        <w:rPr>
          <w:rFonts w:ascii="Times New Roman" w:hAnsi="Times New Roman"/>
          <w:b w:val="0"/>
          <w:color w:val="auto"/>
        </w:rPr>
        <w:t>Situații</w:t>
      </w:r>
      <w:proofErr w:type="spellEnd"/>
      <w:r w:rsidRPr="0025334A">
        <w:rPr>
          <w:rFonts w:ascii="Times New Roman" w:hAnsi="Times New Roman"/>
          <w:b w:val="0"/>
          <w:color w:val="auto"/>
        </w:rPr>
        <w:t xml:space="preserve"> de </w:t>
      </w:r>
      <w:proofErr w:type="spellStart"/>
      <w:r w:rsidRPr="0025334A">
        <w:rPr>
          <w:rFonts w:ascii="Times New Roman" w:hAnsi="Times New Roman"/>
          <w:b w:val="0"/>
          <w:color w:val="auto"/>
        </w:rPr>
        <w:t>urgență</w:t>
      </w:r>
      <w:proofErr w:type="spellEnd"/>
      <w:r w:rsidRPr="0025334A">
        <w:rPr>
          <w:rFonts w:ascii="Times New Roman" w:hAnsi="Times New Roman"/>
          <w:b w:val="0"/>
          <w:color w:val="auto"/>
        </w:rPr>
        <w:t xml:space="preserve"> </w:t>
      </w:r>
      <w:proofErr w:type="spellStart"/>
      <w:r w:rsidRPr="0025334A">
        <w:rPr>
          <w:rFonts w:ascii="Times New Roman" w:hAnsi="Times New Roman"/>
          <w:b w:val="0"/>
          <w:color w:val="auto"/>
        </w:rPr>
        <w:t>și</w:t>
      </w:r>
      <w:proofErr w:type="spellEnd"/>
      <w:r w:rsidRPr="0025334A">
        <w:rPr>
          <w:rFonts w:ascii="Times New Roman" w:hAnsi="Times New Roman"/>
          <w:b w:val="0"/>
          <w:color w:val="auto"/>
        </w:rPr>
        <w:t xml:space="preserve"> </w:t>
      </w:r>
      <w:proofErr w:type="spellStart"/>
      <w:r w:rsidRPr="0025334A">
        <w:rPr>
          <w:rFonts w:ascii="Times New Roman" w:hAnsi="Times New Roman"/>
          <w:b w:val="0"/>
          <w:color w:val="auto"/>
        </w:rPr>
        <w:t>retragerea</w:t>
      </w:r>
      <w:proofErr w:type="spellEnd"/>
      <w:r w:rsidRPr="0025334A">
        <w:rPr>
          <w:rFonts w:ascii="Times New Roman" w:hAnsi="Times New Roman"/>
          <w:b w:val="0"/>
          <w:color w:val="auto"/>
        </w:rPr>
        <w:t xml:space="preserve"> </w:t>
      </w:r>
      <w:proofErr w:type="spellStart"/>
      <w:r w:rsidRPr="0025334A">
        <w:rPr>
          <w:rFonts w:ascii="Times New Roman" w:hAnsi="Times New Roman"/>
          <w:b w:val="0"/>
          <w:color w:val="auto"/>
        </w:rPr>
        <w:t>produselor</w:t>
      </w:r>
      <w:bookmarkEnd w:id="32"/>
      <w:proofErr w:type="spellEnd"/>
    </w:p>
    <w:p w14:paraId="0DB1CC1C" w14:textId="77777777" w:rsidR="00AC1239" w:rsidRPr="0025334A" w:rsidRDefault="00AC1239" w:rsidP="00AC1239">
      <w:pPr>
        <w:spacing w:after="50" w:line="247" w:lineRule="auto"/>
      </w:pP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unui</w:t>
      </w:r>
      <w:proofErr w:type="spellEnd"/>
      <w:r w:rsidRPr="0025334A">
        <w:t xml:space="preserve"> incident care </w:t>
      </w:r>
      <w:proofErr w:type="spellStart"/>
      <w:r w:rsidRPr="0025334A">
        <w:t>poate</w:t>
      </w:r>
      <w:proofErr w:type="spellEnd"/>
      <w:r w:rsidRPr="0025334A">
        <w:t xml:space="preserve"> </w:t>
      </w:r>
      <w:proofErr w:type="spellStart"/>
      <w:r w:rsidRPr="0025334A">
        <w:t>afecta</w:t>
      </w:r>
      <w:proofErr w:type="spellEnd"/>
      <w:r w:rsidRPr="0025334A">
        <w:t xml:space="preserve"> </w:t>
      </w:r>
      <w:proofErr w:type="spellStart"/>
      <w:r w:rsidRPr="0025334A">
        <w:t>siguranța</w:t>
      </w:r>
      <w:proofErr w:type="spellEnd"/>
      <w:r w:rsidRPr="0025334A">
        <w:t xml:space="preserve"> </w:t>
      </w:r>
      <w:proofErr w:type="spellStart"/>
      <w:r w:rsidRPr="0025334A">
        <w:t>alimentară</w:t>
      </w:r>
      <w:proofErr w:type="spellEnd"/>
      <w:r w:rsidRPr="0025334A">
        <w:t xml:space="preserve">, </w:t>
      </w:r>
      <w:proofErr w:type="spellStart"/>
      <w:r w:rsidRPr="0025334A">
        <w:t>prestatorul</w:t>
      </w:r>
      <w:proofErr w:type="spellEnd"/>
      <w:r w:rsidRPr="0025334A">
        <w:t xml:space="preserve"> </w:t>
      </w:r>
      <w:proofErr w:type="spellStart"/>
      <w:r w:rsidRPr="0025334A">
        <w:t>oprește</w:t>
      </w:r>
      <w:proofErr w:type="spellEnd"/>
      <w:r w:rsidRPr="0025334A">
        <w:t xml:space="preserve"> </w:t>
      </w:r>
      <w:proofErr w:type="spellStart"/>
      <w:r w:rsidRPr="0025334A">
        <w:t>imediat</w:t>
      </w:r>
      <w:proofErr w:type="spellEnd"/>
      <w:r w:rsidRPr="0025334A">
        <w:t xml:space="preserve"> </w:t>
      </w:r>
      <w:proofErr w:type="spellStart"/>
      <w:r w:rsidRPr="0025334A">
        <w:t>distribuția</w:t>
      </w:r>
      <w:proofErr w:type="spellEnd"/>
      <w:r w:rsidRPr="0025334A">
        <w:t xml:space="preserve"> </w:t>
      </w:r>
      <w:proofErr w:type="spellStart"/>
      <w:r w:rsidRPr="0025334A">
        <w:t>lotului</w:t>
      </w:r>
      <w:proofErr w:type="spellEnd"/>
      <w:r w:rsidRPr="0025334A">
        <w:t>/</w:t>
      </w:r>
      <w:proofErr w:type="spellStart"/>
      <w:r w:rsidRPr="0025334A">
        <w:t>preparatului</w:t>
      </w:r>
      <w:proofErr w:type="spellEnd"/>
      <w:r w:rsidRPr="0025334A">
        <w:t xml:space="preserve"> suspect, </w:t>
      </w:r>
      <w:proofErr w:type="spellStart"/>
      <w:r w:rsidRPr="0025334A">
        <w:t>izolează</w:t>
      </w:r>
      <w:proofErr w:type="spellEnd"/>
      <w:r w:rsidRPr="0025334A">
        <w:t xml:space="preserve"> </w:t>
      </w:r>
      <w:proofErr w:type="spellStart"/>
      <w:r w:rsidRPr="0025334A">
        <w:t>produsele</w:t>
      </w:r>
      <w:proofErr w:type="spellEnd"/>
      <w:r w:rsidRPr="0025334A">
        <w:t xml:space="preserve">, </w:t>
      </w:r>
      <w:proofErr w:type="spellStart"/>
      <w:r w:rsidRPr="0025334A">
        <w:t>păstrează</w:t>
      </w:r>
      <w:proofErr w:type="spellEnd"/>
      <w:r w:rsidRPr="0025334A">
        <w:t xml:space="preserve"> </w:t>
      </w:r>
      <w:proofErr w:type="spellStart"/>
      <w:r w:rsidRPr="0025334A">
        <w:t>probele</w:t>
      </w:r>
      <w:proofErr w:type="spellEnd"/>
      <w:r w:rsidRPr="0025334A">
        <w:t xml:space="preserve"> </w:t>
      </w:r>
      <w:proofErr w:type="spellStart"/>
      <w:r w:rsidRPr="0025334A">
        <w:t>și</w:t>
      </w:r>
      <w:proofErr w:type="spellEnd"/>
      <w:r w:rsidRPr="0025334A">
        <w:t xml:space="preserve"> </w:t>
      </w:r>
      <w:proofErr w:type="spellStart"/>
      <w:r w:rsidRPr="0025334A">
        <w:t>documentele</w:t>
      </w:r>
      <w:proofErr w:type="spellEnd"/>
      <w:r w:rsidRPr="0025334A">
        <w:t xml:space="preserve">, </w:t>
      </w:r>
      <w:proofErr w:type="spellStart"/>
      <w:r w:rsidRPr="0025334A">
        <w:t>identifică</w:t>
      </w:r>
      <w:proofErr w:type="spellEnd"/>
      <w:r w:rsidRPr="0025334A">
        <w:t xml:space="preserve"> </w:t>
      </w:r>
      <w:proofErr w:type="spellStart"/>
      <w:r w:rsidRPr="0025334A">
        <w:t>destinatarii</w:t>
      </w:r>
      <w:proofErr w:type="spellEnd"/>
      <w:r w:rsidRPr="0025334A">
        <w:t xml:space="preserve"> </w:t>
      </w:r>
      <w:proofErr w:type="spellStart"/>
      <w:r w:rsidRPr="0025334A">
        <w:t>și</w:t>
      </w:r>
      <w:proofErr w:type="spellEnd"/>
      <w:r w:rsidRPr="0025334A">
        <w:t xml:space="preserve"> </w:t>
      </w:r>
      <w:proofErr w:type="spellStart"/>
      <w:r w:rsidRPr="0025334A">
        <w:t>notifică</w:t>
      </w:r>
      <w:proofErr w:type="spellEnd"/>
      <w:r w:rsidRPr="0025334A">
        <w:t xml:space="preserve"> </w:t>
      </w: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și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w:t>
      </w:r>
      <w:proofErr w:type="spellStart"/>
      <w:r w:rsidRPr="0025334A">
        <w:t>autoritățile</w:t>
      </w:r>
      <w:proofErr w:type="spellEnd"/>
      <w:r w:rsidRPr="0025334A">
        <w:t xml:space="preserve"> </w:t>
      </w:r>
      <w:proofErr w:type="spellStart"/>
      <w:r w:rsidRPr="0025334A">
        <w:t>competente</w:t>
      </w:r>
      <w:proofErr w:type="spellEnd"/>
      <w:r w:rsidRPr="0025334A">
        <w:t xml:space="preserve">. </w:t>
      </w:r>
      <w:proofErr w:type="spellStart"/>
      <w:r w:rsidRPr="0025334A">
        <w:t>Prestatorul</w:t>
      </w:r>
      <w:proofErr w:type="spellEnd"/>
      <w:r w:rsidRPr="0025334A">
        <w:t xml:space="preserve"> </w:t>
      </w:r>
      <w:proofErr w:type="spellStart"/>
      <w:r w:rsidRPr="0025334A">
        <w:t>cooperează</w:t>
      </w:r>
      <w:proofErr w:type="spellEnd"/>
      <w:r w:rsidRPr="0025334A">
        <w:t xml:space="preserve"> </w:t>
      </w:r>
      <w:proofErr w:type="spellStart"/>
      <w:r w:rsidRPr="0025334A">
        <w:t>pentru</w:t>
      </w:r>
      <w:proofErr w:type="spellEnd"/>
      <w:r w:rsidRPr="0025334A">
        <w:t xml:space="preserve"> </w:t>
      </w:r>
      <w:proofErr w:type="spellStart"/>
      <w:r w:rsidRPr="0025334A">
        <w:t>investigație</w:t>
      </w:r>
      <w:proofErr w:type="spellEnd"/>
      <w:r w:rsidRPr="0025334A">
        <w:t xml:space="preserve"> </w:t>
      </w:r>
      <w:proofErr w:type="spellStart"/>
      <w:r w:rsidRPr="0025334A">
        <w:t>și</w:t>
      </w:r>
      <w:proofErr w:type="spellEnd"/>
      <w:r w:rsidRPr="0025334A">
        <w:t xml:space="preserve"> </w:t>
      </w:r>
      <w:proofErr w:type="spellStart"/>
      <w:r w:rsidRPr="0025334A">
        <w:t>aplică</w:t>
      </w:r>
      <w:proofErr w:type="spellEnd"/>
      <w:r w:rsidRPr="0025334A">
        <w:t xml:space="preserve"> </w:t>
      </w:r>
      <w:proofErr w:type="spellStart"/>
      <w:r w:rsidRPr="0025334A">
        <w:t>procedurile</w:t>
      </w:r>
      <w:proofErr w:type="spellEnd"/>
      <w:r w:rsidRPr="0025334A">
        <w:t xml:space="preserve"> de </w:t>
      </w:r>
      <w:proofErr w:type="spellStart"/>
      <w:r w:rsidRPr="0025334A">
        <w:t>retragere</w:t>
      </w:r>
      <w:proofErr w:type="spellEnd"/>
      <w:r w:rsidRPr="0025334A">
        <w:t>/</w:t>
      </w:r>
      <w:proofErr w:type="spellStart"/>
      <w:r w:rsidRPr="0025334A">
        <w:t>rechemare</w:t>
      </w:r>
      <w:proofErr w:type="spellEnd"/>
      <w:r w:rsidRPr="0025334A">
        <w:t xml:space="preserve"> </w:t>
      </w:r>
      <w:proofErr w:type="spellStart"/>
      <w:r w:rsidRPr="0025334A">
        <w:t>prevăzute</w:t>
      </w:r>
      <w:proofErr w:type="spellEnd"/>
      <w:r w:rsidRPr="0025334A">
        <w:t xml:space="preserve"> de </w:t>
      </w:r>
      <w:proofErr w:type="spellStart"/>
      <w:r w:rsidRPr="0025334A">
        <w:t>legislația</w:t>
      </w:r>
      <w:proofErr w:type="spellEnd"/>
      <w:r w:rsidRPr="0025334A">
        <w:t xml:space="preserve"> </w:t>
      </w:r>
      <w:proofErr w:type="spellStart"/>
      <w:r w:rsidRPr="0025334A">
        <w:t>alimentară</w:t>
      </w:r>
      <w:proofErr w:type="spellEnd"/>
      <w:r w:rsidRPr="0025334A">
        <w:t>.</w:t>
      </w:r>
    </w:p>
    <w:p w14:paraId="78EFFA3A" w14:textId="77777777" w:rsidR="00AC1239" w:rsidRPr="0025334A" w:rsidRDefault="00AC1239" w:rsidP="00AC1239">
      <w:pPr>
        <w:spacing w:after="50" w:line="247" w:lineRule="auto"/>
      </w:pP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apariției</w:t>
      </w:r>
      <w:proofErr w:type="spellEnd"/>
      <w:r w:rsidRPr="0025334A">
        <w:t xml:space="preserve"> </w:t>
      </w:r>
      <w:proofErr w:type="spellStart"/>
      <w:r w:rsidRPr="0025334A">
        <w:t>unor</w:t>
      </w:r>
      <w:proofErr w:type="spellEnd"/>
      <w:r w:rsidRPr="0025334A">
        <w:t xml:space="preserve"> </w:t>
      </w:r>
      <w:proofErr w:type="spellStart"/>
      <w:r w:rsidRPr="0025334A">
        <w:t>simptome</w:t>
      </w:r>
      <w:proofErr w:type="spellEnd"/>
      <w:r w:rsidRPr="0025334A">
        <w:t xml:space="preserve"> </w:t>
      </w:r>
      <w:proofErr w:type="spellStart"/>
      <w:r w:rsidRPr="0025334A">
        <w:t>colective</w:t>
      </w:r>
      <w:proofErr w:type="spellEnd"/>
      <w:r w:rsidRPr="0025334A">
        <w:t xml:space="preserve">, </w:t>
      </w:r>
      <w:proofErr w:type="spellStart"/>
      <w:r w:rsidRPr="0025334A">
        <w:t>suspiciuni</w:t>
      </w:r>
      <w:proofErr w:type="spellEnd"/>
      <w:r w:rsidRPr="0025334A">
        <w:t xml:space="preserve"> de </w:t>
      </w:r>
      <w:proofErr w:type="spellStart"/>
      <w:r w:rsidRPr="0025334A">
        <w:t>toxiinfecție</w:t>
      </w:r>
      <w:proofErr w:type="spellEnd"/>
      <w:r w:rsidRPr="0025334A">
        <w:t xml:space="preserve"> </w:t>
      </w:r>
      <w:proofErr w:type="spellStart"/>
      <w:r w:rsidRPr="0025334A">
        <w:t>alimentară</w:t>
      </w:r>
      <w:proofErr w:type="spellEnd"/>
      <w:r w:rsidRPr="0025334A">
        <w:t xml:space="preserve"> </w:t>
      </w:r>
      <w:proofErr w:type="spellStart"/>
      <w:r w:rsidRPr="0025334A">
        <w:t>sau</w:t>
      </w:r>
      <w:proofErr w:type="spellEnd"/>
      <w:r w:rsidRPr="0025334A">
        <w:t xml:space="preserve"> alt </w:t>
      </w:r>
      <w:proofErr w:type="spellStart"/>
      <w:r w:rsidRPr="0025334A">
        <w:t>eveniment</w:t>
      </w:r>
      <w:proofErr w:type="spellEnd"/>
      <w:r w:rsidRPr="0025334A">
        <w:t xml:space="preserve"> cu </w:t>
      </w:r>
      <w:proofErr w:type="spellStart"/>
      <w:r w:rsidRPr="0025334A">
        <w:t>potențial</w:t>
      </w:r>
      <w:proofErr w:type="spellEnd"/>
      <w:r w:rsidRPr="0025334A">
        <w:t xml:space="preserve"> impact </w:t>
      </w:r>
      <w:proofErr w:type="spellStart"/>
      <w:r w:rsidRPr="0025334A">
        <w:t>asupra</w:t>
      </w:r>
      <w:proofErr w:type="spellEnd"/>
      <w:r w:rsidRPr="0025334A">
        <w:t xml:space="preserve"> </w:t>
      </w:r>
      <w:proofErr w:type="spellStart"/>
      <w:r w:rsidRPr="0025334A">
        <w:t>sănătății</w:t>
      </w:r>
      <w:proofErr w:type="spellEnd"/>
      <w:r w:rsidRPr="0025334A">
        <w:t xml:space="preserve">, </w:t>
      </w:r>
      <w:proofErr w:type="spellStart"/>
      <w:r w:rsidRPr="0025334A">
        <w:t>documentele</w:t>
      </w:r>
      <w:proofErr w:type="spellEnd"/>
      <w:r w:rsidRPr="0025334A">
        <w:t xml:space="preserve"> </w:t>
      </w:r>
      <w:proofErr w:type="spellStart"/>
      <w:r w:rsidRPr="0025334A">
        <w:t>și</w:t>
      </w:r>
      <w:proofErr w:type="spellEnd"/>
      <w:r w:rsidRPr="0025334A">
        <w:t xml:space="preserve"> </w:t>
      </w:r>
      <w:proofErr w:type="spellStart"/>
      <w:r w:rsidRPr="0025334A">
        <w:t>probele</w:t>
      </w:r>
      <w:proofErr w:type="spellEnd"/>
      <w:r w:rsidRPr="0025334A">
        <w:t xml:space="preserve"> se </w:t>
      </w:r>
      <w:proofErr w:type="spellStart"/>
      <w:r w:rsidRPr="0025334A">
        <w:t>conservă</w:t>
      </w:r>
      <w:proofErr w:type="spellEnd"/>
      <w:r w:rsidRPr="0025334A">
        <w:t xml:space="preserve">, </w:t>
      </w:r>
      <w:proofErr w:type="spellStart"/>
      <w:r w:rsidRPr="0025334A">
        <w:t>iar</w:t>
      </w:r>
      <w:proofErr w:type="spellEnd"/>
      <w:r w:rsidRPr="0025334A">
        <w:t xml:space="preserve"> </w:t>
      </w:r>
      <w:proofErr w:type="spellStart"/>
      <w:r w:rsidRPr="0025334A">
        <w:t>comunicarea</w:t>
      </w:r>
      <w:proofErr w:type="spellEnd"/>
      <w:r w:rsidRPr="0025334A">
        <w:t xml:space="preserve"> se </w:t>
      </w:r>
      <w:proofErr w:type="spellStart"/>
      <w:r w:rsidRPr="0025334A">
        <w:t>realizează</w:t>
      </w:r>
      <w:proofErr w:type="spellEnd"/>
      <w:r w:rsidRPr="0025334A">
        <w:t xml:space="preserve"> </w:t>
      </w:r>
      <w:proofErr w:type="spellStart"/>
      <w:r w:rsidRPr="0025334A">
        <w:t>fără</w:t>
      </w:r>
      <w:proofErr w:type="spellEnd"/>
      <w:r w:rsidRPr="0025334A">
        <w:t xml:space="preserve"> </w:t>
      </w:r>
      <w:proofErr w:type="spellStart"/>
      <w:r w:rsidRPr="0025334A">
        <w:t>întârziere</w:t>
      </w:r>
      <w:proofErr w:type="spellEnd"/>
      <w:r w:rsidRPr="0025334A">
        <w:t xml:space="preserve">. </w:t>
      </w:r>
      <w:proofErr w:type="spellStart"/>
      <w:r w:rsidRPr="0025334A">
        <w:t>Prestatorul</w:t>
      </w:r>
      <w:proofErr w:type="spellEnd"/>
      <w:r w:rsidRPr="0025334A">
        <w:t xml:space="preserve"> nu </w:t>
      </w:r>
      <w:proofErr w:type="spellStart"/>
      <w:r w:rsidRPr="0025334A">
        <w:t>distruge</w:t>
      </w:r>
      <w:proofErr w:type="spellEnd"/>
      <w:r w:rsidRPr="0025334A">
        <w:t xml:space="preserve"> </w:t>
      </w:r>
      <w:proofErr w:type="spellStart"/>
      <w:r w:rsidRPr="0025334A">
        <w:t>și</w:t>
      </w:r>
      <w:proofErr w:type="spellEnd"/>
      <w:r w:rsidRPr="0025334A">
        <w:t xml:space="preserve"> nu </w:t>
      </w:r>
      <w:proofErr w:type="spellStart"/>
      <w:r w:rsidRPr="0025334A">
        <w:t>alterează</w:t>
      </w:r>
      <w:proofErr w:type="spellEnd"/>
      <w:r w:rsidRPr="0025334A">
        <w:t xml:space="preserve"> </w:t>
      </w:r>
      <w:proofErr w:type="spellStart"/>
      <w:r w:rsidRPr="0025334A">
        <w:t>dovezile</w:t>
      </w:r>
      <w:proofErr w:type="spellEnd"/>
      <w:r w:rsidRPr="0025334A">
        <w:t xml:space="preserve"> </w:t>
      </w:r>
      <w:proofErr w:type="spellStart"/>
      <w:r w:rsidRPr="0025334A">
        <w:t>relevante</w:t>
      </w:r>
      <w:proofErr w:type="spellEnd"/>
      <w:r w:rsidRPr="0025334A">
        <w:t xml:space="preserve"> </w:t>
      </w:r>
      <w:proofErr w:type="spellStart"/>
      <w:r w:rsidRPr="0025334A">
        <w:t>înainte</w:t>
      </w:r>
      <w:proofErr w:type="spellEnd"/>
      <w:r w:rsidRPr="0025334A">
        <w:t xml:space="preserve"> de </w:t>
      </w:r>
      <w:proofErr w:type="spellStart"/>
      <w:r w:rsidRPr="0025334A">
        <w:t>finalizarea</w:t>
      </w:r>
      <w:proofErr w:type="spellEnd"/>
      <w:r w:rsidRPr="0025334A">
        <w:t xml:space="preserve"> </w:t>
      </w:r>
      <w:proofErr w:type="spellStart"/>
      <w:r w:rsidRPr="0025334A">
        <w:t>verificărilor</w:t>
      </w:r>
      <w:proofErr w:type="spellEnd"/>
      <w:r w:rsidRPr="0025334A">
        <w:t xml:space="preserve"> </w:t>
      </w:r>
      <w:proofErr w:type="spellStart"/>
      <w:r w:rsidRPr="0025334A">
        <w:t>necesare</w:t>
      </w:r>
      <w:proofErr w:type="spellEnd"/>
      <w:r w:rsidRPr="0025334A">
        <w:t>.</w:t>
      </w:r>
    </w:p>
    <w:p w14:paraId="7D8641DF" w14:textId="77777777" w:rsidR="000C4CB5" w:rsidRPr="0025334A" w:rsidRDefault="004E746A" w:rsidP="0025334A">
      <w:pPr>
        <w:pStyle w:val="Heading2"/>
        <w:rPr>
          <w:color w:val="auto"/>
        </w:rPr>
      </w:pPr>
      <w:bookmarkStart w:id="33" w:name="_Toc242951474"/>
      <w:r w:rsidRPr="0025334A">
        <w:rPr>
          <w:color w:val="auto"/>
        </w:rPr>
        <w:lastRenderedPageBreak/>
        <w:t xml:space="preserve">3.10. </w:t>
      </w:r>
      <w:proofErr w:type="spellStart"/>
      <w:r w:rsidRPr="0025334A">
        <w:rPr>
          <w:color w:val="auto"/>
        </w:rPr>
        <w:t>Porționarea</w:t>
      </w:r>
      <w:proofErr w:type="spellEnd"/>
      <w:r w:rsidRPr="0025334A">
        <w:rPr>
          <w:color w:val="auto"/>
        </w:rPr>
        <w:t xml:space="preserve">, </w:t>
      </w:r>
      <w:proofErr w:type="spellStart"/>
      <w:r w:rsidRPr="0025334A">
        <w:rPr>
          <w:color w:val="auto"/>
        </w:rPr>
        <w:t>ambalarea</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etichetarea</w:t>
      </w:r>
      <w:bookmarkEnd w:id="33"/>
      <w:proofErr w:type="spellEnd"/>
    </w:p>
    <w:p w14:paraId="229A0452" w14:textId="77777777" w:rsidR="000C4CB5" w:rsidRPr="0025334A" w:rsidRDefault="004E746A">
      <w:pPr>
        <w:spacing w:after="50" w:line="247" w:lineRule="auto"/>
      </w:pPr>
      <w:proofErr w:type="spellStart"/>
      <w:r w:rsidRPr="0025334A">
        <w:rPr>
          <w:b/>
        </w:rPr>
        <w:t>Ambalaje</w:t>
      </w:r>
      <w:proofErr w:type="spellEnd"/>
      <w:r w:rsidRPr="0025334A">
        <w:rPr>
          <w:b/>
        </w:rPr>
        <w:t xml:space="preserve"> </w:t>
      </w:r>
      <w:proofErr w:type="spellStart"/>
      <w:r w:rsidRPr="0025334A">
        <w:rPr>
          <w:b/>
        </w:rPr>
        <w:t>și</w:t>
      </w:r>
      <w:proofErr w:type="spellEnd"/>
      <w:r w:rsidRPr="0025334A">
        <w:rPr>
          <w:b/>
        </w:rPr>
        <w:t xml:space="preserve"> </w:t>
      </w:r>
      <w:proofErr w:type="spellStart"/>
      <w:r w:rsidRPr="0025334A">
        <w:rPr>
          <w:b/>
        </w:rPr>
        <w:t>recipiente</w:t>
      </w:r>
      <w:proofErr w:type="spellEnd"/>
      <w:r w:rsidRPr="0025334A">
        <w:rPr>
          <w:b/>
        </w:rPr>
        <w:t xml:space="preserve">. </w:t>
      </w:r>
    </w:p>
    <w:p w14:paraId="6CABBC55" w14:textId="77777777" w:rsidR="0025334A" w:rsidRPr="0025334A" w:rsidRDefault="0025334A" w:rsidP="0025334A">
      <w:pPr>
        <w:spacing w:after="50" w:line="247" w:lineRule="auto"/>
        <w:rPr>
          <w:bCs/>
        </w:rPr>
      </w:pPr>
      <w:proofErr w:type="spellStart"/>
      <w:r w:rsidRPr="0025334A">
        <w:rPr>
          <w:bCs/>
        </w:rPr>
        <w:t>Hrana</w:t>
      </w:r>
      <w:proofErr w:type="spellEnd"/>
      <w:r w:rsidRPr="0025334A">
        <w:rPr>
          <w:bCs/>
        </w:rPr>
        <w:t xml:space="preserve"> se </w:t>
      </w:r>
      <w:proofErr w:type="spellStart"/>
      <w:r w:rsidRPr="0025334A">
        <w:rPr>
          <w:bCs/>
        </w:rPr>
        <w:t>ambalează</w:t>
      </w:r>
      <w:proofErr w:type="spellEnd"/>
      <w:r w:rsidRPr="0025334A">
        <w:rPr>
          <w:bCs/>
        </w:rPr>
        <w:t xml:space="preserve"> </w:t>
      </w:r>
      <w:proofErr w:type="spellStart"/>
      <w:r w:rsidRPr="0025334A">
        <w:rPr>
          <w:bCs/>
        </w:rPr>
        <w:t>în</w:t>
      </w:r>
      <w:proofErr w:type="spellEnd"/>
      <w:r w:rsidRPr="0025334A">
        <w:rPr>
          <w:bCs/>
        </w:rPr>
        <w:t xml:space="preserve"> </w:t>
      </w:r>
      <w:proofErr w:type="spellStart"/>
      <w:r w:rsidRPr="0025334A">
        <w:rPr>
          <w:bCs/>
        </w:rPr>
        <w:t>recipiente</w:t>
      </w:r>
      <w:proofErr w:type="spellEnd"/>
      <w:r w:rsidRPr="0025334A">
        <w:rPr>
          <w:bCs/>
        </w:rPr>
        <w:t xml:space="preserve"> curate, </w:t>
      </w:r>
      <w:proofErr w:type="spellStart"/>
      <w:r w:rsidRPr="0025334A">
        <w:rPr>
          <w:bCs/>
        </w:rPr>
        <w:t>intacte</w:t>
      </w:r>
      <w:proofErr w:type="spellEnd"/>
      <w:r w:rsidRPr="0025334A">
        <w:rPr>
          <w:bCs/>
        </w:rPr>
        <w:t xml:space="preserve">, </w:t>
      </w:r>
      <w:proofErr w:type="spellStart"/>
      <w:r w:rsidRPr="0025334A">
        <w:rPr>
          <w:bCs/>
        </w:rPr>
        <w:t>adecvate</w:t>
      </w:r>
      <w:proofErr w:type="spellEnd"/>
      <w:r w:rsidRPr="0025334A">
        <w:rPr>
          <w:bCs/>
        </w:rPr>
        <w:t xml:space="preserve"> </w:t>
      </w:r>
      <w:proofErr w:type="spellStart"/>
      <w:r w:rsidRPr="0025334A">
        <w:rPr>
          <w:bCs/>
        </w:rPr>
        <w:t>contactului</w:t>
      </w:r>
      <w:proofErr w:type="spellEnd"/>
      <w:r w:rsidRPr="0025334A">
        <w:rPr>
          <w:bCs/>
        </w:rPr>
        <w:t xml:space="preserve"> cu </w:t>
      </w:r>
      <w:proofErr w:type="spellStart"/>
      <w:r w:rsidRPr="0025334A">
        <w:rPr>
          <w:bCs/>
        </w:rPr>
        <w:t>alimentele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compatibile</w:t>
      </w:r>
      <w:proofErr w:type="spellEnd"/>
      <w:r w:rsidRPr="0025334A">
        <w:rPr>
          <w:bCs/>
        </w:rPr>
        <w:t xml:space="preserve"> cu </w:t>
      </w:r>
      <w:proofErr w:type="spellStart"/>
      <w:r w:rsidRPr="0025334A">
        <w:rPr>
          <w:bCs/>
        </w:rPr>
        <w:t>temperatura</w:t>
      </w:r>
      <w:proofErr w:type="spellEnd"/>
      <w:r w:rsidRPr="0025334A">
        <w:rPr>
          <w:bCs/>
        </w:rPr>
        <w:t xml:space="preserve"> </w:t>
      </w:r>
      <w:proofErr w:type="spellStart"/>
      <w:r w:rsidRPr="0025334A">
        <w:rPr>
          <w:bCs/>
        </w:rPr>
        <w:t>și</w:t>
      </w:r>
      <w:proofErr w:type="spellEnd"/>
      <w:r w:rsidRPr="0025334A">
        <w:rPr>
          <w:bCs/>
        </w:rPr>
        <w:t xml:space="preserve"> natura </w:t>
      </w:r>
      <w:proofErr w:type="spellStart"/>
      <w:r w:rsidRPr="0025334A">
        <w:rPr>
          <w:bCs/>
        </w:rPr>
        <w:t>produsului</w:t>
      </w:r>
      <w:proofErr w:type="spellEnd"/>
      <w:r w:rsidRPr="0025334A">
        <w:rPr>
          <w:bCs/>
        </w:rPr>
        <w:t xml:space="preserve">. </w:t>
      </w:r>
      <w:proofErr w:type="spellStart"/>
      <w:r w:rsidRPr="0025334A">
        <w:rPr>
          <w:bCs/>
        </w:rPr>
        <w:t>Ambalarea</w:t>
      </w:r>
      <w:proofErr w:type="spellEnd"/>
      <w:r w:rsidRPr="0025334A">
        <w:rPr>
          <w:bCs/>
        </w:rPr>
        <w:t xml:space="preserve"> </w:t>
      </w:r>
      <w:proofErr w:type="spellStart"/>
      <w:r w:rsidRPr="0025334A">
        <w:rPr>
          <w:bCs/>
        </w:rPr>
        <w:t>asigură</w:t>
      </w:r>
      <w:proofErr w:type="spellEnd"/>
      <w:r w:rsidRPr="0025334A">
        <w:rPr>
          <w:bCs/>
        </w:rPr>
        <w:t xml:space="preserve"> </w:t>
      </w:r>
      <w:proofErr w:type="spellStart"/>
      <w:r w:rsidRPr="0025334A">
        <w:rPr>
          <w:bCs/>
        </w:rPr>
        <w:t>etanșeitatea</w:t>
      </w:r>
      <w:proofErr w:type="spellEnd"/>
      <w:r w:rsidRPr="0025334A">
        <w:rPr>
          <w:bCs/>
        </w:rPr>
        <w:t xml:space="preserve">, </w:t>
      </w:r>
      <w:proofErr w:type="spellStart"/>
      <w:r w:rsidRPr="0025334A">
        <w:rPr>
          <w:bCs/>
        </w:rPr>
        <w:t>protecția</w:t>
      </w:r>
      <w:proofErr w:type="spellEnd"/>
      <w:r w:rsidRPr="0025334A">
        <w:rPr>
          <w:bCs/>
        </w:rPr>
        <w:t xml:space="preserve"> </w:t>
      </w:r>
      <w:proofErr w:type="spellStart"/>
      <w:r w:rsidRPr="0025334A">
        <w:rPr>
          <w:bCs/>
        </w:rPr>
        <w:t>față</w:t>
      </w:r>
      <w:proofErr w:type="spellEnd"/>
      <w:r w:rsidRPr="0025334A">
        <w:rPr>
          <w:bCs/>
        </w:rPr>
        <w:t xml:space="preserve"> de </w:t>
      </w:r>
      <w:proofErr w:type="spellStart"/>
      <w:r w:rsidRPr="0025334A">
        <w:rPr>
          <w:bCs/>
        </w:rPr>
        <w:t>contaminare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menținerea</w:t>
      </w:r>
      <w:proofErr w:type="spellEnd"/>
      <w:r w:rsidRPr="0025334A">
        <w:rPr>
          <w:bCs/>
        </w:rPr>
        <w:t xml:space="preserve"> </w:t>
      </w:r>
      <w:proofErr w:type="spellStart"/>
      <w:r w:rsidRPr="0025334A">
        <w:rPr>
          <w:bCs/>
        </w:rPr>
        <w:t>condițiilor</w:t>
      </w:r>
      <w:proofErr w:type="spellEnd"/>
      <w:r w:rsidRPr="0025334A">
        <w:rPr>
          <w:bCs/>
        </w:rPr>
        <w:t xml:space="preserve"> de </w:t>
      </w:r>
      <w:proofErr w:type="spellStart"/>
      <w:r w:rsidRPr="0025334A">
        <w:rPr>
          <w:bCs/>
        </w:rPr>
        <w:t>temperatură</w:t>
      </w:r>
      <w:proofErr w:type="spellEnd"/>
      <w:r w:rsidRPr="0025334A">
        <w:rPr>
          <w:bCs/>
        </w:rPr>
        <w:t xml:space="preserve"> </w:t>
      </w:r>
      <w:proofErr w:type="spellStart"/>
      <w:r w:rsidRPr="0025334A">
        <w:rPr>
          <w:bCs/>
        </w:rPr>
        <w:t>până</w:t>
      </w:r>
      <w:proofErr w:type="spellEnd"/>
      <w:r w:rsidRPr="0025334A">
        <w:rPr>
          <w:bCs/>
        </w:rPr>
        <w:t xml:space="preserve"> la </w:t>
      </w:r>
      <w:proofErr w:type="spellStart"/>
      <w:r w:rsidRPr="0025334A">
        <w:rPr>
          <w:bCs/>
        </w:rPr>
        <w:t>predare</w:t>
      </w:r>
      <w:proofErr w:type="spellEnd"/>
      <w:r w:rsidRPr="0025334A">
        <w:rPr>
          <w:bCs/>
        </w:rPr>
        <w:t>.</w:t>
      </w:r>
    </w:p>
    <w:p w14:paraId="13650663" w14:textId="77777777" w:rsidR="0025334A" w:rsidRPr="0025334A" w:rsidRDefault="0025334A" w:rsidP="0025334A">
      <w:pPr>
        <w:spacing w:after="50" w:line="247" w:lineRule="auto"/>
        <w:rPr>
          <w:bCs/>
        </w:rPr>
      </w:pPr>
      <w:proofErr w:type="spellStart"/>
      <w:r w:rsidRPr="0025334A">
        <w:rPr>
          <w:bCs/>
        </w:rPr>
        <w:t>Regimurile</w:t>
      </w:r>
      <w:proofErr w:type="spellEnd"/>
      <w:r w:rsidRPr="0025334A">
        <w:rPr>
          <w:bCs/>
        </w:rPr>
        <w:t xml:space="preserve">, </w:t>
      </w:r>
      <w:proofErr w:type="spellStart"/>
      <w:r w:rsidRPr="0025334A">
        <w:rPr>
          <w:bCs/>
        </w:rPr>
        <w:t>texturile</w:t>
      </w:r>
      <w:proofErr w:type="spellEnd"/>
      <w:r w:rsidRPr="0025334A">
        <w:rPr>
          <w:bCs/>
        </w:rPr>
        <w:t xml:space="preserve"> </w:t>
      </w:r>
      <w:proofErr w:type="spellStart"/>
      <w:r w:rsidRPr="0025334A">
        <w:rPr>
          <w:bCs/>
        </w:rPr>
        <w:t>speciale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porțiile</w:t>
      </w:r>
      <w:proofErr w:type="spellEnd"/>
      <w:r w:rsidRPr="0025334A">
        <w:rPr>
          <w:bCs/>
        </w:rPr>
        <w:t xml:space="preserve"> </w:t>
      </w:r>
      <w:proofErr w:type="spellStart"/>
      <w:r w:rsidRPr="0025334A">
        <w:rPr>
          <w:bCs/>
        </w:rPr>
        <w:t>pentru</w:t>
      </w:r>
      <w:proofErr w:type="spellEnd"/>
      <w:r w:rsidRPr="0025334A">
        <w:rPr>
          <w:bCs/>
        </w:rPr>
        <w:t xml:space="preserve"> </w:t>
      </w:r>
      <w:proofErr w:type="spellStart"/>
      <w:r w:rsidRPr="0025334A">
        <w:rPr>
          <w:bCs/>
        </w:rPr>
        <w:t>beneficiari</w:t>
      </w:r>
      <w:proofErr w:type="spellEnd"/>
      <w:r w:rsidRPr="0025334A">
        <w:rPr>
          <w:bCs/>
        </w:rPr>
        <w:t xml:space="preserve"> cu </w:t>
      </w:r>
      <w:proofErr w:type="spellStart"/>
      <w:r w:rsidRPr="0025334A">
        <w:rPr>
          <w:bCs/>
        </w:rPr>
        <w:t>alergii</w:t>
      </w:r>
      <w:proofErr w:type="spellEnd"/>
      <w:r w:rsidRPr="0025334A">
        <w:rPr>
          <w:bCs/>
        </w:rPr>
        <w:t xml:space="preserve"> se </w:t>
      </w:r>
      <w:proofErr w:type="spellStart"/>
      <w:r w:rsidRPr="0025334A">
        <w:rPr>
          <w:bCs/>
        </w:rPr>
        <w:t>ambalează</w:t>
      </w:r>
      <w:proofErr w:type="spellEnd"/>
      <w:r w:rsidRPr="0025334A">
        <w:rPr>
          <w:bCs/>
        </w:rPr>
        <w:t xml:space="preserve"> </w:t>
      </w:r>
      <w:proofErr w:type="spellStart"/>
      <w:r w:rsidRPr="0025334A">
        <w:rPr>
          <w:bCs/>
        </w:rPr>
        <w:t>separat</w:t>
      </w:r>
      <w:proofErr w:type="spellEnd"/>
      <w:r w:rsidRPr="0025334A">
        <w:rPr>
          <w:bCs/>
        </w:rPr>
        <w:t xml:space="preserve"> </w:t>
      </w:r>
      <w:proofErr w:type="spellStart"/>
      <w:r w:rsidRPr="0025334A">
        <w:rPr>
          <w:bCs/>
        </w:rPr>
        <w:t>sau</w:t>
      </w:r>
      <w:proofErr w:type="spellEnd"/>
      <w:r w:rsidRPr="0025334A">
        <w:rPr>
          <w:bCs/>
        </w:rPr>
        <w:t xml:space="preserve"> se </w:t>
      </w:r>
      <w:proofErr w:type="spellStart"/>
      <w:r w:rsidRPr="0025334A">
        <w:rPr>
          <w:bCs/>
        </w:rPr>
        <w:t>identifică</w:t>
      </w:r>
      <w:proofErr w:type="spellEnd"/>
      <w:r w:rsidRPr="0025334A">
        <w:rPr>
          <w:bCs/>
        </w:rPr>
        <w:t xml:space="preserve"> distinct, </w:t>
      </w:r>
      <w:proofErr w:type="spellStart"/>
      <w:r w:rsidRPr="0025334A">
        <w:rPr>
          <w:bCs/>
        </w:rPr>
        <w:t>astfel</w:t>
      </w:r>
      <w:proofErr w:type="spellEnd"/>
      <w:r w:rsidRPr="0025334A">
        <w:rPr>
          <w:bCs/>
        </w:rPr>
        <w:t xml:space="preserve"> </w:t>
      </w:r>
      <w:proofErr w:type="spellStart"/>
      <w:r w:rsidRPr="0025334A">
        <w:rPr>
          <w:bCs/>
        </w:rPr>
        <w:t>încât</w:t>
      </w:r>
      <w:proofErr w:type="spellEnd"/>
      <w:r w:rsidRPr="0025334A">
        <w:rPr>
          <w:bCs/>
        </w:rPr>
        <w:t xml:space="preserve"> </w:t>
      </w:r>
      <w:proofErr w:type="spellStart"/>
      <w:r w:rsidRPr="0025334A">
        <w:rPr>
          <w:bCs/>
        </w:rPr>
        <w:t>personalul</w:t>
      </w:r>
      <w:proofErr w:type="spellEnd"/>
      <w:r w:rsidRPr="0025334A">
        <w:rPr>
          <w:bCs/>
        </w:rPr>
        <w:t xml:space="preserve"> </w:t>
      </w:r>
      <w:proofErr w:type="spellStart"/>
      <w:r w:rsidRPr="0025334A">
        <w:rPr>
          <w:bCs/>
        </w:rPr>
        <w:t>centrului</w:t>
      </w:r>
      <w:proofErr w:type="spellEnd"/>
      <w:r w:rsidRPr="0025334A">
        <w:rPr>
          <w:bCs/>
        </w:rPr>
        <w:t xml:space="preserve"> </w:t>
      </w:r>
      <w:proofErr w:type="spellStart"/>
      <w:r w:rsidRPr="0025334A">
        <w:rPr>
          <w:bCs/>
        </w:rPr>
        <w:t>să</w:t>
      </w:r>
      <w:proofErr w:type="spellEnd"/>
      <w:r w:rsidRPr="0025334A">
        <w:rPr>
          <w:bCs/>
        </w:rPr>
        <w:t xml:space="preserve"> </w:t>
      </w:r>
      <w:proofErr w:type="spellStart"/>
      <w:r w:rsidRPr="0025334A">
        <w:rPr>
          <w:bCs/>
        </w:rPr>
        <w:t>poată</w:t>
      </w:r>
      <w:proofErr w:type="spellEnd"/>
      <w:r w:rsidRPr="0025334A">
        <w:rPr>
          <w:bCs/>
        </w:rPr>
        <w:t xml:space="preserve"> </w:t>
      </w:r>
      <w:proofErr w:type="spellStart"/>
      <w:r w:rsidRPr="0025334A">
        <w:rPr>
          <w:bCs/>
        </w:rPr>
        <w:t>distribui</w:t>
      </w:r>
      <w:proofErr w:type="spellEnd"/>
      <w:r w:rsidRPr="0025334A">
        <w:rPr>
          <w:bCs/>
        </w:rPr>
        <w:t xml:space="preserve"> </w:t>
      </w:r>
      <w:proofErr w:type="spellStart"/>
      <w:r w:rsidRPr="0025334A">
        <w:rPr>
          <w:bCs/>
        </w:rPr>
        <w:t>corect</w:t>
      </w:r>
      <w:proofErr w:type="spellEnd"/>
      <w:r w:rsidRPr="0025334A">
        <w:rPr>
          <w:bCs/>
        </w:rPr>
        <w:t xml:space="preserve"> </w:t>
      </w:r>
      <w:proofErr w:type="spellStart"/>
      <w:r w:rsidRPr="0025334A">
        <w:rPr>
          <w:bCs/>
        </w:rPr>
        <w:t>hrana</w:t>
      </w:r>
      <w:proofErr w:type="spellEnd"/>
      <w:r w:rsidRPr="0025334A">
        <w:rPr>
          <w:bCs/>
        </w:rPr>
        <w:t>.</w:t>
      </w:r>
    </w:p>
    <w:p w14:paraId="55A42B2B" w14:textId="77777777" w:rsidR="0025334A" w:rsidRPr="0025334A" w:rsidRDefault="0025334A" w:rsidP="0025334A">
      <w:pPr>
        <w:spacing w:after="50" w:line="247" w:lineRule="auto"/>
      </w:pPr>
      <w:proofErr w:type="spellStart"/>
      <w:r w:rsidRPr="0025334A">
        <w:rPr>
          <w:b/>
          <w:bCs/>
          <w:i/>
          <w:iCs/>
        </w:rPr>
        <w:t>Recipiente</w:t>
      </w:r>
      <w:proofErr w:type="spellEnd"/>
      <w:r w:rsidRPr="0025334A">
        <w:rPr>
          <w:b/>
          <w:bCs/>
          <w:i/>
          <w:iCs/>
        </w:rPr>
        <w:t>:</w:t>
      </w:r>
    </w:p>
    <w:p w14:paraId="09A47E75" w14:textId="77777777" w:rsidR="000C4CB5" w:rsidRPr="0025334A" w:rsidRDefault="004E746A" w:rsidP="002459A2">
      <w:pPr>
        <w:pStyle w:val="ListParagraph"/>
        <w:numPr>
          <w:ilvl w:val="0"/>
          <w:numId w:val="13"/>
        </w:numPr>
        <w:spacing w:after="50" w:line="247" w:lineRule="auto"/>
        <w:ind w:left="0" w:firstLine="491"/>
      </w:pPr>
      <w:proofErr w:type="spellStart"/>
      <w:r w:rsidRPr="0025334A">
        <w:t>Preparatele</w:t>
      </w:r>
      <w:proofErr w:type="spellEnd"/>
      <w:r w:rsidRPr="0025334A">
        <w:t xml:space="preserve"> destinate </w:t>
      </w:r>
      <w:proofErr w:type="spellStart"/>
      <w:r w:rsidRPr="0025334A">
        <w:t>distribuirii</w:t>
      </w:r>
      <w:proofErr w:type="spellEnd"/>
      <w:r w:rsidRPr="0025334A">
        <w:t xml:space="preserve"> </w:t>
      </w:r>
      <w:proofErr w:type="spellStart"/>
      <w:r w:rsidRPr="0025334A">
        <w:t>colective</w:t>
      </w:r>
      <w:proofErr w:type="spellEnd"/>
      <w:r w:rsidRPr="0025334A">
        <w:t xml:space="preserve"> se </w:t>
      </w:r>
      <w:proofErr w:type="spellStart"/>
      <w:r w:rsidRPr="0025334A">
        <w:t>livrează</w:t>
      </w:r>
      <w:proofErr w:type="spellEnd"/>
      <w:r w:rsidRPr="0025334A">
        <w:t xml:space="preserve"> </w:t>
      </w:r>
      <w:proofErr w:type="spellStart"/>
      <w:r w:rsidRPr="0025334A">
        <w:t>în</w:t>
      </w:r>
      <w:proofErr w:type="spellEnd"/>
      <w:r w:rsidRPr="0025334A">
        <w:t xml:space="preserve"> </w:t>
      </w:r>
      <w:proofErr w:type="spellStart"/>
      <w:r w:rsidRPr="0025334A">
        <w:t>oale</w:t>
      </w:r>
      <w:proofErr w:type="spellEnd"/>
      <w:r w:rsidRPr="0025334A">
        <w:t>/</w:t>
      </w:r>
      <w:proofErr w:type="spellStart"/>
      <w:r w:rsidRPr="0025334A">
        <w:t>recipiente</w:t>
      </w:r>
      <w:proofErr w:type="spellEnd"/>
      <w:r w:rsidRPr="0025334A">
        <w:t xml:space="preserve"> din inox </w:t>
      </w:r>
      <w:proofErr w:type="spellStart"/>
      <w:r w:rsidRPr="0025334A">
        <w:t>alimentar</w:t>
      </w:r>
      <w:proofErr w:type="spellEnd"/>
      <w:r w:rsidRPr="0025334A">
        <w:t xml:space="preserve">, curate, cu </w:t>
      </w:r>
      <w:proofErr w:type="spellStart"/>
      <w:r w:rsidRPr="0025334A">
        <w:t>capac</w:t>
      </w:r>
      <w:proofErr w:type="spellEnd"/>
      <w:r w:rsidRPr="0025334A">
        <w:t xml:space="preserve">, cu </w:t>
      </w:r>
      <w:proofErr w:type="spellStart"/>
      <w:r w:rsidRPr="0025334A">
        <w:t>capacitatea</w:t>
      </w:r>
      <w:proofErr w:type="spellEnd"/>
      <w:r w:rsidRPr="0025334A">
        <w:t xml:space="preserve"> de maximum 15 </w:t>
      </w:r>
      <w:proofErr w:type="spellStart"/>
      <w:r w:rsidRPr="0025334A">
        <w:t>litri</w:t>
      </w:r>
      <w:proofErr w:type="spellEnd"/>
      <w:r w:rsidRPr="0025334A">
        <w:t xml:space="preserve"> </w:t>
      </w:r>
      <w:proofErr w:type="spellStart"/>
      <w:r w:rsidRPr="0025334A">
        <w:t>pentru</w:t>
      </w:r>
      <w:proofErr w:type="spellEnd"/>
      <w:r w:rsidRPr="0025334A">
        <w:t xml:space="preserve"> </w:t>
      </w:r>
      <w:proofErr w:type="spellStart"/>
      <w:r w:rsidRPr="0025334A">
        <w:t>fiecare</w:t>
      </w:r>
      <w:proofErr w:type="spellEnd"/>
      <w:r w:rsidRPr="0025334A">
        <w:t xml:space="preserve"> recipient. </w:t>
      </w:r>
      <w:proofErr w:type="spellStart"/>
      <w:r w:rsidRPr="0025334A">
        <w:t>Recipientele</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w:t>
      </w:r>
      <w:proofErr w:type="spellStart"/>
      <w:r w:rsidRPr="0025334A">
        <w:t>adecvate</w:t>
      </w:r>
      <w:proofErr w:type="spellEnd"/>
      <w:r w:rsidRPr="0025334A">
        <w:t xml:space="preserve"> </w:t>
      </w:r>
      <w:proofErr w:type="spellStart"/>
      <w:r w:rsidRPr="0025334A">
        <w:t>contactului</w:t>
      </w:r>
      <w:proofErr w:type="spellEnd"/>
      <w:r w:rsidRPr="0025334A">
        <w:t xml:space="preserve"> cu </w:t>
      </w:r>
      <w:proofErr w:type="spellStart"/>
      <w:r w:rsidRPr="0025334A">
        <w:t>alimentele</w:t>
      </w:r>
      <w:proofErr w:type="spellEnd"/>
      <w:r w:rsidRPr="0025334A">
        <w:t xml:space="preserve"> </w:t>
      </w:r>
      <w:proofErr w:type="spellStart"/>
      <w:r w:rsidRPr="0025334A">
        <w:t>și</w:t>
      </w:r>
      <w:proofErr w:type="spellEnd"/>
      <w:r w:rsidRPr="0025334A">
        <w:t xml:space="preserve"> </w:t>
      </w:r>
      <w:proofErr w:type="spellStart"/>
      <w:r w:rsidRPr="0025334A">
        <w:t>temperatura</w:t>
      </w:r>
      <w:proofErr w:type="spellEnd"/>
      <w:r w:rsidRPr="0025334A">
        <w:t xml:space="preserve"> </w:t>
      </w:r>
      <w:proofErr w:type="spellStart"/>
      <w:r w:rsidRPr="0025334A">
        <w:t>preparatului</w:t>
      </w:r>
      <w:proofErr w:type="spellEnd"/>
      <w:r w:rsidRPr="0025334A">
        <w:t xml:space="preserve">, </w:t>
      </w:r>
      <w:proofErr w:type="spellStart"/>
      <w:r w:rsidRPr="0025334A">
        <w:t>să</w:t>
      </w:r>
      <w:proofErr w:type="spellEnd"/>
      <w:r w:rsidRPr="0025334A">
        <w:t xml:space="preserve"> fie </w:t>
      </w:r>
      <w:proofErr w:type="spellStart"/>
      <w:r w:rsidRPr="0025334A">
        <w:t>închise</w:t>
      </w:r>
      <w:proofErr w:type="spellEnd"/>
      <w:r w:rsidRPr="0025334A">
        <w:t xml:space="preserve"> </w:t>
      </w:r>
      <w:proofErr w:type="spellStart"/>
      <w:r w:rsidRPr="0025334A">
        <w:t>corespunzător</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prevină</w:t>
      </w:r>
      <w:proofErr w:type="spellEnd"/>
      <w:r w:rsidRPr="0025334A">
        <w:t xml:space="preserve"> </w:t>
      </w:r>
      <w:proofErr w:type="spellStart"/>
      <w:r w:rsidRPr="0025334A">
        <w:t>contaminarea</w:t>
      </w:r>
      <w:proofErr w:type="spellEnd"/>
      <w:r w:rsidRPr="0025334A">
        <w:t xml:space="preserve">, </w:t>
      </w:r>
      <w:proofErr w:type="spellStart"/>
      <w:r w:rsidRPr="0025334A">
        <w:t>scurgerea</w:t>
      </w:r>
      <w:proofErr w:type="spellEnd"/>
      <w:r w:rsidRPr="0025334A">
        <w:t xml:space="preserve">, </w:t>
      </w:r>
      <w:proofErr w:type="spellStart"/>
      <w:r w:rsidRPr="0025334A">
        <w:t>amestecarea</w:t>
      </w:r>
      <w:proofErr w:type="spellEnd"/>
      <w:r w:rsidRPr="0025334A">
        <w:t xml:space="preserve"> </w:t>
      </w:r>
      <w:proofErr w:type="spellStart"/>
      <w:r w:rsidRPr="0025334A">
        <w:t>preparatelor</w:t>
      </w:r>
      <w:proofErr w:type="spellEnd"/>
      <w:r w:rsidRPr="0025334A">
        <w:t xml:space="preserve"> </w:t>
      </w:r>
      <w:proofErr w:type="spellStart"/>
      <w:r w:rsidRPr="0025334A">
        <w:t>și</w:t>
      </w:r>
      <w:proofErr w:type="spellEnd"/>
      <w:r w:rsidRPr="0025334A">
        <w:t xml:space="preserve"> </w:t>
      </w:r>
      <w:proofErr w:type="spellStart"/>
      <w:r w:rsidRPr="0025334A">
        <w:t>pierderea</w:t>
      </w:r>
      <w:proofErr w:type="spellEnd"/>
      <w:r w:rsidRPr="0025334A">
        <w:t xml:space="preserve"> </w:t>
      </w:r>
      <w:proofErr w:type="spellStart"/>
      <w:r w:rsidRPr="0025334A">
        <w:t>necontrolată</w:t>
      </w:r>
      <w:proofErr w:type="spellEnd"/>
      <w:r w:rsidRPr="0025334A">
        <w:t xml:space="preserve"> a </w:t>
      </w:r>
      <w:proofErr w:type="spellStart"/>
      <w:r w:rsidRPr="0025334A">
        <w:t>temperaturii</w:t>
      </w:r>
      <w:proofErr w:type="spellEnd"/>
      <w:r w:rsidRPr="0025334A">
        <w:t>.</w:t>
      </w:r>
    </w:p>
    <w:p w14:paraId="3AADC2D6" w14:textId="77777777" w:rsidR="0025334A" w:rsidRPr="0025334A" w:rsidRDefault="004E746A" w:rsidP="002459A2">
      <w:pPr>
        <w:pStyle w:val="ListParagraph"/>
        <w:numPr>
          <w:ilvl w:val="0"/>
          <w:numId w:val="13"/>
        </w:numPr>
        <w:spacing w:after="50" w:line="247" w:lineRule="auto"/>
        <w:ind w:left="0" w:firstLine="491"/>
        <w:rPr>
          <w:lang w:val="ro-RO"/>
        </w:rPr>
      </w:pP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unui</w:t>
      </w:r>
      <w:proofErr w:type="spellEnd"/>
      <w:r w:rsidRPr="0025334A">
        <w:t xml:space="preserve"> </w:t>
      </w:r>
      <w:proofErr w:type="spellStart"/>
      <w:r w:rsidRPr="0025334A">
        <w:t>număr</w:t>
      </w:r>
      <w:proofErr w:type="spellEnd"/>
      <w:r w:rsidRPr="0025334A">
        <w:t xml:space="preserve"> </w:t>
      </w:r>
      <w:proofErr w:type="spellStart"/>
      <w:r w:rsidRPr="0025334A">
        <w:t>redus</w:t>
      </w:r>
      <w:proofErr w:type="spellEnd"/>
      <w:r w:rsidRPr="0025334A">
        <w:t xml:space="preserve"> de </w:t>
      </w:r>
      <w:proofErr w:type="spellStart"/>
      <w:r w:rsidRPr="0025334A">
        <w:t>porții</w:t>
      </w:r>
      <w:proofErr w:type="spellEnd"/>
      <w:r w:rsidRPr="0025334A">
        <w:t xml:space="preserve"> </w:t>
      </w:r>
      <w:proofErr w:type="spellStart"/>
      <w:r w:rsidRPr="0025334A">
        <w:t>pentru</w:t>
      </w:r>
      <w:proofErr w:type="spellEnd"/>
      <w:r w:rsidRPr="0025334A">
        <w:t xml:space="preserve"> o </w:t>
      </w:r>
      <w:proofErr w:type="spellStart"/>
      <w:r w:rsidRPr="0025334A">
        <w:t>anumită</w:t>
      </w:r>
      <w:proofErr w:type="spellEnd"/>
      <w:r w:rsidRPr="0025334A">
        <w:t xml:space="preserve"> </w:t>
      </w:r>
      <w:proofErr w:type="spellStart"/>
      <w:r w:rsidRPr="0025334A">
        <w:t>locație</w:t>
      </w:r>
      <w:proofErr w:type="spellEnd"/>
      <w:r w:rsidRPr="0025334A">
        <w:t xml:space="preserve"> </w:t>
      </w:r>
      <w:proofErr w:type="spellStart"/>
      <w:r w:rsidRPr="0025334A">
        <w:t>și</w:t>
      </w:r>
      <w:proofErr w:type="spellEnd"/>
      <w:r w:rsidRPr="0025334A">
        <w:t>/</w:t>
      </w:r>
      <w:proofErr w:type="spellStart"/>
      <w:r w:rsidRPr="0025334A">
        <w:t>sau</w:t>
      </w:r>
      <w:proofErr w:type="spellEnd"/>
      <w:r w:rsidRPr="0025334A">
        <w:t xml:space="preserve"> </w:t>
      </w:r>
      <w:proofErr w:type="spellStart"/>
      <w:r w:rsidRPr="0025334A">
        <w:t>pentru</w:t>
      </w:r>
      <w:proofErr w:type="spellEnd"/>
      <w:r w:rsidRPr="0025334A">
        <w:t xml:space="preserve"> un </w:t>
      </w:r>
      <w:proofErr w:type="spellStart"/>
      <w:r w:rsidRPr="0025334A">
        <w:t>anumit</w:t>
      </w:r>
      <w:proofErr w:type="spellEnd"/>
      <w:r w:rsidRPr="0025334A">
        <w:t xml:space="preserve"> tip de </w:t>
      </w:r>
      <w:proofErr w:type="spellStart"/>
      <w:r w:rsidRPr="0025334A">
        <w:t>meniu</w:t>
      </w:r>
      <w:proofErr w:type="spellEnd"/>
      <w:r w:rsidRPr="0025334A">
        <w:t xml:space="preserve">, </w:t>
      </w:r>
      <w:proofErr w:type="spellStart"/>
      <w:r w:rsidRPr="0025334A">
        <w:t>regim</w:t>
      </w:r>
      <w:proofErr w:type="spellEnd"/>
      <w:r w:rsidRPr="0025334A">
        <w:t xml:space="preserve"> </w:t>
      </w:r>
      <w:proofErr w:type="spellStart"/>
      <w:r w:rsidRPr="0025334A">
        <w:t>alimentar</w:t>
      </w:r>
      <w:proofErr w:type="spellEnd"/>
      <w:r w:rsidRPr="0025334A">
        <w:t xml:space="preserve"> </w:t>
      </w:r>
      <w:proofErr w:type="spellStart"/>
      <w:r w:rsidRPr="0025334A">
        <w:t>ori</w:t>
      </w:r>
      <w:proofErr w:type="spellEnd"/>
      <w:r w:rsidRPr="0025334A">
        <w:t xml:space="preserve"> </w:t>
      </w:r>
      <w:proofErr w:type="spellStart"/>
      <w:r w:rsidRPr="0025334A">
        <w:t>textură</w:t>
      </w:r>
      <w:proofErr w:type="spellEnd"/>
      <w:r w:rsidRPr="0025334A">
        <w:t xml:space="preserve">, </w:t>
      </w:r>
      <w:proofErr w:type="spellStart"/>
      <w:r w:rsidRPr="0025334A">
        <w:t>hrana</w:t>
      </w:r>
      <w:proofErr w:type="spellEnd"/>
      <w:r w:rsidRPr="0025334A">
        <w:t xml:space="preserve"> se </w:t>
      </w:r>
      <w:proofErr w:type="spellStart"/>
      <w:r w:rsidRPr="0025334A">
        <w:t>livrează</w:t>
      </w:r>
      <w:proofErr w:type="spellEnd"/>
      <w:r w:rsidRPr="0025334A">
        <w:t xml:space="preserve"> </w:t>
      </w:r>
      <w:proofErr w:type="spellStart"/>
      <w:r w:rsidRPr="0025334A">
        <w:t>în</w:t>
      </w:r>
      <w:proofErr w:type="spellEnd"/>
      <w:r w:rsidRPr="0025334A">
        <w:t xml:space="preserve"> </w:t>
      </w:r>
      <w:proofErr w:type="spellStart"/>
      <w:r w:rsidRPr="0025334A">
        <w:t>caserole</w:t>
      </w:r>
      <w:proofErr w:type="spellEnd"/>
      <w:r w:rsidRPr="0025334A">
        <w:t xml:space="preserve"> </w:t>
      </w:r>
      <w:proofErr w:type="spellStart"/>
      <w:r w:rsidRPr="0025334A">
        <w:t>individuale</w:t>
      </w:r>
      <w:proofErr w:type="spellEnd"/>
      <w:r w:rsidRPr="0025334A">
        <w:t xml:space="preserve">, </w:t>
      </w:r>
      <w:proofErr w:type="spellStart"/>
      <w:r w:rsidRPr="0025334A">
        <w:t>adecvate</w:t>
      </w:r>
      <w:proofErr w:type="spellEnd"/>
      <w:r w:rsidRPr="0025334A">
        <w:t xml:space="preserve"> </w:t>
      </w:r>
      <w:proofErr w:type="spellStart"/>
      <w:r w:rsidRPr="0025334A">
        <w:t>contactului</w:t>
      </w:r>
      <w:proofErr w:type="spellEnd"/>
      <w:r w:rsidRPr="0025334A">
        <w:t xml:space="preserve"> cu </w:t>
      </w:r>
      <w:proofErr w:type="spellStart"/>
      <w:r w:rsidRPr="0025334A">
        <w:t>alimentele</w:t>
      </w:r>
      <w:proofErr w:type="spellEnd"/>
      <w:r w:rsidRPr="0025334A">
        <w:t xml:space="preserve">, </w:t>
      </w:r>
      <w:proofErr w:type="spellStart"/>
      <w:r w:rsidRPr="0025334A">
        <w:t>închise</w:t>
      </w:r>
      <w:proofErr w:type="spellEnd"/>
      <w:r w:rsidRPr="0025334A">
        <w:t xml:space="preserve"> </w:t>
      </w:r>
      <w:proofErr w:type="spellStart"/>
      <w:r w:rsidRPr="0025334A">
        <w:t>și</w:t>
      </w:r>
      <w:proofErr w:type="spellEnd"/>
      <w:r w:rsidRPr="0025334A">
        <w:t xml:space="preserve"> </w:t>
      </w:r>
      <w:proofErr w:type="spellStart"/>
      <w:r w:rsidRPr="0025334A">
        <w:t>identificate</w:t>
      </w:r>
      <w:proofErr w:type="spellEnd"/>
      <w:r w:rsidRPr="0025334A">
        <w:t xml:space="preserve"> distinct. </w:t>
      </w:r>
      <w:proofErr w:type="spellStart"/>
      <w:r w:rsidRPr="0025334A">
        <w:t>Regimurile</w:t>
      </w:r>
      <w:proofErr w:type="spellEnd"/>
      <w:r w:rsidRPr="0025334A">
        <w:t xml:space="preserve"> </w:t>
      </w:r>
      <w:proofErr w:type="spellStart"/>
      <w:r w:rsidRPr="0025334A">
        <w:t>speciale</w:t>
      </w:r>
      <w:proofErr w:type="spellEnd"/>
      <w:r w:rsidRPr="0025334A">
        <w:t xml:space="preserve"> </w:t>
      </w:r>
      <w:proofErr w:type="spellStart"/>
      <w:r w:rsidRPr="0025334A">
        <w:t>și</w:t>
      </w:r>
      <w:proofErr w:type="spellEnd"/>
      <w:r w:rsidRPr="0025334A">
        <w:t xml:space="preserve"> </w:t>
      </w:r>
      <w:proofErr w:type="spellStart"/>
      <w:r w:rsidRPr="0025334A">
        <w:t>meniul</w:t>
      </w:r>
      <w:proofErr w:type="spellEnd"/>
      <w:r w:rsidRPr="0025334A">
        <w:t xml:space="preserve"> standard nu se </w:t>
      </w:r>
      <w:proofErr w:type="spellStart"/>
      <w:r w:rsidRPr="0025334A">
        <w:t>amestecă</w:t>
      </w:r>
      <w:proofErr w:type="spellEnd"/>
      <w:r w:rsidRPr="0025334A">
        <w:t xml:space="preserve"> </w:t>
      </w:r>
      <w:proofErr w:type="spellStart"/>
      <w:r w:rsidRPr="0025334A">
        <w:t>în</w:t>
      </w:r>
      <w:proofErr w:type="spellEnd"/>
      <w:r w:rsidRPr="0025334A">
        <w:t xml:space="preserve"> </w:t>
      </w:r>
      <w:proofErr w:type="spellStart"/>
      <w:r w:rsidRPr="0025334A">
        <w:t>același</w:t>
      </w:r>
      <w:proofErr w:type="spellEnd"/>
      <w:r w:rsidRPr="0025334A">
        <w:t xml:space="preserve"> recipient.</w:t>
      </w:r>
      <w:r w:rsidR="0025334A" w:rsidRPr="0025334A">
        <w:rPr>
          <w:rFonts w:cs="Times New Roman"/>
          <w:szCs w:val="24"/>
          <w:lang w:val="ro-RO"/>
        </w:rPr>
        <w:t xml:space="preserve"> </w:t>
      </w:r>
    </w:p>
    <w:p w14:paraId="135559A2" w14:textId="73E73A9D" w:rsidR="0025334A" w:rsidRPr="0025334A" w:rsidRDefault="0025334A" w:rsidP="002459A2">
      <w:pPr>
        <w:pStyle w:val="ListParagraph"/>
        <w:numPr>
          <w:ilvl w:val="0"/>
          <w:numId w:val="13"/>
        </w:numPr>
        <w:spacing w:after="50" w:line="247" w:lineRule="auto"/>
        <w:ind w:left="0" w:firstLine="491"/>
      </w:pPr>
      <w:r w:rsidRPr="0025334A">
        <w:rPr>
          <w:lang w:val="ro-RO"/>
        </w:rPr>
        <w:t>Recipientele reutilizabile</w:t>
      </w:r>
      <w:r>
        <w:rPr>
          <w:lang w:val="ro-RO"/>
        </w:rPr>
        <w:t xml:space="preserve"> (</w:t>
      </w:r>
      <w:r w:rsidRPr="00507CFC">
        <w:rPr>
          <w:color w:val="FF0000"/>
          <w:shd w:val="clear" w:color="auto" w:fill="FFFFFF" w:themeFill="background1"/>
          <w:lang w:val="ro-RO"/>
        </w:rPr>
        <w:t>vase din inox</w:t>
      </w:r>
      <w:r>
        <w:rPr>
          <w:color w:val="FF0000"/>
          <w:shd w:val="clear" w:color="auto" w:fill="FFFFFF" w:themeFill="background1"/>
          <w:lang w:val="ro-RO"/>
        </w:rPr>
        <w:t>)</w:t>
      </w:r>
      <w:r w:rsidRPr="0025334A">
        <w:rPr>
          <w:lang w:val="ro-RO"/>
        </w:rPr>
        <w:t xml:space="preserve"> aparțin Prestatorului; acestea rămân temporar la centrul beneficiar până la livrarea următoare. Circuitul de predare-preluare se consemnează, iar spălarea, igienizarea și dezinfectarea înainte de reutilizare revin Prestatorului.</w:t>
      </w:r>
    </w:p>
    <w:p w14:paraId="75B57C05" w14:textId="51E5B095" w:rsidR="000C4CB5" w:rsidRPr="0025334A" w:rsidRDefault="004E746A">
      <w:pPr>
        <w:spacing w:after="50" w:line="247" w:lineRule="auto"/>
      </w:pPr>
      <w:r w:rsidRPr="0025334A">
        <w:t xml:space="preserve">La </w:t>
      </w:r>
      <w:proofErr w:type="spellStart"/>
      <w:r w:rsidRPr="0025334A">
        <w:t>recepție</w:t>
      </w:r>
      <w:proofErr w:type="spellEnd"/>
      <w:r w:rsidRPr="0025334A">
        <w:t xml:space="preserve">, </w:t>
      </w:r>
      <w:proofErr w:type="spellStart"/>
      <w:r w:rsidRPr="0025334A">
        <w:t>gramajul</w:t>
      </w:r>
      <w:proofErr w:type="spellEnd"/>
      <w:r w:rsidRPr="0025334A">
        <w:t xml:space="preserve"> </w:t>
      </w:r>
      <w:proofErr w:type="spellStart"/>
      <w:r w:rsidRPr="0025334A">
        <w:t>poate</w:t>
      </w:r>
      <w:proofErr w:type="spellEnd"/>
      <w:r w:rsidRPr="0025334A">
        <w:t xml:space="preserve"> fi </w:t>
      </w:r>
      <w:proofErr w:type="spellStart"/>
      <w:r w:rsidRPr="0025334A">
        <w:t>verificat</w:t>
      </w:r>
      <w:proofErr w:type="spellEnd"/>
      <w:r w:rsidRPr="0025334A">
        <w:t xml:space="preserve"> </w:t>
      </w:r>
      <w:proofErr w:type="spellStart"/>
      <w:r w:rsidRPr="0025334A">
        <w:t>prin</w:t>
      </w:r>
      <w:proofErr w:type="spellEnd"/>
      <w:r w:rsidRPr="0025334A">
        <w:t xml:space="preserve"> </w:t>
      </w:r>
      <w:proofErr w:type="spellStart"/>
      <w:r w:rsidRPr="0025334A">
        <w:t>cântărire</w:t>
      </w:r>
      <w:proofErr w:type="spellEnd"/>
      <w:r w:rsidRPr="0025334A">
        <w:t>.</w:t>
      </w:r>
    </w:p>
    <w:p w14:paraId="4E63B59D" w14:textId="3A1CDECE" w:rsidR="000C4CB5" w:rsidRPr="0025334A" w:rsidRDefault="004E746A">
      <w:pPr>
        <w:spacing w:after="50" w:line="247" w:lineRule="auto"/>
      </w:pPr>
      <w:proofErr w:type="spellStart"/>
      <w:r w:rsidRPr="0025334A">
        <w:rPr>
          <w:b/>
        </w:rPr>
        <w:t>Etichetare</w:t>
      </w:r>
      <w:proofErr w:type="spellEnd"/>
      <w:r w:rsidRPr="0025334A">
        <w:rPr>
          <w:b/>
        </w:rPr>
        <w:t xml:space="preserve"> </w:t>
      </w:r>
      <w:proofErr w:type="spellStart"/>
      <w:r w:rsidR="0025334A" w:rsidRPr="0025334A">
        <w:rPr>
          <w:b/>
        </w:rPr>
        <w:t>și</w:t>
      </w:r>
      <w:proofErr w:type="spellEnd"/>
      <w:r w:rsidR="0025334A" w:rsidRPr="0025334A">
        <w:rPr>
          <w:b/>
        </w:rPr>
        <w:t xml:space="preserve"> </w:t>
      </w:r>
      <w:proofErr w:type="spellStart"/>
      <w:r w:rsidR="0025334A" w:rsidRPr="0025334A">
        <w:rPr>
          <w:b/>
        </w:rPr>
        <w:t>informațiile</w:t>
      </w:r>
      <w:proofErr w:type="spellEnd"/>
      <w:r w:rsidR="0025334A" w:rsidRPr="0025334A">
        <w:rPr>
          <w:b/>
        </w:rPr>
        <w:t xml:space="preserve"> care </w:t>
      </w:r>
      <w:proofErr w:type="spellStart"/>
      <w:r w:rsidR="0025334A" w:rsidRPr="0025334A">
        <w:rPr>
          <w:b/>
        </w:rPr>
        <w:t>însoțesc</w:t>
      </w:r>
      <w:proofErr w:type="spellEnd"/>
      <w:r w:rsidR="0025334A" w:rsidRPr="0025334A">
        <w:rPr>
          <w:b/>
        </w:rPr>
        <w:t xml:space="preserve"> </w:t>
      </w:r>
      <w:proofErr w:type="spellStart"/>
      <w:r w:rsidR="0025334A" w:rsidRPr="0025334A">
        <w:rPr>
          <w:b/>
        </w:rPr>
        <w:t>livrarea</w:t>
      </w:r>
      <w:proofErr w:type="spellEnd"/>
      <w:r w:rsidRPr="0025334A">
        <w:rPr>
          <w:b/>
        </w:rPr>
        <w:t xml:space="preserve">. </w:t>
      </w:r>
    </w:p>
    <w:p w14:paraId="623B3428" w14:textId="77777777" w:rsidR="000C4CB5" w:rsidRPr="0025334A" w:rsidRDefault="004E746A">
      <w:pPr>
        <w:spacing w:after="50" w:line="247" w:lineRule="auto"/>
      </w:pPr>
      <w:proofErr w:type="spellStart"/>
      <w:r w:rsidRPr="0025334A">
        <w:t>Fiecare</w:t>
      </w:r>
      <w:proofErr w:type="spellEnd"/>
      <w:r w:rsidRPr="0025334A">
        <w:t xml:space="preserve"> recipient </w:t>
      </w:r>
      <w:proofErr w:type="spellStart"/>
      <w:r w:rsidRPr="0025334A">
        <w:t>sau</w:t>
      </w:r>
      <w:proofErr w:type="spellEnd"/>
      <w:r w:rsidRPr="0025334A">
        <w:t xml:space="preserve"> set de </w:t>
      </w:r>
      <w:proofErr w:type="spellStart"/>
      <w:r w:rsidRPr="0025334A">
        <w:t>recipiente</w:t>
      </w:r>
      <w:proofErr w:type="spellEnd"/>
      <w:r w:rsidRPr="0025334A">
        <w:t xml:space="preserve"> </w:t>
      </w:r>
      <w:proofErr w:type="spellStart"/>
      <w:r w:rsidRPr="0025334A">
        <w:t>este</w:t>
      </w:r>
      <w:proofErr w:type="spellEnd"/>
      <w:r w:rsidRPr="0025334A">
        <w:t xml:space="preserve"> </w:t>
      </w:r>
      <w:proofErr w:type="spellStart"/>
      <w:r w:rsidRPr="0025334A">
        <w:t>identificabil</w:t>
      </w:r>
      <w:proofErr w:type="spellEnd"/>
      <w:r w:rsidRPr="0025334A">
        <w:t xml:space="preserve"> cel </w:t>
      </w:r>
      <w:proofErr w:type="spellStart"/>
      <w:r w:rsidRPr="0025334A">
        <w:t>puțin</w:t>
      </w:r>
      <w:proofErr w:type="spellEnd"/>
      <w:r w:rsidRPr="0025334A">
        <w:t xml:space="preserve"> </w:t>
      </w:r>
      <w:proofErr w:type="spellStart"/>
      <w:r w:rsidRPr="0025334A">
        <w:t>prin</w:t>
      </w:r>
      <w:proofErr w:type="spellEnd"/>
      <w:r w:rsidRPr="0025334A">
        <w:t xml:space="preserve">: </w:t>
      </w:r>
      <w:proofErr w:type="spellStart"/>
      <w:r w:rsidRPr="0025334A">
        <w:t>centrul</w:t>
      </w:r>
      <w:proofErr w:type="spellEnd"/>
      <w:r w:rsidRPr="0025334A">
        <w:t xml:space="preserve"> </w:t>
      </w:r>
      <w:proofErr w:type="spellStart"/>
      <w:r w:rsidRPr="0025334A">
        <w:t>destinatar</w:t>
      </w:r>
      <w:proofErr w:type="spellEnd"/>
      <w:r w:rsidRPr="0025334A">
        <w:t xml:space="preserve">, data </w:t>
      </w:r>
      <w:proofErr w:type="spellStart"/>
      <w:r w:rsidRPr="0025334A">
        <w:t>livrării</w:t>
      </w:r>
      <w:proofErr w:type="spellEnd"/>
      <w:r w:rsidRPr="0025334A">
        <w:t xml:space="preserve">, masa, </w:t>
      </w:r>
      <w:proofErr w:type="spellStart"/>
      <w:r w:rsidRPr="0025334A">
        <w:t>denumirea</w:t>
      </w:r>
      <w:proofErr w:type="spellEnd"/>
      <w:r w:rsidRPr="0025334A">
        <w:t xml:space="preserve"> </w:t>
      </w:r>
      <w:proofErr w:type="spellStart"/>
      <w:r w:rsidRPr="0025334A">
        <w:t>preparatului</w:t>
      </w:r>
      <w:proofErr w:type="spellEnd"/>
      <w:r w:rsidRPr="0025334A">
        <w:t xml:space="preserve">, </w:t>
      </w:r>
      <w:proofErr w:type="spellStart"/>
      <w:r w:rsidRPr="0025334A">
        <w:t>numărul</w:t>
      </w:r>
      <w:proofErr w:type="spellEnd"/>
      <w:r w:rsidRPr="0025334A">
        <w:t xml:space="preserve"> de </w:t>
      </w:r>
      <w:proofErr w:type="spellStart"/>
      <w:r w:rsidRPr="0025334A">
        <w:t>porții</w:t>
      </w:r>
      <w:proofErr w:type="spellEnd"/>
      <w:r w:rsidRPr="0025334A">
        <w:t xml:space="preserve">, </w:t>
      </w:r>
      <w:proofErr w:type="spellStart"/>
      <w:r w:rsidRPr="0025334A">
        <w:t>tipul</w:t>
      </w:r>
      <w:proofErr w:type="spellEnd"/>
      <w:r w:rsidRPr="0025334A">
        <w:t xml:space="preserve"> de </w:t>
      </w:r>
      <w:proofErr w:type="spellStart"/>
      <w:r w:rsidRPr="0025334A">
        <w:t>regim</w:t>
      </w:r>
      <w:proofErr w:type="spellEnd"/>
      <w:r w:rsidRPr="0025334A">
        <w:t>/</w:t>
      </w:r>
      <w:proofErr w:type="spellStart"/>
      <w:r w:rsidRPr="0025334A">
        <w:t>textură</w:t>
      </w:r>
      <w:proofErr w:type="spellEnd"/>
      <w:r w:rsidRPr="0025334A">
        <w:t xml:space="preserve"> </w:t>
      </w:r>
      <w:proofErr w:type="spellStart"/>
      <w:r w:rsidRPr="0025334A">
        <w:t>și</w:t>
      </w:r>
      <w:proofErr w:type="spellEnd"/>
      <w:r w:rsidRPr="0025334A">
        <w:t xml:space="preserve"> </w:t>
      </w:r>
      <w:proofErr w:type="spellStart"/>
      <w:r w:rsidRPr="0025334A">
        <w:t>informațiile</w:t>
      </w:r>
      <w:proofErr w:type="spellEnd"/>
      <w:r w:rsidRPr="0025334A">
        <w:t xml:space="preserve"> </w:t>
      </w:r>
      <w:proofErr w:type="spellStart"/>
      <w:r w:rsidRPr="0025334A">
        <w:t>privind</w:t>
      </w:r>
      <w:proofErr w:type="spellEnd"/>
      <w:r w:rsidRPr="0025334A">
        <w:t xml:space="preserve"> </w:t>
      </w:r>
      <w:proofErr w:type="spellStart"/>
      <w:r w:rsidRPr="0025334A">
        <w:t>alergenii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w:t>
      </w:r>
      <w:proofErr w:type="spellStart"/>
      <w:r w:rsidRPr="0025334A">
        <w:t>Porțiile</w:t>
      </w:r>
      <w:proofErr w:type="spellEnd"/>
      <w:r w:rsidRPr="0025334A">
        <w:t xml:space="preserve"> </w:t>
      </w:r>
      <w:proofErr w:type="spellStart"/>
      <w:r w:rsidRPr="0025334A">
        <w:t>speciale</w:t>
      </w:r>
      <w:proofErr w:type="spellEnd"/>
      <w:r w:rsidRPr="0025334A">
        <w:t xml:space="preserve"> sunt </w:t>
      </w:r>
      <w:proofErr w:type="spellStart"/>
      <w:r w:rsidRPr="0025334A">
        <w:t>etichetate</w:t>
      </w:r>
      <w:proofErr w:type="spellEnd"/>
      <w:r w:rsidRPr="0025334A">
        <w:t xml:space="preserve"> distinct </w:t>
      </w:r>
      <w:proofErr w:type="spellStart"/>
      <w:r w:rsidRPr="0025334A">
        <w:t>astfel</w:t>
      </w:r>
      <w:proofErr w:type="spellEnd"/>
      <w:r w:rsidRPr="0025334A">
        <w:t xml:space="preserve"> </w:t>
      </w:r>
      <w:proofErr w:type="spellStart"/>
      <w:r w:rsidRPr="0025334A">
        <w:t>încât</w:t>
      </w:r>
      <w:proofErr w:type="spellEnd"/>
      <w:r w:rsidRPr="0025334A">
        <w:t xml:space="preserve"> </w:t>
      </w:r>
      <w:proofErr w:type="spellStart"/>
      <w:r w:rsidRPr="0025334A">
        <w:t>distribuția</w:t>
      </w:r>
      <w:proofErr w:type="spellEnd"/>
      <w:r w:rsidRPr="0025334A">
        <w:t xml:space="preserve"> </w:t>
      </w:r>
      <w:proofErr w:type="spellStart"/>
      <w:r w:rsidRPr="0025334A">
        <w:t>greșită</w:t>
      </w:r>
      <w:proofErr w:type="spellEnd"/>
      <w:r w:rsidRPr="0025334A">
        <w:t xml:space="preserve"> </w:t>
      </w:r>
      <w:proofErr w:type="spellStart"/>
      <w:r w:rsidRPr="0025334A">
        <w:t>să</w:t>
      </w:r>
      <w:proofErr w:type="spellEnd"/>
      <w:r w:rsidRPr="0025334A">
        <w:t xml:space="preserve"> </w:t>
      </w:r>
      <w:proofErr w:type="spellStart"/>
      <w:r w:rsidRPr="0025334A">
        <w:t>poată</w:t>
      </w:r>
      <w:proofErr w:type="spellEnd"/>
      <w:r w:rsidRPr="0025334A">
        <w:t xml:space="preserve"> fi </w:t>
      </w:r>
      <w:proofErr w:type="spellStart"/>
      <w:r w:rsidRPr="0025334A">
        <w:t>prevenită</w:t>
      </w:r>
      <w:proofErr w:type="spellEnd"/>
      <w:r w:rsidRPr="0025334A">
        <w:t>.</w:t>
      </w:r>
    </w:p>
    <w:p w14:paraId="144CC07F" w14:textId="77777777" w:rsidR="000C4CB5" w:rsidRPr="0025334A" w:rsidRDefault="004E746A">
      <w:pPr>
        <w:spacing w:after="50" w:line="247" w:lineRule="auto"/>
      </w:pPr>
      <w:proofErr w:type="spellStart"/>
      <w:r w:rsidRPr="0025334A">
        <w:rPr>
          <w:b/>
        </w:rPr>
        <w:t>Informarea</w:t>
      </w:r>
      <w:proofErr w:type="spellEnd"/>
      <w:r w:rsidRPr="0025334A">
        <w:rPr>
          <w:b/>
        </w:rPr>
        <w:t xml:space="preserve"> </w:t>
      </w:r>
      <w:proofErr w:type="spellStart"/>
      <w:r w:rsidRPr="0025334A">
        <w:rPr>
          <w:b/>
        </w:rPr>
        <w:t>privind</w:t>
      </w:r>
      <w:proofErr w:type="spellEnd"/>
      <w:r w:rsidRPr="0025334A">
        <w:rPr>
          <w:b/>
        </w:rPr>
        <w:t xml:space="preserve"> </w:t>
      </w:r>
      <w:proofErr w:type="spellStart"/>
      <w:r w:rsidRPr="0025334A">
        <w:rPr>
          <w:b/>
        </w:rPr>
        <w:t>alergenii</w:t>
      </w:r>
      <w:proofErr w:type="spellEnd"/>
      <w:r w:rsidRPr="0025334A">
        <w:rPr>
          <w:b/>
        </w:rPr>
        <w:t xml:space="preserve">. </w:t>
      </w:r>
    </w:p>
    <w:p w14:paraId="5F817312" w14:textId="77777777" w:rsidR="000C4CB5" w:rsidRPr="0025334A" w:rsidRDefault="004E746A">
      <w:pPr>
        <w:spacing w:after="50" w:line="247" w:lineRule="auto"/>
      </w:pPr>
      <w:proofErr w:type="spellStart"/>
      <w:r w:rsidRPr="0025334A">
        <w:t>Informațiile</w:t>
      </w:r>
      <w:proofErr w:type="spellEnd"/>
      <w:r w:rsidRPr="0025334A">
        <w:t xml:space="preserve"> </w:t>
      </w:r>
      <w:proofErr w:type="spellStart"/>
      <w:r w:rsidRPr="0025334A">
        <w:t>privind</w:t>
      </w:r>
      <w:proofErr w:type="spellEnd"/>
      <w:r w:rsidRPr="0025334A">
        <w:t xml:space="preserve"> </w:t>
      </w:r>
      <w:proofErr w:type="spellStart"/>
      <w:r w:rsidRPr="0025334A">
        <w:t>alergenii</w:t>
      </w:r>
      <w:proofErr w:type="spellEnd"/>
      <w:r w:rsidRPr="0025334A">
        <w:t xml:space="preserve"> se </w:t>
      </w:r>
      <w:proofErr w:type="spellStart"/>
      <w:r w:rsidRPr="0025334A">
        <w:t>furnizează</w:t>
      </w:r>
      <w:proofErr w:type="spellEnd"/>
      <w:r w:rsidRPr="0025334A">
        <w:t xml:space="preserve"> </w:t>
      </w:r>
      <w:proofErr w:type="spellStart"/>
      <w:r w:rsidRPr="0025334A">
        <w:t>în</w:t>
      </w:r>
      <w:proofErr w:type="spellEnd"/>
      <w:r w:rsidRPr="0025334A">
        <w:t xml:space="preserve"> </w:t>
      </w:r>
      <w:proofErr w:type="spellStart"/>
      <w:r w:rsidRPr="0025334A">
        <w:t>conformitate</w:t>
      </w:r>
      <w:proofErr w:type="spellEnd"/>
      <w:r w:rsidRPr="0025334A">
        <w:t xml:space="preserve"> cu </w:t>
      </w:r>
      <w:proofErr w:type="spellStart"/>
      <w:r w:rsidRPr="0025334A">
        <w:t>Regulamentul</w:t>
      </w:r>
      <w:proofErr w:type="spellEnd"/>
      <w:r w:rsidRPr="0025334A">
        <w:t xml:space="preserve"> (UE) nr. 1169/2011 </w:t>
      </w:r>
      <w:proofErr w:type="spellStart"/>
      <w:r w:rsidRPr="0025334A">
        <w:t>și</w:t>
      </w:r>
      <w:proofErr w:type="spellEnd"/>
      <w:r w:rsidRPr="0025334A">
        <w:t xml:space="preserve"> cu </w:t>
      </w:r>
      <w:proofErr w:type="spellStart"/>
      <w:r w:rsidRPr="0025334A">
        <w:t>legislația</w:t>
      </w:r>
      <w:proofErr w:type="spellEnd"/>
      <w:r w:rsidRPr="0025334A">
        <w:t xml:space="preserve"> </w:t>
      </w:r>
      <w:proofErr w:type="spellStart"/>
      <w:r w:rsidRPr="0025334A">
        <w:t>națională</w:t>
      </w:r>
      <w:proofErr w:type="spellEnd"/>
      <w:r w:rsidRPr="0025334A">
        <w:t xml:space="preserve"> </w:t>
      </w:r>
      <w:proofErr w:type="spellStart"/>
      <w:r w:rsidRPr="0025334A">
        <w:t>aplicabilă</w:t>
      </w:r>
      <w:proofErr w:type="spellEnd"/>
      <w:r w:rsidRPr="0025334A">
        <w:t xml:space="preserve">. </w:t>
      </w:r>
      <w:proofErr w:type="spellStart"/>
      <w:r w:rsidRPr="0025334A">
        <w:t>Prestatorul</w:t>
      </w:r>
      <w:proofErr w:type="spellEnd"/>
      <w:r w:rsidRPr="0025334A">
        <w:t xml:space="preserve"> </w:t>
      </w:r>
      <w:proofErr w:type="spellStart"/>
      <w:r w:rsidRPr="0025334A">
        <w:t>menține</w:t>
      </w:r>
      <w:proofErr w:type="spellEnd"/>
      <w:r w:rsidRPr="0025334A">
        <w:t xml:space="preserve"> o </w:t>
      </w:r>
      <w:proofErr w:type="spellStart"/>
      <w:r w:rsidRPr="0025334A">
        <w:t>matrice</w:t>
      </w:r>
      <w:proofErr w:type="spellEnd"/>
      <w:r w:rsidRPr="0025334A">
        <w:t xml:space="preserve"> </w:t>
      </w:r>
      <w:proofErr w:type="spellStart"/>
      <w:r w:rsidRPr="0025334A">
        <w:t>actualizată</w:t>
      </w:r>
      <w:proofErr w:type="spellEnd"/>
      <w:r w:rsidRPr="0025334A">
        <w:t xml:space="preserve"> a </w:t>
      </w:r>
      <w:proofErr w:type="spellStart"/>
      <w:r w:rsidRPr="0025334A">
        <w:t>alergenilor</w:t>
      </w:r>
      <w:proofErr w:type="spellEnd"/>
      <w:r w:rsidRPr="0025334A">
        <w:t xml:space="preserve"> </w:t>
      </w:r>
      <w:proofErr w:type="spellStart"/>
      <w:r w:rsidRPr="0025334A">
        <w:t>pentru</w:t>
      </w:r>
      <w:proofErr w:type="spellEnd"/>
      <w:r w:rsidRPr="0025334A">
        <w:t xml:space="preserve"> </w:t>
      </w:r>
      <w:proofErr w:type="spellStart"/>
      <w:r w:rsidRPr="0025334A">
        <w:t>preparatele</w:t>
      </w:r>
      <w:proofErr w:type="spellEnd"/>
      <w:r w:rsidRPr="0025334A">
        <w:t xml:space="preserve"> </w:t>
      </w:r>
      <w:proofErr w:type="spellStart"/>
      <w:r w:rsidRPr="0025334A">
        <w:t>utilizate</w:t>
      </w:r>
      <w:proofErr w:type="spellEnd"/>
      <w:r w:rsidRPr="0025334A">
        <w:t xml:space="preserve"> </w:t>
      </w:r>
      <w:proofErr w:type="spellStart"/>
      <w:r w:rsidRPr="0025334A">
        <w:t>și</w:t>
      </w:r>
      <w:proofErr w:type="spellEnd"/>
      <w:r w:rsidRPr="0025334A">
        <w:t xml:space="preserve"> </w:t>
      </w:r>
      <w:proofErr w:type="spellStart"/>
      <w:r w:rsidRPr="0025334A">
        <w:t>notifică</w:t>
      </w:r>
      <w:proofErr w:type="spellEnd"/>
      <w:r w:rsidRPr="0025334A">
        <w:t xml:space="preserve"> </w:t>
      </w:r>
      <w:proofErr w:type="spellStart"/>
      <w:r w:rsidRPr="0025334A">
        <w:t>înainte</w:t>
      </w:r>
      <w:proofErr w:type="spellEnd"/>
      <w:r w:rsidRPr="0025334A">
        <w:t xml:space="preserve"> de </w:t>
      </w:r>
      <w:proofErr w:type="spellStart"/>
      <w:r w:rsidRPr="0025334A">
        <w:t>livrare</w:t>
      </w:r>
      <w:proofErr w:type="spellEnd"/>
      <w:r w:rsidRPr="0025334A">
        <w:t xml:space="preserve"> </w:t>
      </w:r>
      <w:proofErr w:type="spellStart"/>
      <w:r w:rsidRPr="0025334A">
        <w:t>orice</w:t>
      </w:r>
      <w:proofErr w:type="spellEnd"/>
      <w:r w:rsidRPr="0025334A">
        <w:t xml:space="preserve"> </w:t>
      </w:r>
      <w:proofErr w:type="spellStart"/>
      <w:r w:rsidRPr="0025334A">
        <w:t>modificare</w:t>
      </w:r>
      <w:proofErr w:type="spellEnd"/>
      <w:r w:rsidRPr="0025334A">
        <w:t xml:space="preserve"> de ingredient care </w:t>
      </w:r>
      <w:proofErr w:type="spellStart"/>
      <w:r w:rsidRPr="0025334A">
        <w:t>schimbă</w:t>
      </w:r>
      <w:proofErr w:type="spellEnd"/>
      <w:r w:rsidRPr="0025334A">
        <w:t xml:space="preserve"> </w:t>
      </w:r>
      <w:proofErr w:type="spellStart"/>
      <w:r w:rsidRPr="0025334A">
        <w:t>profilul</w:t>
      </w:r>
      <w:proofErr w:type="spellEnd"/>
      <w:r w:rsidRPr="0025334A">
        <w:t xml:space="preserve"> </w:t>
      </w:r>
      <w:proofErr w:type="spellStart"/>
      <w:r w:rsidRPr="0025334A">
        <w:t>alergenilor</w:t>
      </w:r>
      <w:proofErr w:type="spellEnd"/>
      <w:r w:rsidRPr="0025334A">
        <w:t>.</w:t>
      </w:r>
    </w:p>
    <w:p w14:paraId="04285674" w14:textId="77777777" w:rsidR="000C4CB5" w:rsidRDefault="004E746A" w:rsidP="0025334A">
      <w:pPr>
        <w:pStyle w:val="Heading2"/>
        <w:rPr>
          <w:color w:val="auto"/>
        </w:rPr>
      </w:pPr>
      <w:bookmarkStart w:id="34" w:name="_Toc242951475"/>
      <w:r w:rsidRPr="0025334A">
        <w:rPr>
          <w:color w:val="auto"/>
        </w:rPr>
        <w:t xml:space="preserve">3.11. </w:t>
      </w:r>
      <w:proofErr w:type="spellStart"/>
      <w:r w:rsidRPr="0025334A">
        <w:rPr>
          <w:color w:val="auto"/>
        </w:rPr>
        <w:t>Transportul</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menținerea</w:t>
      </w:r>
      <w:proofErr w:type="spellEnd"/>
      <w:r w:rsidRPr="0025334A">
        <w:rPr>
          <w:color w:val="auto"/>
        </w:rPr>
        <w:t xml:space="preserve"> </w:t>
      </w:r>
      <w:proofErr w:type="spellStart"/>
      <w:r w:rsidRPr="0025334A">
        <w:rPr>
          <w:color w:val="auto"/>
        </w:rPr>
        <w:t>temperaturii</w:t>
      </w:r>
      <w:bookmarkEnd w:id="34"/>
      <w:proofErr w:type="spellEnd"/>
    </w:p>
    <w:p w14:paraId="70D2BE50" w14:textId="660BB598" w:rsidR="00896D6B" w:rsidRPr="00896D6B" w:rsidRDefault="00896D6B" w:rsidP="00896D6B">
      <w:r w:rsidRPr="00896D6B">
        <w:rPr>
          <w:lang w:val="ro-RO"/>
        </w:rPr>
        <w:t xml:space="preserve">Prestatorul răspunde integral de calitatea și integritatea alimentelor de la momentul ambalării până la momentul semnării </w:t>
      </w:r>
      <w:r>
        <w:rPr>
          <w:lang w:val="ro-RO"/>
        </w:rPr>
        <w:t>documentului</w:t>
      </w:r>
      <w:r w:rsidRPr="00896D6B">
        <w:rPr>
          <w:lang w:val="ro-RO"/>
        </w:rPr>
        <w:t xml:space="preserve"> de recepție de către reprezentantul centrului. Orice deteriorare, contaminare sau deviere de temperatură survenită pe durata transportului este imputată prestatorului</w:t>
      </w:r>
    </w:p>
    <w:p w14:paraId="1A895C9C" w14:textId="77777777" w:rsidR="000C4CB5" w:rsidRPr="0025334A" w:rsidRDefault="004E746A">
      <w:pPr>
        <w:spacing w:after="50" w:line="247" w:lineRule="auto"/>
      </w:pPr>
      <w:proofErr w:type="spellStart"/>
      <w:r w:rsidRPr="0025334A">
        <w:rPr>
          <w:b/>
        </w:rPr>
        <w:t>Mijloace</w:t>
      </w:r>
      <w:proofErr w:type="spellEnd"/>
      <w:r w:rsidRPr="0025334A">
        <w:rPr>
          <w:b/>
        </w:rPr>
        <w:t xml:space="preserve"> de transport. </w:t>
      </w:r>
    </w:p>
    <w:p w14:paraId="179FB0AB" w14:textId="4DDA83C3" w:rsidR="0025334A" w:rsidRPr="0025334A" w:rsidRDefault="0025334A" w:rsidP="002459A2">
      <w:pPr>
        <w:pStyle w:val="ListParagraph"/>
        <w:numPr>
          <w:ilvl w:val="0"/>
          <w:numId w:val="23"/>
        </w:numPr>
        <w:spacing w:after="50" w:line="247" w:lineRule="auto"/>
        <w:ind w:left="0" w:firstLine="426"/>
        <w:rPr>
          <w:lang w:val="ro-RO"/>
        </w:rPr>
      </w:pPr>
      <w:r w:rsidRPr="0025334A">
        <w:rPr>
          <w:lang w:val="ro-RO"/>
        </w:rPr>
        <w:t>Transportul hranei se realizează exclusiv cu mijloace de transport pentru care există documentul sanitar-veterinar și/sau pentru siguranța alimentelor aplicabil tipurilor de produse transportate:</w:t>
      </w:r>
    </w:p>
    <w:p w14:paraId="64494073" w14:textId="77777777" w:rsidR="0025334A" w:rsidRPr="0025334A" w:rsidRDefault="0025334A" w:rsidP="0025334A">
      <w:pPr>
        <w:spacing w:after="50" w:line="247" w:lineRule="auto"/>
        <w:ind w:firstLine="142"/>
        <w:rPr>
          <w:lang w:val="ro-RO"/>
        </w:rPr>
      </w:pPr>
      <w:r w:rsidRPr="0025334A">
        <w:rPr>
          <w:lang w:val="ro-RO"/>
        </w:rPr>
        <w:t xml:space="preserve">- Pentru mijloacele care transportă produse de origine animală ori transporturi mixte se prezintă autorizația sanitar-veterinară și pentru siguranța alimentelor aplicabilă; </w:t>
      </w:r>
    </w:p>
    <w:p w14:paraId="693A5BAF" w14:textId="77777777" w:rsidR="0025334A" w:rsidRPr="0025334A" w:rsidRDefault="0025334A" w:rsidP="0025334A">
      <w:pPr>
        <w:spacing w:after="50" w:line="247" w:lineRule="auto"/>
        <w:ind w:firstLine="142"/>
        <w:rPr>
          <w:lang w:val="ro-RO"/>
        </w:rPr>
      </w:pPr>
      <w:r w:rsidRPr="0025334A">
        <w:rPr>
          <w:lang w:val="ro-RO"/>
        </w:rPr>
        <w:t xml:space="preserve">- Pentru transportul exclusiv al produselor alimentare de origine nonanimală se prezintă documentul de înregistrare pentru siguranța alimentelor, după caz. </w:t>
      </w:r>
    </w:p>
    <w:p w14:paraId="7EDC3597" w14:textId="77777777" w:rsidR="0025334A" w:rsidRPr="0025334A" w:rsidRDefault="0025334A" w:rsidP="0025334A">
      <w:pPr>
        <w:spacing w:after="50" w:line="247" w:lineRule="auto"/>
        <w:ind w:firstLine="142"/>
        <w:rPr>
          <w:lang w:val="ro-RO"/>
        </w:rPr>
      </w:pPr>
      <w:r w:rsidRPr="0025334A">
        <w:rPr>
          <w:lang w:val="ro-RO"/>
        </w:rPr>
        <w:t>- Documentul trebuie să corespundă numărului de înmatriculare al vehiculului utilizat și să fie valabil.</w:t>
      </w:r>
    </w:p>
    <w:p w14:paraId="6100ED12" w14:textId="6A1BB5FC" w:rsidR="0025334A" w:rsidRPr="00387AFC" w:rsidRDefault="0025334A" w:rsidP="002459A2">
      <w:pPr>
        <w:pStyle w:val="ListParagraph"/>
        <w:numPr>
          <w:ilvl w:val="0"/>
          <w:numId w:val="23"/>
        </w:numPr>
        <w:spacing w:after="50" w:line="247" w:lineRule="auto"/>
        <w:ind w:left="0" w:firstLine="426"/>
        <w:rPr>
          <w:lang w:val="ro-RO"/>
        </w:rPr>
      </w:pPr>
      <w:r w:rsidRPr="00387AFC">
        <w:rPr>
          <w:lang w:val="ro-RO"/>
        </w:rPr>
        <w:t xml:space="preserve">Ofertantul poate utiliza mijloace de transport proprii, închiriate sau puse la dispoziție printr-un alt raport juridic legal. Indiferent de forma de deținere, responsabilitatea pentru autorizarea, igienizarea, starea tehnică și utilizarea conformă a vehiculului revine Prestatorului. Un vehicul de </w:t>
      </w:r>
      <w:r w:rsidRPr="00387AFC">
        <w:rPr>
          <w:lang w:val="ro-RO"/>
        </w:rPr>
        <w:lastRenderedPageBreak/>
        <w:t>rezervă poate fi introdus în executare numai după transmiterea documentului sanitar-veterinar aplicabil și a datelor de identificare către Autoritatea Contractantă.</w:t>
      </w:r>
    </w:p>
    <w:p w14:paraId="7B93B842" w14:textId="1B2BAFF8" w:rsidR="0025334A" w:rsidRPr="00387AFC" w:rsidRDefault="0025334A" w:rsidP="002459A2">
      <w:pPr>
        <w:pStyle w:val="ListParagraph"/>
        <w:numPr>
          <w:ilvl w:val="0"/>
          <w:numId w:val="23"/>
        </w:numPr>
        <w:spacing w:after="50" w:line="247" w:lineRule="auto"/>
        <w:ind w:left="0" w:firstLine="426"/>
        <w:rPr>
          <w:lang w:val="ro-RO"/>
        </w:rPr>
      </w:pPr>
      <w:proofErr w:type="spellStart"/>
      <w:r w:rsidRPr="00387AFC">
        <w:rPr>
          <w:lang w:val="fr-FR"/>
        </w:rPr>
        <w:t>Mijloacele</w:t>
      </w:r>
      <w:proofErr w:type="spellEnd"/>
      <w:r w:rsidRPr="00387AFC">
        <w:rPr>
          <w:lang w:val="fr-FR"/>
        </w:rPr>
        <w:t xml:space="preserve"> de transport </w:t>
      </w:r>
      <w:proofErr w:type="spellStart"/>
      <w:r w:rsidRPr="00387AFC">
        <w:rPr>
          <w:lang w:val="fr-FR"/>
        </w:rPr>
        <w:t>folosite</w:t>
      </w:r>
      <w:proofErr w:type="spellEnd"/>
      <w:r w:rsidRPr="00387AFC">
        <w:rPr>
          <w:lang w:val="fr-FR"/>
        </w:rPr>
        <w:t xml:space="preserve"> la </w:t>
      </w:r>
      <w:proofErr w:type="spellStart"/>
      <w:r w:rsidRPr="00387AFC">
        <w:rPr>
          <w:lang w:val="fr-FR"/>
        </w:rPr>
        <w:t>transportul</w:t>
      </w:r>
      <w:proofErr w:type="spellEnd"/>
      <w:r w:rsidRPr="00387AFC">
        <w:rPr>
          <w:lang w:val="fr-FR"/>
        </w:rPr>
        <w:t xml:space="preserve"> </w:t>
      </w:r>
      <w:proofErr w:type="spellStart"/>
      <w:r w:rsidRPr="00387AFC">
        <w:rPr>
          <w:lang w:val="fr-FR"/>
        </w:rPr>
        <w:t>alimentelor</w:t>
      </w:r>
      <w:proofErr w:type="spellEnd"/>
      <w:r w:rsidRPr="00387AFC">
        <w:rPr>
          <w:lang w:val="fr-FR"/>
        </w:rPr>
        <w:t xml:space="preserve"> vor fi </w:t>
      </w:r>
      <w:proofErr w:type="spellStart"/>
      <w:r w:rsidRPr="00387AFC">
        <w:rPr>
          <w:lang w:val="fr-FR"/>
        </w:rPr>
        <w:t>mentinute</w:t>
      </w:r>
      <w:proofErr w:type="spellEnd"/>
      <w:r w:rsidRPr="00387AFC">
        <w:rPr>
          <w:lang w:val="fr-FR"/>
        </w:rPr>
        <w:t xml:space="preserve"> </w:t>
      </w:r>
      <w:proofErr w:type="spellStart"/>
      <w:r w:rsidRPr="00387AFC">
        <w:rPr>
          <w:lang w:val="fr-FR"/>
        </w:rPr>
        <w:t>curate</w:t>
      </w:r>
      <w:proofErr w:type="spellEnd"/>
      <w:r w:rsidRPr="00387AFC">
        <w:rPr>
          <w:lang w:val="fr-FR"/>
        </w:rPr>
        <w:t xml:space="preserve"> si in </w:t>
      </w:r>
      <w:proofErr w:type="spellStart"/>
      <w:r w:rsidRPr="00387AFC">
        <w:rPr>
          <w:lang w:val="fr-FR"/>
        </w:rPr>
        <w:t>bune</w:t>
      </w:r>
      <w:proofErr w:type="spellEnd"/>
      <w:r w:rsidRPr="00387AFC">
        <w:rPr>
          <w:lang w:val="fr-FR"/>
        </w:rPr>
        <w:t xml:space="preserve"> </w:t>
      </w:r>
      <w:proofErr w:type="spellStart"/>
      <w:r w:rsidRPr="00387AFC">
        <w:rPr>
          <w:lang w:val="fr-FR"/>
        </w:rPr>
        <w:t>conditii</w:t>
      </w:r>
      <w:proofErr w:type="spellEnd"/>
      <w:r w:rsidRPr="00387AFC">
        <w:rPr>
          <w:lang w:val="fr-FR"/>
        </w:rPr>
        <w:t xml:space="preserve"> </w:t>
      </w:r>
      <w:proofErr w:type="spellStart"/>
      <w:r w:rsidRPr="00387AFC">
        <w:rPr>
          <w:lang w:val="fr-FR"/>
        </w:rPr>
        <w:t>pentru</w:t>
      </w:r>
      <w:proofErr w:type="spellEnd"/>
      <w:r w:rsidRPr="00387AFC">
        <w:rPr>
          <w:lang w:val="fr-FR"/>
        </w:rPr>
        <w:t xml:space="preserve"> a </w:t>
      </w:r>
      <w:proofErr w:type="spellStart"/>
      <w:r w:rsidRPr="00387AFC">
        <w:rPr>
          <w:lang w:val="fr-FR"/>
        </w:rPr>
        <w:t>proteja</w:t>
      </w:r>
      <w:proofErr w:type="spellEnd"/>
      <w:r w:rsidRPr="00387AFC">
        <w:rPr>
          <w:lang w:val="fr-FR"/>
        </w:rPr>
        <w:t xml:space="preserve"> </w:t>
      </w:r>
      <w:proofErr w:type="spellStart"/>
      <w:r w:rsidRPr="00387AFC">
        <w:rPr>
          <w:lang w:val="fr-FR"/>
        </w:rPr>
        <w:t>alimentele</w:t>
      </w:r>
      <w:proofErr w:type="spellEnd"/>
      <w:r w:rsidRPr="00387AFC">
        <w:rPr>
          <w:lang w:val="fr-FR"/>
        </w:rPr>
        <w:t xml:space="preserve"> de </w:t>
      </w:r>
      <w:proofErr w:type="spellStart"/>
      <w:r w:rsidRPr="00387AFC">
        <w:rPr>
          <w:lang w:val="fr-FR"/>
        </w:rPr>
        <w:t>contaminare</w:t>
      </w:r>
      <w:proofErr w:type="spellEnd"/>
      <w:r w:rsidR="00387AFC" w:rsidRPr="00387AFC">
        <w:t xml:space="preserve"> </w:t>
      </w:r>
      <w:r w:rsidR="00387AFC" w:rsidRPr="00387AFC">
        <w:rPr>
          <w:lang w:val="fr-FR"/>
        </w:rPr>
        <w:t xml:space="preserve">si </w:t>
      </w:r>
      <w:proofErr w:type="spellStart"/>
      <w:r w:rsidR="00387AFC" w:rsidRPr="00387AFC">
        <w:rPr>
          <w:lang w:val="fr-FR"/>
        </w:rPr>
        <w:t>trebuie</w:t>
      </w:r>
      <w:proofErr w:type="spellEnd"/>
      <w:r w:rsidR="00387AFC" w:rsidRPr="00387AFC">
        <w:rPr>
          <w:lang w:val="fr-FR"/>
        </w:rPr>
        <w:t xml:space="preserve">, </w:t>
      </w:r>
      <w:proofErr w:type="spellStart"/>
      <w:r w:rsidR="00387AFC" w:rsidRPr="00387AFC">
        <w:rPr>
          <w:lang w:val="fr-FR"/>
        </w:rPr>
        <w:t>când</w:t>
      </w:r>
      <w:proofErr w:type="spellEnd"/>
      <w:r w:rsidR="00387AFC" w:rsidRPr="00387AFC">
        <w:rPr>
          <w:lang w:val="fr-FR"/>
        </w:rPr>
        <w:t xml:space="preserve"> este </w:t>
      </w:r>
      <w:proofErr w:type="spellStart"/>
      <w:r w:rsidR="00387AFC" w:rsidRPr="00387AFC">
        <w:rPr>
          <w:lang w:val="fr-FR"/>
        </w:rPr>
        <w:t>necesar</w:t>
      </w:r>
      <w:proofErr w:type="spellEnd"/>
      <w:r w:rsidR="00387AFC" w:rsidRPr="00387AFC">
        <w:rPr>
          <w:lang w:val="fr-FR"/>
        </w:rPr>
        <w:t xml:space="preserve">, sa fie </w:t>
      </w:r>
      <w:proofErr w:type="spellStart"/>
      <w:r w:rsidR="00387AFC" w:rsidRPr="00387AFC">
        <w:rPr>
          <w:lang w:val="fr-FR"/>
        </w:rPr>
        <w:t>create</w:t>
      </w:r>
      <w:proofErr w:type="spellEnd"/>
      <w:r w:rsidR="00387AFC" w:rsidRPr="00387AFC">
        <w:rPr>
          <w:lang w:val="fr-FR"/>
        </w:rPr>
        <w:t xml:space="preserve"> </w:t>
      </w:r>
      <w:proofErr w:type="spellStart"/>
      <w:r w:rsidR="00387AFC" w:rsidRPr="00387AFC">
        <w:rPr>
          <w:lang w:val="fr-FR"/>
        </w:rPr>
        <w:t>condiții</w:t>
      </w:r>
      <w:proofErr w:type="spellEnd"/>
      <w:r w:rsidR="00387AFC" w:rsidRPr="00387AFC">
        <w:rPr>
          <w:lang w:val="fr-FR"/>
        </w:rPr>
        <w:t xml:space="preserve"> </w:t>
      </w:r>
      <w:proofErr w:type="spellStart"/>
      <w:r w:rsidR="00387AFC" w:rsidRPr="00387AFC">
        <w:rPr>
          <w:lang w:val="fr-FR"/>
        </w:rPr>
        <w:t>pentru</w:t>
      </w:r>
      <w:proofErr w:type="spellEnd"/>
      <w:r w:rsidR="00387AFC" w:rsidRPr="00387AFC">
        <w:rPr>
          <w:lang w:val="fr-FR"/>
        </w:rPr>
        <w:t xml:space="preserve"> a </w:t>
      </w:r>
      <w:proofErr w:type="spellStart"/>
      <w:r w:rsidR="00387AFC" w:rsidRPr="00387AFC">
        <w:rPr>
          <w:lang w:val="fr-FR"/>
        </w:rPr>
        <w:t>permite</w:t>
      </w:r>
      <w:proofErr w:type="spellEnd"/>
      <w:r w:rsidR="00387AFC" w:rsidRPr="00387AFC">
        <w:rPr>
          <w:lang w:val="fr-FR"/>
        </w:rPr>
        <w:t xml:space="preserve"> o </w:t>
      </w:r>
      <w:proofErr w:type="spellStart"/>
      <w:r w:rsidR="00387AFC" w:rsidRPr="00387AFC">
        <w:rPr>
          <w:lang w:val="fr-FR"/>
        </w:rPr>
        <w:t>curățire</w:t>
      </w:r>
      <w:proofErr w:type="spellEnd"/>
      <w:r w:rsidR="00387AFC" w:rsidRPr="00387AFC">
        <w:rPr>
          <w:lang w:val="fr-FR"/>
        </w:rPr>
        <w:t xml:space="preserve"> </w:t>
      </w:r>
      <w:proofErr w:type="spellStart"/>
      <w:r w:rsidR="00387AFC" w:rsidRPr="00387AFC">
        <w:rPr>
          <w:lang w:val="fr-FR"/>
        </w:rPr>
        <w:t>adecvata</w:t>
      </w:r>
      <w:proofErr w:type="spellEnd"/>
      <w:r w:rsidR="00387AFC" w:rsidRPr="00387AFC">
        <w:rPr>
          <w:lang w:val="fr-FR"/>
        </w:rPr>
        <w:t xml:space="preserve"> si/</w:t>
      </w:r>
      <w:proofErr w:type="spellStart"/>
      <w:r w:rsidR="00387AFC" w:rsidRPr="00387AFC">
        <w:rPr>
          <w:lang w:val="fr-FR"/>
        </w:rPr>
        <w:t>sau</w:t>
      </w:r>
      <w:proofErr w:type="spellEnd"/>
      <w:r w:rsidR="00387AFC" w:rsidRPr="00387AFC">
        <w:rPr>
          <w:lang w:val="fr-FR"/>
        </w:rPr>
        <w:t xml:space="preserve"> </w:t>
      </w:r>
      <w:proofErr w:type="spellStart"/>
      <w:r w:rsidR="00387AFC" w:rsidRPr="00387AFC">
        <w:rPr>
          <w:lang w:val="fr-FR"/>
        </w:rPr>
        <w:t>dezinfectie</w:t>
      </w:r>
      <w:proofErr w:type="spellEnd"/>
      <w:r w:rsidR="00387AFC" w:rsidRPr="00387AFC">
        <w:rPr>
          <w:lang w:val="fr-FR"/>
        </w:rPr>
        <w:t>.</w:t>
      </w:r>
    </w:p>
    <w:p w14:paraId="6D10AB51" w14:textId="6FF129EB" w:rsidR="0025334A" w:rsidRDefault="0025334A" w:rsidP="002459A2">
      <w:pPr>
        <w:pStyle w:val="ListParagraph"/>
        <w:numPr>
          <w:ilvl w:val="0"/>
          <w:numId w:val="23"/>
        </w:numPr>
        <w:spacing w:after="50" w:line="247" w:lineRule="auto"/>
        <w:ind w:left="0" w:firstLine="426"/>
        <w:rPr>
          <w:lang w:val="fr-FR"/>
        </w:rPr>
      </w:pPr>
      <w:proofErr w:type="spellStart"/>
      <w:r w:rsidRPr="00387AFC">
        <w:rPr>
          <w:lang w:val="fr-FR"/>
        </w:rPr>
        <w:t>Mijloacele</w:t>
      </w:r>
      <w:proofErr w:type="spellEnd"/>
      <w:r w:rsidRPr="00387AFC">
        <w:rPr>
          <w:lang w:val="fr-FR"/>
        </w:rPr>
        <w:t xml:space="preserve"> de transport si </w:t>
      </w:r>
      <w:proofErr w:type="spellStart"/>
      <w:r w:rsidRPr="00387AFC">
        <w:rPr>
          <w:lang w:val="fr-FR"/>
        </w:rPr>
        <w:t>recipientele</w:t>
      </w:r>
      <w:proofErr w:type="spellEnd"/>
      <w:r w:rsidRPr="00387AFC">
        <w:rPr>
          <w:lang w:val="fr-FR"/>
        </w:rPr>
        <w:t xml:space="preserve"> </w:t>
      </w:r>
      <w:proofErr w:type="spellStart"/>
      <w:r w:rsidRPr="00387AFC">
        <w:rPr>
          <w:lang w:val="fr-FR"/>
        </w:rPr>
        <w:t>folosite</w:t>
      </w:r>
      <w:proofErr w:type="spellEnd"/>
      <w:r w:rsidRPr="00387AFC">
        <w:rPr>
          <w:lang w:val="fr-FR"/>
        </w:rPr>
        <w:t xml:space="preserve"> vor fi </w:t>
      </w:r>
      <w:proofErr w:type="spellStart"/>
      <w:r w:rsidRPr="00387AFC">
        <w:rPr>
          <w:lang w:val="fr-FR"/>
        </w:rPr>
        <w:t>supuse</w:t>
      </w:r>
      <w:proofErr w:type="spellEnd"/>
      <w:r w:rsidRPr="00387AFC">
        <w:rPr>
          <w:lang w:val="fr-FR"/>
        </w:rPr>
        <w:t xml:space="preserve"> </w:t>
      </w:r>
      <w:proofErr w:type="spellStart"/>
      <w:r w:rsidRPr="00387AFC">
        <w:rPr>
          <w:lang w:val="fr-FR"/>
        </w:rPr>
        <w:t>dezinfectiei</w:t>
      </w:r>
      <w:proofErr w:type="spellEnd"/>
      <w:r w:rsidRPr="00387AFC">
        <w:rPr>
          <w:lang w:val="fr-FR"/>
        </w:rPr>
        <w:t xml:space="preserve"> </w:t>
      </w:r>
      <w:proofErr w:type="spellStart"/>
      <w:r w:rsidRPr="00387AFC">
        <w:rPr>
          <w:lang w:val="fr-FR"/>
        </w:rPr>
        <w:t>conform</w:t>
      </w:r>
      <w:proofErr w:type="spellEnd"/>
      <w:r w:rsidRPr="00387AFC">
        <w:rPr>
          <w:lang w:val="fr-FR"/>
        </w:rPr>
        <w:t xml:space="preserve"> </w:t>
      </w:r>
      <w:proofErr w:type="spellStart"/>
      <w:r w:rsidRPr="00387AFC">
        <w:rPr>
          <w:lang w:val="fr-FR"/>
        </w:rPr>
        <w:t>normelor</w:t>
      </w:r>
      <w:proofErr w:type="spellEnd"/>
      <w:r w:rsidRPr="00387AFC">
        <w:rPr>
          <w:lang w:val="fr-FR"/>
        </w:rPr>
        <w:t xml:space="preserve"> </w:t>
      </w:r>
      <w:proofErr w:type="spellStart"/>
      <w:r w:rsidRPr="00387AFC">
        <w:rPr>
          <w:lang w:val="fr-FR"/>
        </w:rPr>
        <w:t>epidemiologice</w:t>
      </w:r>
      <w:proofErr w:type="spellEnd"/>
      <w:r w:rsidRPr="00387AFC">
        <w:rPr>
          <w:lang w:val="fr-FR"/>
        </w:rPr>
        <w:t xml:space="preserve"> in </w:t>
      </w:r>
      <w:proofErr w:type="spellStart"/>
      <w:r w:rsidRPr="00387AFC">
        <w:rPr>
          <w:lang w:val="fr-FR"/>
        </w:rPr>
        <w:t>vigoare</w:t>
      </w:r>
      <w:proofErr w:type="spellEnd"/>
      <w:r w:rsidRPr="00387AFC">
        <w:rPr>
          <w:lang w:val="fr-FR"/>
        </w:rPr>
        <w:t>.</w:t>
      </w:r>
    </w:p>
    <w:p w14:paraId="6B6E46D5" w14:textId="21F2E461" w:rsidR="00387AFC" w:rsidRPr="00387AFC" w:rsidRDefault="00387AFC" w:rsidP="002459A2">
      <w:pPr>
        <w:pStyle w:val="ListParagraph"/>
        <w:numPr>
          <w:ilvl w:val="0"/>
          <w:numId w:val="23"/>
        </w:numPr>
        <w:spacing w:after="50" w:line="247" w:lineRule="auto"/>
        <w:ind w:left="0" w:firstLine="426"/>
        <w:rPr>
          <w:lang w:val="fr-FR"/>
        </w:rPr>
      </w:pPr>
      <w:proofErr w:type="spellStart"/>
      <w:r w:rsidRPr="00387AFC">
        <w:rPr>
          <w:lang w:val="fr-FR"/>
        </w:rPr>
        <w:t>Recipientele</w:t>
      </w:r>
      <w:proofErr w:type="spellEnd"/>
      <w:r w:rsidRPr="00387AFC">
        <w:rPr>
          <w:lang w:val="fr-FR"/>
        </w:rPr>
        <w:t xml:space="preserve"> si/</w:t>
      </w:r>
      <w:proofErr w:type="spellStart"/>
      <w:r w:rsidRPr="00387AFC">
        <w:rPr>
          <w:lang w:val="fr-FR"/>
        </w:rPr>
        <w:t>sau</w:t>
      </w:r>
      <w:proofErr w:type="spellEnd"/>
      <w:r w:rsidRPr="00387AFC">
        <w:rPr>
          <w:lang w:val="fr-FR"/>
        </w:rPr>
        <w:t xml:space="preserve"> </w:t>
      </w:r>
      <w:proofErr w:type="spellStart"/>
      <w:r w:rsidRPr="00387AFC">
        <w:rPr>
          <w:lang w:val="fr-FR"/>
        </w:rPr>
        <w:t>containerele</w:t>
      </w:r>
      <w:proofErr w:type="spellEnd"/>
      <w:r w:rsidRPr="00387AFC">
        <w:rPr>
          <w:lang w:val="fr-FR"/>
        </w:rPr>
        <w:t xml:space="preserve"> </w:t>
      </w:r>
      <w:proofErr w:type="spellStart"/>
      <w:r w:rsidRPr="00387AFC">
        <w:rPr>
          <w:lang w:val="fr-FR"/>
        </w:rPr>
        <w:t>desemnate</w:t>
      </w:r>
      <w:proofErr w:type="spellEnd"/>
      <w:r w:rsidRPr="00387AFC">
        <w:rPr>
          <w:lang w:val="fr-FR"/>
        </w:rPr>
        <w:t xml:space="preserve"> nu </w:t>
      </w:r>
      <w:proofErr w:type="spellStart"/>
      <w:r w:rsidRPr="00387AFC">
        <w:rPr>
          <w:lang w:val="fr-FR"/>
        </w:rPr>
        <w:t>trebuie</w:t>
      </w:r>
      <w:proofErr w:type="spellEnd"/>
      <w:r w:rsidRPr="00387AFC">
        <w:rPr>
          <w:lang w:val="fr-FR"/>
        </w:rPr>
        <w:t xml:space="preserve"> </w:t>
      </w:r>
      <w:proofErr w:type="spellStart"/>
      <w:r w:rsidRPr="00387AFC">
        <w:rPr>
          <w:lang w:val="fr-FR"/>
        </w:rPr>
        <w:t>folosite</w:t>
      </w:r>
      <w:proofErr w:type="spellEnd"/>
      <w:r w:rsidRPr="00387AFC">
        <w:rPr>
          <w:lang w:val="fr-FR"/>
        </w:rPr>
        <w:t xml:space="preserve"> </w:t>
      </w:r>
      <w:proofErr w:type="spellStart"/>
      <w:r w:rsidRPr="00387AFC">
        <w:rPr>
          <w:lang w:val="fr-FR"/>
        </w:rPr>
        <w:t>decât</w:t>
      </w:r>
      <w:proofErr w:type="spellEnd"/>
      <w:r w:rsidRPr="00387AFC">
        <w:rPr>
          <w:lang w:val="fr-FR"/>
        </w:rPr>
        <w:t xml:space="preserve"> la </w:t>
      </w:r>
      <w:proofErr w:type="spellStart"/>
      <w:r w:rsidRPr="00387AFC">
        <w:rPr>
          <w:lang w:val="fr-FR"/>
        </w:rPr>
        <w:t>transportul</w:t>
      </w:r>
      <w:proofErr w:type="spellEnd"/>
      <w:r w:rsidRPr="00387AFC">
        <w:rPr>
          <w:lang w:val="fr-FR"/>
        </w:rPr>
        <w:t xml:space="preserve"> </w:t>
      </w:r>
      <w:proofErr w:type="spellStart"/>
      <w:r w:rsidRPr="00387AFC">
        <w:rPr>
          <w:lang w:val="fr-FR"/>
        </w:rPr>
        <w:t>alimentelor</w:t>
      </w:r>
      <w:proofErr w:type="spellEnd"/>
      <w:r w:rsidRPr="00387AFC">
        <w:rPr>
          <w:lang w:val="fr-FR"/>
        </w:rPr>
        <w:t xml:space="preserve">, </w:t>
      </w:r>
      <w:proofErr w:type="spellStart"/>
      <w:r w:rsidRPr="00387AFC">
        <w:rPr>
          <w:lang w:val="fr-FR"/>
        </w:rPr>
        <w:t>acolo</w:t>
      </w:r>
      <w:proofErr w:type="spellEnd"/>
      <w:r w:rsidRPr="00387AFC">
        <w:rPr>
          <w:lang w:val="fr-FR"/>
        </w:rPr>
        <w:t xml:space="preserve"> </w:t>
      </w:r>
      <w:proofErr w:type="spellStart"/>
      <w:r w:rsidRPr="00387AFC">
        <w:rPr>
          <w:lang w:val="fr-FR"/>
        </w:rPr>
        <w:t>unde</w:t>
      </w:r>
      <w:proofErr w:type="spellEnd"/>
      <w:r w:rsidRPr="00387AFC">
        <w:rPr>
          <w:lang w:val="fr-FR"/>
        </w:rPr>
        <w:t xml:space="preserve"> este </w:t>
      </w:r>
      <w:proofErr w:type="spellStart"/>
      <w:r w:rsidRPr="00387AFC">
        <w:rPr>
          <w:lang w:val="fr-FR"/>
        </w:rPr>
        <w:t>riscul</w:t>
      </w:r>
      <w:proofErr w:type="spellEnd"/>
      <w:r w:rsidRPr="00387AFC">
        <w:rPr>
          <w:lang w:val="fr-FR"/>
        </w:rPr>
        <w:t xml:space="preserve"> </w:t>
      </w:r>
      <w:proofErr w:type="spellStart"/>
      <w:r w:rsidRPr="00387AFC">
        <w:rPr>
          <w:lang w:val="fr-FR"/>
        </w:rPr>
        <w:t>contaminării</w:t>
      </w:r>
      <w:proofErr w:type="spellEnd"/>
      <w:r w:rsidRPr="00387AFC">
        <w:rPr>
          <w:lang w:val="fr-FR"/>
        </w:rPr>
        <w:t xml:space="preserve"> </w:t>
      </w:r>
      <w:proofErr w:type="spellStart"/>
      <w:r w:rsidRPr="00387AFC">
        <w:rPr>
          <w:lang w:val="fr-FR"/>
        </w:rPr>
        <w:t>alimentelor</w:t>
      </w:r>
      <w:proofErr w:type="spellEnd"/>
      <w:r w:rsidRPr="00387AFC">
        <w:rPr>
          <w:lang w:val="fr-FR"/>
        </w:rPr>
        <w:t xml:space="preserve">. </w:t>
      </w:r>
      <w:proofErr w:type="spellStart"/>
      <w:r w:rsidRPr="00387AFC">
        <w:rPr>
          <w:lang w:val="fr-FR"/>
        </w:rPr>
        <w:t>Alimentele</w:t>
      </w:r>
      <w:proofErr w:type="spellEnd"/>
      <w:r w:rsidRPr="00387AFC">
        <w:rPr>
          <w:lang w:val="fr-FR"/>
        </w:rPr>
        <w:t xml:space="preserve"> </w:t>
      </w:r>
      <w:proofErr w:type="spellStart"/>
      <w:r w:rsidRPr="00387AFC">
        <w:rPr>
          <w:lang w:val="fr-FR"/>
        </w:rPr>
        <w:t>voluminoase</w:t>
      </w:r>
      <w:proofErr w:type="spellEnd"/>
      <w:r w:rsidRPr="00387AFC">
        <w:rPr>
          <w:lang w:val="fr-FR"/>
        </w:rPr>
        <w:t xml:space="preserve"> </w:t>
      </w:r>
      <w:proofErr w:type="spellStart"/>
      <w:r w:rsidRPr="00387AFC">
        <w:rPr>
          <w:lang w:val="fr-FR"/>
        </w:rPr>
        <w:t>sub</w:t>
      </w:r>
      <w:proofErr w:type="spellEnd"/>
      <w:r w:rsidRPr="00387AFC">
        <w:rPr>
          <w:lang w:val="fr-FR"/>
        </w:rPr>
        <w:t xml:space="preserve"> forma </w:t>
      </w:r>
      <w:proofErr w:type="spellStart"/>
      <w:r w:rsidRPr="00387AFC">
        <w:rPr>
          <w:lang w:val="fr-FR"/>
        </w:rPr>
        <w:t>lichida</w:t>
      </w:r>
      <w:proofErr w:type="spellEnd"/>
      <w:r w:rsidRPr="00387AFC">
        <w:rPr>
          <w:lang w:val="fr-FR"/>
        </w:rPr>
        <w:t xml:space="preserve">, </w:t>
      </w:r>
      <w:proofErr w:type="spellStart"/>
      <w:r w:rsidRPr="00387AFC">
        <w:rPr>
          <w:lang w:val="fr-FR"/>
        </w:rPr>
        <w:t>granulata</w:t>
      </w:r>
      <w:proofErr w:type="spellEnd"/>
      <w:r w:rsidRPr="00387AFC">
        <w:rPr>
          <w:lang w:val="fr-FR"/>
        </w:rPr>
        <w:t xml:space="preserve"> </w:t>
      </w:r>
      <w:proofErr w:type="spellStart"/>
      <w:r w:rsidRPr="00387AFC">
        <w:rPr>
          <w:lang w:val="fr-FR"/>
        </w:rPr>
        <w:t>sau</w:t>
      </w:r>
      <w:proofErr w:type="spellEnd"/>
      <w:r w:rsidRPr="00387AFC">
        <w:rPr>
          <w:lang w:val="fr-FR"/>
        </w:rPr>
        <w:t xml:space="preserve"> </w:t>
      </w:r>
      <w:proofErr w:type="spellStart"/>
      <w:r w:rsidRPr="00387AFC">
        <w:rPr>
          <w:lang w:val="fr-FR"/>
        </w:rPr>
        <w:t>pudra</w:t>
      </w:r>
      <w:proofErr w:type="spellEnd"/>
      <w:r w:rsidRPr="00387AFC">
        <w:rPr>
          <w:lang w:val="fr-FR"/>
        </w:rPr>
        <w:t xml:space="preserve"> </w:t>
      </w:r>
      <w:proofErr w:type="spellStart"/>
      <w:r w:rsidRPr="00387AFC">
        <w:rPr>
          <w:lang w:val="fr-FR"/>
        </w:rPr>
        <w:t>trebuie</w:t>
      </w:r>
      <w:proofErr w:type="spellEnd"/>
      <w:r w:rsidRPr="00387AFC">
        <w:rPr>
          <w:lang w:val="fr-FR"/>
        </w:rPr>
        <w:t xml:space="preserve"> </w:t>
      </w:r>
      <w:proofErr w:type="spellStart"/>
      <w:r w:rsidRPr="00387AFC">
        <w:rPr>
          <w:lang w:val="fr-FR"/>
        </w:rPr>
        <w:t>transportate</w:t>
      </w:r>
      <w:proofErr w:type="spellEnd"/>
      <w:r w:rsidRPr="00387AFC">
        <w:rPr>
          <w:lang w:val="fr-FR"/>
        </w:rPr>
        <w:t xml:space="preserve"> in </w:t>
      </w:r>
      <w:proofErr w:type="spellStart"/>
      <w:r w:rsidRPr="00387AFC">
        <w:rPr>
          <w:lang w:val="fr-FR"/>
        </w:rPr>
        <w:t>recipiente</w:t>
      </w:r>
      <w:proofErr w:type="spellEnd"/>
      <w:r w:rsidRPr="00387AFC">
        <w:rPr>
          <w:lang w:val="fr-FR"/>
        </w:rPr>
        <w:t xml:space="preserve"> si/</w:t>
      </w:r>
      <w:proofErr w:type="spellStart"/>
      <w:r w:rsidRPr="00387AFC">
        <w:rPr>
          <w:lang w:val="fr-FR"/>
        </w:rPr>
        <w:t>sau</w:t>
      </w:r>
      <w:proofErr w:type="spellEnd"/>
      <w:r w:rsidRPr="00387AFC">
        <w:rPr>
          <w:lang w:val="fr-FR"/>
        </w:rPr>
        <w:t xml:space="preserve"> </w:t>
      </w:r>
      <w:proofErr w:type="spellStart"/>
      <w:r w:rsidRPr="00387AFC">
        <w:rPr>
          <w:lang w:val="fr-FR"/>
        </w:rPr>
        <w:t>containere</w:t>
      </w:r>
      <w:proofErr w:type="spellEnd"/>
      <w:r w:rsidRPr="00387AFC">
        <w:rPr>
          <w:lang w:val="fr-FR"/>
        </w:rPr>
        <w:t>/</w:t>
      </w:r>
      <w:proofErr w:type="spellStart"/>
      <w:r w:rsidRPr="00387AFC">
        <w:rPr>
          <w:lang w:val="fr-FR"/>
        </w:rPr>
        <w:t>tancuri</w:t>
      </w:r>
      <w:proofErr w:type="spellEnd"/>
      <w:r w:rsidRPr="00387AFC">
        <w:rPr>
          <w:lang w:val="fr-FR"/>
        </w:rPr>
        <w:t xml:space="preserve"> </w:t>
      </w:r>
      <w:proofErr w:type="spellStart"/>
      <w:r w:rsidRPr="00387AFC">
        <w:rPr>
          <w:lang w:val="fr-FR"/>
        </w:rPr>
        <w:t>rezervate</w:t>
      </w:r>
      <w:proofErr w:type="spellEnd"/>
      <w:r w:rsidRPr="00387AFC">
        <w:rPr>
          <w:lang w:val="fr-FR"/>
        </w:rPr>
        <w:t xml:space="preserve"> </w:t>
      </w:r>
      <w:proofErr w:type="spellStart"/>
      <w:r w:rsidRPr="00387AFC">
        <w:rPr>
          <w:lang w:val="fr-FR"/>
        </w:rPr>
        <w:t>transportului</w:t>
      </w:r>
      <w:proofErr w:type="spellEnd"/>
      <w:r w:rsidRPr="00387AFC">
        <w:rPr>
          <w:lang w:val="fr-FR"/>
        </w:rPr>
        <w:t xml:space="preserve"> </w:t>
      </w:r>
      <w:proofErr w:type="spellStart"/>
      <w:r w:rsidRPr="00387AFC">
        <w:rPr>
          <w:lang w:val="fr-FR"/>
        </w:rPr>
        <w:t>alimentar</w:t>
      </w:r>
      <w:proofErr w:type="spellEnd"/>
      <w:r w:rsidRPr="00387AFC">
        <w:rPr>
          <w:lang w:val="fr-FR"/>
        </w:rPr>
        <w:t xml:space="preserve">. Aceste </w:t>
      </w:r>
      <w:proofErr w:type="spellStart"/>
      <w:r w:rsidRPr="00387AFC">
        <w:rPr>
          <w:lang w:val="fr-FR"/>
        </w:rPr>
        <w:t>containere</w:t>
      </w:r>
      <w:proofErr w:type="spellEnd"/>
      <w:r w:rsidRPr="00387AFC">
        <w:rPr>
          <w:lang w:val="fr-FR"/>
        </w:rPr>
        <w:t xml:space="preserve"> </w:t>
      </w:r>
      <w:proofErr w:type="spellStart"/>
      <w:r w:rsidRPr="00387AFC">
        <w:rPr>
          <w:lang w:val="fr-FR"/>
        </w:rPr>
        <w:t>trebuie</w:t>
      </w:r>
      <w:proofErr w:type="spellEnd"/>
      <w:r w:rsidRPr="00387AFC">
        <w:rPr>
          <w:lang w:val="fr-FR"/>
        </w:rPr>
        <w:t xml:space="preserve"> </w:t>
      </w:r>
      <w:proofErr w:type="spellStart"/>
      <w:r w:rsidRPr="00387AFC">
        <w:rPr>
          <w:lang w:val="fr-FR"/>
        </w:rPr>
        <w:t>marcate</w:t>
      </w:r>
      <w:proofErr w:type="spellEnd"/>
      <w:r w:rsidRPr="00387AFC">
        <w:rPr>
          <w:lang w:val="fr-FR"/>
        </w:rPr>
        <w:t xml:space="preserve"> in </w:t>
      </w:r>
      <w:proofErr w:type="spellStart"/>
      <w:r w:rsidRPr="00387AFC">
        <w:rPr>
          <w:lang w:val="fr-FR"/>
        </w:rPr>
        <w:t>clar</w:t>
      </w:r>
      <w:proofErr w:type="spellEnd"/>
      <w:r w:rsidRPr="00387AFC">
        <w:rPr>
          <w:lang w:val="fr-FR"/>
        </w:rPr>
        <w:t xml:space="preserve"> si la </w:t>
      </w:r>
      <w:proofErr w:type="spellStart"/>
      <w:r w:rsidRPr="00387AFC">
        <w:rPr>
          <w:lang w:val="fr-FR"/>
        </w:rPr>
        <w:t>loc</w:t>
      </w:r>
      <w:proofErr w:type="spellEnd"/>
      <w:r w:rsidRPr="00387AFC">
        <w:rPr>
          <w:lang w:val="fr-FR"/>
        </w:rPr>
        <w:t xml:space="preserve"> </w:t>
      </w:r>
      <w:proofErr w:type="spellStart"/>
      <w:r w:rsidRPr="00387AFC">
        <w:rPr>
          <w:lang w:val="fr-FR"/>
        </w:rPr>
        <w:t>vizibil</w:t>
      </w:r>
      <w:proofErr w:type="spellEnd"/>
      <w:r w:rsidRPr="00387AFC">
        <w:rPr>
          <w:lang w:val="fr-FR"/>
        </w:rPr>
        <w:t xml:space="preserve"> </w:t>
      </w:r>
      <w:proofErr w:type="spellStart"/>
      <w:r w:rsidRPr="00387AFC">
        <w:rPr>
          <w:lang w:val="fr-FR"/>
        </w:rPr>
        <w:t>astfel</w:t>
      </w:r>
      <w:proofErr w:type="spellEnd"/>
      <w:r w:rsidRPr="00387AFC">
        <w:rPr>
          <w:lang w:val="fr-FR"/>
        </w:rPr>
        <w:t xml:space="preserve"> </w:t>
      </w:r>
      <w:proofErr w:type="spellStart"/>
      <w:r w:rsidRPr="00387AFC">
        <w:rPr>
          <w:lang w:val="fr-FR"/>
        </w:rPr>
        <w:t>incat</w:t>
      </w:r>
      <w:proofErr w:type="spellEnd"/>
      <w:r w:rsidRPr="00387AFC">
        <w:rPr>
          <w:lang w:val="fr-FR"/>
        </w:rPr>
        <w:t xml:space="preserve"> sa nu se </w:t>
      </w:r>
      <w:proofErr w:type="spellStart"/>
      <w:r w:rsidRPr="00387AFC">
        <w:rPr>
          <w:lang w:val="fr-FR"/>
        </w:rPr>
        <w:t>poata</w:t>
      </w:r>
      <w:proofErr w:type="spellEnd"/>
      <w:r w:rsidRPr="00387AFC">
        <w:rPr>
          <w:lang w:val="fr-FR"/>
        </w:rPr>
        <w:t xml:space="preserve"> </w:t>
      </w:r>
      <w:proofErr w:type="spellStart"/>
      <w:r w:rsidRPr="00387AFC">
        <w:rPr>
          <w:lang w:val="fr-FR"/>
        </w:rPr>
        <w:t>șterge</w:t>
      </w:r>
      <w:proofErr w:type="spellEnd"/>
      <w:r w:rsidRPr="00387AFC">
        <w:rPr>
          <w:lang w:val="fr-FR"/>
        </w:rPr>
        <w:t xml:space="preserve">, </w:t>
      </w:r>
      <w:proofErr w:type="spellStart"/>
      <w:r w:rsidRPr="00387AFC">
        <w:rPr>
          <w:lang w:val="fr-FR"/>
        </w:rPr>
        <w:t>intr-una</w:t>
      </w:r>
      <w:proofErr w:type="spellEnd"/>
      <w:r w:rsidRPr="00387AFC">
        <w:rPr>
          <w:lang w:val="fr-FR"/>
        </w:rPr>
        <w:t xml:space="preserve"> </w:t>
      </w:r>
      <w:proofErr w:type="spellStart"/>
      <w:r w:rsidRPr="00387AFC">
        <w:rPr>
          <w:lang w:val="fr-FR"/>
        </w:rPr>
        <w:t>sau</w:t>
      </w:r>
      <w:proofErr w:type="spellEnd"/>
      <w:r w:rsidRPr="00387AFC">
        <w:rPr>
          <w:lang w:val="fr-FR"/>
        </w:rPr>
        <w:t xml:space="preserve"> mai </w:t>
      </w:r>
      <w:proofErr w:type="spellStart"/>
      <w:r w:rsidRPr="00387AFC">
        <w:rPr>
          <w:lang w:val="fr-FR"/>
        </w:rPr>
        <w:t>multe</w:t>
      </w:r>
      <w:proofErr w:type="spellEnd"/>
      <w:r w:rsidRPr="00387AFC">
        <w:rPr>
          <w:lang w:val="fr-FR"/>
        </w:rPr>
        <w:t xml:space="preserve"> </w:t>
      </w:r>
      <w:proofErr w:type="spellStart"/>
      <w:r w:rsidRPr="00387AFC">
        <w:rPr>
          <w:lang w:val="fr-FR"/>
        </w:rPr>
        <w:t>limbi</w:t>
      </w:r>
      <w:proofErr w:type="spellEnd"/>
      <w:r w:rsidRPr="00387AFC">
        <w:rPr>
          <w:lang w:val="fr-FR"/>
        </w:rPr>
        <w:t xml:space="preserve"> </w:t>
      </w:r>
      <w:proofErr w:type="spellStart"/>
      <w:r w:rsidRPr="00387AFC">
        <w:rPr>
          <w:lang w:val="fr-FR"/>
        </w:rPr>
        <w:t>comunitare</w:t>
      </w:r>
      <w:proofErr w:type="spellEnd"/>
      <w:r w:rsidRPr="00387AFC">
        <w:rPr>
          <w:lang w:val="fr-FR"/>
        </w:rPr>
        <w:t xml:space="preserve">, care sa </w:t>
      </w:r>
      <w:proofErr w:type="spellStart"/>
      <w:r w:rsidRPr="00387AFC">
        <w:rPr>
          <w:lang w:val="fr-FR"/>
        </w:rPr>
        <w:t>ateste</w:t>
      </w:r>
      <w:proofErr w:type="spellEnd"/>
      <w:r w:rsidRPr="00387AFC">
        <w:rPr>
          <w:lang w:val="fr-FR"/>
        </w:rPr>
        <w:t xml:space="preserve"> </w:t>
      </w:r>
      <w:proofErr w:type="spellStart"/>
      <w:r w:rsidRPr="00387AFC">
        <w:rPr>
          <w:lang w:val="fr-FR"/>
        </w:rPr>
        <w:t>faptul</w:t>
      </w:r>
      <w:proofErr w:type="spellEnd"/>
      <w:r w:rsidRPr="00387AFC">
        <w:rPr>
          <w:lang w:val="fr-FR"/>
        </w:rPr>
        <w:t xml:space="preserve"> ca </w:t>
      </w:r>
      <w:proofErr w:type="spellStart"/>
      <w:r w:rsidRPr="00387AFC">
        <w:rPr>
          <w:lang w:val="fr-FR"/>
        </w:rPr>
        <w:t>ele</w:t>
      </w:r>
      <w:proofErr w:type="spellEnd"/>
      <w:r w:rsidRPr="00387AFC">
        <w:rPr>
          <w:lang w:val="fr-FR"/>
        </w:rPr>
        <w:t xml:space="preserve"> </w:t>
      </w:r>
      <w:proofErr w:type="spellStart"/>
      <w:r w:rsidRPr="00387AFC">
        <w:rPr>
          <w:lang w:val="fr-FR"/>
        </w:rPr>
        <w:t>sunt</w:t>
      </w:r>
      <w:proofErr w:type="spellEnd"/>
      <w:r w:rsidRPr="00387AFC">
        <w:rPr>
          <w:lang w:val="fr-FR"/>
        </w:rPr>
        <w:t xml:space="preserve"> </w:t>
      </w:r>
      <w:proofErr w:type="spellStart"/>
      <w:r w:rsidRPr="00387AFC">
        <w:rPr>
          <w:lang w:val="fr-FR"/>
        </w:rPr>
        <w:t>utilizate</w:t>
      </w:r>
      <w:proofErr w:type="spellEnd"/>
      <w:r w:rsidRPr="00387AFC">
        <w:rPr>
          <w:lang w:val="fr-FR"/>
        </w:rPr>
        <w:t xml:space="preserve"> la </w:t>
      </w:r>
      <w:proofErr w:type="spellStart"/>
      <w:r w:rsidRPr="00387AFC">
        <w:rPr>
          <w:lang w:val="fr-FR"/>
        </w:rPr>
        <w:t>transportul</w:t>
      </w:r>
      <w:proofErr w:type="spellEnd"/>
      <w:r w:rsidRPr="00387AFC">
        <w:rPr>
          <w:lang w:val="fr-FR"/>
        </w:rPr>
        <w:t xml:space="preserve"> </w:t>
      </w:r>
      <w:proofErr w:type="spellStart"/>
      <w:r w:rsidRPr="00387AFC">
        <w:rPr>
          <w:lang w:val="fr-FR"/>
        </w:rPr>
        <w:t>alimentelor</w:t>
      </w:r>
      <w:proofErr w:type="spellEnd"/>
      <w:r w:rsidRPr="00387AFC">
        <w:rPr>
          <w:lang w:val="fr-FR"/>
        </w:rPr>
        <w:t xml:space="preserve"> </w:t>
      </w:r>
      <w:proofErr w:type="spellStart"/>
      <w:r w:rsidRPr="00387AFC">
        <w:rPr>
          <w:lang w:val="fr-FR"/>
        </w:rPr>
        <w:t>sau</w:t>
      </w:r>
      <w:proofErr w:type="spellEnd"/>
      <w:r w:rsidRPr="00387AFC">
        <w:rPr>
          <w:lang w:val="fr-FR"/>
        </w:rPr>
        <w:t xml:space="preserve"> sa fie </w:t>
      </w:r>
      <w:proofErr w:type="spellStart"/>
      <w:r w:rsidRPr="00387AFC">
        <w:rPr>
          <w:lang w:val="fr-FR"/>
        </w:rPr>
        <w:t>marcate</w:t>
      </w:r>
      <w:proofErr w:type="spellEnd"/>
      <w:r w:rsidRPr="00387AFC">
        <w:rPr>
          <w:lang w:val="fr-FR"/>
        </w:rPr>
        <w:t xml:space="preserve"> "</w:t>
      </w:r>
      <w:proofErr w:type="spellStart"/>
      <w:r w:rsidRPr="00387AFC">
        <w:rPr>
          <w:lang w:val="fr-FR"/>
        </w:rPr>
        <w:t>numai</w:t>
      </w:r>
      <w:proofErr w:type="spellEnd"/>
      <w:r w:rsidRPr="00387AFC">
        <w:rPr>
          <w:lang w:val="fr-FR"/>
        </w:rPr>
        <w:t xml:space="preserve"> </w:t>
      </w:r>
      <w:proofErr w:type="spellStart"/>
      <w:r w:rsidRPr="00387AFC">
        <w:rPr>
          <w:lang w:val="fr-FR"/>
        </w:rPr>
        <w:t>pentru</w:t>
      </w:r>
      <w:proofErr w:type="spellEnd"/>
      <w:r w:rsidRPr="00387AFC">
        <w:rPr>
          <w:lang w:val="fr-FR"/>
        </w:rPr>
        <w:t xml:space="preserve"> alimente".</w:t>
      </w:r>
    </w:p>
    <w:p w14:paraId="1714B61A" w14:textId="0D2BC82C" w:rsidR="00387AFC" w:rsidRPr="00387AFC" w:rsidRDefault="00387AFC" w:rsidP="002459A2">
      <w:pPr>
        <w:pStyle w:val="ListParagraph"/>
        <w:numPr>
          <w:ilvl w:val="0"/>
          <w:numId w:val="23"/>
        </w:numPr>
        <w:spacing w:after="50" w:line="247" w:lineRule="auto"/>
        <w:ind w:left="0" w:firstLine="426"/>
        <w:rPr>
          <w:lang w:val="ro-RO"/>
        </w:rPr>
      </w:pPr>
      <w:r w:rsidRPr="00387AFC">
        <w:rPr>
          <w:lang w:val="ro-RO"/>
        </w:rPr>
        <w:t>Mijloacele de transport si/sau containerele folosite la transportul alimentelor trebuie sa fie capabile sa mențină alimentele la o temperatura adecvata si, unde este cazul sa poata permite ca aceste temperaturi sa fie monitorizate.</w:t>
      </w:r>
    </w:p>
    <w:p w14:paraId="2040A051" w14:textId="02FC6AAD" w:rsidR="0025334A" w:rsidRPr="00387AFC" w:rsidRDefault="0025334A" w:rsidP="002459A2">
      <w:pPr>
        <w:pStyle w:val="ListParagraph"/>
        <w:numPr>
          <w:ilvl w:val="0"/>
          <w:numId w:val="23"/>
        </w:numPr>
        <w:spacing w:after="50" w:line="247" w:lineRule="auto"/>
        <w:ind w:left="0" w:firstLine="426"/>
        <w:rPr>
          <w:lang w:val="ro-RO"/>
        </w:rPr>
      </w:pPr>
      <w:r w:rsidRPr="00387AFC">
        <w:rPr>
          <w:lang w:val="ro-RO"/>
        </w:rPr>
        <w:t xml:space="preserve">Recipientele și caserolele se așază și se separă în mijlocul de transport astfel încât să fie prevenite contaminarea, </w:t>
      </w:r>
      <w:proofErr w:type="spellStart"/>
      <w:r w:rsidRPr="00387AFC">
        <w:rPr>
          <w:lang w:val="fr-FR"/>
        </w:rPr>
        <w:t>transferul</w:t>
      </w:r>
      <w:proofErr w:type="spellEnd"/>
      <w:r w:rsidRPr="00387AFC">
        <w:rPr>
          <w:lang w:val="fr-FR"/>
        </w:rPr>
        <w:t xml:space="preserve"> </w:t>
      </w:r>
      <w:proofErr w:type="spellStart"/>
      <w:r w:rsidRPr="00387AFC">
        <w:rPr>
          <w:lang w:val="fr-FR"/>
        </w:rPr>
        <w:t>temperaturii</w:t>
      </w:r>
      <w:proofErr w:type="spellEnd"/>
      <w:r w:rsidRPr="00387AFC">
        <w:rPr>
          <w:lang w:val="fr-FR"/>
        </w:rPr>
        <w:t xml:space="preserve"> </w:t>
      </w:r>
      <w:proofErr w:type="spellStart"/>
      <w:r w:rsidRPr="00387AFC">
        <w:rPr>
          <w:lang w:val="fr-FR"/>
        </w:rPr>
        <w:t>intre</w:t>
      </w:r>
      <w:proofErr w:type="spellEnd"/>
      <w:r w:rsidRPr="00387AFC">
        <w:rPr>
          <w:lang w:val="fr-FR"/>
        </w:rPr>
        <w:t xml:space="preserve"> </w:t>
      </w:r>
      <w:proofErr w:type="spellStart"/>
      <w:r w:rsidRPr="00387AFC">
        <w:rPr>
          <w:lang w:val="fr-FR"/>
        </w:rPr>
        <w:t>meniuri</w:t>
      </w:r>
      <w:proofErr w:type="spellEnd"/>
      <w:r w:rsidRPr="00387AFC">
        <w:rPr>
          <w:lang w:val="ro-RO"/>
        </w:rPr>
        <w:t>, răsturnarea și confundarea meniurilor. Separarea și identificarea se realizează cel puțin pe centru, masă și tip de meniu/regim</w:t>
      </w:r>
    </w:p>
    <w:p w14:paraId="78685A5E" w14:textId="28BC3F8D" w:rsidR="0025334A" w:rsidRDefault="0025334A">
      <w:pPr>
        <w:spacing w:after="50" w:line="247" w:lineRule="auto"/>
      </w:pPr>
      <w:proofErr w:type="spellStart"/>
      <w:r w:rsidRPr="0025334A">
        <w:t>Prestatorul</w:t>
      </w:r>
      <w:proofErr w:type="spellEnd"/>
      <w:r w:rsidRPr="0025334A">
        <w:t xml:space="preserve"> </w:t>
      </w:r>
      <w:proofErr w:type="spellStart"/>
      <w:r w:rsidRPr="0025334A">
        <w:t>dimensionează</w:t>
      </w:r>
      <w:proofErr w:type="spellEnd"/>
      <w:r w:rsidRPr="0025334A">
        <w:t xml:space="preserve"> </w:t>
      </w:r>
      <w:proofErr w:type="spellStart"/>
      <w:r w:rsidRPr="0025334A">
        <w:t>numărul</w:t>
      </w:r>
      <w:proofErr w:type="spellEnd"/>
      <w:r w:rsidRPr="0025334A">
        <w:t xml:space="preserve"> de </w:t>
      </w:r>
      <w:proofErr w:type="spellStart"/>
      <w:r w:rsidRPr="0025334A">
        <w:t>vehicule</w:t>
      </w:r>
      <w:proofErr w:type="spellEnd"/>
      <w:r w:rsidRPr="0025334A">
        <w:t xml:space="preserve"> </w:t>
      </w:r>
      <w:proofErr w:type="spellStart"/>
      <w:r w:rsidRPr="0025334A">
        <w:t>în</w:t>
      </w:r>
      <w:proofErr w:type="spellEnd"/>
      <w:r w:rsidRPr="0025334A">
        <w:t xml:space="preserve"> </w:t>
      </w:r>
      <w:proofErr w:type="spellStart"/>
      <w:r w:rsidRPr="0025334A">
        <w:t>raport</w:t>
      </w:r>
      <w:proofErr w:type="spellEnd"/>
      <w:r w:rsidRPr="0025334A">
        <w:t xml:space="preserve"> cu </w:t>
      </w:r>
      <w:proofErr w:type="spellStart"/>
      <w:r w:rsidRPr="0025334A">
        <w:t>necesarul</w:t>
      </w:r>
      <w:proofErr w:type="spellEnd"/>
      <w:r w:rsidRPr="0025334A">
        <w:t xml:space="preserve"> real </w:t>
      </w:r>
      <w:proofErr w:type="spellStart"/>
      <w:r w:rsidRPr="0025334A">
        <w:t>și</w:t>
      </w:r>
      <w:proofErr w:type="spellEnd"/>
      <w:r w:rsidRPr="0025334A">
        <w:t xml:space="preserve"> </w:t>
      </w:r>
      <w:proofErr w:type="spellStart"/>
      <w:r w:rsidRPr="0025334A">
        <w:t>demonstrează</w:t>
      </w:r>
      <w:proofErr w:type="spellEnd"/>
      <w:r w:rsidRPr="0025334A">
        <w:t xml:space="preserve"> </w:t>
      </w:r>
      <w:proofErr w:type="spellStart"/>
      <w:r w:rsidRPr="0025334A">
        <w:t>capacitatea</w:t>
      </w:r>
      <w:proofErr w:type="spellEnd"/>
      <w:r w:rsidRPr="0025334A">
        <w:t xml:space="preserve"> de a </w:t>
      </w:r>
      <w:proofErr w:type="spellStart"/>
      <w:r w:rsidRPr="0025334A">
        <w:t>deservi</w:t>
      </w:r>
      <w:proofErr w:type="spellEnd"/>
      <w:r w:rsidRPr="0025334A">
        <w:t xml:space="preserve"> </w:t>
      </w:r>
      <w:proofErr w:type="spellStart"/>
      <w:r w:rsidRPr="0025334A">
        <w:t>în</w:t>
      </w:r>
      <w:proofErr w:type="spellEnd"/>
      <w:r w:rsidRPr="0025334A">
        <w:t xml:space="preserve"> </w:t>
      </w:r>
      <w:proofErr w:type="spellStart"/>
      <w:r w:rsidRPr="0025334A">
        <w:t>siguranță</w:t>
      </w:r>
      <w:proofErr w:type="spellEnd"/>
      <w:r w:rsidRPr="0025334A">
        <w:t xml:space="preserve"> </w:t>
      </w:r>
      <w:proofErr w:type="spellStart"/>
      <w:r w:rsidRPr="0025334A">
        <w:t>cele</w:t>
      </w:r>
      <w:proofErr w:type="spellEnd"/>
      <w:r w:rsidRPr="0025334A">
        <w:t xml:space="preserve"> </w:t>
      </w:r>
      <w:proofErr w:type="spellStart"/>
      <w:r w:rsidRPr="0025334A">
        <w:t>trei</w:t>
      </w:r>
      <w:proofErr w:type="spellEnd"/>
      <w:r w:rsidRPr="0025334A">
        <w:t xml:space="preserve"> </w:t>
      </w:r>
      <w:proofErr w:type="spellStart"/>
      <w:r w:rsidRPr="0025334A">
        <w:t>structuri</w:t>
      </w:r>
      <w:proofErr w:type="spellEnd"/>
      <w:r w:rsidRPr="0025334A">
        <w:t xml:space="preserve">. </w:t>
      </w:r>
      <w:proofErr w:type="spellStart"/>
      <w:r w:rsidRPr="0025334A">
        <w:t>Prestatorul</w:t>
      </w:r>
      <w:proofErr w:type="spellEnd"/>
      <w:r w:rsidRPr="0025334A">
        <w:t xml:space="preserve"> </w:t>
      </w:r>
      <w:proofErr w:type="spellStart"/>
      <w:r w:rsidRPr="0025334A">
        <w:t>asigură</w:t>
      </w:r>
      <w:proofErr w:type="spellEnd"/>
      <w:r w:rsidRPr="0025334A">
        <w:t xml:space="preserve"> o </w:t>
      </w:r>
      <w:proofErr w:type="spellStart"/>
      <w:r w:rsidRPr="0025334A">
        <w:t>soluție</w:t>
      </w:r>
      <w:proofErr w:type="spellEnd"/>
      <w:r w:rsidRPr="0025334A">
        <w:t xml:space="preserve"> de </w:t>
      </w:r>
      <w:proofErr w:type="spellStart"/>
      <w:r w:rsidRPr="0025334A">
        <w:t>rezervă</w:t>
      </w:r>
      <w:proofErr w:type="spellEnd"/>
      <w:r w:rsidRPr="0025334A">
        <w:t xml:space="preserve"> </w:t>
      </w:r>
      <w:proofErr w:type="spellStart"/>
      <w:r w:rsidRPr="0025334A">
        <w:t>pentru</w:t>
      </w:r>
      <w:proofErr w:type="spellEnd"/>
      <w:r w:rsidRPr="0025334A">
        <w:t xml:space="preserve"> </w:t>
      </w:r>
      <w:proofErr w:type="spellStart"/>
      <w:r w:rsidRPr="0025334A">
        <w:t>defectarea</w:t>
      </w:r>
      <w:proofErr w:type="spellEnd"/>
      <w:r w:rsidRPr="0025334A">
        <w:t xml:space="preserve"> </w:t>
      </w:r>
      <w:proofErr w:type="spellStart"/>
      <w:r w:rsidRPr="0025334A">
        <w:t>unui</w:t>
      </w:r>
      <w:proofErr w:type="spellEnd"/>
      <w:r w:rsidRPr="0025334A">
        <w:t xml:space="preserve"> </w:t>
      </w:r>
      <w:proofErr w:type="spellStart"/>
      <w:r w:rsidRPr="0025334A">
        <w:t>vehicul</w:t>
      </w:r>
      <w:proofErr w:type="spellEnd"/>
      <w:r w:rsidRPr="0025334A">
        <w:t xml:space="preserve">, </w:t>
      </w:r>
      <w:proofErr w:type="spellStart"/>
      <w:r w:rsidRPr="0025334A">
        <w:t>indisponibilitatea</w:t>
      </w:r>
      <w:proofErr w:type="spellEnd"/>
      <w:r w:rsidRPr="0025334A">
        <w:t xml:space="preserve"> </w:t>
      </w:r>
      <w:proofErr w:type="spellStart"/>
      <w:r w:rsidRPr="0025334A">
        <w:t>unui</w:t>
      </w:r>
      <w:proofErr w:type="spellEnd"/>
      <w:r w:rsidRPr="0025334A">
        <w:t xml:space="preserve"> </w:t>
      </w:r>
      <w:proofErr w:type="spellStart"/>
      <w:r w:rsidRPr="0025334A">
        <w:t>conducător</w:t>
      </w:r>
      <w:proofErr w:type="spellEnd"/>
      <w:r w:rsidRPr="0025334A">
        <w:t xml:space="preserve"> auto, </w:t>
      </w:r>
      <w:proofErr w:type="spellStart"/>
      <w:r w:rsidRPr="0025334A">
        <w:t>blocarea</w:t>
      </w:r>
      <w:proofErr w:type="spellEnd"/>
      <w:r w:rsidRPr="0025334A">
        <w:t xml:space="preserve"> </w:t>
      </w:r>
      <w:proofErr w:type="spellStart"/>
      <w:r w:rsidRPr="0025334A">
        <w:t>unei</w:t>
      </w:r>
      <w:proofErr w:type="spellEnd"/>
      <w:r w:rsidRPr="0025334A">
        <w:t xml:space="preserve"> </w:t>
      </w:r>
      <w:proofErr w:type="spellStart"/>
      <w:r w:rsidRPr="0025334A">
        <w:t>rute</w:t>
      </w:r>
      <w:proofErr w:type="spellEnd"/>
      <w:r w:rsidRPr="0025334A">
        <w:t xml:space="preserve"> </w:t>
      </w:r>
      <w:proofErr w:type="spellStart"/>
      <w:r w:rsidRPr="0025334A">
        <w:t>sau</w:t>
      </w:r>
      <w:proofErr w:type="spellEnd"/>
      <w:r w:rsidRPr="0025334A">
        <w:t xml:space="preserve"> </w:t>
      </w:r>
      <w:proofErr w:type="spellStart"/>
      <w:r w:rsidRPr="0025334A">
        <w:t>alte</w:t>
      </w:r>
      <w:proofErr w:type="spellEnd"/>
      <w:r w:rsidRPr="0025334A">
        <w:t xml:space="preserve"> </w:t>
      </w:r>
      <w:proofErr w:type="spellStart"/>
      <w:r w:rsidRPr="0025334A">
        <w:t>situații</w:t>
      </w:r>
      <w:proofErr w:type="spellEnd"/>
      <w:r w:rsidRPr="0025334A">
        <w:t xml:space="preserve"> care pot </w:t>
      </w:r>
      <w:proofErr w:type="spellStart"/>
      <w:r w:rsidRPr="0025334A">
        <w:t>afecta</w:t>
      </w:r>
      <w:proofErr w:type="spellEnd"/>
      <w:r w:rsidRPr="0025334A">
        <w:t xml:space="preserve"> </w:t>
      </w:r>
      <w:proofErr w:type="spellStart"/>
      <w:r w:rsidRPr="0025334A">
        <w:t>programul</w:t>
      </w:r>
      <w:proofErr w:type="spellEnd"/>
      <w:r w:rsidRPr="0025334A">
        <w:t xml:space="preserve"> de </w:t>
      </w:r>
      <w:proofErr w:type="spellStart"/>
      <w:r w:rsidRPr="0025334A">
        <w:t>livrare</w:t>
      </w:r>
      <w:proofErr w:type="spellEnd"/>
      <w:r w:rsidRPr="0025334A">
        <w:t>.</w:t>
      </w:r>
    </w:p>
    <w:p w14:paraId="2B39C30E" w14:textId="77777777" w:rsidR="000C4CB5" w:rsidRPr="0025334A" w:rsidRDefault="004E746A">
      <w:pPr>
        <w:spacing w:after="50" w:line="247" w:lineRule="auto"/>
      </w:pPr>
      <w:proofErr w:type="spellStart"/>
      <w:r w:rsidRPr="0025334A">
        <w:rPr>
          <w:b/>
        </w:rPr>
        <w:t>Controlul</w:t>
      </w:r>
      <w:proofErr w:type="spellEnd"/>
      <w:r w:rsidRPr="0025334A">
        <w:rPr>
          <w:b/>
        </w:rPr>
        <w:t xml:space="preserve"> </w:t>
      </w:r>
      <w:proofErr w:type="spellStart"/>
      <w:r w:rsidRPr="0025334A">
        <w:rPr>
          <w:b/>
        </w:rPr>
        <w:t>temperaturii</w:t>
      </w:r>
      <w:proofErr w:type="spellEnd"/>
      <w:r w:rsidRPr="0025334A">
        <w:rPr>
          <w:b/>
        </w:rPr>
        <w:t xml:space="preserve">. </w:t>
      </w:r>
    </w:p>
    <w:p w14:paraId="378038E5" w14:textId="77777777" w:rsidR="0025334A" w:rsidRPr="0025334A" w:rsidRDefault="0025334A" w:rsidP="0025334A">
      <w:pPr>
        <w:spacing w:after="50" w:line="247" w:lineRule="auto"/>
        <w:rPr>
          <w:lang w:val="ro-RO"/>
        </w:rPr>
      </w:pPr>
      <w:r w:rsidRPr="006B3867">
        <w:rPr>
          <w:color w:val="FF0000"/>
          <w:lang w:val="ro-RO"/>
        </w:rPr>
        <w:t>Mijloacele de transport si/sau containerele folosite la transportul alimentelor trebuie sa fie capabile sa mentina alimentele la o temperatura adecvata si, unde este cazul, sa poata permite ca aceste temperaturi sa fie monitorizate</w:t>
      </w:r>
      <w:r w:rsidRPr="0025334A">
        <w:rPr>
          <w:lang w:val="ro-RO"/>
        </w:rPr>
        <w:t>.</w:t>
      </w:r>
    </w:p>
    <w:p w14:paraId="2D390680" w14:textId="77777777" w:rsidR="00981541" w:rsidRDefault="00981541">
      <w:pPr>
        <w:spacing w:after="50" w:line="247" w:lineRule="auto"/>
      </w:pPr>
      <w:r w:rsidRPr="00981541">
        <w:t xml:space="preserve">La </w:t>
      </w:r>
      <w:proofErr w:type="spellStart"/>
      <w:r w:rsidRPr="00981541">
        <w:t>predare</w:t>
      </w:r>
      <w:proofErr w:type="spellEnd"/>
      <w:r w:rsidRPr="00981541">
        <w:t xml:space="preserve"> se </w:t>
      </w:r>
      <w:proofErr w:type="spellStart"/>
      <w:r w:rsidRPr="00981541">
        <w:t>verifică</w:t>
      </w:r>
      <w:proofErr w:type="spellEnd"/>
      <w:r w:rsidRPr="00981541">
        <w:t xml:space="preserve"> </w:t>
      </w:r>
      <w:proofErr w:type="spellStart"/>
      <w:r w:rsidRPr="00981541">
        <w:t>și</w:t>
      </w:r>
      <w:proofErr w:type="spellEnd"/>
      <w:r w:rsidRPr="00981541">
        <w:t xml:space="preserve"> se </w:t>
      </w:r>
      <w:proofErr w:type="spellStart"/>
      <w:r w:rsidRPr="00981541">
        <w:t>consemnează</w:t>
      </w:r>
      <w:proofErr w:type="spellEnd"/>
      <w:r w:rsidRPr="00981541">
        <w:t xml:space="preserve"> </w:t>
      </w:r>
      <w:proofErr w:type="spellStart"/>
      <w:r w:rsidRPr="00981541">
        <w:t>temperatura</w:t>
      </w:r>
      <w:proofErr w:type="spellEnd"/>
      <w:r w:rsidRPr="00981541">
        <w:t xml:space="preserve"> </w:t>
      </w:r>
      <w:proofErr w:type="spellStart"/>
      <w:r w:rsidRPr="00981541">
        <w:t>preparatelor</w:t>
      </w:r>
      <w:proofErr w:type="spellEnd"/>
      <w:r w:rsidRPr="00981541">
        <w:t xml:space="preserve"> </w:t>
      </w:r>
      <w:proofErr w:type="spellStart"/>
      <w:r w:rsidRPr="00981541">
        <w:t>relevante</w:t>
      </w:r>
      <w:proofErr w:type="spellEnd"/>
      <w:r w:rsidRPr="00981541">
        <w:t xml:space="preserve">. </w:t>
      </w:r>
      <w:proofErr w:type="spellStart"/>
      <w:r w:rsidRPr="00981541">
        <w:t>Preparatele</w:t>
      </w:r>
      <w:proofErr w:type="spellEnd"/>
      <w:r w:rsidRPr="00981541">
        <w:t xml:space="preserve"> </w:t>
      </w:r>
      <w:proofErr w:type="spellStart"/>
      <w:r w:rsidRPr="00981541">
        <w:t>calde</w:t>
      </w:r>
      <w:proofErr w:type="spellEnd"/>
      <w:r w:rsidRPr="00981541">
        <w:t xml:space="preserve"> finite se </w:t>
      </w:r>
      <w:proofErr w:type="spellStart"/>
      <w:r w:rsidRPr="00981541">
        <w:t>mențin</w:t>
      </w:r>
      <w:proofErr w:type="spellEnd"/>
      <w:r w:rsidRPr="00981541">
        <w:t xml:space="preserve"> la minimum +60°C, </w:t>
      </w:r>
      <w:proofErr w:type="spellStart"/>
      <w:r w:rsidRPr="00981541">
        <w:t>iar</w:t>
      </w:r>
      <w:proofErr w:type="spellEnd"/>
      <w:r w:rsidRPr="00981541">
        <w:t xml:space="preserve"> </w:t>
      </w:r>
      <w:proofErr w:type="spellStart"/>
      <w:r w:rsidRPr="00981541">
        <w:t>preparatele</w:t>
      </w:r>
      <w:proofErr w:type="spellEnd"/>
      <w:r w:rsidRPr="00981541">
        <w:t xml:space="preserve"> </w:t>
      </w:r>
      <w:proofErr w:type="spellStart"/>
      <w:r w:rsidRPr="00981541">
        <w:t>reci</w:t>
      </w:r>
      <w:proofErr w:type="spellEnd"/>
      <w:r w:rsidRPr="00981541">
        <w:t xml:space="preserve"> finite la maximum +8°C;</w:t>
      </w:r>
      <w:r w:rsidRPr="006B3867">
        <w:rPr>
          <w:color w:val="FF0000"/>
        </w:rPr>
        <w:t xml:space="preserve"> </w:t>
      </w:r>
      <w:proofErr w:type="spellStart"/>
      <w:r w:rsidRPr="006B3867">
        <w:rPr>
          <w:color w:val="FF0000"/>
        </w:rPr>
        <w:t>pentru</w:t>
      </w:r>
      <w:proofErr w:type="spellEnd"/>
      <w:r w:rsidRPr="006B3867">
        <w:rPr>
          <w:color w:val="FF0000"/>
        </w:rPr>
        <w:t xml:space="preserve"> </w:t>
      </w:r>
      <w:proofErr w:type="spellStart"/>
      <w:r w:rsidRPr="006B3867">
        <w:rPr>
          <w:color w:val="FF0000"/>
        </w:rPr>
        <w:t>produsele</w:t>
      </w:r>
      <w:proofErr w:type="spellEnd"/>
      <w:r w:rsidRPr="006B3867">
        <w:rPr>
          <w:color w:val="FF0000"/>
        </w:rPr>
        <w:t xml:space="preserve"> refrigerate </w:t>
      </w:r>
      <w:proofErr w:type="spellStart"/>
      <w:r w:rsidRPr="006B3867">
        <w:rPr>
          <w:color w:val="FF0000"/>
        </w:rPr>
        <w:t>ambalate</w:t>
      </w:r>
      <w:proofErr w:type="spellEnd"/>
      <w:r w:rsidRPr="006B3867">
        <w:rPr>
          <w:color w:val="FF0000"/>
        </w:rPr>
        <w:t xml:space="preserve"> se </w:t>
      </w:r>
      <w:proofErr w:type="spellStart"/>
      <w:r w:rsidRPr="006B3867">
        <w:rPr>
          <w:color w:val="FF0000"/>
        </w:rPr>
        <w:t>respectă</w:t>
      </w:r>
      <w:proofErr w:type="spellEnd"/>
      <w:r w:rsidRPr="006B3867">
        <w:rPr>
          <w:color w:val="FF0000"/>
        </w:rPr>
        <w:t xml:space="preserve"> </w:t>
      </w:r>
      <w:proofErr w:type="spellStart"/>
      <w:r w:rsidRPr="006B3867">
        <w:rPr>
          <w:color w:val="FF0000"/>
        </w:rPr>
        <w:t>temperatura</w:t>
      </w:r>
      <w:proofErr w:type="spellEnd"/>
      <w:r w:rsidRPr="006B3867">
        <w:rPr>
          <w:color w:val="FF0000"/>
        </w:rPr>
        <w:t xml:space="preserve"> </w:t>
      </w:r>
      <w:proofErr w:type="spellStart"/>
      <w:r w:rsidRPr="006B3867">
        <w:rPr>
          <w:color w:val="FF0000"/>
        </w:rPr>
        <w:t>legală</w:t>
      </w:r>
      <w:proofErr w:type="spellEnd"/>
      <w:r w:rsidRPr="006B3867">
        <w:rPr>
          <w:color w:val="FF0000"/>
        </w:rPr>
        <w:t>/</w:t>
      </w:r>
      <w:proofErr w:type="spellStart"/>
      <w:r w:rsidRPr="006B3867">
        <w:rPr>
          <w:color w:val="FF0000"/>
        </w:rPr>
        <w:t>indicată</w:t>
      </w:r>
      <w:proofErr w:type="spellEnd"/>
      <w:r w:rsidRPr="006B3867">
        <w:rPr>
          <w:color w:val="FF0000"/>
        </w:rPr>
        <w:t xml:space="preserve"> de </w:t>
      </w:r>
      <w:proofErr w:type="spellStart"/>
      <w:r w:rsidRPr="006B3867">
        <w:rPr>
          <w:color w:val="FF0000"/>
        </w:rPr>
        <w:t>producător</w:t>
      </w:r>
      <w:proofErr w:type="spellEnd"/>
      <w:r w:rsidRPr="00981541">
        <w:t xml:space="preserve">. Orice </w:t>
      </w:r>
      <w:proofErr w:type="spellStart"/>
      <w:r w:rsidRPr="00981541">
        <w:t>limită</w:t>
      </w:r>
      <w:proofErr w:type="spellEnd"/>
      <w:r w:rsidRPr="00981541">
        <w:t xml:space="preserve"> </w:t>
      </w:r>
      <w:proofErr w:type="spellStart"/>
      <w:r w:rsidRPr="00981541">
        <w:t>mai</w:t>
      </w:r>
      <w:proofErr w:type="spellEnd"/>
      <w:r w:rsidRPr="00981541">
        <w:t xml:space="preserve"> </w:t>
      </w:r>
      <w:proofErr w:type="spellStart"/>
      <w:r w:rsidRPr="00981541">
        <w:t>strictă</w:t>
      </w:r>
      <w:proofErr w:type="spellEnd"/>
      <w:r w:rsidRPr="00981541">
        <w:t xml:space="preserve"> </w:t>
      </w:r>
      <w:proofErr w:type="spellStart"/>
      <w:r w:rsidRPr="00981541">
        <w:t>prevalează</w:t>
      </w:r>
      <w:proofErr w:type="spellEnd"/>
      <w:r w:rsidRPr="00981541">
        <w:t>.</w:t>
      </w:r>
    </w:p>
    <w:p w14:paraId="37CD5270" w14:textId="77777777" w:rsidR="000C4CB5" w:rsidRPr="0025334A" w:rsidRDefault="004E746A">
      <w:pPr>
        <w:spacing w:after="50" w:line="247" w:lineRule="auto"/>
      </w:pPr>
      <w:proofErr w:type="spellStart"/>
      <w:r w:rsidRPr="0025334A">
        <w:t>Termometrele</w:t>
      </w:r>
      <w:proofErr w:type="spellEnd"/>
      <w:r w:rsidRPr="0025334A">
        <w:t xml:space="preserve"> </w:t>
      </w:r>
      <w:proofErr w:type="spellStart"/>
      <w:r w:rsidRPr="0025334A">
        <w:t>utilizate</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w:t>
      </w:r>
      <w:proofErr w:type="spellStart"/>
      <w:r w:rsidRPr="0025334A">
        <w:t>adecvate</w:t>
      </w:r>
      <w:proofErr w:type="spellEnd"/>
      <w:r w:rsidRPr="0025334A">
        <w:t xml:space="preserve">, curate </w:t>
      </w:r>
      <w:proofErr w:type="spellStart"/>
      <w:r w:rsidRPr="0025334A">
        <w:t>și</w:t>
      </w:r>
      <w:proofErr w:type="spellEnd"/>
      <w:r w:rsidRPr="0025334A">
        <w:t xml:space="preserve"> </w:t>
      </w:r>
      <w:proofErr w:type="spellStart"/>
      <w:r w:rsidRPr="0025334A">
        <w:t>verificate</w:t>
      </w:r>
      <w:proofErr w:type="spellEnd"/>
      <w:r w:rsidRPr="0025334A">
        <w:t xml:space="preserve">. </w:t>
      </w:r>
      <w:proofErr w:type="spellStart"/>
      <w:r w:rsidRPr="0025334A">
        <w:t>Depășirea</w:t>
      </w:r>
      <w:proofErr w:type="spellEnd"/>
      <w:r w:rsidRPr="0025334A">
        <w:t xml:space="preserve"> </w:t>
      </w:r>
      <w:proofErr w:type="spellStart"/>
      <w:r w:rsidRPr="0025334A">
        <w:t>limitelor</w:t>
      </w:r>
      <w:proofErr w:type="spellEnd"/>
      <w:r w:rsidRPr="0025334A">
        <w:t xml:space="preserve"> care </w:t>
      </w:r>
      <w:proofErr w:type="spellStart"/>
      <w:r w:rsidRPr="0025334A">
        <w:t>poate</w:t>
      </w:r>
      <w:proofErr w:type="spellEnd"/>
      <w:r w:rsidRPr="0025334A">
        <w:t xml:space="preserve"> </w:t>
      </w:r>
      <w:proofErr w:type="spellStart"/>
      <w:r w:rsidRPr="0025334A">
        <w:t>afecta</w:t>
      </w:r>
      <w:proofErr w:type="spellEnd"/>
      <w:r w:rsidRPr="0025334A">
        <w:t xml:space="preserve"> </w:t>
      </w:r>
      <w:proofErr w:type="spellStart"/>
      <w:r w:rsidRPr="0025334A">
        <w:t>siguranța</w:t>
      </w:r>
      <w:proofErr w:type="spellEnd"/>
      <w:r w:rsidRPr="0025334A">
        <w:t xml:space="preserve"> </w:t>
      </w:r>
      <w:proofErr w:type="spellStart"/>
      <w:r w:rsidRPr="0025334A">
        <w:t>alimentară</w:t>
      </w:r>
      <w:proofErr w:type="spellEnd"/>
      <w:r w:rsidRPr="0025334A">
        <w:t xml:space="preserve"> </w:t>
      </w:r>
      <w:proofErr w:type="spellStart"/>
      <w:r w:rsidRPr="0025334A">
        <w:t>determină</w:t>
      </w:r>
      <w:proofErr w:type="spellEnd"/>
      <w:r w:rsidRPr="0025334A">
        <w:t xml:space="preserve"> </w:t>
      </w:r>
      <w:proofErr w:type="spellStart"/>
      <w:r w:rsidRPr="0025334A">
        <w:t>respingerea</w:t>
      </w:r>
      <w:proofErr w:type="spellEnd"/>
      <w:r w:rsidRPr="0025334A">
        <w:t xml:space="preserve"> </w:t>
      </w:r>
      <w:proofErr w:type="spellStart"/>
      <w:r w:rsidRPr="0025334A">
        <w:t>produsului</w:t>
      </w:r>
      <w:proofErr w:type="spellEnd"/>
      <w:r w:rsidRPr="0025334A">
        <w:t>/</w:t>
      </w:r>
      <w:proofErr w:type="spellStart"/>
      <w:r w:rsidRPr="0025334A">
        <w:t>lotului</w:t>
      </w:r>
      <w:proofErr w:type="spellEnd"/>
      <w:r w:rsidRPr="0025334A">
        <w:t xml:space="preserve">, </w:t>
      </w:r>
      <w:proofErr w:type="spellStart"/>
      <w:r w:rsidRPr="0025334A">
        <w:t>fără</w:t>
      </w:r>
      <w:proofErr w:type="spellEnd"/>
      <w:r w:rsidRPr="0025334A">
        <w:t xml:space="preserve"> </w:t>
      </w:r>
      <w:proofErr w:type="spellStart"/>
      <w:r w:rsidRPr="0025334A">
        <w:t>posibilitatea</w:t>
      </w:r>
      <w:proofErr w:type="spellEnd"/>
      <w:r w:rsidRPr="0025334A">
        <w:t xml:space="preserve"> de „</w:t>
      </w:r>
      <w:proofErr w:type="spellStart"/>
      <w:r w:rsidRPr="0025334A">
        <w:t>remediere</w:t>
      </w:r>
      <w:proofErr w:type="spellEnd"/>
      <w:r w:rsidRPr="0025334A">
        <w:t xml:space="preserve">” </w:t>
      </w:r>
      <w:proofErr w:type="spellStart"/>
      <w:r w:rsidRPr="0025334A">
        <w:t>prin</w:t>
      </w:r>
      <w:proofErr w:type="spellEnd"/>
      <w:r w:rsidRPr="0025334A">
        <w:t xml:space="preserve"> </w:t>
      </w:r>
      <w:proofErr w:type="spellStart"/>
      <w:r w:rsidRPr="0025334A">
        <w:t>reîncălzire</w:t>
      </w:r>
      <w:proofErr w:type="spellEnd"/>
      <w:r w:rsidRPr="0025334A">
        <w:t xml:space="preserve"> </w:t>
      </w:r>
      <w:proofErr w:type="spellStart"/>
      <w:r w:rsidRPr="0025334A">
        <w:t>sau</w:t>
      </w:r>
      <w:proofErr w:type="spellEnd"/>
      <w:r w:rsidRPr="0025334A">
        <w:t xml:space="preserve"> </w:t>
      </w:r>
      <w:proofErr w:type="spellStart"/>
      <w:r w:rsidRPr="0025334A">
        <w:t>răcire</w:t>
      </w:r>
      <w:proofErr w:type="spellEnd"/>
      <w:r w:rsidRPr="0025334A">
        <w:t xml:space="preserve"> </w:t>
      </w:r>
      <w:proofErr w:type="spellStart"/>
      <w:r w:rsidRPr="0025334A">
        <w:t>dacă</w:t>
      </w:r>
      <w:proofErr w:type="spellEnd"/>
      <w:r w:rsidRPr="0025334A">
        <w:t xml:space="preserve"> </w:t>
      </w:r>
      <w:proofErr w:type="spellStart"/>
      <w:r w:rsidRPr="0025334A">
        <w:t>siguranța</w:t>
      </w:r>
      <w:proofErr w:type="spellEnd"/>
      <w:r w:rsidRPr="0025334A">
        <w:t xml:space="preserve"> nu </w:t>
      </w:r>
      <w:proofErr w:type="spellStart"/>
      <w:r w:rsidRPr="0025334A">
        <w:t>poate</w:t>
      </w:r>
      <w:proofErr w:type="spellEnd"/>
      <w:r w:rsidRPr="0025334A">
        <w:t xml:space="preserve"> fi </w:t>
      </w:r>
      <w:proofErr w:type="spellStart"/>
      <w:r w:rsidRPr="0025334A">
        <w:t>demonstrată</w:t>
      </w:r>
      <w:proofErr w:type="spellEnd"/>
      <w:r w:rsidRPr="0025334A">
        <w:t>.</w:t>
      </w:r>
    </w:p>
    <w:p w14:paraId="5AE05EF7" w14:textId="35509C68" w:rsidR="000C4CB5" w:rsidRDefault="004E746A" w:rsidP="0025334A">
      <w:pPr>
        <w:pStyle w:val="Heading2"/>
        <w:rPr>
          <w:color w:val="auto"/>
        </w:rPr>
      </w:pPr>
      <w:bookmarkStart w:id="35" w:name="_Toc242951476"/>
      <w:r w:rsidRPr="0025334A">
        <w:rPr>
          <w:color w:val="auto"/>
        </w:rPr>
        <w:t xml:space="preserve">3.12. </w:t>
      </w:r>
      <w:proofErr w:type="spellStart"/>
      <w:r w:rsidR="0025334A">
        <w:rPr>
          <w:color w:val="auto"/>
        </w:rPr>
        <w:t>Livrarea</w:t>
      </w:r>
      <w:proofErr w:type="spellEnd"/>
      <w:r w:rsidR="0025334A">
        <w:rPr>
          <w:color w:val="auto"/>
        </w:rPr>
        <w:t xml:space="preserve"> </w:t>
      </w:r>
      <w:proofErr w:type="spellStart"/>
      <w:r w:rsidR="0025334A">
        <w:rPr>
          <w:color w:val="auto"/>
        </w:rPr>
        <w:t>si</w:t>
      </w:r>
      <w:proofErr w:type="spellEnd"/>
      <w:r w:rsidR="0025334A">
        <w:rPr>
          <w:color w:val="auto"/>
        </w:rPr>
        <w:t xml:space="preserve"> </w:t>
      </w:r>
      <w:proofErr w:type="spellStart"/>
      <w:r w:rsidR="0025334A">
        <w:rPr>
          <w:color w:val="auto"/>
        </w:rPr>
        <w:t>predarea</w:t>
      </w:r>
      <w:bookmarkEnd w:id="35"/>
      <w:proofErr w:type="spellEnd"/>
    </w:p>
    <w:p w14:paraId="38A14CC2" w14:textId="39EBAA16" w:rsidR="002D011C" w:rsidRPr="002D011C" w:rsidRDefault="00981541" w:rsidP="00387AFC">
      <w:pPr>
        <w:rPr>
          <w:b/>
          <w:bCs/>
        </w:rPr>
      </w:pPr>
      <w:proofErr w:type="spellStart"/>
      <w:r w:rsidRPr="00981541">
        <w:t>Prestatorul</w:t>
      </w:r>
      <w:proofErr w:type="spellEnd"/>
      <w:r w:rsidRPr="00981541">
        <w:t xml:space="preserve"> </w:t>
      </w:r>
      <w:proofErr w:type="spellStart"/>
      <w:r w:rsidRPr="00981541">
        <w:t>predă</w:t>
      </w:r>
      <w:proofErr w:type="spellEnd"/>
      <w:r w:rsidRPr="00981541">
        <w:t xml:space="preserve"> </w:t>
      </w:r>
      <w:proofErr w:type="spellStart"/>
      <w:r w:rsidRPr="00981541">
        <w:t>hrana</w:t>
      </w:r>
      <w:proofErr w:type="spellEnd"/>
      <w:r w:rsidRPr="00981541">
        <w:t xml:space="preserve"> la </w:t>
      </w:r>
      <w:proofErr w:type="spellStart"/>
      <w:r w:rsidRPr="00981541">
        <w:t>punctele</w:t>
      </w:r>
      <w:proofErr w:type="spellEnd"/>
      <w:r w:rsidRPr="00981541">
        <w:t xml:space="preserve"> </w:t>
      </w:r>
      <w:proofErr w:type="spellStart"/>
      <w:r w:rsidRPr="00981541">
        <w:t>stabilite</w:t>
      </w:r>
      <w:proofErr w:type="spellEnd"/>
      <w:r w:rsidRPr="00981541">
        <w:t xml:space="preserve">, </w:t>
      </w:r>
      <w:proofErr w:type="spellStart"/>
      <w:r w:rsidRPr="00981541">
        <w:t>persoanei</w:t>
      </w:r>
      <w:proofErr w:type="spellEnd"/>
      <w:r w:rsidRPr="00981541">
        <w:t xml:space="preserve"> </w:t>
      </w:r>
      <w:proofErr w:type="spellStart"/>
      <w:r w:rsidRPr="00981541">
        <w:t>desemnate</w:t>
      </w:r>
      <w:proofErr w:type="spellEnd"/>
      <w:r w:rsidRPr="00981541">
        <w:t xml:space="preserve"> de </w:t>
      </w:r>
      <w:proofErr w:type="spellStart"/>
      <w:r w:rsidRPr="00981541">
        <w:t>șeful</w:t>
      </w:r>
      <w:proofErr w:type="spellEnd"/>
      <w:r w:rsidRPr="00981541">
        <w:t xml:space="preserve"> </w:t>
      </w:r>
      <w:proofErr w:type="spellStart"/>
      <w:r w:rsidRPr="00981541">
        <w:t>centrului</w:t>
      </w:r>
      <w:proofErr w:type="spellEnd"/>
      <w:r w:rsidR="002D011C" w:rsidRPr="002D011C">
        <w:rPr>
          <w:b/>
          <w:bCs/>
        </w:rPr>
        <w:t xml:space="preserve">, cu 30 de minute </w:t>
      </w:r>
      <w:proofErr w:type="spellStart"/>
      <w:r w:rsidR="002D011C" w:rsidRPr="002D011C">
        <w:rPr>
          <w:b/>
          <w:bCs/>
        </w:rPr>
        <w:t>inainte</w:t>
      </w:r>
      <w:proofErr w:type="spellEnd"/>
      <w:r w:rsidR="002D011C" w:rsidRPr="002D011C">
        <w:rPr>
          <w:b/>
          <w:bCs/>
        </w:rPr>
        <w:t xml:space="preserve"> de </w:t>
      </w:r>
      <w:proofErr w:type="spellStart"/>
      <w:r w:rsidR="002D011C" w:rsidRPr="002D011C">
        <w:rPr>
          <w:b/>
          <w:bCs/>
        </w:rPr>
        <w:t>ora</w:t>
      </w:r>
      <w:proofErr w:type="spellEnd"/>
      <w:r w:rsidR="002D011C" w:rsidRPr="002D011C">
        <w:rPr>
          <w:b/>
          <w:bCs/>
        </w:rPr>
        <w:t xml:space="preserve"> de </w:t>
      </w:r>
      <w:proofErr w:type="spellStart"/>
      <w:r w:rsidR="002D011C" w:rsidRPr="002D011C">
        <w:rPr>
          <w:b/>
          <w:bCs/>
        </w:rPr>
        <w:t>servire</w:t>
      </w:r>
      <w:proofErr w:type="spellEnd"/>
      <w:r w:rsidR="002D011C" w:rsidRPr="002D011C">
        <w:rPr>
          <w:b/>
          <w:bCs/>
        </w:rPr>
        <w:t xml:space="preserve"> a </w:t>
      </w:r>
      <w:proofErr w:type="spellStart"/>
      <w:r w:rsidR="002D011C" w:rsidRPr="002D011C">
        <w:rPr>
          <w:b/>
          <w:bCs/>
        </w:rPr>
        <w:t>mesei</w:t>
      </w:r>
      <w:proofErr w:type="spellEnd"/>
      <w:r w:rsidR="002D011C" w:rsidRPr="002D011C">
        <w:rPr>
          <w:b/>
          <w:bCs/>
        </w:rPr>
        <w:t>.</w:t>
      </w:r>
    </w:p>
    <w:p w14:paraId="2C3B3FD4" w14:textId="68427CAC" w:rsidR="00E46D2E" w:rsidRPr="00E46D2E" w:rsidRDefault="00E46D2E" w:rsidP="00387AFC">
      <w:pPr>
        <w:rPr>
          <w:i/>
          <w:iCs/>
        </w:rPr>
      </w:pPr>
      <w:proofErr w:type="spellStart"/>
      <w:r w:rsidRPr="00E46D2E">
        <w:rPr>
          <w:i/>
          <w:iCs/>
        </w:rPr>
        <w:t>Prestatorul</w:t>
      </w:r>
      <w:proofErr w:type="spellEnd"/>
      <w:r w:rsidRPr="00E46D2E">
        <w:rPr>
          <w:i/>
          <w:iCs/>
        </w:rPr>
        <w:t xml:space="preserve"> </w:t>
      </w:r>
      <w:proofErr w:type="spellStart"/>
      <w:r w:rsidRPr="00E46D2E">
        <w:rPr>
          <w:i/>
          <w:iCs/>
        </w:rPr>
        <w:t>livrează</w:t>
      </w:r>
      <w:proofErr w:type="spellEnd"/>
      <w:r w:rsidRPr="00E46D2E">
        <w:rPr>
          <w:i/>
          <w:iCs/>
        </w:rPr>
        <w:t xml:space="preserve"> </w:t>
      </w:r>
      <w:proofErr w:type="spellStart"/>
      <w:r w:rsidRPr="00E46D2E">
        <w:rPr>
          <w:i/>
          <w:iCs/>
        </w:rPr>
        <w:t>zilnic</w:t>
      </w:r>
      <w:proofErr w:type="spellEnd"/>
      <w:r w:rsidRPr="00E46D2E">
        <w:rPr>
          <w:i/>
          <w:iCs/>
        </w:rPr>
        <w:t xml:space="preserve"> </w:t>
      </w:r>
      <w:proofErr w:type="spellStart"/>
      <w:r w:rsidRPr="00E46D2E">
        <w:rPr>
          <w:i/>
          <w:iCs/>
        </w:rPr>
        <w:t>mâncarea</w:t>
      </w:r>
      <w:proofErr w:type="spellEnd"/>
      <w:r w:rsidR="004D4570">
        <w:rPr>
          <w:i/>
          <w:iCs/>
        </w:rPr>
        <w:t xml:space="preserve">, </w:t>
      </w:r>
      <w:proofErr w:type="spellStart"/>
      <w:r w:rsidR="004D4570">
        <w:rPr>
          <w:i/>
          <w:iCs/>
        </w:rPr>
        <w:t>inclusiv</w:t>
      </w:r>
      <w:proofErr w:type="spellEnd"/>
      <w:r w:rsidR="004D4570">
        <w:rPr>
          <w:i/>
          <w:iCs/>
        </w:rPr>
        <w:t xml:space="preserve"> </w:t>
      </w:r>
      <w:proofErr w:type="spellStart"/>
      <w:r w:rsidR="004D4570">
        <w:rPr>
          <w:i/>
          <w:iCs/>
        </w:rPr>
        <w:t>probele</w:t>
      </w:r>
      <w:proofErr w:type="spellEnd"/>
      <w:r w:rsidR="004D4570">
        <w:rPr>
          <w:i/>
          <w:iCs/>
        </w:rPr>
        <w:t xml:space="preserve"> </w:t>
      </w:r>
      <w:proofErr w:type="spellStart"/>
      <w:r w:rsidR="004D4570">
        <w:rPr>
          <w:i/>
          <w:iCs/>
        </w:rPr>
        <w:t>alimentare</w:t>
      </w:r>
      <w:proofErr w:type="spellEnd"/>
      <w:r w:rsidRPr="00E46D2E">
        <w:rPr>
          <w:i/>
          <w:iCs/>
        </w:rPr>
        <w:t>.</w:t>
      </w:r>
      <w:r w:rsidR="00981541" w:rsidRPr="00E46D2E">
        <w:rPr>
          <w:i/>
          <w:iCs/>
        </w:rPr>
        <w:t xml:space="preserve"> </w:t>
      </w:r>
      <w:r w:rsidR="007324AF" w:rsidRPr="00E46D2E">
        <w:rPr>
          <w:i/>
          <w:iCs/>
        </w:rPr>
        <w:t xml:space="preserve">La </w:t>
      </w:r>
      <w:proofErr w:type="spellStart"/>
      <w:r w:rsidR="007324AF" w:rsidRPr="00E46D2E">
        <w:rPr>
          <w:i/>
          <w:iCs/>
        </w:rPr>
        <w:t>livrare</w:t>
      </w:r>
      <w:proofErr w:type="spellEnd"/>
      <w:r w:rsidR="007324AF" w:rsidRPr="00E46D2E">
        <w:rPr>
          <w:i/>
          <w:iCs/>
        </w:rPr>
        <w:t xml:space="preserve">, </w:t>
      </w:r>
      <w:proofErr w:type="spellStart"/>
      <w:r w:rsidR="007324AF" w:rsidRPr="00E46D2E">
        <w:rPr>
          <w:i/>
          <w:iCs/>
        </w:rPr>
        <w:t>reprezentantul</w:t>
      </w:r>
      <w:proofErr w:type="spellEnd"/>
      <w:r w:rsidR="007324AF" w:rsidRPr="00E46D2E">
        <w:rPr>
          <w:i/>
          <w:iCs/>
        </w:rPr>
        <w:t xml:space="preserve"> </w:t>
      </w:r>
      <w:proofErr w:type="spellStart"/>
      <w:r w:rsidR="007324AF" w:rsidRPr="00E46D2E">
        <w:rPr>
          <w:i/>
          <w:iCs/>
        </w:rPr>
        <w:t>desemnat</w:t>
      </w:r>
      <w:proofErr w:type="spellEnd"/>
      <w:r w:rsidR="007324AF" w:rsidRPr="00E46D2E">
        <w:rPr>
          <w:i/>
          <w:iCs/>
        </w:rPr>
        <w:t xml:space="preserve"> al DGASPC </w:t>
      </w:r>
      <w:proofErr w:type="spellStart"/>
      <w:r w:rsidR="007324AF" w:rsidRPr="00E46D2E">
        <w:rPr>
          <w:i/>
          <w:iCs/>
        </w:rPr>
        <w:t>verifică</w:t>
      </w:r>
      <w:proofErr w:type="spellEnd"/>
      <w:r w:rsidR="007324AF" w:rsidRPr="00E46D2E">
        <w:rPr>
          <w:i/>
          <w:iCs/>
        </w:rPr>
        <w:t xml:space="preserve"> </w:t>
      </w:r>
      <w:proofErr w:type="spellStart"/>
      <w:r w:rsidR="007324AF" w:rsidRPr="00E46D2E">
        <w:rPr>
          <w:i/>
          <w:iCs/>
        </w:rPr>
        <w:t>temperatura</w:t>
      </w:r>
      <w:proofErr w:type="spellEnd"/>
      <w:r w:rsidR="007324AF" w:rsidRPr="00E46D2E">
        <w:rPr>
          <w:i/>
          <w:iCs/>
        </w:rPr>
        <w:t xml:space="preserve"> de transport</w:t>
      </w:r>
      <w:r w:rsidRPr="00E46D2E">
        <w:rPr>
          <w:i/>
          <w:iCs/>
        </w:rPr>
        <w:t xml:space="preserve">, </w:t>
      </w:r>
      <w:proofErr w:type="spellStart"/>
      <w:r w:rsidR="007324AF" w:rsidRPr="00E46D2E">
        <w:rPr>
          <w:i/>
          <w:iCs/>
        </w:rPr>
        <w:t>starea</w:t>
      </w:r>
      <w:proofErr w:type="spellEnd"/>
      <w:r w:rsidR="007324AF" w:rsidRPr="00E46D2E">
        <w:rPr>
          <w:i/>
          <w:iCs/>
        </w:rPr>
        <w:t xml:space="preserve"> </w:t>
      </w:r>
      <w:proofErr w:type="spellStart"/>
      <w:r w:rsidR="007324AF" w:rsidRPr="00E46D2E">
        <w:rPr>
          <w:i/>
          <w:iCs/>
        </w:rPr>
        <w:t>ambalajelor</w:t>
      </w:r>
      <w:proofErr w:type="spellEnd"/>
      <w:r w:rsidRPr="00E46D2E">
        <w:rPr>
          <w:i/>
          <w:iCs/>
        </w:rPr>
        <w:t xml:space="preserve"> </w:t>
      </w:r>
      <w:proofErr w:type="spellStart"/>
      <w:r w:rsidRPr="00E46D2E">
        <w:rPr>
          <w:i/>
          <w:iCs/>
        </w:rPr>
        <w:t>și</w:t>
      </w:r>
      <w:proofErr w:type="spellEnd"/>
      <w:r w:rsidRPr="00E46D2E">
        <w:rPr>
          <w:i/>
          <w:iCs/>
        </w:rPr>
        <w:t xml:space="preserve"> </w:t>
      </w:r>
      <w:proofErr w:type="spellStart"/>
      <w:r w:rsidRPr="00E46D2E">
        <w:rPr>
          <w:i/>
          <w:iCs/>
        </w:rPr>
        <w:t>preia</w:t>
      </w:r>
      <w:proofErr w:type="spellEnd"/>
      <w:r w:rsidRPr="00E46D2E">
        <w:rPr>
          <w:i/>
          <w:iCs/>
        </w:rPr>
        <w:t xml:space="preserve"> </w:t>
      </w:r>
      <w:proofErr w:type="spellStart"/>
      <w:r w:rsidRPr="00E46D2E">
        <w:rPr>
          <w:i/>
          <w:iCs/>
        </w:rPr>
        <w:t>setul</w:t>
      </w:r>
      <w:proofErr w:type="spellEnd"/>
      <w:r w:rsidRPr="00E46D2E">
        <w:rPr>
          <w:i/>
          <w:iCs/>
        </w:rPr>
        <w:t xml:space="preserve"> de probe </w:t>
      </w:r>
      <w:proofErr w:type="spellStart"/>
      <w:r w:rsidRPr="00E46D2E">
        <w:rPr>
          <w:i/>
          <w:iCs/>
        </w:rPr>
        <w:t>alimentare</w:t>
      </w:r>
      <w:proofErr w:type="spellEnd"/>
      <w:r w:rsidRPr="00E46D2E">
        <w:rPr>
          <w:i/>
          <w:iCs/>
        </w:rPr>
        <w:t xml:space="preserve"> </w:t>
      </w:r>
      <w:proofErr w:type="spellStart"/>
      <w:r w:rsidRPr="00E46D2E">
        <w:rPr>
          <w:i/>
          <w:iCs/>
        </w:rPr>
        <w:t>etichetat</w:t>
      </w:r>
      <w:proofErr w:type="spellEnd"/>
      <w:r w:rsidR="007324AF" w:rsidRPr="00E46D2E">
        <w:rPr>
          <w:i/>
          <w:iCs/>
        </w:rPr>
        <w:t>.</w:t>
      </w:r>
      <w:r w:rsidRPr="00E46D2E">
        <w:rPr>
          <w:i/>
          <w:iCs/>
        </w:rPr>
        <w:t xml:space="preserve"> </w:t>
      </w:r>
    </w:p>
    <w:p w14:paraId="1641B8DE" w14:textId="51C96D6D" w:rsidR="00387AFC" w:rsidRDefault="00981541" w:rsidP="00387AFC">
      <w:pPr>
        <w:rPr>
          <w:lang w:val="ro-RO"/>
        </w:rPr>
      </w:pPr>
      <w:proofErr w:type="spellStart"/>
      <w:r w:rsidRPr="00981541">
        <w:t>După</w:t>
      </w:r>
      <w:proofErr w:type="spellEnd"/>
      <w:r w:rsidRPr="00981541">
        <w:t xml:space="preserve"> </w:t>
      </w:r>
      <w:proofErr w:type="spellStart"/>
      <w:r w:rsidRPr="00981541">
        <w:t>recepție</w:t>
      </w:r>
      <w:proofErr w:type="spellEnd"/>
      <w:r w:rsidRPr="00981541">
        <w:t xml:space="preserve">, </w:t>
      </w:r>
      <w:proofErr w:type="spellStart"/>
      <w:r w:rsidRPr="00981541">
        <w:t>distribuția</w:t>
      </w:r>
      <w:proofErr w:type="spellEnd"/>
      <w:r w:rsidRPr="00981541">
        <w:t xml:space="preserve"> </w:t>
      </w:r>
      <w:proofErr w:type="spellStart"/>
      <w:r w:rsidRPr="00981541">
        <w:t>internă</w:t>
      </w:r>
      <w:proofErr w:type="spellEnd"/>
      <w:r w:rsidRPr="00981541">
        <w:t xml:space="preserve"> </w:t>
      </w:r>
      <w:proofErr w:type="spellStart"/>
      <w:r w:rsidRPr="00981541">
        <w:t>către</w:t>
      </w:r>
      <w:proofErr w:type="spellEnd"/>
      <w:r w:rsidRPr="00981541">
        <w:t xml:space="preserve"> </w:t>
      </w:r>
      <w:proofErr w:type="spellStart"/>
      <w:r w:rsidRPr="00981541">
        <w:t>beneficiari</w:t>
      </w:r>
      <w:proofErr w:type="spellEnd"/>
      <w:r w:rsidRPr="00981541">
        <w:t xml:space="preserve"> se </w:t>
      </w:r>
      <w:proofErr w:type="spellStart"/>
      <w:r w:rsidRPr="00981541">
        <w:t>realizează</w:t>
      </w:r>
      <w:proofErr w:type="spellEnd"/>
      <w:r w:rsidRPr="00981541">
        <w:t xml:space="preserve"> </w:t>
      </w:r>
      <w:proofErr w:type="spellStart"/>
      <w:r w:rsidRPr="00981541">
        <w:t>potrivit</w:t>
      </w:r>
      <w:proofErr w:type="spellEnd"/>
      <w:r w:rsidRPr="00981541">
        <w:t xml:space="preserve"> </w:t>
      </w:r>
      <w:proofErr w:type="spellStart"/>
      <w:r w:rsidRPr="00981541">
        <w:t>organizării</w:t>
      </w:r>
      <w:proofErr w:type="spellEnd"/>
      <w:r w:rsidRPr="00981541">
        <w:t xml:space="preserve"> </w:t>
      </w:r>
      <w:proofErr w:type="spellStart"/>
      <w:r w:rsidRPr="00981541">
        <w:t>centrului</w:t>
      </w:r>
      <w:proofErr w:type="spellEnd"/>
      <w:r w:rsidRPr="00981541">
        <w:t xml:space="preserve">. </w:t>
      </w:r>
      <w:proofErr w:type="spellStart"/>
      <w:r w:rsidRPr="00981541">
        <w:t>Prestatorul</w:t>
      </w:r>
      <w:proofErr w:type="spellEnd"/>
      <w:r w:rsidRPr="00981541">
        <w:t xml:space="preserve"> </w:t>
      </w:r>
      <w:proofErr w:type="spellStart"/>
      <w:r w:rsidRPr="00981541">
        <w:t>răspunde</w:t>
      </w:r>
      <w:proofErr w:type="spellEnd"/>
      <w:r w:rsidRPr="00981541">
        <w:t xml:space="preserve"> </w:t>
      </w:r>
      <w:proofErr w:type="spellStart"/>
      <w:r w:rsidRPr="00981541">
        <w:t>pentru</w:t>
      </w:r>
      <w:proofErr w:type="spellEnd"/>
      <w:r w:rsidRPr="00981541">
        <w:t xml:space="preserve"> </w:t>
      </w:r>
      <w:proofErr w:type="spellStart"/>
      <w:r w:rsidRPr="00981541">
        <w:t>conformitatea</w:t>
      </w:r>
      <w:proofErr w:type="spellEnd"/>
      <w:r w:rsidRPr="00981541">
        <w:t xml:space="preserve"> </w:t>
      </w:r>
      <w:proofErr w:type="spellStart"/>
      <w:r w:rsidRPr="00981541">
        <w:t>hranei</w:t>
      </w:r>
      <w:proofErr w:type="spellEnd"/>
      <w:r w:rsidRPr="00981541">
        <w:t xml:space="preserve"> </w:t>
      </w:r>
      <w:proofErr w:type="spellStart"/>
      <w:r w:rsidRPr="00981541">
        <w:t>și</w:t>
      </w:r>
      <w:proofErr w:type="spellEnd"/>
      <w:r w:rsidRPr="00981541">
        <w:t xml:space="preserve"> </w:t>
      </w:r>
      <w:proofErr w:type="spellStart"/>
      <w:r w:rsidRPr="00981541">
        <w:t>operațiunile</w:t>
      </w:r>
      <w:proofErr w:type="spellEnd"/>
      <w:r w:rsidRPr="00981541">
        <w:t xml:space="preserve"> de </w:t>
      </w:r>
      <w:proofErr w:type="spellStart"/>
      <w:r w:rsidRPr="00981541">
        <w:t>predare</w:t>
      </w:r>
      <w:proofErr w:type="spellEnd"/>
      <w:r w:rsidRPr="00981541">
        <w:t xml:space="preserve"> </w:t>
      </w:r>
      <w:proofErr w:type="spellStart"/>
      <w:r w:rsidRPr="00981541">
        <w:t>până</w:t>
      </w:r>
      <w:proofErr w:type="spellEnd"/>
      <w:r w:rsidRPr="00981541">
        <w:t xml:space="preserve"> la </w:t>
      </w:r>
      <w:proofErr w:type="spellStart"/>
      <w:r w:rsidRPr="00981541">
        <w:t>finalizarea</w:t>
      </w:r>
      <w:proofErr w:type="spellEnd"/>
      <w:r w:rsidRPr="00981541">
        <w:t xml:space="preserve"> </w:t>
      </w:r>
      <w:proofErr w:type="spellStart"/>
      <w:r w:rsidRPr="00981541">
        <w:t>recepției</w:t>
      </w:r>
      <w:proofErr w:type="spellEnd"/>
      <w:r w:rsidRPr="00981541">
        <w:t>.</w:t>
      </w:r>
    </w:p>
    <w:p w14:paraId="604B8AF7" w14:textId="0C051CC9" w:rsidR="00223355" w:rsidRDefault="00981541" w:rsidP="00387AFC">
      <w:proofErr w:type="spellStart"/>
      <w:r w:rsidRPr="00981541">
        <w:t>Preparatele</w:t>
      </w:r>
      <w:proofErr w:type="spellEnd"/>
      <w:r w:rsidRPr="00981541">
        <w:t xml:space="preserve"> finite se </w:t>
      </w:r>
      <w:proofErr w:type="spellStart"/>
      <w:r w:rsidRPr="00981541">
        <w:t>păstrează</w:t>
      </w:r>
      <w:proofErr w:type="spellEnd"/>
      <w:r w:rsidRPr="00981541">
        <w:t xml:space="preserve"> </w:t>
      </w:r>
      <w:proofErr w:type="spellStart"/>
      <w:r w:rsidRPr="00981541">
        <w:t>și</w:t>
      </w:r>
      <w:proofErr w:type="spellEnd"/>
      <w:r w:rsidRPr="00981541">
        <w:t xml:space="preserve"> se </w:t>
      </w:r>
      <w:proofErr w:type="spellStart"/>
      <w:r w:rsidRPr="00981541">
        <w:t>transportă</w:t>
      </w:r>
      <w:proofErr w:type="spellEnd"/>
      <w:r w:rsidRPr="00981541">
        <w:t xml:space="preserve"> </w:t>
      </w:r>
      <w:proofErr w:type="spellStart"/>
      <w:r w:rsidRPr="00981541">
        <w:t>în</w:t>
      </w:r>
      <w:proofErr w:type="spellEnd"/>
      <w:r w:rsidRPr="00981541">
        <w:t xml:space="preserve"> </w:t>
      </w:r>
      <w:proofErr w:type="spellStart"/>
      <w:r w:rsidRPr="00981541">
        <w:t>condiții</w:t>
      </w:r>
      <w:proofErr w:type="spellEnd"/>
      <w:r w:rsidRPr="00981541">
        <w:t xml:space="preserve"> care </w:t>
      </w:r>
      <w:proofErr w:type="spellStart"/>
      <w:r w:rsidRPr="00981541">
        <w:t>mențin</w:t>
      </w:r>
      <w:proofErr w:type="spellEnd"/>
      <w:r w:rsidRPr="00981541">
        <w:t xml:space="preserve"> </w:t>
      </w:r>
      <w:proofErr w:type="spellStart"/>
      <w:r w:rsidRPr="00981541">
        <w:t>siguranța</w:t>
      </w:r>
      <w:proofErr w:type="spellEnd"/>
      <w:r w:rsidRPr="00981541">
        <w:t xml:space="preserve"> </w:t>
      </w:r>
      <w:proofErr w:type="spellStart"/>
      <w:r w:rsidRPr="00981541">
        <w:t>până</w:t>
      </w:r>
      <w:proofErr w:type="spellEnd"/>
      <w:r w:rsidRPr="00981541">
        <w:t xml:space="preserve"> la </w:t>
      </w:r>
      <w:proofErr w:type="spellStart"/>
      <w:r w:rsidRPr="00981541">
        <w:t>predare</w:t>
      </w:r>
      <w:proofErr w:type="spellEnd"/>
      <w:r w:rsidRPr="00981541">
        <w:t xml:space="preserve">. </w:t>
      </w:r>
      <w:proofErr w:type="spellStart"/>
      <w:r w:rsidRPr="00981541">
        <w:t>Preparatele</w:t>
      </w:r>
      <w:proofErr w:type="spellEnd"/>
      <w:r w:rsidRPr="00981541">
        <w:t xml:space="preserve"> </w:t>
      </w:r>
      <w:proofErr w:type="spellStart"/>
      <w:r w:rsidRPr="00981541">
        <w:t>calde</w:t>
      </w:r>
      <w:proofErr w:type="spellEnd"/>
      <w:r w:rsidRPr="00981541">
        <w:t xml:space="preserve"> se </w:t>
      </w:r>
      <w:proofErr w:type="spellStart"/>
      <w:r w:rsidRPr="00981541">
        <w:t>mențin</w:t>
      </w:r>
      <w:proofErr w:type="spellEnd"/>
      <w:r w:rsidRPr="00981541">
        <w:t xml:space="preserve"> la minimum +60°C, </w:t>
      </w:r>
      <w:proofErr w:type="spellStart"/>
      <w:r w:rsidRPr="00981541">
        <w:t>iar</w:t>
      </w:r>
      <w:proofErr w:type="spellEnd"/>
      <w:r w:rsidRPr="00981541">
        <w:t xml:space="preserve"> </w:t>
      </w:r>
      <w:proofErr w:type="spellStart"/>
      <w:r w:rsidRPr="00981541">
        <w:t>preparatele</w:t>
      </w:r>
      <w:proofErr w:type="spellEnd"/>
      <w:r w:rsidRPr="00981541">
        <w:t xml:space="preserve"> </w:t>
      </w:r>
      <w:proofErr w:type="spellStart"/>
      <w:r w:rsidRPr="00981541">
        <w:t>reci</w:t>
      </w:r>
      <w:proofErr w:type="spellEnd"/>
      <w:r w:rsidRPr="00981541">
        <w:t xml:space="preserve"> finite la maximum +8°C, </w:t>
      </w:r>
      <w:proofErr w:type="spellStart"/>
      <w:r w:rsidRPr="00981541">
        <w:t>potrivit</w:t>
      </w:r>
      <w:proofErr w:type="spellEnd"/>
      <w:r w:rsidRPr="00981541">
        <w:t xml:space="preserve"> </w:t>
      </w:r>
      <w:proofErr w:type="spellStart"/>
      <w:r w:rsidRPr="00981541">
        <w:t>Ordinului</w:t>
      </w:r>
      <w:proofErr w:type="spellEnd"/>
      <w:r w:rsidRPr="00981541">
        <w:t xml:space="preserve"> </w:t>
      </w:r>
      <w:proofErr w:type="spellStart"/>
      <w:r w:rsidRPr="00981541">
        <w:t>ministrului</w:t>
      </w:r>
      <w:proofErr w:type="spellEnd"/>
      <w:r w:rsidRPr="00981541">
        <w:t xml:space="preserve"> </w:t>
      </w:r>
      <w:proofErr w:type="spellStart"/>
      <w:r w:rsidRPr="00981541">
        <w:t>sănătății</w:t>
      </w:r>
      <w:proofErr w:type="spellEnd"/>
      <w:r w:rsidRPr="00981541">
        <w:t xml:space="preserve"> nr. 976/1998, art. 37 lit. c), </w:t>
      </w:r>
      <w:proofErr w:type="spellStart"/>
      <w:r w:rsidRPr="00981541">
        <w:t>dacă</w:t>
      </w:r>
      <w:proofErr w:type="spellEnd"/>
      <w:r w:rsidRPr="00981541">
        <w:t xml:space="preserve"> o </w:t>
      </w:r>
      <w:proofErr w:type="spellStart"/>
      <w:r w:rsidRPr="00981541">
        <w:t>normă</w:t>
      </w:r>
      <w:proofErr w:type="spellEnd"/>
      <w:r w:rsidRPr="00981541">
        <w:t xml:space="preserve"> </w:t>
      </w:r>
      <w:proofErr w:type="spellStart"/>
      <w:r w:rsidRPr="00981541">
        <w:t>specială</w:t>
      </w:r>
      <w:proofErr w:type="spellEnd"/>
      <w:r w:rsidRPr="00981541">
        <w:t xml:space="preserve"> nu </w:t>
      </w:r>
      <w:proofErr w:type="spellStart"/>
      <w:r w:rsidRPr="00981541">
        <w:t>impune</w:t>
      </w:r>
      <w:proofErr w:type="spellEnd"/>
      <w:r w:rsidRPr="00981541">
        <w:t xml:space="preserve"> o </w:t>
      </w:r>
      <w:proofErr w:type="spellStart"/>
      <w:r w:rsidRPr="00981541">
        <w:t>limită</w:t>
      </w:r>
      <w:proofErr w:type="spellEnd"/>
      <w:r w:rsidRPr="00981541">
        <w:t xml:space="preserve"> </w:t>
      </w:r>
      <w:proofErr w:type="spellStart"/>
      <w:r w:rsidRPr="00981541">
        <w:t>mai</w:t>
      </w:r>
      <w:proofErr w:type="spellEnd"/>
      <w:r w:rsidRPr="00981541">
        <w:t xml:space="preserve"> </w:t>
      </w:r>
      <w:proofErr w:type="spellStart"/>
      <w:r w:rsidRPr="00981541">
        <w:t>strictă</w:t>
      </w:r>
      <w:proofErr w:type="spellEnd"/>
      <w:r w:rsidRPr="00981541">
        <w:t>.</w:t>
      </w:r>
    </w:p>
    <w:p w14:paraId="0E34DF49" w14:textId="77777777" w:rsidR="009F46E9" w:rsidRPr="009F46E9" w:rsidRDefault="009F46E9" w:rsidP="009F46E9">
      <w:pPr>
        <w:rPr>
          <w:lang w:val="ro-RO"/>
        </w:rPr>
      </w:pPr>
    </w:p>
    <w:p w14:paraId="1D66ACB1" w14:textId="60361BF8" w:rsidR="009F46E9" w:rsidRPr="009F46E9" w:rsidRDefault="009F46E9" w:rsidP="009F46E9">
      <w:pPr>
        <w:rPr>
          <w:b/>
          <w:bCs/>
          <w:lang w:val="ro-RO"/>
        </w:rPr>
      </w:pPr>
      <w:r w:rsidRPr="009F46E9">
        <w:rPr>
          <w:b/>
          <w:bCs/>
          <w:lang w:val="ro-RO"/>
        </w:rPr>
        <w:t>Livrarea alimentelor si a hranei:</w:t>
      </w:r>
    </w:p>
    <w:p w14:paraId="06FBCC7C" w14:textId="77777777" w:rsidR="009F46E9" w:rsidRPr="009F46E9" w:rsidRDefault="009F46E9" w:rsidP="009F46E9">
      <w:pPr>
        <w:rPr>
          <w:lang w:val="ro-RO"/>
        </w:rPr>
      </w:pPr>
      <w:r w:rsidRPr="009F46E9">
        <w:rPr>
          <w:lang w:val="ro-RO"/>
        </w:rPr>
        <w:lastRenderedPageBreak/>
        <w:t>Livrarea alimentelor si a hranei (a porțiilor) se va efectua de 3 (trei) ori pe zi, după cum urmează:</w:t>
      </w:r>
    </w:p>
    <w:p w14:paraId="073AA636" w14:textId="685DA078" w:rsidR="009F46E9" w:rsidRPr="009F46E9" w:rsidRDefault="009F46E9" w:rsidP="00F0138D">
      <w:pPr>
        <w:numPr>
          <w:ilvl w:val="0"/>
          <w:numId w:val="43"/>
        </w:numPr>
        <w:tabs>
          <w:tab w:val="left" w:pos="993"/>
          <w:tab w:val="left" w:pos="4536"/>
        </w:tabs>
        <w:spacing w:before="240"/>
        <w:ind w:left="4678" w:hanging="3998"/>
        <w:rPr>
          <w:lang w:val="ro-RO"/>
        </w:rPr>
      </w:pPr>
      <w:r w:rsidRPr="009F46E9">
        <w:rPr>
          <w:i/>
          <w:iCs/>
          <w:lang w:val="ro-RO"/>
        </w:rPr>
        <w:t>Zilnic pana la ora 7, se va livra</w:t>
      </w:r>
      <w:r>
        <w:rPr>
          <w:lang w:val="ro-RO"/>
        </w:rPr>
        <w:t>:</w:t>
      </w:r>
      <w:r>
        <w:rPr>
          <w:lang w:val="ro-RO"/>
        </w:rPr>
        <w:tab/>
      </w:r>
      <w:r w:rsidRPr="009F46E9">
        <w:rPr>
          <w:lang w:val="ro-RO"/>
        </w:rPr>
        <w:t xml:space="preserve">micul dejun </w:t>
      </w:r>
      <w:proofErr w:type="spellStart"/>
      <w:r w:rsidR="004D4570">
        <w:t>si</w:t>
      </w:r>
      <w:proofErr w:type="spellEnd"/>
      <w:r w:rsidR="004D4570">
        <w:t xml:space="preserve">, </w:t>
      </w:r>
      <w:proofErr w:type="spellStart"/>
      <w:r w:rsidR="004D4570">
        <w:t>dacă</w:t>
      </w:r>
      <w:proofErr w:type="spellEnd"/>
      <w:r w:rsidR="004D4570">
        <w:t xml:space="preserve"> </w:t>
      </w:r>
      <w:proofErr w:type="spellStart"/>
      <w:r w:rsidR="004D4570">
        <w:t>păstrarea</w:t>
      </w:r>
      <w:proofErr w:type="spellEnd"/>
      <w:r w:rsidR="004D4570">
        <w:t xml:space="preserve"> </w:t>
      </w:r>
      <w:proofErr w:type="spellStart"/>
      <w:r w:rsidR="004D4570">
        <w:t>este</w:t>
      </w:r>
      <w:proofErr w:type="spellEnd"/>
      <w:r w:rsidR="004D4570">
        <w:t xml:space="preserve"> </w:t>
      </w:r>
      <w:proofErr w:type="spellStart"/>
      <w:r w:rsidR="004D4570">
        <w:t>sigură</w:t>
      </w:r>
      <w:proofErr w:type="spellEnd"/>
      <w:r w:rsidR="004D4570">
        <w:t xml:space="preserve">, </w:t>
      </w:r>
      <w:proofErr w:type="spellStart"/>
      <w:r w:rsidR="004D4570">
        <w:t>gustarea</w:t>
      </w:r>
      <w:proofErr w:type="spellEnd"/>
      <w:r w:rsidR="004D4570" w:rsidRPr="009F46E9">
        <w:rPr>
          <w:lang w:val="ro-RO"/>
        </w:rPr>
        <w:t xml:space="preserve"> </w:t>
      </w:r>
      <w:r w:rsidRPr="009F46E9">
        <w:rPr>
          <w:lang w:val="ro-RO"/>
        </w:rPr>
        <w:t>de la ora 10.00</w:t>
      </w:r>
      <w:r>
        <w:rPr>
          <w:lang w:val="ro-RO"/>
        </w:rPr>
        <w:t xml:space="preserve">. </w:t>
      </w:r>
    </w:p>
    <w:p w14:paraId="732C92E2" w14:textId="16F9EFE0" w:rsidR="009F46E9" w:rsidRPr="009F46E9" w:rsidRDefault="009F46E9" w:rsidP="009F46E9">
      <w:pPr>
        <w:numPr>
          <w:ilvl w:val="0"/>
          <w:numId w:val="43"/>
        </w:numPr>
        <w:tabs>
          <w:tab w:val="left" w:pos="993"/>
          <w:tab w:val="left" w:pos="4536"/>
        </w:tabs>
        <w:ind w:left="4678" w:hanging="3998"/>
        <w:rPr>
          <w:lang w:val="ro-RO"/>
        </w:rPr>
      </w:pPr>
      <w:r w:rsidRPr="009F46E9">
        <w:rPr>
          <w:i/>
          <w:iCs/>
          <w:lang w:val="ro-RO"/>
        </w:rPr>
        <w:t>Zilnic, până la ora 13, se va livra:</w:t>
      </w:r>
      <w:r>
        <w:rPr>
          <w:lang w:val="ro-RO"/>
        </w:rPr>
        <w:tab/>
      </w:r>
      <w:r w:rsidRPr="009F46E9">
        <w:rPr>
          <w:lang w:val="ro-RO"/>
        </w:rPr>
        <w:t>masa de prânz (din ziua respectivă) si gustarea de la ora 16.00</w:t>
      </w:r>
    </w:p>
    <w:p w14:paraId="6FE842E4" w14:textId="7597B573" w:rsidR="009F46E9" w:rsidRPr="009F46E9" w:rsidRDefault="009F46E9" w:rsidP="009F46E9">
      <w:pPr>
        <w:numPr>
          <w:ilvl w:val="0"/>
          <w:numId w:val="43"/>
        </w:numPr>
        <w:tabs>
          <w:tab w:val="left" w:pos="993"/>
          <w:tab w:val="left" w:pos="4536"/>
        </w:tabs>
        <w:ind w:left="567" w:firstLine="113"/>
        <w:rPr>
          <w:lang w:val="ro-RO"/>
        </w:rPr>
      </w:pPr>
      <w:r w:rsidRPr="009F46E9">
        <w:rPr>
          <w:i/>
          <w:iCs/>
          <w:lang w:val="ro-RO"/>
        </w:rPr>
        <w:t>Zilnic, până la ora 19, se va livra</w:t>
      </w:r>
      <w:r w:rsidRPr="009F46E9">
        <w:rPr>
          <w:lang w:val="ro-RO"/>
        </w:rPr>
        <w:t xml:space="preserve">: </w:t>
      </w:r>
      <w:r>
        <w:rPr>
          <w:lang w:val="ro-RO"/>
        </w:rPr>
        <w:tab/>
      </w:r>
      <w:r w:rsidRPr="009F46E9">
        <w:rPr>
          <w:lang w:val="ro-RO"/>
        </w:rPr>
        <w:t>cina (din ziua respectivă).</w:t>
      </w:r>
    </w:p>
    <w:p w14:paraId="3C5B1752" w14:textId="6ACA0CBD" w:rsidR="009F46E9" w:rsidRPr="00F0138D" w:rsidRDefault="00F0138D" w:rsidP="009F46E9">
      <w:pPr>
        <w:rPr>
          <w:sz w:val="22"/>
        </w:rPr>
      </w:pPr>
      <w:proofErr w:type="spellStart"/>
      <w:r w:rsidRPr="00F0138D">
        <w:rPr>
          <w:sz w:val="22"/>
        </w:rPr>
        <w:t>G</w:t>
      </w:r>
      <w:r w:rsidR="007324AF" w:rsidRPr="00F0138D">
        <w:rPr>
          <w:sz w:val="22"/>
        </w:rPr>
        <w:t>ustările</w:t>
      </w:r>
      <w:proofErr w:type="spellEnd"/>
      <w:r w:rsidR="007324AF" w:rsidRPr="00F0138D">
        <w:rPr>
          <w:sz w:val="22"/>
        </w:rPr>
        <w:t xml:space="preserve"> pot fi </w:t>
      </w:r>
      <w:proofErr w:type="spellStart"/>
      <w:r w:rsidR="007324AF" w:rsidRPr="00F0138D">
        <w:rPr>
          <w:sz w:val="22"/>
        </w:rPr>
        <w:t>livrate</w:t>
      </w:r>
      <w:proofErr w:type="spellEnd"/>
      <w:r w:rsidR="007324AF" w:rsidRPr="00F0138D">
        <w:rPr>
          <w:sz w:val="22"/>
        </w:rPr>
        <w:t xml:space="preserve"> </w:t>
      </w:r>
      <w:proofErr w:type="spellStart"/>
      <w:r w:rsidR="007324AF" w:rsidRPr="00F0138D">
        <w:rPr>
          <w:sz w:val="22"/>
        </w:rPr>
        <w:t>împreună</w:t>
      </w:r>
      <w:proofErr w:type="spellEnd"/>
      <w:r w:rsidR="007324AF" w:rsidRPr="00F0138D">
        <w:rPr>
          <w:sz w:val="22"/>
        </w:rPr>
        <w:t xml:space="preserve"> cu masa </w:t>
      </w:r>
      <w:proofErr w:type="spellStart"/>
      <w:r w:rsidR="007324AF" w:rsidRPr="00F0138D">
        <w:rPr>
          <w:sz w:val="22"/>
        </w:rPr>
        <w:t>precedentă</w:t>
      </w:r>
      <w:proofErr w:type="spellEnd"/>
      <w:r w:rsidR="00DD310B" w:rsidRPr="00F0138D">
        <w:rPr>
          <w:sz w:val="22"/>
        </w:rPr>
        <w:t>,</w:t>
      </w:r>
      <w:r w:rsidR="009F46E9" w:rsidRPr="00F0138D">
        <w:rPr>
          <w:sz w:val="22"/>
        </w:rPr>
        <w:t xml:space="preserve"> </w:t>
      </w:r>
      <w:proofErr w:type="spellStart"/>
      <w:r w:rsidR="009F46E9" w:rsidRPr="00F0138D">
        <w:rPr>
          <w:sz w:val="22"/>
        </w:rPr>
        <w:t>ambalat</w:t>
      </w:r>
      <w:r w:rsidR="00DD310B" w:rsidRPr="00F0138D">
        <w:rPr>
          <w:sz w:val="22"/>
        </w:rPr>
        <w:t>e</w:t>
      </w:r>
      <w:proofErr w:type="spellEnd"/>
      <w:r w:rsidR="009F46E9" w:rsidRPr="00F0138D">
        <w:rPr>
          <w:sz w:val="22"/>
        </w:rPr>
        <w:t xml:space="preserve"> </w:t>
      </w:r>
      <w:proofErr w:type="spellStart"/>
      <w:r w:rsidR="009F46E9" w:rsidRPr="00F0138D">
        <w:rPr>
          <w:sz w:val="22"/>
        </w:rPr>
        <w:t>separat</w:t>
      </w:r>
      <w:proofErr w:type="spellEnd"/>
      <w:r w:rsidR="00DD310B" w:rsidRPr="00F0138D">
        <w:rPr>
          <w:sz w:val="22"/>
        </w:rPr>
        <w:t>,</w:t>
      </w:r>
      <w:r w:rsidR="009F46E9" w:rsidRPr="00F0138D">
        <w:rPr>
          <w:sz w:val="22"/>
        </w:rPr>
        <w:t xml:space="preserve"> </w:t>
      </w:r>
      <w:proofErr w:type="spellStart"/>
      <w:r w:rsidRPr="00F0138D">
        <w:rPr>
          <w:sz w:val="22"/>
        </w:rPr>
        <w:t>numai</w:t>
      </w:r>
      <w:proofErr w:type="spellEnd"/>
      <w:r w:rsidRPr="00F0138D">
        <w:rPr>
          <w:sz w:val="22"/>
        </w:rPr>
        <w:t xml:space="preserve"> </w:t>
      </w:r>
      <w:proofErr w:type="spellStart"/>
      <w:r w:rsidR="009F46E9" w:rsidRPr="00F0138D">
        <w:rPr>
          <w:sz w:val="22"/>
        </w:rPr>
        <w:t>dacă</w:t>
      </w:r>
      <w:proofErr w:type="spellEnd"/>
      <w:r w:rsidR="009F46E9" w:rsidRPr="00F0138D">
        <w:rPr>
          <w:sz w:val="22"/>
        </w:rPr>
        <w:t xml:space="preserve"> se </w:t>
      </w:r>
      <w:proofErr w:type="spellStart"/>
      <w:r w:rsidR="009F46E9" w:rsidRPr="00F0138D">
        <w:rPr>
          <w:sz w:val="22"/>
        </w:rPr>
        <w:t>păstrează</w:t>
      </w:r>
      <w:proofErr w:type="spellEnd"/>
      <w:r w:rsidR="009F46E9" w:rsidRPr="00F0138D">
        <w:rPr>
          <w:sz w:val="22"/>
        </w:rPr>
        <w:t xml:space="preserve"> </w:t>
      </w:r>
      <w:proofErr w:type="spellStart"/>
      <w:r w:rsidR="009F46E9" w:rsidRPr="00F0138D">
        <w:rPr>
          <w:sz w:val="22"/>
        </w:rPr>
        <w:t>în</w:t>
      </w:r>
      <w:proofErr w:type="spellEnd"/>
      <w:r w:rsidR="009F46E9" w:rsidRPr="00F0138D">
        <w:rPr>
          <w:sz w:val="22"/>
        </w:rPr>
        <w:t xml:space="preserve"> </w:t>
      </w:r>
      <w:proofErr w:type="spellStart"/>
      <w:r w:rsidR="009F46E9" w:rsidRPr="00F0138D">
        <w:rPr>
          <w:sz w:val="22"/>
        </w:rPr>
        <w:t>condiții</w:t>
      </w:r>
      <w:proofErr w:type="spellEnd"/>
      <w:r w:rsidR="009F46E9" w:rsidRPr="00F0138D">
        <w:rPr>
          <w:sz w:val="22"/>
        </w:rPr>
        <w:t xml:space="preserve"> </w:t>
      </w:r>
      <w:proofErr w:type="spellStart"/>
      <w:r w:rsidR="009F46E9" w:rsidRPr="00F0138D">
        <w:rPr>
          <w:sz w:val="22"/>
        </w:rPr>
        <w:t>sigure</w:t>
      </w:r>
      <w:proofErr w:type="spellEnd"/>
      <w:r w:rsidR="009F46E9" w:rsidRPr="00F0138D">
        <w:rPr>
          <w:sz w:val="22"/>
        </w:rPr>
        <w:t xml:space="preserve"> </w:t>
      </w:r>
      <w:proofErr w:type="spellStart"/>
      <w:r w:rsidR="009F46E9" w:rsidRPr="00F0138D">
        <w:rPr>
          <w:sz w:val="22"/>
        </w:rPr>
        <w:t>si</w:t>
      </w:r>
      <w:proofErr w:type="spellEnd"/>
      <w:r w:rsidR="009F46E9" w:rsidRPr="00F0138D">
        <w:rPr>
          <w:sz w:val="22"/>
        </w:rPr>
        <w:t xml:space="preserve"> </w:t>
      </w:r>
      <w:proofErr w:type="spellStart"/>
      <w:r w:rsidR="009F46E9" w:rsidRPr="00F0138D">
        <w:rPr>
          <w:sz w:val="22"/>
        </w:rPr>
        <w:t>dacă</w:t>
      </w:r>
      <w:proofErr w:type="spellEnd"/>
      <w:r w:rsidR="009F46E9" w:rsidRPr="00F0138D">
        <w:rPr>
          <w:sz w:val="22"/>
        </w:rPr>
        <w:t xml:space="preserve"> </w:t>
      </w:r>
      <w:proofErr w:type="spellStart"/>
      <w:r w:rsidR="009F46E9" w:rsidRPr="00F0138D">
        <w:rPr>
          <w:sz w:val="22"/>
        </w:rPr>
        <w:t>produsul</w:t>
      </w:r>
      <w:proofErr w:type="spellEnd"/>
      <w:r w:rsidR="009F46E9" w:rsidRPr="00F0138D">
        <w:rPr>
          <w:sz w:val="22"/>
        </w:rPr>
        <w:t xml:space="preserve"> </w:t>
      </w:r>
      <w:proofErr w:type="spellStart"/>
      <w:r w:rsidR="009F46E9" w:rsidRPr="00F0138D">
        <w:rPr>
          <w:sz w:val="22"/>
        </w:rPr>
        <w:t>permite</w:t>
      </w:r>
      <w:proofErr w:type="spellEnd"/>
      <w:r w:rsidR="009F46E9" w:rsidRPr="00F0138D">
        <w:rPr>
          <w:sz w:val="22"/>
        </w:rPr>
        <w:t xml:space="preserve"> </w:t>
      </w:r>
      <w:proofErr w:type="spellStart"/>
      <w:r w:rsidRPr="00F0138D">
        <w:rPr>
          <w:sz w:val="22"/>
        </w:rPr>
        <w:t>păstrarea</w:t>
      </w:r>
      <w:proofErr w:type="spellEnd"/>
      <w:r w:rsidRPr="00F0138D">
        <w:rPr>
          <w:sz w:val="22"/>
        </w:rPr>
        <w:t xml:space="preserve">/ </w:t>
      </w:r>
      <w:proofErr w:type="spellStart"/>
      <w:r w:rsidR="009F46E9" w:rsidRPr="00F0138D">
        <w:rPr>
          <w:sz w:val="22"/>
        </w:rPr>
        <w:t>depozitare</w:t>
      </w:r>
      <w:proofErr w:type="spellEnd"/>
      <w:r w:rsidR="009F46E9" w:rsidRPr="00F0138D">
        <w:rPr>
          <w:sz w:val="22"/>
        </w:rPr>
        <w:t xml:space="preserve"> </w:t>
      </w:r>
      <w:proofErr w:type="spellStart"/>
      <w:r w:rsidR="009F46E9" w:rsidRPr="00F0138D">
        <w:rPr>
          <w:sz w:val="22"/>
        </w:rPr>
        <w:t>sigură</w:t>
      </w:r>
      <w:proofErr w:type="spellEnd"/>
      <w:r w:rsidR="009F46E9" w:rsidRPr="00F0138D">
        <w:rPr>
          <w:sz w:val="22"/>
        </w:rPr>
        <w:t xml:space="preserve"> la </w:t>
      </w:r>
      <w:proofErr w:type="spellStart"/>
      <w:r w:rsidR="009F46E9" w:rsidRPr="00F0138D">
        <w:rPr>
          <w:sz w:val="22"/>
        </w:rPr>
        <w:t>centru</w:t>
      </w:r>
      <w:proofErr w:type="spellEnd"/>
      <w:r w:rsidR="009F46E9" w:rsidRPr="00F0138D">
        <w:rPr>
          <w:sz w:val="22"/>
        </w:rPr>
        <w:t>.</w:t>
      </w:r>
    </w:p>
    <w:p w14:paraId="7B5E1DCB" w14:textId="77777777" w:rsidR="009F46E9" w:rsidRPr="009F46E9" w:rsidRDefault="009F46E9" w:rsidP="009F46E9">
      <w:pPr>
        <w:rPr>
          <w:lang w:val="ro-RO"/>
        </w:rPr>
      </w:pPr>
    </w:p>
    <w:p w14:paraId="0D9A6D40" w14:textId="0B40609A" w:rsidR="009F46E9" w:rsidRPr="009F46E9" w:rsidRDefault="009F46E9" w:rsidP="009F46E9">
      <w:pPr>
        <w:rPr>
          <w:b/>
          <w:bCs/>
          <w:lang w:val="ro-RO"/>
        </w:rPr>
      </w:pPr>
      <w:r w:rsidRPr="009F46E9">
        <w:rPr>
          <w:b/>
          <w:bCs/>
          <w:lang w:val="ro-RO"/>
        </w:rPr>
        <w:t>Programul de servire a meselor:</w:t>
      </w:r>
    </w:p>
    <w:p w14:paraId="762DD002" w14:textId="77777777" w:rsidR="009F46E9" w:rsidRPr="009F46E9" w:rsidRDefault="009F46E9" w:rsidP="009F46E9">
      <w:pPr>
        <w:spacing w:after="50" w:line="247" w:lineRule="auto"/>
        <w:rPr>
          <w:bCs/>
        </w:rPr>
      </w:pPr>
      <w:r w:rsidRPr="009F46E9">
        <w:rPr>
          <w:bCs/>
          <w:i/>
          <w:iCs/>
          <w:lang w:val="ro-RO"/>
        </w:rPr>
        <w:t xml:space="preserve">Programul de servire a meselor </w:t>
      </w:r>
      <w:r w:rsidRPr="009F46E9">
        <w:rPr>
          <w:bCs/>
          <w:lang w:val="ro-RO"/>
        </w:rPr>
        <w:t>este stabilit - de regulă - după următorul orar:</w:t>
      </w:r>
    </w:p>
    <w:p w14:paraId="6F307FC4" w14:textId="4AB276E9" w:rsidR="009F46E9" w:rsidRPr="009F46E9" w:rsidRDefault="009F46E9" w:rsidP="009F46E9">
      <w:pPr>
        <w:numPr>
          <w:ilvl w:val="0"/>
          <w:numId w:val="43"/>
        </w:numPr>
        <w:tabs>
          <w:tab w:val="left" w:pos="993"/>
          <w:tab w:val="left" w:pos="2835"/>
        </w:tabs>
        <w:ind w:left="567" w:firstLine="113"/>
        <w:rPr>
          <w:highlight w:val="yellow"/>
          <w:lang w:val="ro-RO"/>
        </w:rPr>
      </w:pPr>
      <w:r w:rsidRPr="009F46E9">
        <w:rPr>
          <w:highlight w:val="yellow"/>
          <w:lang w:val="ro-RO"/>
        </w:rPr>
        <w:t>Micul dejun</w:t>
      </w:r>
      <w:r w:rsidRPr="00D95DB9">
        <w:rPr>
          <w:highlight w:val="yellow"/>
          <w:lang w:val="ro-RO"/>
        </w:rPr>
        <w:tab/>
      </w:r>
      <w:r w:rsidRPr="009F46E9">
        <w:rPr>
          <w:highlight w:val="yellow"/>
          <w:lang w:val="ro-RO"/>
        </w:rPr>
        <w:t xml:space="preserve">între orele </w:t>
      </w:r>
      <w:r w:rsidR="00D95DB9">
        <w:rPr>
          <w:highlight w:val="yellow"/>
          <w:lang w:val="ro-RO"/>
        </w:rPr>
        <w:t xml:space="preserve"> 0</w:t>
      </w:r>
      <w:r w:rsidR="00D95DB9" w:rsidRPr="00D95DB9">
        <w:rPr>
          <w:highlight w:val="yellow"/>
          <w:lang w:val="ro-RO"/>
        </w:rPr>
        <w:t>7</w:t>
      </w:r>
      <w:r w:rsidRPr="009F46E9">
        <w:rPr>
          <w:highlight w:val="yellow"/>
          <w:lang w:val="ro-RO"/>
        </w:rPr>
        <w:t>,</w:t>
      </w:r>
      <w:r w:rsidR="00D95DB9" w:rsidRPr="00D95DB9">
        <w:rPr>
          <w:highlight w:val="yellow"/>
          <w:lang w:val="ro-RO"/>
        </w:rPr>
        <w:t>3</w:t>
      </w:r>
      <w:r w:rsidRPr="009F46E9">
        <w:rPr>
          <w:highlight w:val="yellow"/>
          <w:lang w:val="ro-RO"/>
        </w:rPr>
        <w:t>0 - 8,30 ;</w:t>
      </w:r>
    </w:p>
    <w:p w14:paraId="41B09197" w14:textId="609AC666" w:rsidR="009F46E9" w:rsidRPr="009F46E9" w:rsidRDefault="009F46E9" w:rsidP="009F46E9">
      <w:pPr>
        <w:numPr>
          <w:ilvl w:val="0"/>
          <w:numId w:val="43"/>
        </w:numPr>
        <w:tabs>
          <w:tab w:val="left" w:pos="993"/>
          <w:tab w:val="left" w:pos="2835"/>
        </w:tabs>
        <w:ind w:left="567" w:firstLine="113"/>
        <w:rPr>
          <w:highlight w:val="yellow"/>
          <w:lang w:val="ro-RO"/>
        </w:rPr>
      </w:pPr>
      <w:r w:rsidRPr="009F46E9">
        <w:rPr>
          <w:highlight w:val="yellow"/>
          <w:lang w:val="ro-RO"/>
        </w:rPr>
        <w:t>Gustare I</w:t>
      </w:r>
      <w:r w:rsidRPr="00D95DB9">
        <w:rPr>
          <w:highlight w:val="yellow"/>
          <w:lang w:val="ro-RO"/>
        </w:rPr>
        <w:t xml:space="preserve"> </w:t>
      </w:r>
      <w:r w:rsidRPr="00D95DB9">
        <w:rPr>
          <w:highlight w:val="yellow"/>
          <w:lang w:val="ro-RO"/>
        </w:rPr>
        <w:tab/>
      </w:r>
      <w:r w:rsidRPr="009F46E9">
        <w:rPr>
          <w:highlight w:val="yellow"/>
          <w:lang w:val="ro-RO"/>
        </w:rPr>
        <w:t>între orele 10,</w:t>
      </w:r>
      <w:r w:rsidR="00D95DB9">
        <w:rPr>
          <w:highlight w:val="yellow"/>
          <w:lang w:val="ro-RO"/>
        </w:rPr>
        <w:t>00</w:t>
      </w:r>
      <w:r w:rsidRPr="009F46E9">
        <w:rPr>
          <w:highlight w:val="yellow"/>
          <w:lang w:val="ro-RO"/>
        </w:rPr>
        <w:t xml:space="preserve"> - 10,30 ;</w:t>
      </w:r>
    </w:p>
    <w:p w14:paraId="5A1967C4" w14:textId="27CC5E45" w:rsidR="009F46E9" w:rsidRPr="009F46E9" w:rsidRDefault="009F46E9" w:rsidP="009F46E9">
      <w:pPr>
        <w:numPr>
          <w:ilvl w:val="0"/>
          <w:numId w:val="43"/>
        </w:numPr>
        <w:tabs>
          <w:tab w:val="left" w:pos="993"/>
          <w:tab w:val="left" w:pos="2835"/>
        </w:tabs>
        <w:ind w:left="567" w:firstLine="113"/>
        <w:rPr>
          <w:highlight w:val="yellow"/>
          <w:lang w:val="ro-RO"/>
        </w:rPr>
      </w:pPr>
      <w:r w:rsidRPr="009F46E9">
        <w:rPr>
          <w:highlight w:val="yellow"/>
          <w:lang w:val="ro-RO"/>
        </w:rPr>
        <w:t>Prânz</w:t>
      </w:r>
      <w:r w:rsidRPr="00D95DB9">
        <w:rPr>
          <w:highlight w:val="yellow"/>
          <w:lang w:val="ro-RO"/>
        </w:rPr>
        <w:t xml:space="preserve"> </w:t>
      </w:r>
      <w:r w:rsidRPr="00D95DB9">
        <w:rPr>
          <w:highlight w:val="yellow"/>
          <w:lang w:val="ro-RO"/>
        </w:rPr>
        <w:tab/>
      </w:r>
      <w:r w:rsidRPr="009F46E9">
        <w:rPr>
          <w:highlight w:val="yellow"/>
          <w:lang w:val="ro-RO"/>
        </w:rPr>
        <w:t>între orele 13,</w:t>
      </w:r>
      <w:r w:rsidR="00D95DB9">
        <w:rPr>
          <w:highlight w:val="yellow"/>
          <w:lang w:val="ro-RO"/>
        </w:rPr>
        <w:t>3</w:t>
      </w:r>
      <w:r w:rsidRPr="009F46E9">
        <w:rPr>
          <w:highlight w:val="yellow"/>
          <w:lang w:val="ro-RO"/>
        </w:rPr>
        <w:t>0 - 14,</w:t>
      </w:r>
      <w:r w:rsidR="00D95DB9">
        <w:rPr>
          <w:highlight w:val="yellow"/>
          <w:lang w:val="ro-RO"/>
        </w:rPr>
        <w:t>3</w:t>
      </w:r>
      <w:r w:rsidRPr="009F46E9">
        <w:rPr>
          <w:highlight w:val="yellow"/>
          <w:lang w:val="ro-RO"/>
        </w:rPr>
        <w:t>0 ;</w:t>
      </w:r>
    </w:p>
    <w:p w14:paraId="5A56FF50" w14:textId="360E101B" w:rsidR="009F46E9" w:rsidRPr="009F46E9" w:rsidRDefault="009F46E9" w:rsidP="009F46E9">
      <w:pPr>
        <w:numPr>
          <w:ilvl w:val="0"/>
          <w:numId w:val="43"/>
        </w:numPr>
        <w:tabs>
          <w:tab w:val="left" w:pos="993"/>
          <w:tab w:val="left" w:pos="2835"/>
        </w:tabs>
        <w:ind w:left="567" w:firstLine="113"/>
        <w:rPr>
          <w:highlight w:val="yellow"/>
          <w:lang w:val="ro-RO"/>
        </w:rPr>
      </w:pPr>
      <w:r w:rsidRPr="009F46E9">
        <w:rPr>
          <w:highlight w:val="yellow"/>
          <w:lang w:val="ro-RO"/>
        </w:rPr>
        <w:t>Gustare II</w:t>
      </w:r>
      <w:r w:rsidRPr="00D95DB9">
        <w:rPr>
          <w:highlight w:val="yellow"/>
          <w:lang w:val="ro-RO"/>
        </w:rPr>
        <w:t xml:space="preserve"> </w:t>
      </w:r>
      <w:r w:rsidRPr="00D95DB9">
        <w:rPr>
          <w:highlight w:val="yellow"/>
          <w:lang w:val="ro-RO"/>
        </w:rPr>
        <w:tab/>
      </w:r>
      <w:r w:rsidRPr="009F46E9">
        <w:rPr>
          <w:highlight w:val="yellow"/>
          <w:lang w:val="ro-RO"/>
        </w:rPr>
        <w:t>între orele 16,00 - 16,</w:t>
      </w:r>
      <w:r w:rsidR="00D95DB9">
        <w:rPr>
          <w:highlight w:val="yellow"/>
          <w:lang w:val="ro-RO"/>
        </w:rPr>
        <w:t>30</w:t>
      </w:r>
      <w:r w:rsidRPr="009F46E9">
        <w:rPr>
          <w:highlight w:val="yellow"/>
          <w:lang w:val="ro-RO"/>
        </w:rPr>
        <w:t xml:space="preserve"> ;</w:t>
      </w:r>
    </w:p>
    <w:p w14:paraId="3FED5D00" w14:textId="71993409" w:rsidR="009F46E9" w:rsidRPr="009F46E9" w:rsidRDefault="009F46E9" w:rsidP="009F46E9">
      <w:pPr>
        <w:numPr>
          <w:ilvl w:val="0"/>
          <w:numId w:val="43"/>
        </w:numPr>
        <w:tabs>
          <w:tab w:val="left" w:pos="993"/>
          <w:tab w:val="left" w:pos="2835"/>
        </w:tabs>
        <w:ind w:left="567" w:firstLine="113"/>
        <w:rPr>
          <w:highlight w:val="yellow"/>
          <w:lang w:val="ro-RO"/>
        </w:rPr>
      </w:pPr>
      <w:r w:rsidRPr="009F46E9">
        <w:rPr>
          <w:highlight w:val="yellow"/>
          <w:lang w:val="ro-RO"/>
        </w:rPr>
        <w:t>Cina</w:t>
      </w:r>
      <w:r w:rsidRPr="00D95DB9">
        <w:rPr>
          <w:highlight w:val="yellow"/>
          <w:lang w:val="ro-RO"/>
        </w:rPr>
        <w:t xml:space="preserve"> </w:t>
      </w:r>
      <w:r w:rsidRPr="00D95DB9">
        <w:rPr>
          <w:highlight w:val="yellow"/>
          <w:lang w:val="ro-RO"/>
        </w:rPr>
        <w:tab/>
      </w:r>
      <w:r w:rsidRPr="009F46E9">
        <w:rPr>
          <w:highlight w:val="yellow"/>
          <w:lang w:val="ro-RO"/>
        </w:rPr>
        <w:t>între orele 19,</w:t>
      </w:r>
      <w:r w:rsidR="00D95DB9">
        <w:rPr>
          <w:highlight w:val="yellow"/>
          <w:lang w:val="ro-RO"/>
        </w:rPr>
        <w:t>3</w:t>
      </w:r>
      <w:r w:rsidRPr="009F46E9">
        <w:rPr>
          <w:highlight w:val="yellow"/>
          <w:lang w:val="ro-RO"/>
        </w:rPr>
        <w:t xml:space="preserve">0 - </w:t>
      </w:r>
      <w:r w:rsidR="00D95DB9">
        <w:rPr>
          <w:highlight w:val="yellow"/>
          <w:lang w:val="ro-RO"/>
        </w:rPr>
        <w:t>20</w:t>
      </w:r>
      <w:r w:rsidRPr="009F46E9">
        <w:rPr>
          <w:highlight w:val="yellow"/>
          <w:lang w:val="ro-RO"/>
        </w:rPr>
        <w:t>,30 .</w:t>
      </w:r>
    </w:p>
    <w:p w14:paraId="3415300B" w14:textId="5080F470" w:rsidR="009F46E9" w:rsidRDefault="004E746A" w:rsidP="00902813">
      <w:pPr>
        <w:spacing w:after="50" w:line="247" w:lineRule="auto"/>
      </w:pPr>
      <w:proofErr w:type="spellStart"/>
      <w:r w:rsidRPr="0025334A">
        <w:t>Programul</w:t>
      </w:r>
      <w:proofErr w:type="spellEnd"/>
      <w:r w:rsidRPr="0025334A">
        <w:t xml:space="preserve"> </w:t>
      </w:r>
      <w:proofErr w:type="spellStart"/>
      <w:r w:rsidRPr="0025334A">
        <w:t>concret</w:t>
      </w:r>
      <w:proofErr w:type="spellEnd"/>
      <w:r w:rsidRPr="0025334A">
        <w:t xml:space="preserve"> pe </w:t>
      </w:r>
      <w:proofErr w:type="spellStart"/>
      <w:r w:rsidRPr="0025334A">
        <w:t>fiecare</w:t>
      </w:r>
      <w:proofErr w:type="spellEnd"/>
      <w:r w:rsidRPr="0025334A">
        <w:t xml:space="preserve"> </w:t>
      </w:r>
      <w:proofErr w:type="spellStart"/>
      <w:r w:rsidRPr="0025334A">
        <w:t>centru</w:t>
      </w:r>
      <w:proofErr w:type="spellEnd"/>
      <w:r w:rsidRPr="0025334A">
        <w:t xml:space="preserve"> se </w:t>
      </w:r>
      <w:proofErr w:type="spellStart"/>
      <w:r w:rsidRPr="0025334A">
        <w:t>confirmă</w:t>
      </w:r>
      <w:proofErr w:type="spellEnd"/>
      <w:r w:rsidRPr="0025334A">
        <w:t xml:space="preserve"> </w:t>
      </w:r>
      <w:proofErr w:type="spellStart"/>
      <w:r w:rsidRPr="0025334A">
        <w:t>în</w:t>
      </w:r>
      <w:proofErr w:type="spellEnd"/>
      <w:r w:rsidRPr="0025334A">
        <w:t xml:space="preserve"> </w:t>
      </w:r>
      <w:proofErr w:type="spellStart"/>
      <w:r w:rsidRPr="0025334A">
        <w:t>planul</w:t>
      </w:r>
      <w:proofErr w:type="spellEnd"/>
      <w:r w:rsidRPr="0025334A">
        <w:t xml:space="preserve"> </w:t>
      </w:r>
      <w:proofErr w:type="spellStart"/>
      <w:r w:rsidRPr="0025334A">
        <w:t>operațional</w:t>
      </w:r>
      <w:proofErr w:type="spellEnd"/>
      <w:r w:rsidRPr="0025334A">
        <w:t>/</w:t>
      </w:r>
      <w:proofErr w:type="spellStart"/>
      <w:r w:rsidRPr="0025334A">
        <w:t>contractul</w:t>
      </w:r>
      <w:proofErr w:type="spellEnd"/>
      <w:r w:rsidRPr="0025334A">
        <w:t xml:space="preserve"> </w:t>
      </w:r>
      <w:proofErr w:type="spellStart"/>
      <w:r w:rsidRPr="0025334A">
        <w:t>subsecvent</w:t>
      </w:r>
      <w:proofErr w:type="spellEnd"/>
      <w:r w:rsidRPr="0025334A">
        <w:t xml:space="preserve"> </w:t>
      </w:r>
      <w:proofErr w:type="spellStart"/>
      <w:r w:rsidRPr="0025334A">
        <w:t>înainte</w:t>
      </w:r>
      <w:proofErr w:type="spellEnd"/>
      <w:r w:rsidRPr="0025334A">
        <w:t xml:space="preserve"> de prima </w:t>
      </w:r>
      <w:proofErr w:type="spellStart"/>
      <w:r w:rsidRPr="0025334A">
        <w:t>livrare</w:t>
      </w:r>
      <w:proofErr w:type="spellEnd"/>
      <w:r w:rsidRPr="0025334A">
        <w:t xml:space="preserve"> </w:t>
      </w:r>
      <w:proofErr w:type="spellStart"/>
      <w:r w:rsidRPr="0025334A">
        <w:t>și</w:t>
      </w:r>
      <w:proofErr w:type="spellEnd"/>
      <w:r w:rsidRPr="0025334A">
        <w:t xml:space="preserve"> </w:t>
      </w:r>
      <w:proofErr w:type="spellStart"/>
      <w:r w:rsidRPr="0025334A">
        <w:t>poate</w:t>
      </w:r>
      <w:proofErr w:type="spellEnd"/>
      <w:r w:rsidRPr="0025334A">
        <w:t xml:space="preserve"> fi </w:t>
      </w:r>
      <w:proofErr w:type="spellStart"/>
      <w:r w:rsidRPr="0025334A">
        <w:t>ajustat</w:t>
      </w:r>
      <w:proofErr w:type="spellEnd"/>
      <w:r w:rsidRPr="0025334A">
        <w:t xml:space="preserve"> </w:t>
      </w:r>
      <w:proofErr w:type="spellStart"/>
      <w:r w:rsidRPr="0025334A">
        <w:t>prin</w:t>
      </w:r>
      <w:proofErr w:type="spellEnd"/>
      <w:r w:rsidRPr="0025334A">
        <w:t xml:space="preserve"> </w:t>
      </w:r>
      <w:proofErr w:type="spellStart"/>
      <w:r w:rsidRPr="0025334A">
        <w:t>comunicare</w:t>
      </w:r>
      <w:proofErr w:type="spellEnd"/>
      <w:r w:rsidRPr="0025334A">
        <w:t xml:space="preserve"> </w:t>
      </w:r>
      <w:proofErr w:type="spellStart"/>
      <w:r w:rsidRPr="0025334A">
        <w:t>scrisă</w:t>
      </w:r>
      <w:proofErr w:type="spellEnd"/>
      <w:r w:rsidRPr="0025334A">
        <w:t xml:space="preserve"> </w:t>
      </w:r>
      <w:proofErr w:type="spellStart"/>
      <w:r w:rsidRPr="0025334A">
        <w:t>dacă</w:t>
      </w:r>
      <w:proofErr w:type="spellEnd"/>
      <w:r w:rsidRPr="0025334A">
        <w:t xml:space="preserve"> </w:t>
      </w:r>
      <w:proofErr w:type="spellStart"/>
      <w:r w:rsidRPr="0025334A">
        <w:t>necesitățile</w:t>
      </w:r>
      <w:proofErr w:type="spellEnd"/>
      <w:r w:rsidRPr="0025334A">
        <w:t xml:space="preserve"> </w:t>
      </w:r>
      <w:proofErr w:type="spellStart"/>
      <w:r w:rsidRPr="0025334A">
        <w:t>beneficiarilor</w:t>
      </w:r>
      <w:proofErr w:type="spellEnd"/>
      <w:r w:rsidRPr="0025334A">
        <w:t xml:space="preserve"> se </w:t>
      </w:r>
      <w:proofErr w:type="spellStart"/>
      <w:r w:rsidRPr="0025334A">
        <w:t>modifică</w:t>
      </w:r>
      <w:proofErr w:type="spellEnd"/>
      <w:r w:rsidRPr="0025334A">
        <w:t xml:space="preserve">. </w:t>
      </w:r>
      <w:proofErr w:type="spellStart"/>
      <w:r w:rsidRPr="0025334A">
        <w:t>Modificarea</w:t>
      </w:r>
      <w:proofErr w:type="spellEnd"/>
      <w:r w:rsidRPr="0025334A">
        <w:t xml:space="preserve"> </w:t>
      </w:r>
      <w:proofErr w:type="spellStart"/>
      <w:r w:rsidRPr="0025334A">
        <w:t>programului</w:t>
      </w:r>
      <w:proofErr w:type="spellEnd"/>
      <w:r w:rsidRPr="0025334A">
        <w:t xml:space="preserve"> nu </w:t>
      </w:r>
      <w:proofErr w:type="spellStart"/>
      <w:r w:rsidRPr="0025334A">
        <w:t>exonerează</w:t>
      </w:r>
      <w:proofErr w:type="spellEnd"/>
      <w:r w:rsidRPr="0025334A">
        <w:t xml:space="preserve"> </w:t>
      </w:r>
      <w:proofErr w:type="spellStart"/>
      <w:r w:rsidRPr="0025334A">
        <w:t>prestatorul</w:t>
      </w:r>
      <w:proofErr w:type="spellEnd"/>
      <w:r w:rsidRPr="0025334A">
        <w:t xml:space="preserve"> de </w:t>
      </w:r>
      <w:proofErr w:type="spellStart"/>
      <w:r w:rsidRPr="0025334A">
        <w:t>obligația</w:t>
      </w:r>
      <w:proofErr w:type="spellEnd"/>
      <w:r w:rsidRPr="0025334A">
        <w:t xml:space="preserve"> de a </w:t>
      </w:r>
      <w:proofErr w:type="spellStart"/>
      <w:r w:rsidRPr="0025334A">
        <w:t>menține</w:t>
      </w:r>
      <w:proofErr w:type="spellEnd"/>
      <w:r w:rsidRPr="0025334A">
        <w:t xml:space="preserve"> </w:t>
      </w:r>
      <w:proofErr w:type="spellStart"/>
      <w:r w:rsidRPr="0025334A">
        <w:t>temperaturile</w:t>
      </w:r>
      <w:proofErr w:type="spellEnd"/>
      <w:r w:rsidRPr="0025334A">
        <w:t xml:space="preserve"> </w:t>
      </w:r>
      <w:proofErr w:type="spellStart"/>
      <w:r w:rsidRPr="0025334A">
        <w:t>și</w:t>
      </w:r>
      <w:proofErr w:type="spellEnd"/>
      <w:r w:rsidRPr="0025334A">
        <w:t xml:space="preserve"> </w:t>
      </w:r>
      <w:proofErr w:type="spellStart"/>
      <w:r w:rsidRPr="0025334A">
        <w:t>calitatea</w:t>
      </w:r>
      <w:proofErr w:type="spellEnd"/>
      <w:r w:rsidRPr="0025334A">
        <w:t>.</w:t>
      </w:r>
    </w:p>
    <w:p w14:paraId="39929B53" w14:textId="51C14DF1" w:rsidR="0025334A" w:rsidRDefault="0025334A" w:rsidP="0025334A">
      <w:pPr>
        <w:spacing w:after="50" w:line="247" w:lineRule="auto"/>
      </w:pPr>
      <w:proofErr w:type="spellStart"/>
      <w:r>
        <w:t>Graficul</w:t>
      </w:r>
      <w:proofErr w:type="spellEnd"/>
      <w:r>
        <w:t xml:space="preserve"> de </w:t>
      </w:r>
      <w:proofErr w:type="spellStart"/>
      <w:r>
        <w:t>prestare</w:t>
      </w:r>
      <w:proofErr w:type="spellEnd"/>
      <w:r>
        <w:t xml:space="preserve"> </w:t>
      </w:r>
      <w:proofErr w:type="spellStart"/>
      <w:r>
        <w:t>va</w:t>
      </w:r>
      <w:proofErr w:type="spellEnd"/>
      <w:r>
        <w:t xml:space="preserve"> </w:t>
      </w:r>
      <w:proofErr w:type="spellStart"/>
      <w:r>
        <w:t>putea</w:t>
      </w:r>
      <w:proofErr w:type="spellEnd"/>
      <w:r>
        <w:t xml:space="preserve"> fi </w:t>
      </w:r>
      <w:proofErr w:type="spellStart"/>
      <w:r>
        <w:t>modificat</w:t>
      </w:r>
      <w:proofErr w:type="spellEnd"/>
      <w:r>
        <w:t xml:space="preserve"> </w:t>
      </w:r>
      <w:proofErr w:type="spellStart"/>
      <w:r>
        <w:t>și</w:t>
      </w:r>
      <w:proofErr w:type="spellEnd"/>
      <w:r>
        <w:t xml:space="preserve"> </w:t>
      </w:r>
      <w:proofErr w:type="spellStart"/>
      <w:r>
        <w:t>adaptat</w:t>
      </w:r>
      <w:proofErr w:type="spellEnd"/>
      <w:r>
        <w:t xml:space="preserve">, </w:t>
      </w:r>
      <w:proofErr w:type="spellStart"/>
      <w:r>
        <w:t>în</w:t>
      </w:r>
      <w:proofErr w:type="spellEnd"/>
      <w:r>
        <w:t xml:space="preserve"> mod </w:t>
      </w:r>
      <w:proofErr w:type="spellStart"/>
      <w:r>
        <w:t>corespunzator</w:t>
      </w:r>
      <w:proofErr w:type="spellEnd"/>
      <w:r>
        <w:t xml:space="preserve">, </w:t>
      </w:r>
      <w:proofErr w:type="spellStart"/>
      <w:r>
        <w:t>în</w:t>
      </w:r>
      <w:proofErr w:type="spellEnd"/>
      <w:r>
        <w:t xml:space="preserve"> </w:t>
      </w:r>
      <w:proofErr w:type="spellStart"/>
      <w:r>
        <w:t>funcție</w:t>
      </w:r>
      <w:proofErr w:type="spellEnd"/>
      <w:r>
        <w:t xml:space="preserve"> de </w:t>
      </w:r>
      <w:proofErr w:type="spellStart"/>
      <w:r>
        <w:t>necesitatile</w:t>
      </w:r>
      <w:proofErr w:type="spellEnd"/>
      <w:r>
        <w:t xml:space="preserve"> </w:t>
      </w:r>
      <w:proofErr w:type="spellStart"/>
      <w:r>
        <w:t>beneficiar</w:t>
      </w:r>
      <w:r w:rsidR="00FD1018">
        <w:t>ilor</w:t>
      </w:r>
      <w:proofErr w:type="spellEnd"/>
      <w:r>
        <w:t xml:space="preserve">. </w:t>
      </w:r>
      <w:proofErr w:type="spellStart"/>
      <w:r>
        <w:t>Acesta</w:t>
      </w:r>
      <w:proofErr w:type="spellEnd"/>
      <w:r>
        <w:t xml:space="preserve"> </w:t>
      </w:r>
      <w:proofErr w:type="spellStart"/>
      <w:r>
        <w:t>va</w:t>
      </w:r>
      <w:proofErr w:type="spellEnd"/>
      <w:r>
        <w:t xml:space="preserve"> fi </w:t>
      </w:r>
      <w:proofErr w:type="spellStart"/>
      <w:r>
        <w:t>anuntat</w:t>
      </w:r>
      <w:proofErr w:type="spellEnd"/>
      <w:r>
        <w:t xml:space="preserve"> </w:t>
      </w:r>
      <w:proofErr w:type="spellStart"/>
      <w:r>
        <w:t>în</w:t>
      </w:r>
      <w:proofErr w:type="spellEnd"/>
      <w:r>
        <w:t xml:space="preserve"> </w:t>
      </w:r>
      <w:proofErr w:type="spellStart"/>
      <w:r>
        <w:t>scris</w:t>
      </w:r>
      <w:proofErr w:type="spellEnd"/>
      <w:r>
        <w:t xml:space="preserve"> la </w:t>
      </w:r>
      <w:proofErr w:type="spellStart"/>
      <w:r>
        <w:t>inceputul</w:t>
      </w:r>
      <w:proofErr w:type="spellEnd"/>
      <w:r>
        <w:t xml:space="preserve"> </w:t>
      </w:r>
      <w:proofErr w:type="spellStart"/>
      <w:r>
        <w:t>activitatii</w:t>
      </w:r>
      <w:proofErr w:type="spellEnd"/>
      <w:r>
        <w:t xml:space="preserve"> </w:t>
      </w:r>
      <w:proofErr w:type="spellStart"/>
      <w:r>
        <w:t>si</w:t>
      </w:r>
      <w:proofErr w:type="spellEnd"/>
      <w:r>
        <w:t xml:space="preserve"> </w:t>
      </w:r>
      <w:proofErr w:type="spellStart"/>
      <w:r>
        <w:t>ori</w:t>
      </w:r>
      <w:proofErr w:type="spellEnd"/>
      <w:r>
        <w:t xml:space="preserve"> de cate </w:t>
      </w:r>
      <w:proofErr w:type="spellStart"/>
      <w:r>
        <w:t>ori</w:t>
      </w:r>
      <w:proofErr w:type="spellEnd"/>
      <w:r>
        <w:t xml:space="preserve"> </w:t>
      </w:r>
      <w:proofErr w:type="spellStart"/>
      <w:r>
        <w:t>va</w:t>
      </w:r>
      <w:proofErr w:type="spellEnd"/>
      <w:r>
        <w:t xml:space="preserve"> </w:t>
      </w:r>
      <w:proofErr w:type="spellStart"/>
      <w:r>
        <w:t>suferi</w:t>
      </w:r>
      <w:proofErr w:type="spellEnd"/>
      <w:r>
        <w:t xml:space="preserve"> </w:t>
      </w:r>
      <w:proofErr w:type="spellStart"/>
      <w:r>
        <w:t>modificari</w:t>
      </w:r>
      <w:proofErr w:type="spellEnd"/>
      <w:r>
        <w:t>.</w:t>
      </w:r>
    </w:p>
    <w:p w14:paraId="779AB5E7" w14:textId="420A6328" w:rsidR="00FD1018" w:rsidRDefault="004E746A" w:rsidP="0025334A">
      <w:pPr>
        <w:spacing w:after="50" w:line="247" w:lineRule="auto"/>
      </w:pPr>
      <w:proofErr w:type="spellStart"/>
      <w:r w:rsidRPr="0025334A">
        <w:t>Prestatorul</w:t>
      </w:r>
      <w:proofErr w:type="spellEnd"/>
      <w:r w:rsidRPr="0025334A">
        <w:t xml:space="preserve"> </w:t>
      </w:r>
      <w:proofErr w:type="spellStart"/>
      <w:r w:rsidRPr="0025334A">
        <w:t>prezintă</w:t>
      </w:r>
      <w:proofErr w:type="spellEnd"/>
      <w:r w:rsidR="00FD1018">
        <w:t xml:space="preserve"> la </w:t>
      </w:r>
      <w:proofErr w:type="spellStart"/>
      <w:r w:rsidR="00FD1018">
        <w:t>livrare</w:t>
      </w:r>
      <w:proofErr w:type="spellEnd"/>
      <w:r w:rsidR="00FD1018">
        <w:t>:</w:t>
      </w:r>
    </w:p>
    <w:p w14:paraId="6923D13D" w14:textId="24083217" w:rsidR="00FD1018" w:rsidRPr="00FD1018" w:rsidRDefault="00FD1018" w:rsidP="002459A2">
      <w:pPr>
        <w:pStyle w:val="ListParagraph"/>
        <w:numPr>
          <w:ilvl w:val="0"/>
          <w:numId w:val="22"/>
        </w:numPr>
        <w:spacing w:after="50" w:line="247" w:lineRule="auto"/>
      </w:pPr>
      <w:r w:rsidRPr="00FD1018">
        <w:t xml:space="preserve"> - Aviz de </w:t>
      </w:r>
      <w:proofErr w:type="spellStart"/>
      <w:r w:rsidRPr="00FD1018">
        <w:t>insotire</w:t>
      </w:r>
      <w:proofErr w:type="spellEnd"/>
      <w:r w:rsidRPr="00FD1018">
        <w:t>;</w:t>
      </w:r>
    </w:p>
    <w:p w14:paraId="6B5D013D" w14:textId="77777777" w:rsidR="00FD1018" w:rsidRPr="00FD1018" w:rsidRDefault="00FD1018" w:rsidP="002459A2">
      <w:pPr>
        <w:pStyle w:val="ListParagraph"/>
        <w:numPr>
          <w:ilvl w:val="0"/>
          <w:numId w:val="22"/>
        </w:numPr>
        <w:spacing w:after="50" w:line="247" w:lineRule="auto"/>
        <w:rPr>
          <w:lang w:val="ro-RO"/>
        </w:rPr>
      </w:pPr>
      <w:r w:rsidRPr="00FD1018">
        <w:t xml:space="preserve">- </w:t>
      </w:r>
      <w:r w:rsidRPr="00902813">
        <w:rPr>
          <w:color w:val="FF0000"/>
          <w:lang w:val="ro-RO"/>
        </w:rPr>
        <w:t>certificate de calitate si sanitar-veterinare</w:t>
      </w:r>
    </w:p>
    <w:p w14:paraId="37DBE4A0" w14:textId="77777777" w:rsidR="00FD1018" w:rsidRPr="00FD1018" w:rsidRDefault="00FD1018" w:rsidP="002459A2">
      <w:pPr>
        <w:pStyle w:val="ListParagraph"/>
        <w:numPr>
          <w:ilvl w:val="0"/>
          <w:numId w:val="22"/>
        </w:numPr>
        <w:spacing w:after="50" w:line="247" w:lineRule="auto"/>
        <w:rPr>
          <w:lang w:val="ro-RO"/>
        </w:rPr>
      </w:pPr>
      <w:r>
        <w:rPr>
          <w:i/>
          <w:iCs/>
          <w:lang w:val="ro-RO"/>
        </w:rPr>
        <w:t>-</w:t>
      </w:r>
      <w:r>
        <w:t xml:space="preserve"> </w:t>
      </w:r>
      <w:proofErr w:type="spellStart"/>
      <w:r w:rsidR="004E746A" w:rsidRPr="0025334A">
        <w:t>fișa</w:t>
      </w:r>
      <w:proofErr w:type="spellEnd"/>
      <w:r w:rsidR="004E746A" w:rsidRPr="0025334A">
        <w:t xml:space="preserve"> de </w:t>
      </w:r>
      <w:proofErr w:type="spellStart"/>
      <w:r w:rsidR="004E746A" w:rsidRPr="0025334A">
        <w:t>temperatură</w:t>
      </w:r>
      <w:proofErr w:type="spellEnd"/>
      <w:r w:rsidR="004E746A" w:rsidRPr="0025334A">
        <w:t xml:space="preserve"> </w:t>
      </w:r>
    </w:p>
    <w:p w14:paraId="291F56E9" w14:textId="77777777" w:rsidR="00FD1018" w:rsidRPr="00FD1018" w:rsidRDefault="00FD1018" w:rsidP="002459A2">
      <w:pPr>
        <w:pStyle w:val="ListParagraph"/>
        <w:numPr>
          <w:ilvl w:val="0"/>
          <w:numId w:val="22"/>
        </w:numPr>
        <w:spacing w:after="50" w:line="247" w:lineRule="auto"/>
        <w:rPr>
          <w:lang w:val="ro-RO"/>
        </w:rPr>
      </w:pPr>
      <w:r>
        <w:rPr>
          <w:i/>
          <w:iCs/>
          <w:lang w:val="ro-RO"/>
        </w:rPr>
        <w:t>-</w:t>
      </w:r>
      <w:r>
        <w:t xml:space="preserve"> </w:t>
      </w:r>
      <w:proofErr w:type="spellStart"/>
      <w:r w:rsidR="004E746A" w:rsidRPr="00902813">
        <w:rPr>
          <w:color w:val="FF0000"/>
        </w:rPr>
        <w:t>și</w:t>
      </w:r>
      <w:proofErr w:type="spellEnd"/>
      <w:r w:rsidR="004E746A" w:rsidRPr="00902813">
        <w:rPr>
          <w:color w:val="FF0000"/>
        </w:rPr>
        <w:t xml:space="preserve"> </w:t>
      </w:r>
      <w:proofErr w:type="spellStart"/>
      <w:r w:rsidR="004E746A" w:rsidRPr="00902813">
        <w:rPr>
          <w:color w:val="FF0000"/>
        </w:rPr>
        <w:t>centralizatorul</w:t>
      </w:r>
      <w:proofErr w:type="spellEnd"/>
      <w:r w:rsidR="004E746A" w:rsidRPr="00902813">
        <w:rPr>
          <w:color w:val="FF0000"/>
        </w:rPr>
        <w:t xml:space="preserve"> </w:t>
      </w:r>
      <w:proofErr w:type="spellStart"/>
      <w:r w:rsidR="004E746A" w:rsidRPr="00902813">
        <w:rPr>
          <w:color w:val="FF0000"/>
        </w:rPr>
        <w:t>porțiilor</w:t>
      </w:r>
      <w:proofErr w:type="spellEnd"/>
      <w:r w:rsidR="004E746A" w:rsidRPr="00902813">
        <w:rPr>
          <w:color w:val="FF0000"/>
        </w:rPr>
        <w:t>/</w:t>
      </w:r>
      <w:proofErr w:type="spellStart"/>
      <w:r w:rsidR="004E746A" w:rsidRPr="00902813">
        <w:rPr>
          <w:color w:val="FF0000"/>
        </w:rPr>
        <w:t>regimurilor</w:t>
      </w:r>
      <w:proofErr w:type="spellEnd"/>
      <w:r w:rsidR="004E746A" w:rsidRPr="00902813">
        <w:rPr>
          <w:color w:val="FF0000"/>
        </w:rPr>
        <w:t xml:space="preserve">. </w:t>
      </w:r>
    </w:p>
    <w:p w14:paraId="56D5DDFB" w14:textId="0AB3A721" w:rsidR="0025334A" w:rsidRPr="00FD1018" w:rsidRDefault="0025334A" w:rsidP="00FD1018">
      <w:pPr>
        <w:spacing w:after="50" w:line="247" w:lineRule="auto"/>
        <w:rPr>
          <w:lang w:val="ro-RO"/>
        </w:rPr>
      </w:pPr>
      <w:r w:rsidRPr="0025334A">
        <w:t xml:space="preserve">Ora </w:t>
      </w:r>
      <w:proofErr w:type="spellStart"/>
      <w:r w:rsidRPr="0025334A">
        <w:t>efectivă</w:t>
      </w:r>
      <w:proofErr w:type="spellEnd"/>
      <w:r w:rsidRPr="0025334A">
        <w:t xml:space="preserve"> a </w:t>
      </w:r>
      <w:proofErr w:type="spellStart"/>
      <w:r w:rsidRPr="0025334A">
        <w:t>predării</w:t>
      </w:r>
      <w:proofErr w:type="spellEnd"/>
      <w:r w:rsidRPr="0025334A">
        <w:t xml:space="preserve"> se </w:t>
      </w:r>
      <w:proofErr w:type="spellStart"/>
      <w:r w:rsidRPr="0025334A">
        <w:t>consemnează</w:t>
      </w:r>
      <w:proofErr w:type="spellEnd"/>
      <w:r w:rsidRPr="0025334A">
        <w:t xml:space="preserve"> </w:t>
      </w:r>
      <w:proofErr w:type="spellStart"/>
      <w:r w:rsidRPr="0025334A">
        <w:t>pentru</w:t>
      </w:r>
      <w:proofErr w:type="spellEnd"/>
      <w:r w:rsidRPr="0025334A">
        <w:t xml:space="preserve"> </w:t>
      </w:r>
      <w:proofErr w:type="spellStart"/>
      <w:r w:rsidRPr="0025334A">
        <w:t>monitorizarea</w:t>
      </w:r>
      <w:proofErr w:type="spellEnd"/>
      <w:r w:rsidRPr="0025334A">
        <w:t xml:space="preserve"> </w:t>
      </w:r>
      <w:proofErr w:type="spellStart"/>
      <w:r w:rsidRPr="0025334A">
        <w:t>respectării</w:t>
      </w:r>
      <w:proofErr w:type="spellEnd"/>
      <w:r w:rsidRPr="0025334A">
        <w:t xml:space="preserve"> </w:t>
      </w:r>
      <w:proofErr w:type="spellStart"/>
      <w:r w:rsidRPr="0025334A">
        <w:t>programului</w:t>
      </w:r>
      <w:proofErr w:type="spellEnd"/>
      <w:r w:rsidRPr="0025334A">
        <w:t xml:space="preserve">. Orice </w:t>
      </w:r>
      <w:proofErr w:type="spellStart"/>
      <w:r w:rsidRPr="0025334A">
        <w:t>risc</w:t>
      </w:r>
      <w:proofErr w:type="spellEnd"/>
      <w:r w:rsidRPr="0025334A">
        <w:t xml:space="preserve"> de </w:t>
      </w:r>
      <w:proofErr w:type="spellStart"/>
      <w:r w:rsidRPr="0025334A">
        <w:t>întârziere</w:t>
      </w:r>
      <w:proofErr w:type="spellEnd"/>
      <w:r w:rsidRPr="0025334A">
        <w:t xml:space="preserve"> se </w:t>
      </w:r>
      <w:proofErr w:type="spellStart"/>
      <w:r w:rsidRPr="0025334A">
        <w:t>comunică</w:t>
      </w:r>
      <w:proofErr w:type="spellEnd"/>
      <w:r w:rsidRPr="0025334A">
        <w:t xml:space="preserve"> </w:t>
      </w:r>
      <w:proofErr w:type="spellStart"/>
      <w:r w:rsidRPr="0025334A">
        <w:t>imediat</w:t>
      </w:r>
      <w:proofErr w:type="spellEnd"/>
      <w:r w:rsidRPr="0025334A">
        <w:t xml:space="preserve">, cu </w:t>
      </w:r>
      <w:proofErr w:type="spellStart"/>
      <w:r w:rsidRPr="0025334A">
        <w:t>indicarea</w:t>
      </w:r>
      <w:proofErr w:type="spellEnd"/>
      <w:r w:rsidRPr="0025334A">
        <w:t xml:space="preserve"> </w:t>
      </w:r>
      <w:proofErr w:type="spellStart"/>
      <w:r w:rsidRPr="0025334A">
        <w:t>cauzei</w:t>
      </w:r>
      <w:proofErr w:type="spellEnd"/>
      <w:r w:rsidRPr="0025334A">
        <w:t xml:space="preserve">, </w:t>
      </w:r>
      <w:proofErr w:type="spellStart"/>
      <w:r w:rsidRPr="0025334A">
        <w:t>orei</w:t>
      </w:r>
      <w:proofErr w:type="spellEnd"/>
      <w:r w:rsidRPr="0025334A">
        <w:t xml:space="preserve"> estimate de </w:t>
      </w:r>
      <w:proofErr w:type="spellStart"/>
      <w:r w:rsidRPr="0025334A">
        <w:t>sosire</w:t>
      </w:r>
      <w:proofErr w:type="spellEnd"/>
      <w:r w:rsidRPr="0025334A">
        <w:t xml:space="preserve"> </w:t>
      </w:r>
      <w:proofErr w:type="spellStart"/>
      <w:r w:rsidRPr="0025334A">
        <w:t>și</w:t>
      </w:r>
      <w:proofErr w:type="spellEnd"/>
      <w:r w:rsidRPr="0025334A">
        <w:t xml:space="preserve"> a </w:t>
      </w:r>
      <w:proofErr w:type="spellStart"/>
      <w:r w:rsidRPr="0025334A">
        <w:t>măsurii</w:t>
      </w:r>
      <w:proofErr w:type="spellEnd"/>
      <w:r w:rsidRPr="0025334A">
        <w:t xml:space="preserve"> de </w:t>
      </w:r>
      <w:proofErr w:type="spellStart"/>
      <w:r w:rsidRPr="0025334A">
        <w:t>recuperare</w:t>
      </w:r>
      <w:proofErr w:type="spellEnd"/>
      <w:r w:rsidRPr="0025334A">
        <w:t>.</w:t>
      </w:r>
    </w:p>
    <w:p w14:paraId="1D0129B9" w14:textId="5176E75A" w:rsidR="000C4CB5" w:rsidRDefault="004E746A" w:rsidP="0025334A">
      <w:pPr>
        <w:pStyle w:val="Heading2"/>
        <w:rPr>
          <w:color w:val="auto"/>
        </w:rPr>
      </w:pPr>
      <w:bookmarkStart w:id="36" w:name="_Toc242951477"/>
      <w:r w:rsidRPr="0025334A">
        <w:rPr>
          <w:color w:val="auto"/>
        </w:rPr>
        <w:t xml:space="preserve">3.13. </w:t>
      </w:r>
      <w:proofErr w:type="spellStart"/>
      <w:r w:rsidRPr="0025334A">
        <w:rPr>
          <w:color w:val="auto"/>
        </w:rPr>
        <w:t>Personalul</w:t>
      </w:r>
      <w:proofErr w:type="spellEnd"/>
      <w:r w:rsidRPr="0025334A">
        <w:rPr>
          <w:color w:val="auto"/>
        </w:rPr>
        <w:t xml:space="preserve"> </w:t>
      </w:r>
      <w:proofErr w:type="spellStart"/>
      <w:r w:rsidR="0025334A" w:rsidRPr="0025334A">
        <w:rPr>
          <w:color w:val="auto"/>
        </w:rPr>
        <w:t>și</w:t>
      </w:r>
      <w:proofErr w:type="spellEnd"/>
      <w:r w:rsidR="0025334A" w:rsidRPr="0025334A">
        <w:rPr>
          <w:color w:val="auto"/>
        </w:rPr>
        <w:t xml:space="preserve"> </w:t>
      </w:r>
      <w:proofErr w:type="spellStart"/>
      <w:r w:rsidR="0025334A" w:rsidRPr="0025334A">
        <w:rPr>
          <w:color w:val="auto"/>
        </w:rPr>
        <w:t>resursele</w:t>
      </w:r>
      <w:proofErr w:type="spellEnd"/>
      <w:r w:rsidR="0025334A" w:rsidRPr="0025334A">
        <w:rPr>
          <w:color w:val="auto"/>
        </w:rPr>
        <w:t xml:space="preserve"> </w:t>
      </w:r>
      <w:proofErr w:type="spellStart"/>
      <w:r w:rsidRPr="0025334A">
        <w:rPr>
          <w:color w:val="auto"/>
        </w:rPr>
        <w:t>Prestatorului</w:t>
      </w:r>
      <w:bookmarkEnd w:id="36"/>
      <w:proofErr w:type="spellEnd"/>
    </w:p>
    <w:p w14:paraId="6FFFF856" w14:textId="2C7D9516" w:rsidR="00466787" w:rsidRDefault="00466787" w:rsidP="00466787">
      <w:pPr>
        <w:rPr>
          <w:lang w:val="ro-RO"/>
        </w:rPr>
      </w:pPr>
      <w:r w:rsidRPr="00466787">
        <w:rPr>
          <w:lang w:val="ro-RO"/>
        </w:rPr>
        <w:t>Ofertantul trebuie sa asigure personalul de specialitate calificat necesar executării prestației</w:t>
      </w:r>
      <w:r>
        <w:rPr>
          <w:lang w:val="ro-RO"/>
        </w:rPr>
        <w:t>.</w:t>
      </w:r>
    </w:p>
    <w:p w14:paraId="5639DAC0" w14:textId="77777777" w:rsidR="00466787" w:rsidRPr="00466787" w:rsidRDefault="00466787" w:rsidP="00466787">
      <w:pPr>
        <w:rPr>
          <w:lang w:val="ro-RO"/>
        </w:rPr>
      </w:pPr>
      <w:r w:rsidRPr="00466787">
        <w:rPr>
          <w:lang w:val="ro-RO"/>
        </w:rPr>
        <w:t>Personalul angajat de către ofertant si folosit pentru prestarea serviciului trebuie sa respecte regulile de ordine interioara prevăzute in regulamentul intern al autoritatii contractante.</w:t>
      </w:r>
    </w:p>
    <w:p w14:paraId="2531B5EB" w14:textId="37590699" w:rsidR="00466787" w:rsidRPr="00466787" w:rsidRDefault="005939B7" w:rsidP="00466787">
      <w:pPr>
        <w:rPr>
          <w:lang w:val="ro-RO"/>
        </w:rPr>
      </w:pPr>
      <w:proofErr w:type="spellStart"/>
      <w:r w:rsidRPr="005939B7">
        <w:t>Prestatorul</w:t>
      </w:r>
      <w:proofErr w:type="spellEnd"/>
      <w:r w:rsidRPr="005939B7">
        <w:t xml:space="preserve"> </w:t>
      </w:r>
      <w:proofErr w:type="spellStart"/>
      <w:r w:rsidRPr="005939B7">
        <w:t>asigură</w:t>
      </w:r>
      <w:proofErr w:type="spellEnd"/>
      <w:r w:rsidRPr="005939B7">
        <w:t xml:space="preserve"> </w:t>
      </w:r>
      <w:proofErr w:type="spellStart"/>
      <w:r w:rsidRPr="005939B7">
        <w:t>continuitatea</w:t>
      </w:r>
      <w:proofErr w:type="spellEnd"/>
      <w:r w:rsidRPr="005939B7">
        <w:t xml:space="preserve"> </w:t>
      </w:r>
      <w:proofErr w:type="spellStart"/>
      <w:r w:rsidRPr="005939B7">
        <w:t>serviciului</w:t>
      </w:r>
      <w:proofErr w:type="spellEnd"/>
      <w:r w:rsidRPr="005939B7">
        <w:t xml:space="preserve"> </w:t>
      </w:r>
      <w:proofErr w:type="spellStart"/>
      <w:r w:rsidRPr="005939B7">
        <w:t>inclusiv</w:t>
      </w:r>
      <w:proofErr w:type="spellEnd"/>
      <w:r w:rsidRPr="005939B7">
        <w:t xml:space="preserve"> </w:t>
      </w:r>
      <w:proofErr w:type="spellStart"/>
      <w:r w:rsidRPr="005939B7">
        <w:t>în</w:t>
      </w:r>
      <w:proofErr w:type="spellEnd"/>
      <w:r w:rsidRPr="005939B7">
        <w:t xml:space="preserve"> </w:t>
      </w:r>
      <w:proofErr w:type="spellStart"/>
      <w:r w:rsidRPr="005939B7">
        <w:t>situații</w:t>
      </w:r>
      <w:proofErr w:type="spellEnd"/>
      <w:r w:rsidRPr="005939B7">
        <w:t xml:space="preserve"> de </w:t>
      </w:r>
      <w:proofErr w:type="spellStart"/>
      <w:r w:rsidRPr="005939B7">
        <w:t>indisponibilitate</w:t>
      </w:r>
      <w:proofErr w:type="spellEnd"/>
      <w:r w:rsidRPr="005939B7">
        <w:t xml:space="preserve"> a </w:t>
      </w:r>
      <w:proofErr w:type="spellStart"/>
      <w:r w:rsidRPr="005939B7">
        <w:t>personalului</w:t>
      </w:r>
      <w:proofErr w:type="spellEnd"/>
      <w:r w:rsidRPr="005939B7">
        <w:t xml:space="preserve">, </w:t>
      </w:r>
      <w:proofErr w:type="spellStart"/>
      <w:r w:rsidRPr="005939B7">
        <w:t>prin</w:t>
      </w:r>
      <w:proofErr w:type="spellEnd"/>
      <w:r w:rsidRPr="005939B7">
        <w:t xml:space="preserve"> </w:t>
      </w:r>
      <w:proofErr w:type="spellStart"/>
      <w:r w:rsidRPr="005939B7">
        <w:t>măsuri</w:t>
      </w:r>
      <w:proofErr w:type="spellEnd"/>
      <w:r w:rsidRPr="005939B7">
        <w:t xml:space="preserve"> de </w:t>
      </w:r>
      <w:proofErr w:type="spellStart"/>
      <w:r w:rsidRPr="005939B7">
        <w:t>înlocuire</w:t>
      </w:r>
      <w:proofErr w:type="spellEnd"/>
      <w:r w:rsidRPr="005939B7">
        <w:t xml:space="preserve"> </w:t>
      </w:r>
      <w:proofErr w:type="spellStart"/>
      <w:r w:rsidRPr="005939B7">
        <w:t>și</w:t>
      </w:r>
      <w:proofErr w:type="spellEnd"/>
      <w:r w:rsidRPr="005939B7">
        <w:t xml:space="preserve"> </w:t>
      </w:r>
      <w:proofErr w:type="spellStart"/>
      <w:r w:rsidRPr="005939B7">
        <w:t>organizare</w:t>
      </w:r>
      <w:proofErr w:type="spellEnd"/>
      <w:r w:rsidRPr="005939B7">
        <w:t xml:space="preserve"> </w:t>
      </w:r>
      <w:proofErr w:type="spellStart"/>
      <w:r w:rsidRPr="005939B7">
        <w:t>proprie</w:t>
      </w:r>
      <w:proofErr w:type="spellEnd"/>
      <w:r w:rsidRPr="005939B7">
        <w:t xml:space="preserve">, cu </w:t>
      </w:r>
      <w:proofErr w:type="spellStart"/>
      <w:r w:rsidRPr="005939B7">
        <w:t>respectarea</w:t>
      </w:r>
      <w:proofErr w:type="spellEnd"/>
      <w:r w:rsidRPr="005939B7">
        <w:t xml:space="preserve"> </w:t>
      </w:r>
      <w:proofErr w:type="spellStart"/>
      <w:r w:rsidRPr="005939B7">
        <w:t>legislației</w:t>
      </w:r>
      <w:proofErr w:type="spellEnd"/>
      <w:r w:rsidRPr="005939B7">
        <w:t xml:space="preserve"> </w:t>
      </w:r>
      <w:proofErr w:type="spellStart"/>
      <w:r w:rsidRPr="005939B7">
        <w:t>muncii</w:t>
      </w:r>
      <w:proofErr w:type="spellEnd"/>
      <w:r w:rsidRPr="005939B7">
        <w:t>.</w:t>
      </w:r>
    </w:p>
    <w:p w14:paraId="14576B7F" w14:textId="77777777" w:rsidR="00E04FEA" w:rsidRPr="00E04FEA" w:rsidRDefault="00E04FEA" w:rsidP="00E04FEA">
      <w:pPr>
        <w:spacing w:after="50" w:line="247" w:lineRule="auto"/>
        <w:rPr>
          <w:b/>
          <w:lang w:val="ro-RO"/>
        </w:rPr>
      </w:pPr>
      <w:r w:rsidRPr="00E04FEA">
        <w:rPr>
          <w:b/>
          <w:lang w:val="ro-RO"/>
        </w:rPr>
        <w:t>Personal minim obligatoriu</w:t>
      </w:r>
    </w:p>
    <w:p w14:paraId="05AD0C94" w14:textId="77777777" w:rsidR="00E04FEA" w:rsidRPr="00E04FEA" w:rsidRDefault="00E04FEA" w:rsidP="00E04FEA">
      <w:pPr>
        <w:spacing w:after="50" w:line="247" w:lineRule="auto"/>
        <w:rPr>
          <w:lang w:val="ro-RO"/>
        </w:rPr>
      </w:pPr>
      <w:r w:rsidRPr="00E04FEA">
        <w:rPr>
          <w:lang w:val="ro-RO"/>
        </w:rPr>
        <w:t>Prestatorul asigură, pe toată durata contractului:</w:t>
      </w:r>
    </w:p>
    <w:p w14:paraId="4EA8C7C8" w14:textId="2BDCF547" w:rsidR="00E04FEA" w:rsidRPr="00E04FEA" w:rsidRDefault="00E04FEA" w:rsidP="00E04FEA">
      <w:pPr>
        <w:spacing w:after="50" w:line="247" w:lineRule="auto"/>
        <w:rPr>
          <w:lang w:val="ro-RO"/>
        </w:rPr>
      </w:pPr>
      <w:r w:rsidRPr="00E04FEA">
        <w:rPr>
          <w:lang w:val="ro-RO"/>
        </w:rPr>
        <w:t xml:space="preserve">a) Dietetician atestat (diplomă de licență în nutriție/dietetică sau titlu de dietetician recunoscut de Colegiul Medicilor/organismul profesional relevant) — responsabil de elaborarea meniurilor săptămânale, adaptarea regimurilor speciale și controlul calității nutriționale. Dieteticianul are obligația de a elabora meniuri săptămânale variate (fără repetare a aceluiași meniu în aceeași zi a săptămânii în decurs de minimum </w:t>
      </w:r>
      <w:r>
        <w:rPr>
          <w:lang w:val="ro-RO"/>
        </w:rPr>
        <w:t>5</w:t>
      </w:r>
      <w:r w:rsidRPr="00E04FEA">
        <w:rPr>
          <w:lang w:val="ro-RO"/>
        </w:rPr>
        <w:t xml:space="preserve"> săptămâni consecutive) și de a calcula valoarea nutritivă a meniurilor (kcal, proteine, lipide, glucide). Meniurile elaborate de dietetician se prezintă autorității contractante cu minimum 5 zile lucrătoare înaintea săptămânii de aplicare.</w:t>
      </w:r>
    </w:p>
    <w:p w14:paraId="3C0522BE" w14:textId="12BB2E76" w:rsidR="00E04FEA" w:rsidRPr="00E04FEA" w:rsidRDefault="00E04FEA" w:rsidP="00E04FEA">
      <w:pPr>
        <w:spacing w:after="50" w:line="247" w:lineRule="auto"/>
        <w:rPr>
          <w:lang w:val="ro-RO"/>
        </w:rPr>
      </w:pPr>
      <w:r w:rsidRPr="00E04FEA">
        <w:rPr>
          <w:lang w:val="ro-RO"/>
        </w:rPr>
        <w:t xml:space="preserve">b) Personal de bucătărie suficient numeric pentru a asigura prepararea a minimum </w:t>
      </w:r>
      <w:r w:rsidR="00272945">
        <w:rPr>
          <w:lang w:val="ro-RO"/>
        </w:rPr>
        <w:t>130</w:t>
      </w:r>
      <w:r w:rsidRPr="00E04FEA">
        <w:rPr>
          <w:lang w:val="ro-RO"/>
        </w:rPr>
        <w:t xml:space="preserve"> porții zilnice în intervalul de timp impus de programul de livrare.</w:t>
      </w:r>
    </w:p>
    <w:p w14:paraId="2C1299C2" w14:textId="77777777" w:rsidR="00E04FEA" w:rsidRDefault="00E04FEA" w:rsidP="00E04FEA">
      <w:pPr>
        <w:spacing w:after="50" w:line="247" w:lineRule="auto"/>
        <w:rPr>
          <w:lang w:val="ro-RO"/>
        </w:rPr>
      </w:pPr>
      <w:r w:rsidRPr="00E04FEA">
        <w:rPr>
          <w:lang w:val="ro-RO"/>
        </w:rPr>
        <w:lastRenderedPageBreak/>
        <w:t>c) Personal de transport și distribuție cu permis de conducere valabil și instruire în domeniul siguranței alimentare.</w:t>
      </w:r>
    </w:p>
    <w:p w14:paraId="0D60AC2F" w14:textId="77777777" w:rsidR="00E04FEA" w:rsidRPr="00E04FEA" w:rsidRDefault="00E04FEA" w:rsidP="00E04FEA">
      <w:pPr>
        <w:spacing w:after="50" w:line="247" w:lineRule="auto"/>
        <w:rPr>
          <w:lang w:val="ro-RO"/>
        </w:rPr>
      </w:pPr>
      <w:r w:rsidRPr="00E04FEA">
        <w:rPr>
          <w:lang w:val="ro-RO"/>
        </w:rPr>
        <w:t>Înlocuirea dieteticianului titular pe o perioadă mai mare de 5 zile lucrătoare consecutive se notifică autorității contractante, cu prezentarea documentelor care atestă calificarea înlocuitorului.</w:t>
      </w:r>
    </w:p>
    <w:p w14:paraId="50AA6BC2" w14:textId="7C0C7BA4" w:rsidR="000C4CB5" w:rsidRPr="0025334A" w:rsidRDefault="004E746A" w:rsidP="0025334A">
      <w:pPr>
        <w:pStyle w:val="Heading3"/>
        <w:spacing w:after="60"/>
        <w:ind w:firstLine="709"/>
        <w:rPr>
          <w:bCs w:val="0"/>
          <w:color w:val="auto"/>
        </w:rPr>
      </w:pPr>
      <w:bookmarkStart w:id="37" w:name="_Toc242951478"/>
      <w:r w:rsidRPr="0025334A">
        <w:rPr>
          <w:rFonts w:ascii="Times New Roman" w:hAnsi="Times New Roman"/>
          <w:bCs w:val="0"/>
          <w:color w:val="auto"/>
        </w:rPr>
        <w:t xml:space="preserve">1. </w:t>
      </w:r>
      <w:proofErr w:type="spellStart"/>
      <w:r w:rsidRPr="0025334A">
        <w:rPr>
          <w:rFonts w:ascii="Times New Roman" w:hAnsi="Times New Roman"/>
          <w:bCs w:val="0"/>
          <w:color w:val="auto"/>
        </w:rPr>
        <w:t>Dimensionarea</w:t>
      </w:r>
      <w:proofErr w:type="spellEnd"/>
      <w:r w:rsidRPr="0025334A">
        <w:rPr>
          <w:rFonts w:ascii="Times New Roman" w:hAnsi="Times New Roman"/>
          <w:bCs w:val="0"/>
          <w:color w:val="auto"/>
        </w:rPr>
        <w:t xml:space="preserve"> </w:t>
      </w:r>
      <w:proofErr w:type="spellStart"/>
      <w:r w:rsidRPr="0025334A">
        <w:rPr>
          <w:rFonts w:ascii="Times New Roman" w:hAnsi="Times New Roman"/>
          <w:bCs w:val="0"/>
          <w:color w:val="auto"/>
        </w:rPr>
        <w:t>și</w:t>
      </w:r>
      <w:proofErr w:type="spellEnd"/>
      <w:r w:rsidRPr="0025334A">
        <w:rPr>
          <w:rFonts w:ascii="Times New Roman" w:hAnsi="Times New Roman"/>
          <w:bCs w:val="0"/>
          <w:color w:val="auto"/>
        </w:rPr>
        <w:t xml:space="preserve"> </w:t>
      </w:r>
      <w:proofErr w:type="spellStart"/>
      <w:r w:rsidRPr="0025334A">
        <w:rPr>
          <w:rFonts w:ascii="Times New Roman" w:hAnsi="Times New Roman"/>
          <w:bCs w:val="0"/>
          <w:color w:val="auto"/>
        </w:rPr>
        <w:t>rolurile</w:t>
      </w:r>
      <w:proofErr w:type="spellEnd"/>
      <w:r w:rsidRPr="0025334A">
        <w:rPr>
          <w:rFonts w:ascii="Times New Roman" w:hAnsi="Times New Roman"/>
          <w:bCs w:val="0"/>
          <w:color w:val="auto"/>
        </w:rPr>
        <w:t xml:space="preserve"> </w:t>
      </w:r>
      <w:proofErr w:type="spellStart"/>
      <w:r w:rsidRPr="0025334A">
        <w:rPr>
          <w:rFonts w:ascii="Times New Roman" w:hAnsi="Times New Roman"/>
          <w:bCs w:val="0"/>
          <w:color w:val="auto"/>
        </w:rPr>
        <w:t>personalului</w:t>
      </w:r>
      <w:bookmarkEnd w:id="37"/>
      <w:proofErr w:type="spellEnd"/>
    </w:p>
    <w:p w14:paraId="34F4CB3E" w14:textId="6AE213A0" w:rsidR="000C4CB5" w:rsidRDefault="004E746A">
      <w:pPr>
        <w:spacing w:after="50" w:line="247" w:lineRule="auto"/>
      </w:pPr>
      <w:proofErr w:type="spellStart"/>
      <w:r w:rsidRPr="0025334A">
        <w:t>Prestatorul</w:t>
      </w:r>
      <w:proofErr w:type="spellEnd"/>
      <w:r w:rsidRPr="0025334A">
        <w:t xml:space="preserve"> </w:t>
      </w:r>
      <w:proofErr w:type="spellStart"/>
      <w:r w:rsidRPr="0025334A">
        <w:t>dimensionează</w:t>
      </w:r>
      <w:proofErr w:type="spellEnd"/>
      <w:r w:rsidRPr="0025334A">
        <w:t xml:space="preserve"> </w:t>
      </w:r>
      <w:proofErr w:type="spellStart"/>
      <w:r w:rsidRPr="0025334A">
        <w:t>personalul</w:t>
      </w:r>
      <w:proofErr w:type="spellEnd"/>
      <w:r w:rsidRPr="0025334A">
        <w:t xml:space="preserve"> </w:t>
      </w:r>
      <w:proofErr w:type="spellStart"/>
      <w:r w:rsidRPr="0025334A">
        <w:t>în</w:t>
      </w:r>
      <w:proofErr w:type="spellEnd"/>
      <w:r w:rsidRPr="0025334A">
        <w:t xml:space="preserve"> </w:t>
      </w:r>
      <w:proofErr w:type="spellStart"/>
      <w:r w:rsidRPr="0025334A">
        <w:t>raport</w:t>
      </w:r>
      <w:proofErr w:type="spellEnd"/>
      <w:r w:rsidRPr="0025334A">
        <w:t xml:space="preserve"> cu </w:t>
      </w:r>
      <w:proofErr w:type="spellStart"/>
      <w:r w:rsidRPr="0025334A">
        <w:t>cantitatea</w:t>
      </w:r>
      <w:proofErr w:type="spellEnd"/>
      <w:r w:rsidRPr="0025334A">
        <w:t xml:space="preserve"> </w:t>
      </w:r>
      <w:proofErr w:type="spellStart"/>
      <w:r w:rsidRPr="0025334A">
        <w:t>estimată</w:t>
      </w:r>
      <w:proofErr w:type="spellEnd"/>
      <w:r w:rsidRPr="0025334A">
        <w:t xml:space="preserve"> de 130 </w:t>
      </w:r>
      <w:proofErr w:type="spellStart"/>
      <w:r w:rsidRPr="0025334A">
        <w:t>meniuri</w:t>
      </w:r>
      <w:proofErr w:type="spellEnd"/>
      <w:r w:rsidRPr="0025334A">
        <w:t xml:space="preserve">/zi, </w:t>
      </w:r>
      <w:proofErr w:type="spellStart"/>
      <w:r w:rsidRPr="0025334A">
        <w:t>numărul</w:t>
      </w:r>
      <w:proofErr w:type="spellEnd"/>
      <w:r w:rsidRPr="0025334A">
        <w:t xml:space="preserve"> de </w:t>
      </w:r>
      <w:proofErr w:type="spellStart"/>
      <w:r w:rsidRPr="0025334A">
        <w:t>regimuri</w:t>
      </w:r>
      <w:proofErr w:type="spellEnd"/>
      <w:r w:rsidRPr="0025334A">
        <w:t xml:space="preserve"> </w:t>
      </w:r>
      <w:proofErr w:type="spellStart"/>
      <w:r w:rsidRPr="0025334A">
        <w:t>și</w:t>
      </w:r>
      <w:proofErr w:type="spellEnd"/>
      <w:r w:rsidRPr="0025334A">
        <w:t xml:space="preserve"> </w:t>
      </w:r>
      <w:proofErr w:type="spellStart"/>
      <w:r w:rsidRPr="0025334A">
        <w:t>texturi</w:t>
      </w:r>
      <w:proofErr w:type="spellEnd"/>
      <w:r w:rsidRPr="0025334A">
        <w:t xml:space="preserve"> solicitate, </w:t>
      </w:r>
      <w:proofErr w:type="spellStart"/>
      <w:r w:rsidRPr="0025334A">
        <w:t>programul</w:t>
      </w:r>
      <w:proofErr w:type="spellEnd"/>
      <w:r w:rsidRPr="0025334A">
        <w:t xml:space="preserve"> de </w:t>
      </w:r>
      <w:proofErr w:type="spellStart"/>
      <w:r w:rsidRPr="0025334A">
        <w:t>livrare</w:t>
      </w:r>
      <w:proofErr w:type="spellEnd"/>
      <w:r w:rsidRPr="0025334A">
        <w:t xml:space="preserve"> </w:t>
      </w:r>
      <w:proofErr w:type="spellStart"/>
      <w:r w:rsidRPr="0025334A">
        <w:t>în</w:t>
      </w:r>
      <w:proofErr w:type="spellEnd"/>
      <w:r w:rsidRPr="0025334A">
        <w:t xml:space="preserve"> </w:t>
      </w:r>
      <w:proofErr w:type="spellStart"/>
      <w:r w:rsidRPr="0025334A">
        <w:t>cele</w:t>
      </w:r>
      <w:proofErr w:type="spellEnd"/>
      <w:r w:rsidRPr="0025334A">
        <w:t xml:space="preserve"> </w:t>
      </w:r>
      <w:proofErr w:type="spellStart"/>
      <w:r w:rsidRPr="0025334A">
        <w:t>trei</w:t>
      </w:r>
      <w:proofErr w:type="spellEnd"/>
      <w:r w:rsidRPr="0025334A">
        <w:t xml:space="preserve"> </w:t>
      </w:r>
      <w:proofErr w:type="spellStart"/>
      <w:r w:rsidRPr="0025334A">
        <w:t>structuri</w:t>
      </w:r>
      <w:proofErr w:type="spellEnd"/>
      <w:r w:rsidRPr="0025334A">
        <w:t xml:space="preserve"> </w:t>
      </w:r>
      <w:proofErr w:type="spellStart"/>
      <w:r w:rsidRPr="0025334A">
        <w:t>și</w:t>
      </w:r>
      <w:proofErr w:type="spellEnd"/>
      <w:r w:rsidRPr="0025334A">
        <w:t xml:space="preserve"> </w:t>
      </w:r>
      <w:proofErr w:type="spellStart"/>
      <w:r w:rsidRPr="0025334A">
        <w:t>obligația</w:t>
      </w:r>
      <w:proofErr w:type="spellEnd"/>
      <w:r w:rsidRPr="0025334A">
        <w:t xml:space="preserve"> de </w:t>
      </w:r>
      <w:proofErr w:type="spellStart"/>
      <w:r w:rsidRPr="0025334A">
        <w:t>continuitate</w:t>
      </w:r>
      <w:proofErr w:type="spellEnd"/>
      <w:r w:rsidRPr="0025334A">
        <w:t xml:space="preserve"> 7 </w:t>
      </w:r>
      <w:proofErr w:type="spellStart"/>
      <w:r w:rsidRPr="0025334A">
        <w:t>zile</w:t>
      </w:r>
      <w:proofErr w:type="spellEnd"/>
      <w:r w:rsidRPr="0025334A">
        <w:t xml:space="preserve"> din 7. </w:t>
      </w:r>
    </w:p>
    <w:p w14:paraId="614F1479" w14:textId="07057911" w:rsidR="0045689A" w:rsidRPr="0025334A" w:rsidRDefault="0045689A">
      <w:pPr>
        <w:spacing w:after="50" w:line="247" w:lineRule="auto"/>
      </w:pPr>
      <w:r w:rsidRPr="0045689A">
        <w:rPr>
          <w:lang w:val="ro-RO"/>
        </w:rPr>
        <w:t xml:space="preserve">Pentru realizarea activităților în cadrul Acordului - cadru, Autoritatea Contractantă anticipează că sunt necesare următoarele categorii de personal: </w:t>
      </w:r>
    </w:p>
    <w:tbl>
      <w:tblPr>
        <w:tblStyle w:val="TableGrid"/>
        <w:tblW w:w="0" w:type="auto"/>
        <w:jc w:val="center"/>
        <w:tblLook w:val="04A0" w:firstRow="1" w:lastRow="0" w:firstColumn="1" w:lastColumn="0" w:noHBand="0" w:noVBand="1"/>
      </w:tblPr>
      <w:tblGrid>
        <w:gridCol w:w="1638"/>
        <w:gridCol w:w="4282"/>
        <w:gridCol w:w="4048"/>
      </w:tblGrid>
      <w:tr w:rsidR="0045689A" w:rsidRPr="003D42A0" w14:paraId="7DFB0B87" w14:textId="77777777" w:rsidTr="006E4A09">
        <w:trPr>
          <w:cantSplit/>
          <w:trHeight w:val="726"/>
          <w:tblHeader/>
          <w:jc w:val="center"/>
        </w:trPr>
        <w:tc>
          <w:tcPr>
            <w:tcW w:w="0" w:type="auto"/>
            <w:vAlign w:val="center"/>
          </w:tcPr>
          <w:p w14:paraId="2E25D43A" w14:textId="77777777" w:rsidR="0045689A" w:rsidRPr="003D42A0" w:rsidRDefault="0045689A" w:rsidP="0025334A">
            <w:pPr>
              <w:ind w:firstLine="0"/>
              <w:jc w:val="center"/>
              <w:rPr>
                <w:sz w:val="22"/>
                <w:szCs w:val="32"/>
              </w:rPr>
            </w:pPr>
            <w:r w:rsidRPr="003D42A0">
              <w:rPr>
                <w:b/>
                <w:sz w:val="22"/>
                <w:szCs w:val="32"/>
              </w:rPr>
              <w:t>Rol minim</w:t>
            </w:r>
          </w:p>
        </w:tc>
        <w:tc>
          <w:tcPr>
            <w:tcW w:w="4282" w:type="dxa"/>
            <w:vAlign w:val="center"/>
          </w:tcPr>
          <w:p w14:paraId="7C4B9294" w14:textId="2444A273" w:rsidR="0045689A" w:rsidRPr="003D42A0" w:rsidRDefault="0045689A" w:rsidP="0025334A">
            <w:pPr>
              <w:ind w:firstLine="0"/>
              <w:jc w:val="center"/>
              <w:rPr>
                <w:sz w:val="22"/>
                <w:szCs w:val="32"/>
              </w:rPr>
            </w:pPr>
            <w:proofErr w:type="spellStart"/>
            <w:r w:rsidRPr="003D42A0">
              <w:rPr>
                <w:b/>
                <w:sz w:val="22"/>
                <w:szCs w:val="32"/>
              </w:rPr>
              <w:t>Cerință</w:t>
            </w:r>
            <w:proofErr w:type="spellEnd"/>
          </w:p>
        </w:tc>
        <w:tc>
          <w:tcPr>
            <w:tcW w:w="4048" w:type="dxa"/>
            <w:vAlign w:val="center"/>
          </w:tcPr>
          <w:p w14:paraId="7A432BFA" w14:textId="77777777" w:rsidR="0045689A" w:rsidRPr="003D42A0" w:rsidRDefault="0045689A" w:rsidP="0025334A">
            <w:pPr>
              <w:ind w:firstLine="0"/>
              <w:jc w:val="center"/>
              <w:rPr>
                <w:sz w:val="22"/>
                <w:szCs w:val="32"/>
              </w:rPr>
            </w:pPr>
            <w:proofErr w:type="spellStart"/>
            <w:r w:rsidRPr="003D42A0">
              <w:rPr>
                <w:b/>
                <w:sz w:val="22"/>
                <w:szCs w:val="32"/>
              </w:rPr>
              <w:t>Dovada</w:t>
            </w:r>
            <w:proofErr w:type="spellEnd"/>
            <w:r w:rsidRPr="003D42A0">
              <w:rPr>
                <w:b/>
                <w:sz w:val="22"/>
                <w:szCs w:val="32"/>
              </w:rPr>
              <w:t xml:space="preserve"> </w:t>
            </w:r>
            <w:proofErr w:type="spellStart"/>
            <w:r w:rsidRPr="003D42A0">
              <w:rPr>
                <w:b/>
                <w:sz w:val="22"/>
                <w:szCs w:val="32"/>
              </w:rPr>
              <w:t>solicitată</w:t>
            </w:r>
            <w:proofErr w:type="spellEnd"/>
          </w:p>
        </w:tc>
      </w:tr>
      <w:tr w:rsidR="0045689A" w:rsidRPr="003D42A0" w14:paraId="258AA608" w14:textId="77777777" w:rsidTr="006E4A09">
        <w:trPr>
          <w:cantSplit/>
          <w:jc w:val="center"/>
        </w:trPr>
        <w:tc>
          <w:tcPr>
            <w:tcW w:w="0" w:type="auto"/>
            <w:vAlign w:val="center"/>
          </w:tcPr>
          <w:p w14:paraId="22F64809" w14:textId="77777777" w:rsidR="0045689A" w:rsidRPr="003D42A0" w:rsidRDefault="0045689A" w:rsidP="0025334A">
            <w:pPr>
              <w:ind w:firstLine="0"/>
              <w:jc w:val="left"/>
              <w:rPr>
                <w:sz w:val="22"/>
                <w:szCs w:val="32"/>
              </w:rPr>
            </w:pPr>
            <w:proofErr w:type="spellStart"/>
            <w:r w:rsidRPr="003D42A0">
              <w:rPr>
                <w:sz w:val="22"/>
                <w:szCs w:val="32"/>
              </w:rPr>
              <w:t>Coordonator</w:t>
            </w:r>
            <w:proofErr w:type="spellEnd"/>
            <w:r w:rsidRPr="003D42A0">
              <w:rPr>
                <w:sz w:val="22"/>
                <w:szCs w:val="32"/>
              </w:rPr>
              <w:t xml:space="preserve"> </w:t>
            </w:r>
            <w:proofErr w:type="spellStart"/>
            <w:r w:rsidRPr="003D42A0">
              <w:rPr>
                <w:sz w:val="22"/>
                <w:szCs w:val="32"/>
              </w:rPr>
              <w:t>operațional</w:t>
            </w:r>
            <w:proofErr w:type="spellEnd"/>
            <w:r w:rsidRPr="003D42A0">
              <w:rPr>
                <w:sz w:val="22"/>
                <w:szCs w:val="32"/>
              </w:rPr>
              <w:t xml:space="preserve"> / </w:t>
            </w:r>
            <w:proofErr w:type="spellStart"/>
            <w:r w:rsidRPr="003D42A0">
              <w:rPr>
                <w:sz w:val="22"/>
                <w:szCs w:val="32"/>
              </w:rPr>
              <w:t>responsabil</w:t>
            </w:r>
            <w:proofErr w:type="spellEnd"/>
            <w:r w:rsidRPr="003D42A0">
              <w:rPr>
                <w:sz w:val="22"/>
                <w:szCs w:val="32"/>
              </w:rPr>
              <w:t xml:space="preserve"> de contract</w:t>
            </w:r>
          </w:p>
        </w:tc>
        <w:tc>
          <w:tcPr>
            <w:tcW w:w="4282" w:type="dxa"/>
            <w:vAlign w:val="center"/>
          </w:tcPr>
          <w:p w14:paraId="2B43CF13" w14:textId="709FAE4A" w:rsidR="0045689A" w:rsidRPr="003D42A0" w:rsidRDefault="0045689A" w:rsidP="0025334A">
            <w:pPr>
              <w:ind w:firstLine="0"/>
              <w:jc w:val="left"/>
              <w:rPr>
                <w:sz w:val="22"/>
                <w:szCs w:val="32"/>
              </w:rPr>
            </w:pPr>
            <w:r w:rsidRPr="0045689A">
              <w:rPr>
                <w:b/>
                <w:bCs/>
                <w:i/>
                <w:iCs/>
                <w:sz w:val="22"/>
                <w:szCs w:val="32"/>
              </w:rPr>
              <w:t xml:space="preserve">Minimum 1 </w:t>
            </w:r>
            <w:proofErr w:type="spellStart"/>
            <w:r w:rsidRPr="0045689A">
              <w:rPr>
                <w:b/>
                <w:bCs/>
                <w:i/>
                <w:iCs/>
                <w:sz w:val="22"/>
                <w:szCs w:val="32"/>
              </w:rPr>
              <w:t>persoană</w:t>
            </w:r>
            <w:proofErr w:type="spellEnd"/>
            <w:r w:rsidRPr="003D42A0">
              <w:rPr>
                <w:sz w:val="22"/>
                <w:szCs w:val="32"/>
              </w:rPr>
              <w:t xml:space="preserve"> </w:t>
            </w:r>
            <w:proofErr w:type="spellStart"/>
            <w:r w:rsidRPr="003D42A0">
              <w:rPr>
                <w:sz w:val="22"/>
                <w:szCs w:val="32"/>
              </w:rPr>
              <w:t>desemnată</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un </w:t>
            </w:r>
            <w:proofErr w:type="spellStart"/>
            <w:r w:rsidRPr="003D42A0">
              <w:rPr>
                <w:sz w:val="22"/>
                <w:szCs w:val="32"/>
              </w:rPr>
              <w:t>mecanism</w:t>
            </w:r>
            <w:proofErr w:type="spellEnd"/>
            <w:r w:rsidRPr="003D42A0">
              <w:rPr>
                <w:sz w:val="22"/>
                <w:szCs w:val="32"/>
              </w:rPr>
              <w:t xml:space="preserve"> </w:t>
            </w:r>
            <w:proofErr w:type="spellStart"/>
            <w:r w:rsidRPr="003D42A0">
              <w:rPr>
                <w:sz w:val="22"/>
                <w:szCs w:val="32"/>
              </w:rPr>
              <w:t>clar</w:t>
            </w:r>
            <w:proofErr w:type="spellEnd"/>
            <w:r w:rsidRPr="003D42A0">
              <w:rPr>
                <w:sz w:val="22"/>
                <w:szCs w:val="32"/>
              </w:rPr>
              <w:t xml:space="preserve"> de </w:t>
            </w:r>
            <w:proofErr w:type="spellStart"/>
            <w:r w:rsidRPr="003D42A0">
              <w:rPr>
                <w:sz w:val="22"/>
                <w:szCs w:val="32"/>
              </w:rPr>
              <w:t>înlocuire</w:t>
            </w:r>
            <w:proofErr w:type="spellEnd"/>
            <w:r w:rsidRPr="003D42A0">
              <w:rPr>
                <w:sz w:val="22"/>
                <w:szCs w:val="32"/>
              </w:rPr>
              <w:t xml:space="preserve">. </w:t>
            </w:r>
          </w:p>
          <w:p w14:paraId="2B428B34" w14:textId="77777777" w:rsidR="0045689A" w:rsidRPr="003D42A0" w:rsidRDefault="0045689A" w:rsidP="0025334A">
            <w:pPr>
              <w:ind w:firstLine="0"/>
              <w:jc w:val="left"/>
              <w:rPr>
                <w:sz w:val="22"/>
                <w:szCs w:val="32"/>
              </w:rPr>
            </w:pPr>
            <w:proofErr w:type="spellStart"/>
            <w:r w:rsidRPr="003D42A0">
              <w:rPr>
                <w:sz w:val="22"/>
                <w:szCs w:val="32"/>
              </w:rPr>
              <w:t>Coordonează</w:t>
            </w:r>
            <w:proofErr w:type="spellEnd"/>
            <w:r w:rsidRPr="003D42A0">
              <w:rPr>
                <w:sz w:val="22"/>
                <w:szCs w:val="32"/>
              </w:rPr>
              <w:t xml:space="preserve"> </w:t>
            </w:r>
            <w:proofErr w:type="spellStart"/>
            <w:r w:rsidRPr="003D42A0">
              <w:rPr>
                <w:sz w:val="22"/>
                <w:szCs w:val="32"/>
              </w:rPr>
              <w:t>comenzile</w:t>
            </w:r>
            <w:proofErr w:type="spellEnd"/>
            <w:r w:rsidRPr="003D42A0">
              <w:rPr>
                <w:sz w:val="22"/>
                <w:szCs w:val="32"/>
              </w:rPr>
              <w:t xml:space="preserve">, </w:t>
            </w:r>
            <w:proofErr w:type="spellStart"/>
            <w:r w:rsidRPr="003D42A0">
              <w:rPr>
                <w:sz w:val="22"/>
                <w:szCs w:val="32"/>
              </w:rPr>
              <w:t>meniurile</w:t>
            </w:r>
            <w:proofErr w:type="spellEnd"/>
            <w:r w:rsidRPr="003D42A0">
              <w:rPr>
                <w:sz w:val="22"/>
                <w:szCs w:val="32"/>
              </w:rPr>
              <w:t xml:space="preserve">, </w:t>
            </w:r>
            <w:proofErr w:type="spellStart"/>
            <w:r w:rsidRPr="003D42A0">
              <w:rPr>
                <w:sz w:val="22"/>
                <w:szCs w:val="32"/>
              </w:rPr>
              <w:t>producția</w:t>
            </w:r>
            <w:proofErr w:type="spellEnd"/>
            <w:r w:rsidRPr="003D42A0">
              <w:rPr>
                <w:sz w:val="22"/>
                <w:szCs w:val="32"/>
              </w:rPr>
              <w:t xml:space="preserve">, </w:t>
            </w:r>
            <w:proofErr w:type="spellStart"/>
            <w:r w:rsidRPr="003D42A0">
              <w:rPr>
                <w:sz w:val="22"/>
                <w:szCs w:val="32"/>
              </w:rPr>
              <w:t>livrările</w:t>
            </w:r>
            <w:proofErr w:type="spellEnd"/>
            <w:r w:rsidRPr="003D42A0">
              <w:rPr>
                <w:sz w:val="22"/>
                <w:szCs w:val="32"/>
              </w:rPr>
              <w:t xml:space="preserve">, </w:t>
            </w:r>
            <w:proofErr w:type="spellStart"/>
            <w:r w:rsidRPr="003D42A0">
              <w:rPr>
                <w:sz w:val="22"/>
                <w:szCs w:val="32"/>
              </w:rPr>
              <w:t>documentele</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w:t>
            </w:r>
            <w:proofErr w:type="spellStart"/>
            <w:r w:rsidRPr="003D42A0">
              <w:rPr>
                <w:sz w:val="22"/>
                <w:szCs w:val="32"/>
              </w:rPr>
              <w:t>neconformitățile</w:t>
            </w:r>
            <w:proofErr w:type="spellEnd"/>
            <w:r w:rsidRPr="003D42A0">
              <w:rPr>
                <w:sz w:val="22"/>
                <w:szCs w:val="32"/>
              </w:rPr>
              <w:t>.</w:t>
            </w:r>
          </w:p>
          <w:p w14:paraId="5D363CD6" w14:textId="581495C4" w:rsidR="0045689A" w:rsidRPr="0045689A" w:rsidRDefault="0045689A" w:rsidP="0025334A">
            <w:pPr>
              <w:ind w:firstLine="0"/>
              <w:jc w:val="left"/>
              <w:rPr>
                <w:bCs/>
                <w:sz w:val="22"/>
                <w:szCs w:val="32"/>
              </w:rPr>
            </w:pPr>
            <w:r w:rsidRPr="0045689A">
              <w:rPr>
                <w:b/>
                <w:i/>
                <w:iCs/>
                <w:sz w:val="22"/>
                <w:szCs w:val="32"/>
                <w:lang w:val="ro-RO"/>
              </w:rPr>
              <w:t>Experienta minima: 1 an</w:t>
            </w:r>
            <w:r>
              <w:rPr>
                <w:bCs/>
                <w:sz w:val="22"/>
                <w:szCs w:val="32"/>
                <w:lang w:val="ro-RO"/>
              </w:rPr>
              <w:t xml:space="preserve"> i</w:t>
            </w:r>
            <w:r w:rsidRPr="0045689A">
              <w:rPr>
                <w:bCs/>
                <w:sz w:val="22"/>
                <w:szCs w:val="32"/>
              </w:rPr>
              <w:t xml:space="preserve">n </w:t>
            </w:r>
            <w:proofErr w:type="spellStart"/>
            <w:r w:rsidRPr="0045689A">
              <w:rPr>
                <w:bCs/>
                <w:sz w:val="22"/>
                <w:szCs w:val="32"/>
              </w:rPr>
              <w:t>activități</w:t>
            </w:r>
            <w:proofErr w:type="spellEnd"/>
            <w:r w:rsidRPr="0045689A">
              <w:rPr>
                <w:bCs/>
                <w:sz w:val="22"/>
                <w:szCs w:val="32"/>
              </w:rPr>
              <w:t xml:space="preserve"> de </w:t>
            </w:r>
            <w:proofErr w:type="spellStart"/>
            <w:r w:rsidRPr="0045689A">
              <w:rPr>
                <w:bCs/>
                <w:sz w:val="22"/>
                <w:szCs w:val="32"/>
              </w:rPr>
              <w:t>coordonare</w:t>
            </w:r>
            <w:proofErr w:type="spellEnd"/>
            <w:r w:rsidRPr="0045689A">
              <w:rPr>
                <w:bCs/>
                <w:sz w:val="22"/>
                <w:szCs w:val="32"/>
              </w:rPr>
              <w:t xml:space="preserve"> </w:t>
            </w:r>
            <w:proofErr w:type="spellStart"/>
            <w:r w:rsidRPr="0045689A">
              <w:rPr>
                <w:bCs/>
                <w:sz w:val="22"/>
                <w:szCs w:val="32"/>
              </w:rPr>
              <w:t>relevante</w:t>
            </w:r>
            <w:proofErr w:type="spellEnd"/>
            <w:r w:rsidRPr="0045689A">
              <w:rPr>
                <w:bCs/>
                <w:sz w:val="22"/>
                <w:szCs w:val="32"/>
              </w:rPr>
              <w:t xml:space="preserve"> </w:t>
            </w:r>
            <w:proofErr w:type="spellStart"/>
            <w:r w:rsidRPr="0045689A">
              <w:rPr>
                <w:bCs/>
                <w:sz w:val="22"/>
                <w:szCs w:val="32"/>
              </w:rPr>
              <w:t>pentru</w:t>
            </w:r>
            <w:proofErr w:type="spellEnd"/>
            <w:r w:rsidRPr="0045689A">
              <w:rPr>
                <w:bCs/>
                <w:sz w:val="22"/>
                <w:szCs w:val="32"/>
              </w:rPr>
              <w:t xml:space="preserve"> </w:t>
            </w:r>
            <w:proofErr w:type="spellStart"/>
            <w:r w:rsidRPr="0045689A">
              <w:rPr>
                <w:bCs/>
                <w:sz w:val="22"/>
                <w:szCs w:val="32"/>
              </w:rPr>
              <w:t>servicii</w:t>
            </w:r>
            <w:proofErr w:type="spellEnd"/>
            <w:r w:rsidRPr="0045689A">
              <w:rPr>
                <w:bCs/>
                <w:sz w:val="22"/>
                <w:szCs w:val="32"/>
              </w:rPr>
              <w:t xml:space="preserve"> de </w:t>
            </w:r>
            <w:proofErr w:type="spellStart"/>
            <w:r w:rsidRPr="0045689A">
              <w:rPr>
                <w:bCs/>
                <w:sz w:val="22"/>
                <w:szCs w:val="32"/>
              </w:rPr>
              <w:t>alimentație</w:t>
            </w:r>
            <w:proofErr w:type="spellEnd"/>
            <w:r w:rsidRPr="0045689A">
              <w:rPr>
                <w:bCs/>
                <w:sz w:val="22"/>
                <w:szCs w:val="32"/>
              </w:rPr>
              <w:t xml:space="preserve">/catering </w:t>
            </w:r>
            <w:proofErr w:type="spellStart"/>
            <w:r w:rsidRPr="0045689A">
              <w:rPr>
                <w:bCs/>
                <w:sz w:val="22"/>
                <w:szCs w:val="32"/>
              </w:rPr>
              <w:t>sau</w:t>
            </w:r>
            <w:proofErr w:type="spellEnd"/>
            <w:r w:rsidRPr="0045689A">
              <w:rPr>
                <w:bCs/>
                <w:sz w:val="22"/>
                <w:szCs w:val="32"/>
              </w:rPr>
              <w:t xml:space="preserve"> </w:t>
            </w:r>
            <w:proofErr w:type="spellStart"/>
            <w:r w:rsidRPr="0045689A">
              <w:rPr>
                <w:bCs/>
                <w:sz w:val="22"/>
                <w:szCs w:val="32"/>
              </w:rPr>
              <w:t>activități</w:t>
            </w:r>
            <w:proofErr w:type="spellEnd"/>
            <w:r w:rsidRPr="0045689A">
              <w:rPr>
                <w:bCs/>
                <w:sz w:val="22"/>
                <w:szCs w:val="32"/>
              </w:rPr>
              <w:t xml:space="preserve"> </w:t>
            </w:r>
            <w:proofErr w:type="spellStart"/>
            <w:r w:rsidRPr="0045689A">
              <w:rPr>
                <w:bCs/>
                <w:sz w:val="22"/>
                <w:szCs w:val="32"/>
              </w:rPr>
              <w:t>similare</w:t>
            </w:r>
            <w:proofErr w:type="spellEnd"/>
            <w:r w:rsidRPr="0045689A">
              <w:rPr>
                <w:bCs/>
                <w:sz w:val="22"/>
                <w:szCs w:val="32"/>
              </w:rPr>
              <w:t>.</w:t>
            </w:r>
          </w:p>
        </w:tc>
        <w:tc>
          <w:tcPr>
            <w:tcW w:w="4048" w:type="dxa"/>
            <w:vAlign w:val="center"/>
          </w:tcPr>
          <w:p w14:paraId="7CD5D61D" w14:textId="77777777" w:rsidR="0045689A" w:rsidRPr="003D42A0" w:rsidRDefault="0045689A" w:rsidP="0025334A">
            <w:pPr>
              <w:ind w:firstLine="0"/>
              <w:jc w:val="left"/>
              <w:rPr>
                <w:sz w:val="22"/>
                <w:szCs w:val="32"/>
              </w:rPr>
            </w:pPr>
            <w:proofErr w:type="spellStart"/>
            <w:r w:rsidRPr="0045689A">
              <w:rPr>
                <w:b/>
                <w:bCs/>
                <w:sz w:val="22"/>
                <w:szCs w:val="32"/>
              </w:rPr>
              <w:t>În</w:t>
            </w:r>
            <w:proofErr w:type="spellEnd"/>
            <w:r w:rsidRPr="0045689A">
              <w:rPr>
                <w:b/>
                <w:bCs/>
                <w:sz w:val="22"/>
                <w:szCs w:val="32"/>
              </w:rPr>
              <w:t xml:space="preserve"> </w:t>
            </w:r>
            <w:proofErr w:type="spellStart"/>
            <w:r w:rsidRPr="0045689A">
              <w:rPr>
                <w:b/>
                <w:bCs/>
                <w:sz w:val="22"/>
                <w:szCs w:val="32"/>
              </w:rPr>
              <w:t>ofertă</w:t>
            </w:r>
            <w:proofErr w:type="spellEnd"/>
            <w:r w:rsidRPr="003D42A0">
              <w:rPr>
                <w:sz w:val="22"/>
                <w:szCs w:val="32"/>
              </w:rPr>
              <w:t xml:space="preserve">: </w:t>
            </w:r>
            <w:proofErr w:type="spellStart"/>
            <w:r w:rsidRPr="003D42A0">
              <w:rPr>
                <w:sz w:val="22"/>
                <w:szCs w:val="32"/>
              </w:rPr>
              <w:t>nume</w:t>
            </w:r>
            <w:proofErr w:type="spellEnd"/>
            <w:r w:rsidRPr="003D42A0">
              <w:rPr>
                <w:sz w:val="22"/>
                <w:szCs w:val="32"/>
              </w:rPr>
              <w:t>/</w:t>
            </w:r>
            <w:proofErr w:type="spellStart"/>
            <w:r w:rsidRPr="003D42A0">
              <w:rPr>
                <w:sz w:val="22"/>
                <w:szCs w:val="32"/>
              </w:rPr>
              <w:t>poziție</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date </w:t>
            </w:r>
            <w:proofErr w:type="spellStart"/>
            <w:r w:rsidRPr="003D42A0">
              <w:rPr>
                <w:sz w:val="22"/>
                <w:szCs w:val="32"/>
              </w:rPr>
              <w:t>profesionale</w:t>
            </w:r>
            <w:proofErr w:type="spellEnd"/>
            <w:r w:rsidRPr="003D42A0">
              <w:rPr>
                <w:sz w:val="22"/>
                <w:szCs w:val="32"/>
              </w:rPr>
              <w:t xml:space="preserve"> </w:t>
            </w:r>
            <w:proofErr w:type="spellStart"/>
            <w:r w:rsidRPr="003D42A0">
              <w:rPr>
                <w:sz w:val="22"/>
                <w:szCs w:val="32"/>
              </w:rPr>
              <w:t>succinte</w:t>
            </w:r>
            <w:proofErr w:type="spellEnd"/>
            <w:r w:rsidRPr="003D42A0">
              <w:rPr>
                <w:sz w:val="22"/>
                <w:szCs w:val="32"/>
              </w:rPr>
              <w:t xml:space="preserve">, plus </w:t>
            </w:r>
            <w:proofErr w:type="spellStart"/>
            <w:r w:rsidRPr="003D42A0">
              <w:rPr>
                <w:sz w:val="22"/>
                <w:szCs w:val="32"/>
              </w:rPr>
              <w:t>dovada</w:t>
            </w:r>
            <w:proofErr w:type="spellEnd"/>
            <w:r w:rsidRPr="003D42A0">
              <w:rPr>
                <w:sz w:val="22"/>
                <w:szCs w:val="32"/>
              </w:rPr>
              <w:t xml:space="preserve"> </w:t>
            </w:r>
            <w:proofErr w:type="spellStart"/>
            <w:r w:rsidRPr="003D42A0">
              <w:rPr>
                <w:sz w:val="22"/>
                <w:szCs w:val="32"/>
              </w:rPr>
              <w:t>disponibilității</w:t>
            </w:r>
            <w:proofErr w:type="spellEnd"/>
            <w:r w:rsidRPr="003D42A0">
              <w:rPr>
                <w:sz w:val="22"/>
                <w:szCs w:val="32"/>
              </w:rPr>
              <w:t>/</w:t>
            </w:r>
            <w:proofErr w:type="spellStart"/>
            <w:r w:rsidRPr="003D42A0">
              <w:rPr>
                <w:sz w:val="22"/>
                <w:szCs w:val="32"/>
              </w:rPr>
              <w:t>raportului</w:t>
            </w:r>
            <w:proofErr w:type="spellEnd"/>
            <w:r w:rsidRPr="003D42A0">
              <w:rPr>
                <w:sz w:val="22"/>
                <w:szCs w:val="32"/>
              </w:rPr>
              <w:t xml:space="preserve"> juridic </w:t>
            </w:r>
            <w:proofErr w:type="spellStart"/>
            <w:r w:rsidRPr="003D42A0">
              <w:rPr>
                <w:sz w:val="22"/>
                <w:szCs w:val="32"/>
              </w:rPr>
              <w:t>ori</w:t>
            </w:r>
            <w:proofErr w:type="spellEnd"/>
            <w:r w:rsidRPr="003D42A0">
              <w:rPr>
                <w:sz w:val="22"/>
                <w:szCs w:val="32"/>
              </w:rPr>
              <w:t xml:space="preserve"> </w:t>
            </w:r>
            <w:proofErr w:type="spellStart"/>
            <w:r w:rsidRPr="003D42A0">
              <w:rPr>
                <w:sz w:val="22"/>
                <w:szCs w:val="32"/>
              </w:rPr>
              <w:t>angajament</w:t>
            </w:r>
            <w:proofErr w:type="spellEnd"/>
            <w:r w:rsidRPr="003D42A0">
              <w:rPr>
                <w:sz w:val="22"/>
                <w:szCs w:val="32"/>
              </w:rPr>
              <w:t xml:space="preserve"> </w:t>
            </w:r>
            <w:proofErr w:type="spellStart"/>
            <w:r w:rsidRPr="003D42A0">
              <w:rPr>
                <w:sz w:val="22"/>
                <w:szCs w:val="32"/>
              </w:rPr>
              <w:t>ferm</w:t>
            </w:r>
            <w:proofErr w:type="spellEnd"/>
            <w:r w:rsidRPr="003D42A0">
              <w:rPr>
                <w:sz w:val="22"/>
                <w:szCs w:val="32"/>
              </w:rPr>
              <w:t xml:space="preserve">. </w:t>
            </w:r>
          </w:p>
          <w:p w14:paraId="04C8C718" w14:textId="299CBB9A" w:rsidR="0045689A" w:rsidRPr="003D42A0" w:rsidRDefault="0045689A" w:rsidP="0025334A">
            <w:pPr>
              <w:ind w:firstLine="0"/>
              <w:jc w:val="left"/>
              <w:rPr>
                <w:sz w:val="22"/>
                <w:szCs w:val="32"/>
              </w:rPr>
            </w:pPr>
            <w:proofErr w:type="spellStart"/>
            <w:r w:rsidRPr="0045689A">
              <w:rPr>
                <w:b/>
                <w:bCs/>
                <w:sz w:val="22"/>
                <w:szCs w:val="32"/>
              </w:rPr>
              <w:t>Înainte</w:t>
            </w:r>
            <w:proofErr w:type="spellEnd"/>
            <w:r w:rsidRPr="0045689A">
              <w:rPr>
                <w:b/>
                <w:bCs/>
                <w:sz w:val="22"/>
                <w:szCs w:val="32"/>
              </w:rPr>
              <w:t xml:space="preserve"> de </w:t>
            </w:r>
            <w:proofErr w:type="spellStart"/>
            <w:r w:rsidRPr="0045689A">
              <w:rPr>
                <w:b/>
                <w:bCs/>
                <w:sz w:val="22"/>
                <w:szCs w:val="32"/>
              </w:rPr>
              <w:t>prestare</w:t>
            </w:r>
            <w:proofErr w:type="spellEnd"/>
            <w:r w:rsidRPr="003D42A0">
              <w:rPr>
                <w:sz w:val="22"/>
                <w:szCs w:val="32"/>
              </w:rPr>
              <w:t xml:space="preserve">: date de contact </w:t>
            </w:r>
            <w:proofErr w:type="spellStart"/>
            <w:r w:rsidRPr="003D42A0">
              <w:rPr>
                <w:sz w:val="22"/>
                <w:szCs w:val="32"/>
              </w:rPr>
              <w:t>și</w:t>
            </w:r>
            <w:proofErr w:type="spellEnd"/>
            <w:r w:rsidRPr="003D42A0">
              <w:rPr>
                <w:sz w:val="22"/>
                <w:szCs w:val="32"/>
              </w:rPr>
              <w:t xml:space="preserve"> </w:t>
            </w:r>
            <w:proofErr w:type="spellStart"/>
            <w:r w:rsidRPr="003D42A0">
              <w:rPr>
                <w:sz w:val="22"/>
                <w:szCs w:val="32"/>
              </w:rPr>
              <w:t>desemnare</w:t>
            </w:r>
            <w:proofErr w:type="spellEnd"/>
            <w:r w:rsidRPr="003D42A0">
              <w:rPr>
                <w:sz w:val="22"/>
                <w:szCs w:val="32"/>
              </w:rPr>
              <w:t xml:space="preserve"> </w:t>
            </w:r>
            <w:proofErr w:type="spellStart"/>
            <w:r w:rsidRPr="003D42A0">
              <w:rPr>
                <w:sz w:val="22"/>
                <w:szCs w:val="32"/>
              </w:rPr>
              <w:t>internă</w:t>
            </w:r>
            <w:proofErr w:type="spellEnd"/>
            <w:r w:rsidRPr="003D42A0">
              <w:rPr>
                <w:sz w:val="22"/>
                <w:szCs w:val="32"/>
              </w:rPr>
              <w:t>/</w:t>
            </w:r>
            <w:proofErr w:type="spellStart"/>
            <w:r w:rsidRPr="003D42A0">
              <w:rPr>
                <w:sz w:val="22"/>
                <w:szCs w:val="32"/>
              </w:rPr>
              <w:t>contractuală</w:t>
            </w:r>
            <w:proofErr w:type="spellEnd"/>
            <w:r w:rsidRPr="003D42A0">
              <w:rPr>
                <w:sz w:val="22"/>
                <w:szCs w:val="32"/>
              </w:rPr>
              <w:t>.</w:t>
            </w:r>
          </w:p>
        </w:tc>
      </w:tr>
      <w:tr w:rsidR="007600AE" w:rsidRPr="003D42A0" w14:paraId="783F4FD7" w14:textId="77777777" w:rsidTr="006E4A09">
        <w:trPr>
          <w:cantSplit/>
          <w:jc w:val="center"/>
        </w:trPr>
        <w:tc>
          <w:tcPr>
            <w:tcW w:w="0" w:type="auto"/>
            <w:vAlign w:val="center"/>
          </w:tcPr>
          <w:p w14:paraId="6CD639BB" w14:textId="2648C029" w:rsidR="007600AE" w:rsidRPr="003D42A0" w:rsidRDefault="007600AE" w:rsidP="007600AE">
            <w:pPr>
              <w:ind w:firstLine="0"/>
              <w:jc w:val="left"/>
              <w:rPr>
                <w:sz w:val="22"/>
                <w:szCs w:val="32"/>
              </w:rPr>
            </w:pPr>
            <w:proofErr w:type="spellStart"/>
            <w:r w:rsidRPr="003D42A0">
              <w:rPr>
                <w:sz w:val="22"/>
                <w:szCs w:val="32"/>
              </w:rPr>
              <w:t>Bucătar</w:t>
            </w:r>
            <w:proofErr w:type="spellEnd"/>
            <w:r w:rsidRPr="003D42A0">
              <w:rPr>
                <w:sz w:val="22"/>
                <w:szCs w:val="32"/>
              </w:rPr>
              <w:t xml:space="preserve"> </w:t>
            </w:r>
            <w:proofErr w:type="spellStart"/>
            <w:r w:rsidRPr="003D42A0">
              <w:rPr>
                <w:sz w:val="22"/>
                <w:szCs w:val="32"/>
              </w:rPr>
              <w:t>responsabil</w:t>
            </w:r>
            <w:proofErr w:type="spellEnd"/>
            <w:r w:rsidRPr="003D42A0">
              <w:rPr>
                <w:sz w:val="22"/>
                <w:szCs w:val="32"/>
              </w:rPr>
              <w:t xml:space="preserve"> de </w:t>
            </w:r>
            <w:proofErr w:type="spellStart"/>
            <w:r w:rsidRPr="003D42A0">
              <w:rPr>
                <w:sz w:val="22"/>
                <w:szCs w:val="32"/>
              </w:rPr>
              <w:t>producție</w:t>
            </w:r>
            <w:proofErr w:type="spellEnd"/>
          </w:p>
        </w:tc>
        <w:tc>
          <w:tcPr>
            <w:tcW w:w="4282" w:type="dxa"/>
            <w:vAlign w:val="center"/>
          </w:tcPr>
          <w:p w14:paraId="5000BD76" w14:textId="69292EC4" w:rsidR="007600AE" w:rsidRDefault="007600AE" w:rsidP="007600AE">
            <w:pPr>
              <w:ind w:firstLine="0"/>
              <w:jc w:val="left"/>
              <w:rPr>
                <w:sz w:val="22"/>
                <w:szCs w:val="32"/>
              </w:rPr>
            </w:pPr>
            <w:r w:rsidRPr="00CE529E">
              <w:rPr>
                <w:b/>
                <w:bCs/>
                <w:color w:val="F79646" w:themeColor="accent6"/>
                <w:sz w:val="22"/>
                <w:szCs w:val="32"/>
              </w:rPr>
              <w:t xml:space="preserve">Cel </w:t>
            </w:r>
            <w:proofErr w:type="spellStart"/>
            <w:r w:rsidRPr="00CE529E">
              <w:rPr>
                <w:b/>
                <w:bCs/>
                <w:color w:val="F79646" w:themeColor="accent6"/>
                <w:sz w:val="22"/>
                <w:szCs w:val="32"/>
              </w:rPr>
              <w:t>puțin</w:t>
            </w:r>
            <w:proofErr w:type="spellEnd"/>
            <w:r w:rsidRPr="00CE529E">
              <w:rPr>
                <w:b/>
                <w:bCs/>
                <w:color w:val="F79646" w:themeColor="accent6"/>
                <w:sz w:val="22"/>
                <w:szCs w:val="32"/>
              </w:rPr>
              <w:t xml:space="preserve"> </w:t>
            </w:r>
            <w:r w:rsidR="002C1F43" w:rsidRPr="00CE529E">
              <w:rPr>
                <w:b/>
                <w:bCs/>
                <w:color w:val="F79646" w:themeColor="accent6"/>
                <w:sz w:val="22"/>
                <w:szCs w:val="32"/>
              </w:rPr>
              <w:t>1</w:t>
            </w:r>
            <w:r w:rsidRPr="00CE529E">
              <w:rPr>
                <w:b/>
                <w:bCs/>
                <w:color w:val="F79646" w:themeColor="accent6"/>
                <w:sz w:val="22"/>
                <w:szCs w:val="32"/>
              </w:rPr>
              <w:t xml:space="preserve"> ca </w:t>
            </w:r>
            <w:proofErr w:type="spellStart"/>
            <w:r w:rsidRPr="00CE529E">
              <w:rPr>
                <w:b/>
                <w:bCs/>
                <w:color w:val="F79646" w:themeColor="accent6"/>
                <w:sz w:val="22"/>
                <w:szCs w:val="32"/>
              </w:rPr>
              <w:t>bucătar</w:t>
            </w:r>
            <w:proofErr w:type="spellEnd"/>
            <w:r w:rsidRPr="003D42A0">
              <w:rPr>
                <w:sz w:val="22"/>
                <w:szCs w:val="32"/>
              </w:rPr>
              <w:t xml:space="preserve">, </w:t>
            </w:r>
            <w:proofErr w:type="spellStart"/>
            <w:r w:rsidRPr="003D42A0">
              <w:rPr>
                <w:sz w:val="22"/>
                <w:szCs w:val="32"/>
              </w:rPr>
              <w:t>prezent</w:t>
            </w:r>
            <w:r>
              <w:rPr>
                <w:sz w:val="22"/>
                <w:szCs w:val="32"/>
              </w:rPr>
              <w:t>e</w:t>
            </w:r>
            <w:proofErr w:type="spellEnd"/>
            <w:r w:rsidRPr="003D42A0">
              <w:rPr>
                <w:sz w:val="22"/>
                <w:szCs w:val="32"/>
              </w:rPr>
              <w:t xml:space="preserve"> </w:t>
            </w:r>
            <w:proofErr w:type="spellStart"/>
            <w:r w:rsidRPr="003D42A0">
              <w:rPr>
                <w:sz w:val="22"/>
                <w:szCs w:val="32"/>
              </w:rPr>
              <w:t>în</w:t>
            </w:r>
            <w:proofErr w:type="spellEnd"/>
            <w:r w:rsidRPr="003D42A0">
              <w:rPr>
                <w:sz w:val="22"/>
                <w:szCs w:val="32"/>
              </w:rPr>
              <w:t xml:space="preserve"> </w:t>
            </w:r>
            <w:proofErr w:type="spellStart"/>
            <w:r w:rsidRPr="003D42A0">
              <w:rPr>
                <w:sz w:val="22"/>
                <w:szCs w:val="32"/>
              </w:rPr>
              <w:t>intervalele</w:t>
            </w:r>
            <w:proofErr w:type="spellEnd"/>
            <w:r w:rsidRPr="003D42A0">
              <w:rPr>
                <w:sz w:val="22"/>
                <w:szCs w:val="32"/>
              </w:rPr>
              <w:t xml:space="preserve"> de </w:t>
            </w:r>
            <w:proofErr w:type="spellStart"/>
            <w:r w:rsidRPr="003D42A0">
              <w:rPr>
                <w:sz w:val="22"/>
                <w:szCs w:val="32"/>
              </w:rPr>
              <w:t>producție</w:t>
            </w:r>
            <w:proofErr w:type="spellEnd"/>
            <w:r w:rsidRPr="003D42A0">
              <w:rPr>
                <w:sz w:val="22"/>
                <w:szCs w:val="32"/>
              </w:rPr>
              <w:t xml:space="preserve"> </w:t>
            </w:r>
            <w:proofErr w:type="spellStart"/>
            <w:r w:rsidRPr="003D42A0">
              <w:rPr>
                <w:sz w:val="22"/>
                <w:szCs w:val="32"/>
              </w:rPr>
              <w:t>relevante</w:t>
            </w:r>
            <w:proofErr w:type="spellEnd"/>
            <w:r w:rsidRPr="003D42A0">
              <w:rPr>
                <w:sz w:val="22"/>
                <w:szCs w:val="32"/>
              </w:rPr>
              <w:t xml:space="preserve">, cu </w:t>
            </w:r>
            <w:proofErr w:type="spellStart"/>
            <w:r w:rsidRPr="003D42A0">
              <w:rPr>
                <w:sz w:val="22"/>
                <w:szCs w:val="32"/>
              </w:rPr>
              <w:t>soluție</w:t>
            </w:r>
            <w:proofErr w:type="spellEnd"/>
            <w:r w:rsidRPr="003D42A0">
              <w:rPr>
                <w:sz w:val="22"/>
                <w:szCs w:val="32"/>
              </w:rPr>
              <w:t xml:space="preserve"> de </w:t>
            </w:r>
            <w:proofErr w:type="spellStart"/>
            <w:r w:rsidRPr="003D42A0">
              <w:rPr>
                <w:sz w:val="22"/>
                <w:szCs w:val="32"/>
              </w:rPr>
              <w:t>înlocuire</w:t>
            </w:r>
            <w:proofErr w:type="spellEnd"/>
            <w:r w:rsidRPr="003D42A0">
              <w:rPr>
                <w:sz w:val="22"/>
                <w:szCs w:val="32"/>
              </w:rPr>
              <w:t xml:space="preserve"> </w:t>
            </w:r>
            <w:proofErr w:type="spellStart"/>
            <w:r w:rsidRPr="003D42A0">
              <w:rPr>
                <w:sz w:val="22"/>
                <w:szCs w:val="32"/>
              </w:rPr>
              <w:t>pentru</w:t>
            </w:r>
            <w:proofErr w:type="spellEnd"/>
            <w:r w:rsidRPr="003D42A0">
              <w:rPr>
                <w:sz w:val="22"/>
                <w:szCs w:val="32"/>
              </w:rPr>
              <w:t xml:space="preserve"> </w:t>
            </w:r>
            <w:proofErr w:type="spellStart"/>
            <w:r w:rsidRPr="003D42A0">
              <w:rPr>
                <w:sz w:val="22"/>
                <w:szCs w:val="32"/>
              </w:rPr>
              <w:t>absențe</w:t>
            </w:r>
            <w:proofErr w:type="spellEnd"/>
            <w:r w:rsidRPr="003D42A0">
              <w:rPr>
                <w:sz w:val="22"/>
                <w:szCs w:val="32"/>
              </w:rPr>
              <w:t>.</w:t>
            </w:r>
          </w:p>
          <w:p w14:paraId="4771262B" w14:textId="77777777" w:rsidR="007600AE" w:rsidRDefault="007600AE" w:rsidP="007600AE">
            <w:pPr>
              <w:ind w:firstLine="0"/>
              <w:jc w:val="left"/>
              <w:rPr>
                <w:sz w:val="22"/>
                <w:szCs w:val="32"/>
              </w:rPr>
            </w:pPr>
            <w:proofErr w:type="spellStart"/>
            <w:r w:rsidRPr="00182BDB">
              <w:rPr>
                <w:sz w:val="22"/>
                <w:szCs w:val="32"/>
              </w:rPr>
              <w:t>Asigură</w:t>
            </w:r>
            <w:proofErr w:type="spellEnd"/>
            <w:r w:rsidRPr="00182BDB">
              <w:rPr>
                <w:sz w:val="22"/>
                <w:szCs w:val="32"/>
              </w:rPr>
              <w:t xml:space="preserve"> </w:t>
            </w:r>
            <w:proofErr w:type="spellStart"/>
            <w:r w:rsidRPr="00182BDB">
              <w:rPr>
                <w:sz w:val="22"/>
                <w:szCs w:val="32"/>
              </w:rPr>
              <w:t>prepararea</w:t>
            </w:r>
            <w:proofErr w:type="spellEnd"/>
            <w:r w:rsidRPr="00182BDB">
              <w:rPr>
                <w:sz w:val="22"/>
                <w:szCs w:val="32"/>
              </w:rPr>
              <w:t xml:space="preserve"> conform </w:t>
            </w:r>
            <w:proofErr w:type="spellStart"/>
            <w:r w:rsidRPr="00182BDB">
              <w:rPr>
                <w:sz w:val="22"/>
                <w:szCs w:val="32"/>
              </w:rPr>
              <w:t>meniurilor</w:t>
            </w:r>
            <w:proofErr w:type="spellEnd"/>
            <w:r w:rsidRPr="00182BDB">
              <w:rPr>
                <w:sz w:val="22"/>
                <w:szCs w:val="32"/>
              </w:rPr>
              <w:t xml:space="preserve">, </w:t>
            </w:r>
            <w:proofErr w:type="spellStart"/>
            <w:r w:rsidRPr="00182BDB">
              <w:rPr>
                <w:sz w:val="22"/>
                <w:szCs w:val="32"/>
              </w:rPr>
              <w:t>fișelor</w:t>
            </w:r>
            <w:proofErr w:type="spellEnd"/>
            <w:r w:rsidRPr="00182BDB">
              <w:rPr>
                <w:sz w:val="22"/>
                <w:szCs w:val="32"/>
              </w:rPr>
              <w:t xml:space="preserve"> </w:t>
            </w:r>
            <w:proofErr w:type="spellStart"/>
            <w:r w:rsidRPr="00182BDB">
              <w:rPr>
                <w:sz w:val="22"/>
                <w:szCs w:val="32"/>
              </w:rPr>
              <w:t>tehnologice</w:t>
            </w:r>
            <w:proofErr w:type="spellEnd"/>
            <w:r w:rsidRPr="00182BDB">
              <w:rPr>
                <w:sz w:val="22"/>
                <w:szCs w:val="32"/>
              </w:rPr>
              <w:t xml:space="preserve">, </w:t>
            </w:r>
            <w:proofErr w:type="spellStart"/>
            <w:r w:rsidRPr="00182BDB">
              <w:rPr>
                <w:sz w:val="22"/>
                <w:szCs w:val="32"/>
              </w:rPr>
              <w:t>gramajelor</w:t>
            </w:r>
            <w:proofErr w:type="spellEnd"/>
            <w:r w:rsidRPr="00182BDB">
              <w:rPr>
                <w:sz w:val="22"/>
                <w:szCs w:val="32"/>
              </w:rPr>
              <w:t xml:space="preserve">, </w:t>
            </w:r>
            <w:proofErr w:type="spellStart"/>
            <w:r w:rsidRPr="00182BDB">
              <w:rPr>
                <w:sz w:val="22"/>
                <w:szCs w:val="32"/>
              </w:rPr>
              <w:t>regimurilor</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cerințelor</w:t>
            </w:r>
            <w:proofErr w:type="spellEnd"/>
            <w:r w:rsidRPr="00182BDB">
              <w:rPr>
                <w:sz w:val="22"/>
                <w:szCs w:val="32"/>
              </w:rPr>
              <w:t xml:space="preserve"> HACCP. </w:t>
            </w:r>
          </w:p>
          <w:p w14:paraId="7171BB5C" w14:textId="1FD01626" w:rsidR="007600AE" w:rsidRDefault="007600AE" w:rsidP="007600AE">
            <w:pPr>
              <w:ind w:firstLine="0"/>
              <w:jc w:val="left"/>
              <w:rPr>
                <w:sz w:val="22"/>
                <w:szCs w:val="32"/>
              </w:rPr>
            </w:pPr>
            <w:proofErr w:type="spellStart"/>
            <w:r w:rsidRPr="00182BDB">
              <w:rPr>
                <w:b/>
                <w:bCs/>
                <w:i/>
                <w:iCs/>
                <w:sz w:val="22"/>
                <w:szCs w:val="32"/>
              </w:rPr>
              <w:t>Experiență</w:t>
            </w:r>
            <w:proofErr w:type="spellEnd"/>
            <w:r w:rsidRPr="00182BDB">
              <w:rPr>
                <w:b/>
                <w:bCs/>
                <w:i/>
                <w:iCs/>
                <w:sz w:val="22"/>
                <w:szCs w:val="32"/>
              </w:rPr>
              <w:t xml:space="preserve"> </w:t>
            </w:r>
            <w:proofErr w:type="spellStart"/>
            <w:r w:rsidRPr="00182BDB">
              <w:rPr>
                <w:b/>
                <w:bCs/>
                <w:i/>
                <w:iCs/>
                <w:sz w:val="22"/>
                <w:szCs w:val="32"/>
              </w:rPr>
              <w:t>minimă</w:t>
            </w:r>
            <w:proofErr w:type="spellEnd"/>
            <w:r w:rsidRPr="00182BDB">
              <w:rPr>
                <w:b/>
                <w:bCs/>
                <w:i/>
                <w:iCs/>
                <w:sz w:val="22"/>
                <w:szCs w:val="32"/>
              </w:rPr>
              <w:t xml:space="preserve">: </w:t>
            </w:r>
            <w:r w:rsidR="00C6265A">
              <w:rPr>
                <w:b/>
                <w:bCs/>
                <w:i/>
                <w:iCs/>
                <w:sz w:val="22"/>
                <w:szCs w:val="32"/>
              </w:rPr>
              <w:t>1</w:t>
            </w:r>
            <w:r w:rsidRPr="00182BDB">
              <w:rPr>
                <w:b/>
                <w:bCs/>
                <w:i/>
                <w:iCs/>
                <w:sz w:val="22"/>
                <w:szCs w:val="32"/>
              </w:rPr>
              <w:t xml:space="preserve"> an</w:t>
            </w:r>
            <w:r w:rsidRPr="00182BDB">
              <w:rPr>
                <w:sz w:val="22"/>
                <w:szCs w:val="32"/>
              </w:rPr>
              <w:t xml:space="preserve"> </w:t>
            </w:r>
            <w:proofErr w:type="spellStart"/>
            <w:r w:rsidRPr="00182BDB">
              <w:rPr>
                <w:sz w:val="22"/>
                <w:szCs w:val="32"/>
              </w:rPr>
              <w:t>în</w:t>
            </w:r>
            <w:proofErr w:type="spellEnd"/>
            <w:r w:rsidRPr="00182BDB">
              <w:rPr>
                <w:sz w:val="22"/>
                <w:szCs w:val="32"/>
              </w:rPr>
              <w:t xml:space="preserve"> </w:t>
            </w:r>
            <w:proofErr w:type="spellStart"/>
            <w:r w:rsidRPr="00182BDB">
              <w:rPr>
                <w:sz w:val="22"/>
                <w:szCs w:val="32"/>
              </w:rPr>
              <w:t>activități</w:t>
            </w:r>
            <w:proofErr w:type="spellEnd"/>
            <w:r w:rsidRPr="00182BDB">
              <w:rPr>
                <w:sz w:val="22"/>
                <w:szCs w:val="32"/>
              </w:rPr>
              <w:t xml:space="preserve"> de </w:t>
            </w:r>
            <w:proofErr w:type="spellStart"/>
            <w:r w:rsidRPr="00182BDB">
              <w:rPr>
                <w:sz w:val="22"/>
                <w:szCs w:val="32"/>
              </w:rPr>
              <w:t>preparare</w:t>
            </w:r>
            <w:proofErr w:type="spellEnd"/>
            <w:r w:rsidRPr="00182BDB">
              <w:rPr>
                <w:sz w:val="22"/>
                <w:szCs w:val="32"/>
              </w:rPr>
              <w:t xml:space="preserve"> a </w:t>
            </w:r>
            <w:proofErr w:type="spellStart"/>
            <w:r w:rsidRPr="00182BDB">
              <w:rPr>
                <w:sz w:val="22"/>
                <w:szCs w:val="32"/>
              </w:rPr>
              <w:t>hranei</w:t>
            </w:r>
            <w:proofErr w:type="spellEnd"/>
            <w:r w:rsidRPr="00182BDB">
              <w:rPr>
                <w:sz w:val="22"/>
                <w:szCs w:val="32"/>
              </w:rPr>
              <w:t>.</w:t>
            </w:r>
          </w:p>
        </w:tc>
        <w:tc>
          <w:tcPr>
            <w:tcW w:w="4048" w:type="dxa"/>
            <w:vAlign w:val="center"/>
          </w:tcPr>
          <w:p w14:paraId="27797DEE" w14:textId="77777777" w:rsidR="00CD4EEA" w:rsidRDefault="007600AE" w:rsidP="007600AE">
            <w:pPr>
              <w:ind w:firstLine="0"/>
              <w:jc w:val="left"/>
              <w:rPr>
                <w:sz w:val="22"/>
                <w:szCs w:val="32"/>
              </w:rPr>
            </w:pPr>
            <w:proofErr w:type="spellStart"/>
            <w:r w:rsidRPr="00182BDB">
              <w:rPr>
                <w:b/>
                <w:bCs/>
                <w:sz w:val="22"/>
                <w:szCs w:val="32"/>
              </w:rPr>
              <w:t>În</w:t>
            </w:r>
            <w:proofErr w:type="spellEnd"/>
            <w:r w:rsidRPr="00182BDB">
              <w:rPr>
                <w:b/>
                <w:bCs/>
                <w:sz w:val="22"/>
                <w:szCs w:val="32"/>
              </w:rPr>
              <w:t xml:space="preserve"> </w:t>
            </w:r>
            <w:proofErr w:type="spellStart"/>
            <w:r w:rsidRPr="00182BDB">
              <w:rPr>
                <w:b/>
                <w:bCs/>
                <w:sz w:val="22"/>
                <w:szCs w:val="32"/>
              </w:rPr>
              <w:t>ofertă</w:t>
            </w:r>
            <w:proofErr w:type="spellEnd"/>
            <w:r w:rsidRPr="003D42A0">
              <w:rPr>
                <w:sz w:val="22"/>
                <w:szCs w:val="32"/>
              </w:rPr>
              <w:t xml:space="preserve">: </w:t>
            </w:r>
          </w:p>
          <w:p w14:paraId="06DA8FFE" w14:textId="77777777" w:rsidR="00CD4EEA" w:rsidRDefault="00CD4EEA" w:rsidP="007600AE">
            <w:pPr>
              <w:ind w:firstLine="0"/>
              <w:jc w:val="left"/>
              <w:rPr>
                <w:sz w:val="22"/>
                <w:szCs w:val="32"/>
              </w:rPr>
            </w:pPr>
            <w:r>
              <w:rPr>
                <w:sz w:val="22"/>
                <w:szCs w:val="32"/>
              </w:rPr>
              <w:t>-</w:t>
            </w:r>
            <w:proofErr w:type="spellStart"/>
            <w:r w:rsidRPr="00CD4EEA">
              <w:rPr>
                <w:sz w:val="22"/>
                <w:szCs w:val="32"/>
              </w:rPr>
              <w:t>centralizator</w:t>
            </w:r>
            <w:proofErr w:type="spellEnd"/>
            <w:r w:rsidRPr="00CD4EEA">
              <w:rPr>
                <w:sz w:val="22"/>
                <w:szCs w:val="32"/>
              </w:rPr>
              <w:t xml:space="preserve"> cu </w:t>
            </w:r>
            <w:proofErr w:type="spellStart"/>
            <w:r w:rsidRPr="00CD4EEA">
              <w:rPr>
                <w:sz w:val="22"/>
                <w:szCs w:val="32"/>
              </w:rPr>
              <w:t>personalul</w:t>
            </w:r>
            <w:proofErr w:type="spellEnd"/>
            <w:r w:rsidRPr="00CD4EEA">
              <w:rPr>
                <w:sz w:val="22"/>
                <w:szCs w:val="32"/>
              </w:rPr>
              <w:t xml:space="preserve"> </w:t>
            </w:r>
            <w:proofErr w:type="spellStart"/>
            <w:r w:rsidRPr="00CD4EEA">
              <w:rPr>
                <w:sz w:val="22"/>
                <w:szCs w:val="32"/>
              </w:rPr>
              <w:t>angajat</w:t>
            </w:r>
            <w:proofErr w:type="spellEnd"/>
            <w:r w:rsidRPr="00CD4EEA">
              <w:rPr>
                <w:sz w:val="22"/>
                <w:szCs w:val="32"/>
              </w:rPr>
              <w:t xml:space="preserve"> in </w:t>
            </w:r>
            <w:proofErr w:type="spellStart"/>
            <w:r w:rsidRPr="00CD4EEA">
              <w:rPr>
                <w:sz w:val="22"/>
                <w:szCs w:val="32"/>
              </w:rPr>
              <w:t>specialitatea</w:t>
            </w:r>
            <w:proofErr w:type="spellEnd"/>
            <w:r w:rsidRPr="00CD4EEA">
              <w:rPr>
                <w:sz w:val="22"/>
                <w:szCs w:val="32"/>
              </w:rPr>
              <w:t xml:space="preserve"> de </w:t>
            </w:r>
            <w:proofErr w:type="spellStart"/>
            <w:r w:rsidRPr="00CD4EEA">
              <w:rPr>
                <w:sz w:val="22"/>
                <w:szCs w:val="32"/>
              </w:rPr>
              <w:t>bucatar</w:t>
            </w:r>
            <w:proofErr w:type="spellEnd"/>
            <w:r w:rsidRPr="00CD4EEA">
              <w:rPr>
                <w:sz w:val="22"/>
                <w:szCs w:val="32"/>
              </w:rPr>
              <w:t xml:space="preserve"> in </w:t>
            </w:r>
            <w:proofErr w:type="spellStart"/>
            <w:r w:rsidRPr="00CD4EEA">
              <w:rPr>
                <w:sz w:val="22"/>
                <w:szCs w:val="32"/>
              </w:rPr>
              <w:t>ordinea</w:t>
            </w:r>
            <w:proofErr w:type="spellEnd"/>
            <w:r w:rsidRPr="00CD4EEA">
              <w:rPr>
                <w:sz w:val="22"/>
                <w:szCs w:val="32"/>
              </w:rPr>
              <w:t xml:space="preserve"> </w:t>
            </w:r>
            <w:proofErr w:type="spellStart"/>
            <w:r w:rsidRPr="00CD4EEA">
              <w:rPr>
                <w:sz w:val="22"/>
                <w:szCs w:val="32"/>
              </w:rPr>
              <w:t>descrescatoare</w:t>
            </w:r>
            <w:proofErr w:type="spellEnd"/>
            <w:r w:rsidRPr="00CD4EEA">
              <w:rPr>
                <w:sz w:val="22"/>
                <w:szCs w:val="32"/>
              </w:rPr>
              <w:t xml:space="preserve"> a </w:t>
            </w:r>
            <w:proofErr w:type="spellStart"/>
            <w:r w:rsidRPr="00CD4EEA">
              <w:rPr>
                <w:sz w:val="22"/>
                <w:szCs w:val="32"/>
              </w:rPr>
              <w:t>vechimii</w:t>
            </w:r>
            <w:proofErr w:type="spellEnd"/>
            <w:r>
              <w:rPr>
                <w:sz w:val="22"/>
                <w:szCs w:val="32"/>
              </w:rPr>
              <w:t>,</w:t>
            </w:r>
            <w:r w:rsidRPr="00CD4EEA">
              <w:rPr>
                <w:sz w:val="22"/>
                <w:szCs w:val="32"/>
              </w:rPr>
              <w:t xml:space="preserve"> </w:t>
            </w:r>
          </w:p>
          <w:p w14:paraId="1FDF385E" w14:textId="5D9B2D8B" w:rsidR="00BA2D2D" w:rsidRDefault="00BA2D2D" w:rsidP="007600AE">
            <w:pPr>
              <w:ind w:firstLine="0"/>
              <w:jc w:val="left"/>
              <w:rPr>
                <w:sz w:val="22"/>
                <w:szCs w:val="32"/>
              </w:rPr>
            </w:pPr>
            <w:r>
              <w:rPr>
                <w:sz w:val="22"/>
                <w:szCs w:val="32"/>
              </w:rPr>
              <w:t>-</w:t>
            </w:r>
            <w:r>
              <w:t xml:space="preserve"> </w:t>
            </w:r>
            <w:proofErr w:type="spellStart"/>
            <w:r w:rsidRPr="00BA2D2D">
              <w:rPr>
                <w:sz w:val="22"/>
                <w:szCs w:val="32"/>
              </w:rPr>
              <w:t>copie</w:t>
            </w:r>
            <w:proofErr w:type="spellEnd"/>
            <w:r w:rsidRPr="00BA2D2D">
              <w:rPr>
                <w:sz w:val="22"/>
                <w:szCs w:val="32"/>
              </w:rPr>
              <w:t xml:space="preserve"> </w:t>
            </w:r>
            <w:proofErr w:type="spellStart"/>
            <w:r w:rsidRPr="00BA2D2D">
              <w:rPr>
                <w:sz w:val="22"/>
                <w:szCs w:val="32"/>
              </w:rPr>
              <w:t>dupa</w:t>
            </w:r>
            <w:proofErr w:type="spellEnd"/>
            <w:r w:rsidRPr="00BA2D2D">
              <w:rPr>
                <w:sz w:val="22"/>
                <w:szCs w:val="32"/>
              </w:rPr>
              <w:t xml:space="preserve"> </w:t>
            </w:r>
            <w:proofErr w:type="spellStart"/>
            <w:r w:rsidRPr="00BA2D2D">
              <w:rPr>
                <w:sz w:val="22"/>
                <w:szCs w:val="32"/>
              </w:rPr>
              <w:t>contractul</w:t>
            </w:r>
            <w:proofErr w:type="spellEnd"/>
            <w:r w:rsidRPr="00BA2D2D">
              <w:rPr>
                <w:sz w:val="22"/>
                <w:szCs w:val="32"/>
              </w:rPr>
              <w:t xml:space="preserve"> de </w:t>
            </w:r>
            <w:proofErr w:type="spellStart"/>
            <w:r w:rsidRPr="00BA2D2D">
              <w:rPr>
                <w:sz w:val="22"/>
                <w:szCs w:val="32"/>
              </w:rPr>
              <w:t>munca</w:t>
            </w:r>
            <w:proofErr w:type="spellEnd"/>
            <w:r w:rsidRPr="00BA2D2D">
              <w:rPr>
                <w:sz w:val="22"/>
                <w:szCs w:val="32"/>
              </w:rPr>
              <w:t>, extras REVISAL</w:t>
            </w:r>
          </w:p>
          <w:p w14:paraId="6DFB7268" w14:textId="3AF93E5F" w:rsidR="00CD4EEA" w:rsidRDefault="00CD4EEA" w:rsidP="007600AE">
            <w:pPr>
              <w:ind w:firstLine="0"/>
              <w:jc w:val="left"/>
              <w:rPr>
                <w:sz w:val="22"/>
                <w:szCs w:val="32"/>
              </w:rPr>
            </w:pPr>
            <w:r>
              <w:rPr>
                <w:sz w:val="22"/>
                <w:szCs w:val="32"/>
              </w:rPr>
              <w:t>-</w:t>
            </w:r>
            <w:proofErr w:type="spellStart"/>
            <w:r w:rsidR="007600AE" w:rsidRPr="003D42A0">
              <w:rPr>
                <w:sz w:val="22"/>
                <w:szCs w:val="32"/>
              </w:rPr>
              <w:t>certificat</w:t>
            </w:r>
            <w:proofErr w:type="spellEnd"/>
            <w:r w:rsidR="007600AE" w:rsidRPr="003D42A0">
              <w:rPr>
                <w:sz w:val="22"/>
                <w:szCs w:val="32"/>
              </w:rPr>
              <w:t>/</w:t>
            </w:r>
            <w:proofErr w:type="spellStart"/>
            <w:r w:rsidR="007600AE" w:rsidRPr="003D42A0">
              <w:rPr>
                <w:sz w:val="22"/>
                <w:szCs w:val="32"/>
              </w:rPr>
              <w:t>diplomă</w:t>
            </w:r>
            <w:proofErr w:type="spellEnd"/>
            <w:r w:rsidR="007600AE" w:rsidRPr="003D42A0">
              <w:rPr>
                <w:sz w:val="22"/>
                <w:szCs w:val="32"/>
              </w:rPr>
              <w:t xml:space="preserve"> de </w:t>
            </w:r>
            <w:proofErr w:type="spellStart"/>
            <w:r w:rsidR="007600AE" w:rsidRPr="003D42A0">
              <w:rPr>
                <w:sz w:val="22"/>
                <w:szCs w:val="32"/>
              </w:rPr>
              <w:t>calificare</w:t>
            </w:r>
            <w:proofErr w:type="spellEnd"/>
            <w:r w:rsidR="007600AE" w:rsidRPr="003D42A0">
              <w:rPr>
                <w:sz w:val="22"/>
                <w:szCs w:val="32"/>
              </w:rPr>
              <w:t xml:space="preserve"> </w:t>
            </w:r>
            <w:proofErr w:type="spellStart"/>
            <w:r w:rsidR="007600AE" w:rsidRPr="003D42A0">
              <w:rPr>
                <w:sz w:val="22"/>
                <w:szCs w:val="32"/>
              </w:rPr>
              <w:t>sau</w:t>
            </w:r>
            <w:proofErr w:type="spellEnd"/>
            <w:r w:rsidR="007600AE" w:rsidRPr="003D42A0">
              <w:rPr>
                <w:sz w:val="22"/>
                <w:szCs w:val="32"/>
              </w:rPr>
              <w:t xml:space="preserve"> document </w:t>
            </w:r>
            <w:proofErr w:type="spellStart"/>
            <w:r w:rsidR="007600AE" w:rsidRPr="003D42A0">
              <w:rPr>
                <w:sz w:val="22"/>
                <w:szCs w:val="32"/>
              </w:rPr>
              <w:t>echivalent</w:t>
            </w:r>
            <w:proofErr w:type="spellEnd"/>
            <w:r>
              <w:rPr>
                <w:sz w:val="22"/>
                <w:szCs w:val="32"/>
              </w:rPr>
              <w:t>,</w:t>
            </w:r>
          </w:p>
          <w:p w14:paraId="72AB8193" w14:textId="77777777" w:rsidR="00CD4EEA" w:rsidRDefault="00CD4EEA" w:rsidP="007600AE">
            <w:pPr>
              <w:ind w:firstLine="0"/>
              <w:jc w:val="left"/>
              <w:rPr>
                <w:sz w:val="22"/>
                <w:szCs w:val="32"/>
              </w:rPr>
            </w:pPr>
            <w:r>
              <w:rPr>
                <w:sz w:val="22"/>
                <w:szCs w:val="32"/>
              </w:rPr>
              <w:t>-CV,</w:t>
            </w:r>
            <w:r w:rsidR="007600AE" w:rsidRPr="003D42A0">
              <w:rPr>
                <w:sz w:val="22"/>
                <w:szCs w:val="32"/>
              </w:rPr>
              <w:t xml:space="preserve"> </w:t>
            </w:r>
          </w:p>
          <w:p w14:paraId="715CD946" w14:textId="252F2635" w:rsidR="00CD4EEA" w:rsidRDefault="00CD4EEA" w:rsidP="007600AE">
            <w:pPr>
              <w:ind w:firstLine="0"/>
              <w:jc w:val="left"/>
              <w:rPr>
                <w:sz w:val="22"/>
                <w:szCs w:val="32"/>
              </w:rPr>
            </w:pPr>
            <w:r>
              <w:rPr>
                <w:sz w:val="22"/>
                <w:szCs w:val="32"/>
              </w:rPr>
              <w:t>-</w:t>
            </w:r>
            <w:r w:rsidR="007600AE" w:rsidRPr="003D42A0">
              <w:rPr>
                <w:sz w:val="22"/>
                <w:szCs w:val="32"/>
              </w:rPr>
              <w:t xml:space="preserve"> </w:t>
            </w:r>
            <w:proofErr w:type="spellStart"/>
            <w:r w:rsidR="007600AE" w:rsidRPr="003D42A0">
              <w:rPr>
                <w:sz w:val="22"/>
                <w:szCs w:val="32"/>
              </w:rPr>
              <w:t>dovada</w:t>
            </w:r>
            <w:proofErr w:type="spellEnd"/>
            <w:r w:rsidR="007600AE" w:rsidRPr="003D42A0">
              <w:rPr>
                <w:sz w:val="22"/>
                <w:szCs w:val="32"/>
              </w:rPr>
              <w:t xml:space="preserve"> </w:t>
            </w:r>
            <w:proofErr w:type="spellStart"/>
            <w:r w:rsidR="007600AE" w:rsidRPr="003D42A0">
              <w:rPr>
                <w:sz w:val="22"/>
                <w:szCs w:val="32"/>
              </w:rPr>
              <w:t>disponibilității</w:t>
            </w:r>
            <w:proofErr w:type="spellEnd"/>
            <w:r w:rsidR="007600AE" w:rsidRPr="003D42A0">
              <w:rPr>
                <w:sz w:val="22"/>
                <w:szCs w:val="32"/>
              </w:rPr>
              <w:t xml:space="preserve">. </w:t>
            </w:r>
          </w:p>
          <w:p w14:paraId="332D9F26" w14:textId="1D23616A" w:rsidR="007600AE" w:rsidRPr="0045689A" w:rsidRDefault="007600AE" w:rsidP="007600AE">
            <w:pPr>
              <w:ind w:firstLine="0"/>
              <w:jc w:val="left"/>
              <w:rPr>
                <w:b/>
                <w:bCs/>
                <w:sz w:val="22"/>
                <w:szCs w:val="32"/>
              </w:rPr>
            </w:pPr>
            <w:proofErr w:type="spellStart"/>
            <w:r w:rsidRPr="003D42A0">
              <w:rPr>
                <w:sz w:val="22"/>
                <w:szCs w:val="32"/>
              </w:rPr>
              <w:t>Înlocuitorul</w:t>
            </w:r>
            <w:proofErr w:type="spellEnd"/>
            <w:r w:rsidRPr="003D42A0">
              <w:rPr>
                <w:sz w:val="22"/>
                <w:szCs w:val="32"/>
              </w:rPr>
              <w:t xml:space="preserve"> </w:t>
            </w:r>
            <w:proofErr w:type="spellStart"/>
            <w:r w:rsidRPr="003D42A0">
              <w:rPr>
                <w:sz w:val="22"/>
                <w:szCs w:val="32"/>
              </w:rPr>
              <w:t>poate</w:t>
            </w:r>
            <w:proofErr w:type="spellEnd"/>
            <w:r w:rsidRPr="003D42A0">
              <w:rPr>
                <w:sz w:val="22"/>
                <w:szCs w:val="32"/>
              </w:rPr>
              <w:t xml:space="preserve"> fi </w:t>
            </w:r>
            <w:proofErr w:type="spellStart"/>
            <w:r w:rsidRPr="003D42A0">
              <w:rPr>
                <w:sz w:val="22"/>
                <w:szCs w:val="32"/>
              </w:rPr>
              <w:t>nominalizat</w:t>
            </w:r>
            <w:proofErr w:type="spellEnd"/>
            <w:r w:rsidRPr="003D42A0">
              <w:rPr>
                <w:sz w:val="22"/>
                <w:szCs w:val="32"/>
              </w:rPr>
              <w:t xml:space="preserve"> cel </w:t>
            </w:r>
            <w:proofErr w:type="spellStart"/>
            <w:r w:rsidRPr="003D42A0">
              <w:rPr>
                <w:sz w:val="22"/>
                <w:szCs w:val="32"/>
              </w:rPr>
              <w:t>târziu</w:t>
            </w:r>
            <w:proofErr w:type="spellEnd"/>
            <w:r w:rsidRPr="003D42A0">
              <w:rPr>
                <w:sz w:val="22"/>
                <w:szCs w:val="32"/>
              </w:rPr>
              <w:t xml:space="preserve"> </w:t>
            </w:r>
            <w:proofErr w:type="spellStart"/>
            <w:r w:rsidRPr="003D42A0">
              <w:rPr>
                <w:sz w:val="22"/>
                <w:szCs w:val="32"/>
              </w:rPr>
              <w:t>înainte</w:t>
            </w:r>
            <w:proofErr w:type="spellEnd"/>
            <w:r w:rsidRPr="003D42A0">
              <w:rPr>
                <w:sz w:val="22"/>
                <w:szCs w:val="32"/>
              </w:rPr>
              <w:t xml:space="preserve"> de </w:t>
            </w:r>
            <w:proofErr w:type="spellStart"/>
            <w:r w:rsidRPr="003D42A0">
              <w:rPr>
                <w:sz w:val="22"/>
                <w:szCs w:val="32"/>
              </w:rPr>
              <w:t>începerea</w:t>
            </w:r>
            <w:proofErr w:type="spellEnd"/>
            <w:r w:rsidRPr="003D42A0">
              <w:rPr>
                <w:sz w:val="22"/>
                <w:szCs w:val="32"/>
              </w:rPr>
              <w:t xml:space="preserve"> </w:t>
            </w:r>
            <w:proofErr w:type="spellStart"/>
            <w:r w:rsidRPr="003D42A0">
              <w:rPr>
                <w:sz w:val="22"/>
                <w:szCs w:val="32"/>
              </w:rPr>
              <w:t>prestării</w:t>
            </w:r>
            <w:proofErr w:type="spellEnd"/>
            <w:r w:rsidRPr="003D42A0">
              <w:rPr>
                <w:sz w:val="22"/>
                <w:szCs w:val="32"/>
              </w:rPr>
              <w:t>.</w:t>
            </w:r>
          </w:p>
        </w:tc>
      </w:tr>
      <w:tr w:rsidR="0045689A" w:rsidRPr="003D42A0" w14:paraId="58F56F94" w14:textId="77777777" w:rsidTr="006E4A09">
        <w:trPr>
          <w:cantSplit/>
          <w:jc w:val="center"/>
        </w:trPr>
        <w:tc>
          <w:tcPr>
            <w:tcW w:w="0" w:type="auto"/>
            <w:vAlign w:val="center"/>
          </w:tcPr>
          <w:p w14:paraId="5310513B" w14:textId="77777777" w:rsidR="0045689A" w:rsidRPr="003D42A0" w:rsidRDefault="0045689A" w:rsidP="0025334A">
            <w:pPr>
              <w:ind w:firstLine="0"/>
              <w:jc w:val="left"/>
              <w:rPr>
                <w:sz w:val="22"/>
                <w:szCs w:val="32"/>
              </w:rPr>
            </w:pPr>
            <w:proofErr w:type="spellStart"/>
            <w:r w:rsidRPr="003D42A0">
              <w:rPr>
                <w:sz w:val="22"/>
                <w:szCs w:val="32"/>
              </w:rPr>
              <w:t>Responsabil</w:t>
            </w:r>
            <w:proofErr w:type="spellEnd"/>
            <w:r w:rsidRPr="003D42A0">
              <w:rPr>
                <w:sz w:val="22"/>
                <w:szCs w:val="32"/>
              </w:rPr>
              <w:t xml:space="preserve"> </w:t>
            </w:r>
            <w:proofErr w:type="spellStart"/>
            <w:r w:rsidRPr="003D42A0">
              <w:rPr>
                <w:sz w:val="22"/>
                <w:szCs w:val="32"/>
              </w:rPr>
              <w:t>pentru</w:t>
            </w:r>
            <w:proofErr w:type="spellEnd"/>
            <w:r w:rsidRPr="003D42A0">
              <w:rPr>
                <w:sz w:val="22"/>
                <w:szCs w:val="32"/>
              </w:rPr>
              <w:t xml:space="preserve"> </w:t>
            </w:r>
            <w:proofErr w:type="spellStart"/>
            <w:r w:rsidRPr="003D42A0">
              <w:rPr>
                <w:sz w:val="22"/>
                <w:szCs w:val="32"/>
              </w:rPr>
              <w:t>meniuri</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w:t>
            </w:r>
            <w:proofErr w:type="spellStart"/>
            <w:r w:rsidRPr="003D42A0">
              <w:rPr>
                <w:sz w:val="22"/>
                <w:szCs w:val="32"/>
              </w:rPr>
              <w:t>regimuri</w:t>
            </w:r>
            <w:proofErr w:type="spellEnd"/>
            <w:r w:rsidRPr="003D42A0">
              <w:rPr>
                <w:sz w:val="22"/>
                <w:szCs w:val="32"/>
              </w:rPr>
              <w:t xml:space="preserve"> </w:t>
            </w:r>
            <w:proofErr w:type="spellStart"/>
            <w:r w:rsidRPr="003D42A0">
              <w:rPr>
                <w:sz w:val="22"/>
                <w:szCs w:val="32"/>
              </w:rPr>
              <w:t>alimentare</w:t>
            </w:r>
            <w:proofErr w:type="spellEnd"/>
          </w:p>
        </w:tc>
        <w:tc>
          <w:tcPr>
            <w:tcW w:w="4282" w:type="dxa"/>
            <w:vAlign w:val="center"/>
          </w:tcPr>
          <w:p w14:paraId="2E0C0617" w14:textId="6F6CCF37" w:rsidR="00E04FEA" w:rsidRDefault="0045689A" w:rsidP="0025334A">
            <w:pPr>
              <w:ind w:firstLine="0"/>
              <w:jc w:val="left"/>
              <w:rPr>
                <w:sz w:val="22"/>
                <w:szCs w:val="32"/>
              </w:rPr>
            </w:pPr>
            <w:r>
              <w:rPr>
                <w:sz w:val="22"/>
                <w:szCs w:val="32"/>
              </w:rPr>
              <w:t>Medic nutritionist/</w:t>
            </w:r>
            <w:proofErr w:type="spellStart"/>
            <w:r w:rsidRPr="003D42A0">
              <w:rPr>
                <w:sz w:val="22"/>
                <w:szCs w:val="32"/>
              </w:rPr>
              <w:t>Dietetician</w:t>
            </w:r>
            <w:proofErr w:type="spellEnd"/>
            <w:r w:rsidRPr="003D42A0">
              <w:rPr>
                <w:sz w:val="22"/>
                <w:szCs w:val="32"/>
              </w:rPr>
              <w:t xml:space="preserve"> </w:t>
            </w:r>
            <w:proofErr w:type="spellStart"/>
            <w:r w:rsidRPr="003D42A0">
              <w:rPr>
                <w:sz w:val="22"/>
                <w:szCs w:val="32"/>
              </w:rPr>
              <w:t>autorizat</w:t>
            </w:r>
            <w:proofErr w:type="spellEnd"/>
            <w:r w:rsidRPr="003D42A0">
              <w:rPr>
                <w:sz w:val="22"/>
                <w:szCs w:val="32"/>
              </w:rPr>
              <w:t xml:space="preserve">, </w:t>
            </w:r>
            <w:proofErr w:type="spellStart"/>
            <w:r w:rsidRPr="003D42A0">
              <w:rPr>
                <w:sz w:val="22"/>
                <w:szCs w:val="32"/>
              </w:rPr>
              <w:t>în</w:t>
            </w:r>
            <w:proofErr w:type="spellEnd"/>
            <w:r w:rsidRPr="003D42A0">
              <w:rPr>
                <w:sz w:val="22"/>
                <w:szCs w:val="32"/>
              </w:rPr>
              <w:t xml:space="preserve"> </w:t>
            </w:r>
            <w:proofErr w:type="spellStart"/>
            <w:r w:rsidRPr="003D42A0">
              <w:rPr>
                <w:sz w:val="22"/>
                <w:szCs w:val="32"/>
              </w:rPr>
              <w:t>condițiile</w:t>
            </w:r>
            <w:proofErr w:type="spellEnd"/>
            <w:r w:rsidRPr="003D42A0">
              <w:rPr>
                <w:sz w:val="22"/>
                <w:szCs w:val="32"/>
              </w:rPr>
              <w:t xml:space="preserve"> </w:t>
            </w:r>
            <w:proofErr w:type="spellStart"/>
            <w:r w:rsidRPr="003D42A0">
              <w:rPr>
                <w:sz w:val="22"/>
                <w:szCs w:val="32"/>
              </w:rPr>
              <w:t>Legii</w:t>
            </w:r>
            <w:proofErr w:type="spellEnd"/>
            <w:r w:rsidRPr="003D42A0">
              <w:rPr>
                <w:sz w:val="22"/>
                <w:szCs w:val="32"/>
              </w:rPr>
              <w:t xml:space="preserve"> nr. 256/2015, </w:t>
            </w:r>
            <w:proofErr w:type="spellStart"/>
            <w:r w:rsidRPr="003D42A0">
              <w:rPr>
                <w:sz w:val="22"/>
                <w:szCs w:val="32"/>
              </w:rPr>
              <w:t>sau</w:t>
            </w:r>
            <w:proofErr w:type="spellEnd"/>
            <w:r w:rsidRPr="003D42A0">
              <w:rPr>
                <w:sz w:val="22"/>
                <w:szCs w:val="32"/>
              </w:rPr>
              <w:t xml:space="preserve"> medic cu </w:t>
            </w:r>
            <w:proofErr w:type="spellStart"/>
            <w:r w:rsidRPr="003D42A0">
              <w:rPr>
                <w:sz w:val="22"/>
                <w:szCs w:val="32"/>
              </w:rPr>
              <w:t>drept</w:t>
            </w:r>
            <w:proofErr w:type="spellEnd"/>
            <w:r w:rsidRPr="003D42A0">
              <w:rPr>
                <w:sz w:val="22"/>
                <w:szCs w:val="32"/>
              </w:rPr>
              <w:t xml:space="preserve"> de </w:t>
            </w:r>
            <w:proofErr w:type="spellStart"/>
            <w:r w:rsidRPr="003D42A0">
              <w:rPr>
                <w:sz w:val="22"/>
                <w:szCs w:val="32"/>
              </w:rPr>
              <w:t>practică</w:t>
            </w:r>
            <w:proofErr w:type="spellEnd"/>
            <w:r w:rsidRPr="003D42A0">
              <w:rPr>
                <w:sz w:val="22"/>
                <w:szCs w:val="32"/>
              </w:rPr>
              <w:t xml:space="preserve"> </w:t>
            </w:r>
            <w:proofErr w:type="spellStart"/>
            <w:r w:rsidRPr="003D42A0">
              <w:rPr>
                <w:sz w:val="22"/>
                <w:szCs w:val="32"/>
              </w:rPr>
              <w:t>valabil</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w:t>
            </w:r>
            <w:proofErr w:type="spellStart"/>
            <w:r w:rsidRPr="003D42A0">
              <w:rPr>
                <w:sz w:val="22"/>
                <w:szCs w:val="32"/>
              </w:rPr>
              <w:t>specialitate</w:t>
            </w:r>
            <w:proofErr w:type="spellEnd"/>
            <w:r w:rsidR="00E04FEA">
              <w:rPr>
                <w:sz w:val="22"/>
                <w:szCs w:val="32"/>
              </w:rPr>
              <w:t xml:space="preserve"> </w:t>
            </w:r>
            <w:r w:rsidRPr="003D42A0">
              <w:rPr>
                <w:sz w:val="22"/>
                <w:szCs w:val="32"/>
              </w:rPr>
              <w:t>/</w:t>
            </w:r>
            <w:proofErr w:type="spellStart"/>
            <w:r w:rsidRPr="003D42A0">
              <w:rPr>
                <w:sz w:val="22"/>
                <w:szCs w:val="32"/>
              </w:rPr>
              <w:t>competență</w:t>
            </w:r>
            <w:proofErr w:type="spellEnd"/>
            <w:r w:rsidRPr="003D42A0">
              <w:rPr>
                <w:sz w:val="22"/>
                <w:szCs w:val="32"/>
              </w:rPr>
              <w:t xml:space="preserve"> </w:t>
            </w:r>
            <w:proofErr w:type="spellStart"/>
            <w:r w:rsidRPr="003D42A0">
              <w:rPr>
                <w:sz w:val="22"/>
                <w:szCs w:val="32"/>
              </w:rPr>
              <w:t>relevantă</w:t>
            </w:r>
            <w:proofErr w:type="spellEnd"/>
            <w:r w:rsidRPr="003D42A0">
              <w:rPr>
                <w:sz w:val="22"/>
                <w:szCs w:val="32"/>
              </w:rPr>
              <w:t xml:space="preserve"> </w:t>
            </w:r>
            <w:proofErr w:type="spellStart"/>
            <w:r w:rsidRPr="003D42A0">
              <w:rPr>
                <w:sz w:val="22"/>
                <w:szCs w:val="32"/>
              </w:rPr>
              <w:t>în</w:t>
            </w:r>
            <w:proofErr w:type="spellEnd"/>
            <w:r w:rsidRPr="003D42A0">
              <w:rPr>
                <w:sz w:val="22"/>
                <w:szCs w:val="32"/>
              </w:rPr>
              <w:t xml:space="preserve"> </w:t>
            </w:r>
            <w:proofErr w:type="spellStart"/>
            <w:r w:rsidRPr="003D42A0">
              <w:rPr>
                <w:sz w:val="22"/>
                <w:szCs w:val="32"/>
              </w:rPr>
              <w:t>nutriție</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w:t>
            </w:r>
            <w:proofErr w:type="spellStart"/>
            <w:r w:rsidRPr="003D42A0">
              <w:rPr>
                <w:sz w:val="22"/>
                <w:szCs w:val="32"/>
              </w:rPr>
              <w:t>dietetică</w:t>
            </w:r>
            <w:proofErr w:type="spellEnd"/>
            <w:r w:rsidRPr="003D42A0">
              <w:rPr>
                <w:sz w:val="22"/>
                <w:szCs w:val="32"/>
              </w:rPr>
              <w:t xml:space="preserve">. </w:t>
            </w:r>
          </w:p>
          <w:p w14:paraId="0CBDF7D9" w14:textId="7B7AB8AF" w:rsidR="0045689A" w:rsidRPr="003D42A0" w:rsidRDefault="0045689A" w:rsidP="0025334A">
            <w:pPr>
              <w:ind w:firstLine="0"/>
              <w:jc w:val="left"/>
              <w:rPr>
                <w:sz w:val="22"/>
                <w:szCs w:val="32"/>
              </w:rPr>
            </w:pPr>
            <w:proofErr w:type="spellStart"/>
            <w:r w:rsidRPr="003D42A0">
              <w:rPr>
                <w:sz w:val="22"/>
                <w:szCs w:val="32"/>
              </w:rPr>
              <w:t>Poate</w:t>
            </w:r>
            <w:proofErr w:type="spellEnd"/>
            <w:r w:rsidRPr="003D42A0">
              <w:rPr>
                <w:sz w:val="22"/>
                <w:szCs w:val="32"/>
              </w:rPr>
              <w:t xml:space="preserve"> fi </w:t>
            </w:r>
            <w:proofErr w:type="spellStart"/>
            <w:r w:rsidRPr="003D42A0">
              <w:rPr>
                <w:sz w:val="22"/>
                <w:szCs w:val="32"/>
              </w:rPr>
              <w:t>angajat</w:t>
            </w:r>
            <w:proofErr w:type="spellEnd"/>
            <w:r w:rsidRPr="003D42A0">
              <w:rPr>
                <w:sz w:val="22"/>
                <w:szCs w:val="32"/>
              </w:rPr>
              <w:t xml:space="preserve"> </w:t>
            </w:r>
            <w:proofErr w:type="spellStart"/>
            <w:r w:rsidRPr="003D42A0">
              <w:rPr>
                <w:sz w:val="22"/>
                <w:szCs w:val="32"/>
              </w:rPr>
              <w:t>sau</w:t>
            </w:r>
            <w:proofErr w:type="spellEnd"/>
            <w:r w:rsidRPr="003D42A0">
              <w:rPr>
                <w:sz w:val="22"/>
                <w:szCs w:val="32"/>
              </w:rPr>
              <w:t xml:space="preserve"> </w:t>
            </w:r>
            <w:proofErr w:type="spellStart"/>
            <w:r w:rsidRPr="003D42A0">
              <w:rPr>
                <w:sz w:val="22"/>
                <w:szCs w:val="32"/>
              </w:rPr>
              <w:t>colaborator</w:t>
            </w:r>
            <w:proofErr w:type="spellEnd"/>
            <w:r w:rsidRPr="003D42A0">
              <w:rPr>
                <w:sz w:val="22"/>
                <w:szCs w:val="32"/>
              </w:rPr>
              <w:t xml:space="preserve">. Nu se </w:t>
            </w:r>
            <w:proofErr w:type="spellStart"/>
            <w:r w:rsidRPr="003D42A0">
              <w:rPr>
                <w:sz w:val="22"/>
                <w:szCs w:val="32"/>
              </w:rPr>
              <w:t>impune</w:t>
            </w:r>
            <w:proofErr w:type="spellEnd"/>
            <w:r w:rsidRPr="003D42A0">
              <w:rPr>
                <w:sz w:val="22"/>
                <w:szCs w:val="32"/>
              </w:rPr>
              <w:t xml:space="preserve"> </w:t>
            </w:r>
            <w:proofErr w:type="spellStart"/>
            <w:r w:rsidRPr="003D42A0">
              <w:rPr>
                <w:sz w:val="22"/>
                <w:szCs w:val="32"/>
              </w:rPr>
              <w:t>prezență</w:t>
            </w:r>
            <w:proofErr w:type="spellEnd"/>
            <w:r w:rsidRPr="003D42A0">
              <w:rPr>
                <w:sz w:val="22"/>
                <w:szCs w:val="32"/>
              </w:rPr>
              <w:t xml:space="preserve"> </w:t>
            </w:r>
            <w:proofErr w:type="spellStart"/>
            <w:r w:rsidRPr="003D42A0">
              <w:rPr>
                <w:sz w:val="22"/>
                <w:szCs w:val="32"/>
              </w:rPr>
              <w:t>permanentă</w:t>
            </w:r>
            <w:proofErr w:type="spellEnd"/>
            <w:r w:rsidRPr="003D42A0">
              <w:rPr>
                <w:sz w:val="22"/>
                <w:szCs w:val="32"/>
              </w:rPr>
              <w:t xml:space="preserve"> </w:t>
            </w:r>
            <w:proofErr w:type="spellStart"/>
            <w:r w:rsidRPr="003D42A0">
              <w:rPr>
                <w:sz w:val="22"/>
                <w:szCs w:val="32"/>
              </w:rPr>
              <w:t>în</w:t>
            </w:r>
            <w:proofErr w:type="spellEnd"/>
            <w:r w:rsidRPr="003D42A0">
              <w:rPr>
                <w:sz w:val="22"/>
                <w:szCs w:val="32"/>
              </w:rPr>
              <w:t xml:space="preserve"> </w:t>
            </w:r>
            <w:proofErr w:type="spellStart"/>
            <w:r w:rsidRPr="003D42A0">
              <w:rPr>
                <w:sz w:val="22"/>
                <w:szCs w:val="32"/>
              </w:rPr>
              <w:t>unitatea</w:t>
            </w:r>
            <w:proofErr w:type="spellEnd"/>
            <w:r w:rsidRPr="003D42A0">
              <w:rPr>
                <w:sz w:val="22"/>
                <w:szCs w:val="32"/>
              </w:rPr>
              <w:t xml:space="preserve"> de </w:t>
            </w:r>
            <w:proofErr w:type="spellStart"/>
            <w:r w:rsidRPr="003D42A0">
              <w:rPr>
                <w:sz w:val="22"/>
                <w:szCs w:val="32"/>
              </w:rPr>
              <w:t>preparare</w:t>
            </w:r>
            <w:proofErr w:type="spellEnd"/>
            <w:r w:rsidRPr="003D42A0">
              <w:rPr>
                <w:sz w:val="22"/>
                <w:szCs w:val="32"/>
              </w:rPr>
              <w:t>.</w:t>
            </w:r>
          </w:p>
          <w:p w14:paraId="3409137C" w14:textId="0EBEF8ED" w:rsidR="0045689A" w:rsidRPr="00182BDB" w:rsidRDefault="0045689A" w:rsidP="0025334A">
            <w:pPr>
              <w:ind w:firstLine="0"/>
              <w:jc w:val="left"/>
              <w:rPr>
                <w:bCs/>
                <w:sz w:val="22"/>
                <w:szCs w:val="32"/>
              </w:rPr>
            </w:pPr>
            <w:r w:rsidRPr="0045689A">
              <w:rPr>
                <w:b/>
                <w:i/>
                <w:iCs/>
                <w:sz w:val="22"/>
                <w:szCs w:val="32"/>
                <w:lang w:val="ro-RO"/>
              </w:rPr>
              <w:t>Experienta minima: 3 ani</w:t>
            </w:r>
            <w:r w:rsidR="00182BDB">
              <w:rPr>
                <w:b/>
                <w:i/>
                <w:iCs/>
                <w:sz w:val="22"/>
                <w:szCs w:val="32"/>
                <w:lang w:val="ro-RO"/>
              </w:rPr>
              <w:t xml:space="preserve"> </w:t>
            </w:r>
            <w:proofErr w:type="spellStart"/>
            <w:r w:rsidR="00182BDB" w:rsidRPr="00182BDB">
              <w:rPr>
                <w:bCs/>
                <w:sz w:val="22"/>
                <w:szCs w:val="32"/>
              </w:rPr>
              <w:t>în</w:t>
            </w:r>
            <w:proofErr w:type="spellEnd"/>
            <w:r w:rsidR="00182BDB" w:rsidRPr="00182BDB">
              <w:rPr>
                <w:bCs/>
                <w:sz w:val="22"/>
                <w:szCs w:val="32"/>
              </w:rPr>
              <w:t xml:space="preserve"> </w:t>
            </w:r>
            <w:proofErr w:type="spellStart"/>
            <w:r w:rsidR="00182BDB" w:rsidRPr="00182BDB">
              <w:rPr>
                <w:bCs/>
                <w:sz w:val="22"/>
                <w:szCs w:val="32"/>
              </w:rPr>
              <w:t>activități</w:t>
            </w:r>
            <w:proofErr w:type="spellEnd"/>
            <w:r w:rsidR="00182BDB" w:rsidRPr="00182BDB">
              <w:rPr>
                <w:bCs/>
                <w:sz w:val="22"/>
                <w:szCs w:val="32"/>
              </w:rPr>
              <w:t xml:space="preserve"> </w:t>
            </w:r>
            <w:proofErr w:type="spellStart"/>
            <w:r w:rsidR="00182BDB" w:rsidRPr="00182BDB">
              <w:rPr>
                <w:bCs/>
                <w:sz w:val="22"/>
                <w:szCs w:val="32"/>
              </w:rPr>
              <w:t>relevante</w:t>
            </w:r>
            <w:proofErr w:type="spellEnd"/>
            <w:r w:rsidR="00182BDB" w:rsidRPr="00182BDB">
              <w:rPr>
                <w:bCs/>
                <w:sz w:val="22"/>
                <w:szCs w:val="32"/>
              </w:rPr>
              <w:t xml:space="preserve"> de </w:t>
            </w:r>
            <w:proofErr w:type="spellStart"/>
            <w:r w:rsidR="00182BDB" w:rsidRPr="00182BDB">
              <w:rPr>
                <w:bCs/>
                <w:sz w:val="22"/>
                <w:szCs w:val="32"/>
              </w:rPr>
              <w:t>nutriție</w:t>
            </w:r>
            <w:proofErr w:type="spellEnd"/>
            <w:r w:rsidR="00182BDB" w:rsidRPr="00182BDB">
              <w:rPr>
                <w:bCs/>
                <w:sz w:val="22"/>
                <w:szCs w:val="32"/>
              </w:rPr>
              <w:t>/</w:t>
            </w:r>
            <w:proofErr w:type="spellStart"/>
            <w:r w:rsidR="00182BDB" w:rsidRPr="00182BDB">
              <w:rPr>
                <w:bCs/>
                <w:sz w:val="22"/>
                <w:szCs w:val="32"/>
              </w:rPr>
              <w:t>dietetică</w:t>
            </w:r>
            <w:proofErr w:type="spellEnd"/>
            <w:r w:rsidR="00182BDB" w:rsidRPr="00182BDB">
              <w:rPr>
                <w:bCs/>
                <w:sz w:val="22"/>
                <w:szCs w:val="32"/>
              </w:rPr>
              <w:t>.</w:t>
            </w:r>
          </w:p>
        </w:tc>
        <w:tc>
          <w:tcPr>
            <w:tcW w:w="4048" w:type="dxa"/>
            <w:vAlign w:val="center"/>
          </w:tcPr>
          <w:p w14:paraId="5B498982" w14:textId="77777777" w:rsidR="0045689A" w:rsidRDefault="0045689A" w:rsidP="0025334A">
            <w:pPr>
              <w:ind w:firstLine="0"/>
              <w:jc w:val="left"/>
              <w:rPr>
                <w:sz w:val="22"/>
                <w:szCs w:val="32"/>
              </w:rPr>
            </w:pPr>
            <w:proofErr w:type="spellStart"/>
            <w:r w:rsidRPr="0045689A">
              <w:rPr>
                <w:b/>
                <w:bCs/>
                <w:sz w:val="22"/>
                <w:szCs w:val="32"/>
              </w:rPr>
              <w:t>În</w:t>
            </w:r>
            <w:proofErr w:type="spellEnd"/>
            <w:r w:rsidRPr="0045689A">
              <w:rPr>
                <w:b/>
                <w:bCs/>
                <w:sz w:val="22"/>
                <w:szCs w:val="32"/>
              </w:rPr>
              <w:t xml:space="preserve"> </w:t>
            </w:r>
            <w:proofErr w:type="spellStart"/>
            <w:r w:rsidRPr="0045689A">
              <w:rPr>
                <w:b/>
                <w:bCs/>
                <w:sz w:val="22"/>
                <w:szCs w:val="32"/>
              </w:rPr>
              <w:t>ofertă</w:t>
            </w:r>
            <w:proofErr w:type="spellEnd"/>
            <w:r w:rsidRPr="003D42A0">
              <w:rPr>
                <w:sz w:val="22"/>
                <w:szCs w:val="32"/>
              </w:rPr>
              <w:t xml:space="preserve">: </w:t>
            </w:r>
            <w:proofErr w:type="spellStart"/>
            <w:r w:rsidRPr="003D42A0">
              <w:rPr>
                <w:sz w:val="22"/>
                <w:szCs w:val="32"/>
              </w:rPr>
              <w:t>documente</w:t>
            </w:r>
            <w:proofErr w:type="spellEnd"/>
            <w:r w:rsidRPr="003D42A0">
              <w:rPr>
                <w:sz w:val="22"/>
                <w:szCs w:val="32"/>
              </w:rPr>
              <w:t xml:space="preserve"> care </w:t>
            </w:r>
            <w:proofErr w:type="spellStart"/>
            <w:r w:rsidRPr="003D42A0">
              <w:rPr>
                <w:sz w:val="22"/>
                <w:szCs w:val="32"/>
              </w:rPr>
              <w:t>atestă</w:t>
            </w:r>
            <w:proofErr w:type="spellEnd"/>
            <w:r w:rsidRPr="003D42A0">
              <w:rPr>
                <w:sz w:val="22"/>
                <w:szCs w:val="32"/>
              </w:rPr>
              <w:t xml:space="preserve"> </w:t>
            </w:r>
            <w:proofErr w:type="spellStart"/>
            <w:r w:rsidRPr="003D42A0">
              <w:rPr>
                <w:sz w:val="22"/>
                <w:szCs w:val="32"/>
              </w:rPr>
              <w:t>calificarea</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w:t>
            </w:r>
            <w:proofErr w:type="spellStart"/>
            <w:r w:rsidRPr="003D42A0">
              <w:rPr>
                <w:sz w:val="22"/>
                <w:szCs w:val="32"/>
              </w:rPr>
              <w:t>dreptul</w:t>
            </w:r>
            <w:proofErr w:type="spellEnd"/>
            <w:r w:rsidRPr="003D42A0">
              <w:rPr>
                <w:sz w:val="22"/>
                <w:szCs w:val="32"/>
              </w:rPr>
              <w:t xml:space="preserve"> de </w:t>
            </w:r>
            <w:proofErr w:type="spellStart"/>
            <w:r w:rsidRPr="003D42A0">
              <w:rPr>
                <w:sz w:val="22"/>
                <w:szCs w:val="32"/>
              </w:rPr>
              <w:t>practică</w:t>
            </w:r>
            <w:proofErr w:type="spellEnd"/>
            <w:r w:rsidRPr="003D42A0">
              <w:rPr>
                <w:sz w:val="22"/>
                <w:szCs w:val="32"/>
              </w:rPr>
              <w:t xml:space="preserve"> </w:t>
            </w:r>
            <w:proofErr w:type="spellStart"/>
            <w:r w:rsidRPr="003D42A0">
              <w:rPr>
                <w:sz w:val="22"/>
                <w:szCs w:val="32"/>
              </w:rPr>
              <w:t>valabil</w:t>
            </w:r>
            <w:proofErr w:type="spellEnd"/>
            <w:r w:rsidRPr="003D42A0">
              <w:rPr>
                <w:sz w:val="22"/>
                <w:szCs w:val="32"/>
              </w:rPr>
              <w:t xml:space="preserve">, plus </w:t>
            </w:r>
            <w:proofErr w:type="spellStart"/>
            <w:r w:rsidRPr="003D42A0">
              <w:rPr>
                <w:sz w:val="22"/>
                <w:szCs w:val="32"/>
              </w:rPr>
              <w:t>dovada</w:t>
            </w:r>
            <w:proofErr w:type="spellEnd"/>
            <w:r w:rsidRPr="003D42A0">
              <w:rPr>
                <w:sz w:val="22"/>
                <w:szCs w:val="32"/>
              </w:rPr>
              <w:t xml:space="preserve"> </w:t>
            </w:r>
            <w:proofErr w:type="spellStart"/>
            <w:r w:rsidRPr="003D42A0">
              <w:rPr>
                <w:sz w:val="22"/>
                <w:szCs w:val="32"/>
              </w:rPr>
              <w:t>disponibilității</w:t>
            </w:r>
            <w:proofErr w:type="spellEnd"/>
            <w:r w:rsidRPr="003D42A0">
              <w:rPr>
                <w:sz w:val="22"/>
                <w:szCs w:val="32"/>
              </w:rPr>
              <w:t>/</w:t>
            </w:r>
            <w:proofErr w:type="spellStart"/>
            <w:r w:rsidRPr="003D42A0">
              <w:rPr>
                <w:sz w:val="22"/>
                <w:szCs w:val="32"/>
              </w:rPr>
              <w:t>raportului</w:t>
            </w:r>
            <w:proofErr w:type="spellEnd"/>
            <w:r w:rsidRPr="003D42A0">
              <w:rPr>
                <w:sz w:val="22"/>
                <w:szCs w:val="32"/>
              </w:rPr>
              <w:t xml:space="preserve"> juridic </w:t>
            </w:r>
            <w:proofErr w:type="spellStart"/>
            <w:r w:rsidRPr="003D42A0">
              <w:rPr>
                <w:sz w:val="22"/>
                <w:szCs w:val="32"/>
              </w:rPr>
              <w:t>ori</w:t>
            </w:r>
            <w:proofErr w:type="spellEnd"/>
            <w:r w:rsidRPr="003D42A0">
              <w:rPr>
                <w:sz w:val="22"/>
                <w:szCs w:val="32"/>
              </w:rPr>
              <w:t xml:space="preserve"> </w:t>
            </w:r>
            <w:proofErr w:type="spellStart"/>
            <w:r w:rsidRPr="003D42A0">
              <w:rPr>
                <w:sz w:val="22"/>
                <w:szCs w:val="32"/>
              </w:rPr>
              <w:t>angajament</w:t>
            </w:r>
            <w:proofErr w:type="spellEnd"/>
            <w:r w:rsidRPr="003D42A0">
              <w:rPr>
                <w:sz w:val="22"/>
                <w:szCs w:val="32"/>
              </w:rPr>
              <w:t xml:space="preserve"> </w:t>
            </w:r>
            <w:proofErr w:type="spellStart"/>
            <w:r w:rsidRPr="003D42A0">
              <w:rPr>
                <w:sz w:val="22"/>
                <w:szCs w:val="32"/>
              </w:rPr>
              <w:t>ferm</w:t>
            </w:r>
            <w:proofErr w:type="spellEnd"/>
            <w:r w:rsidRPr="003D42A0">
              <w:rPr>
                <w:sz w:val="22"/>
                <w:szCs w:val="32"/>
              </w:rPr>
              <w:t>.</w:t>
            </w:r>
          </w:p>
          <w:p w14:paraId="5B3D47B9" w14:textId="77777777" w:rsidR="00E04FEA" w:rsidRPr="003D42A0" w:rsidRDefault="00E04FEA" w:rsidP="0025334A">
            <w:pPr>
              <w:ind w:firstLine="0"/>
              <w:jc w:val="left"/>
              <w:rPr>
                <w:sz w:val="22"/>
                <w:szCs w:val="32"/>
              </w:rPr>
            </w:pPr>
          </w:p>
        </w:tc>
      </w:tr>
      <w:tr w:rsidR="0045689A" w:rsidRPr="003D42A0" w14:paraId="433DA13B" w14:textId="77777777" w:rsidTr="006E4A09">
        <w:trPr>
          <w:cantSplit/>
          <w:jc w:val="center"/>
        </w:trPr>
        <w:tc>
          <w:tcPr>
            <w:tcW w:w="0" w:type="auto"/>
            <w:vAlign w:val="center"/>
          </w:tcPr>
          <w:p w14:paraId="543147DB" w14:textId="77777777" w:rsidR="0045689A" w:rsidRPr="003D42A0" w:rsidRDefault="0045689A" w:rsidP="0045689A">
            <w:pPr>
              <w:ind w:firstLine="0"/>
              <w:jc w:val="left"/>
              <w:rPr>
                <w:sz w:val="22"/>
                <w:szCs w:val="32"/>
              </w:rPr>
            </w:pPr>
            <w:r w:rsidRPr="003D42A0">
              <w:rPr>
                <w:sz w:val="22"/>
                <w:szCs w:val="32"/>
              </w:rPr>
              <w:t xml:space="preserve">Personal de </w:t>
            </w:r>
            <w:proofErr w:type="spellStart"/>
            <w:r w:rsidRPr="003D42A0">
              <w:rPr>
                <w:sz w:val="22"/>
                <w:szCs w:val="32"/>
              </w:rPr>
              <w:t>preparare</w:t>
            </w:r>
            <w:proofErr w:type="spellEnd"/>
            <w:r w:rsidRPr="003D42A0">
              <w:rPr>
                <w:sz w:val="22"/>
                <w:szCs w:val="32"/>
              </w:rPr>
              <w:t xml:space="preserve">, </w:t>
            </w:r>
            <w:proofErr w:type="spellStart"/>
            <w:r w:rsidRPr="003D42A0">
              <w:rPr>
                <w:sz w:val="22"/>
                <w:szCs w:val="32"/>
              </w:rPr>
              <w:t>porționare</w:t>
            </w:r>
            <w:proofErr w:type="spellEnd"/>
            <w:r w:rsidRPr="003D42A0">
              <w:rPr>
                <w:sz w:val="22"/>
                <w:szCs w:val="32"/>
              </w:rPr>
              <w:t xml:space="preserve">, </w:t>
            </w:r>
            <w:proofErr w:type="spellStart"/>
            <w:r w:rsidRPr="003D42A0">
              <w:rPr>
                <w:sz w:val="22"/>
                <w:szCs w:val="32"/>
              </w:rPr>
              <w:t>ambalare</w:t>
            </w:r>
            <w:proofErr w:type="spellEnd"/>
            <w:r w:rsidRPr="003D42A0">
              <w:rPr>
                <w:sz w:val="22"/>
                <w:szCs w:val="32"/>
              </w:rPr>
              <w:t xml:space="preserve"> </w:t>
            </w:r>
            <w:proofErr w:type="spellStart"/>
            <w:r w:rsidRPr="003D42A0">
              <w:rPr>
                <w:sz w:val="22"/>
                <w:szCs w:val="32"/>
              </w:rPr>
              <w:t>și</w:t>
            </w:r>
            <w:proofErr w:type="spellEnd"/>
            <w:r w:rsidRPr="003D42A0">
              <w:rPr>
                <w:sz w:val="22"/>
                <w:szCs w:val="32"/>
              </w:rPr>
              <w:t xml:space="preserve"> </w:t>
            </w:r>
            <w:proofErr w:type="spellStart"/>
            <w:r w:rsidRPr="003D42A0">
              <w:rPr>
                <w:sz w:val="22"/>
                <w:szCs w:val="32"/>
              </w:rPr>
              <w:t>igienizare</w:t>
            </w:r>
            <w:proofErr w:type="spellEnd"/>
          </w:p>
        </w:tc>
        <w:tc>
          <w:tcPr>
            <w:tcW w:w="4282" w:type="dxa"/>
            <w:vAlign w:val="center"/>
          </w:tcPr>
          <w:p w14:paraId="019E7D12" w14:textId="0FCFFFBD" w:rsidR="0045689A" w:rsidRPr="003D42A0" w:rsidRDefault="00E1781E" w:rsidP="0045689A">
            <w:pPr>
              <w:ind w:firstLine="0"/>
              <w:jc w:val="left"/>
              <w:rPr>
                <w:sz w:val="22"/>
                <w:szCs w:val="32"/>
              </w:rPr>
            </w:pPr>
            <w:r w:rsidRPr="00E1781E">
              <w:rPr>
                <w:b/>
                <w:bCs/>
                <w:sz w:val="22"/>
                <w:szCs w:val="32"/>
              </w:rPr>
              <w:t xml:space="preserve">Personal </w:t>
            </w:r>
            <w:proofErr w:type="spellStart"/>
            <w:r w:rsidRPr="00E1781E">
              <w:rPr>
                <w:b/>
                <w:bCs/>
                <w:sz w:val="22"/>
                <w:szCs w:val="32"/>
              </w:rPr>
              <w:t>suficient</w:t>
            </w:r>
            <w:proofErr w:type="spellEnd"/>
            <w:r w:rsidRPr="00E1781E">
              <w:rPr>
                <w:sz w:val="22"/>
                <w:szCs w:val="32"/>
              </w:rPr>
              <w:t xml:space="preserve"> </w:t>
            </w:r>
            <w:proofErr w:type="spellStart"/>
            <w:r w:rsidRPr="00E1781E">
              <w:rPr>
                <w:sz w:val="22"/>
                <w:szCs w:val="32"/>
              </w:rPr>
              <w:t>pentru</w:t>
            </w:r>
            <w:proofErr w:type="spellEnd"/>
            <w:r w:rsidRPr="00E1781E">
              <w:rPr>
                <w:sz w:val="22"/>
                <w:szCs w:val="32"/>
              </w:rPr>
              <w:t xml:space="preserve"> </w:t>
            </w:r>
            <w:proofErr w:type="spellStart"/>
            <w:r w:rsidRPr="00E1781E">
              <w:rPr>
                <w:sz w:val="22"/>
                <w:szCs w:val="32"/>
              </w:rPr>
              <w:t>realizarea</w:t>
            </w:r>
            <w:proofErr w:type="spellEnd"/>
            <w:r w:rsidRPr="00E1781E">
              <w:rPr>
                <w:sz w:val="22"/>
                <w:szCs w:val="32"/>
              </w:rPr>
              <w:t xml:space="preserve"> </w:t>
            </w:r>
            <w:proofErr w:type="spellStart"/>
            <w:r w:rsidRPr="00E1781E">
              <w:rPr>
                <w:sz w:val="22"/>
                <w:szCs w:val="32"/>
              </w:rPr>
              <w:t>integrală</w:t>
            </w:r>
            <w:proofErr w:type="spellEnd"/>
            <w:r w:rsidRPr="00E1781E">
              <w:rPr>
                <w:sz w:val="22"/>
                <w:szCs w:val="32"/>
              </w:rPr>
              <w:t xml:space="preserve"> </w:t>
            </w:r>
            <w:proofErr w:type="spellStart"/>
            <w:r w:rsidRPr="00E1781E">
              <w:rPr>
                <w:sz w:val="22"/>
                <w:szCs w:val="32"/>
              </w:rPr>
              <w:t>și</w:t>
            </w:r>
            <w:proofErr w:type="spellEnd"/>
            <w:r w:rsidRPr="00E1781E">
              <w:rPr>
                <w:sz w:val="22"/>
                <w:szCs w:val="32"/>
              </w:rPr>
              <w:t xml:space="preserve"> la </w:t>
            </w:r>
            <w:proofErr w:type="spellStart"/>
            <w:r w:rsidRPr="00E1781E">
              <w:rPr>
                <w:sz w:val="22"/>
                <w:szCs w:val="32"/>
              </w:rPr>
              <w:t>timp</w:t>
            </w:r>
            <w:proofErr w:type="spellEnd"/>
            <w:r w:rsidRPr="00E1781E">
              <w:rPr>
                <w:sz w:val="22"/>
                <w:szCs w:val="32"/>
              </w:rPr>
              <w:t xml:space="preserve"> a </w:t>
            </w:r>
            <w:proofErr w:type="spellStart"/>
            <w:r w:rsidRPr="00E1781E">
              <w:rPr>
                <w:sz w:val="22"/>
                <w:szCs w:val="32"/>
              </w:rPr>
              <w:t>comenzilor</w:t>
            </w:r>
            <w:proofErr w:type="spellEnd"/>
            <w:r w:rsidRPr="00E1781E">
              <w:rPr>
                <w:sz w:val="22"/>
                <w:szCs w:val="32"/>
              </w:rPr>
              <w:t xml:space="preserve">, </w:t>
            </w:r>
            <w:proofErr w:type="spellStart"/>
            <w:r w:rsidRPr="00E1781E">
              <w:rPr>
                <w:sz w:val="22"/>
                <w:szCs w:val="32"/>
              </w:rPr>
              <w:t>inclusiv</w:t>
            </w:r>
            <w:proofErr w:type="spellEnd"/>
            <w:r w:rsidRPr="00E1781E">
              <w:rPr>
                <w:sz w:val="22"/>
                <w:szCs w:val="32"/>
              </w:rPr>
              <w:t xml:space="preserve"> </w:t>
            </w:r>
            <w:proofErr w:type="spellStart"/>
            <w:r w:rsidRPr="00E1781E">
              <w:rPr>
                <w:sz w:val="22"/>
                <w:szCs w:val="32"/>
              </w:rPr>
              <w:t>pentru</w:t>
            </w:r>
            <w:proofErr w:type="spellEnd"/>
            <w:r w:rsidRPr="00E1781E">
              <w:rPr>
                <w:sz w:val="22"/>
                <w:szCs w:val="32"/>
              </w:rPr>
              <w:t xml:space="preserve"> </w:t>
            </w:r>
            <w:proofErr w:type="spellStart"/>
            <w:r w:rsidRPr="00E1781E">
              <w:rPr>
                <w:sz w:val="22"/>
                <w:szCs w:val="32"/>
              </w:rPr>
              <w:t>separarea</w:t>
            </w:r>
            <w:proofErr w:type="spellEnd"/>
            <w:r w:rsidRPr="00E1781E">
              <w:rPr>
                <w:sz w:val="22"/>
                <w:szCs w:val="32"/>
              </w:rPr>
              <w:t xml:space="preserve"> </w:t>
            </w:r>
            <w:proofErr w:type="spellStart"/>
            <w:r w:rsidRPr="00E1781E">
              <w:rPr>
                <w:sz w:val="22"/>
                <w:szCs w:val="32"/>
              </w:rPr>
              <w:t>meniurilor</w:t>
            </w:r>
            <w:proofErr w:type="spellEnd"/>
            <w:r w:rsidRPr="00E1781E">
              <w:rPr>
                <w:sz w:val="22"/>
                <w:szCs w:val="32"/>
              </w:rPr>
              <w:t xml:space="preserve"> standard, </w:t>
            </w:r>
            <w:proofErr w:type="spellStart"/>
            <w:r w:rsidRPr="00E1781E">
              <w:rPr>
                <w:sz w:val="22"/>
                <w:szCs w:val="32"/>
              </w:rPr>
              <w:t>regimurilor</w:t>
            </w:r>
            <w:proofErr w:type="spellEnd"/>
            <w:r w:rsidRPr="00E1781E">
              <w:rPr>
                <w:sz w:val="22"/>
                <w:szCs w:val="32"/>
              </w:rPr>
              <w:t xml:space="preserve">, </w:t>
            </w:r>
            <w:proofErr w:type="spellStart"/>
            <w:r w:rsidRPr="00E1781E">
              <w:rPr>
                <w:sz w:val="22"/>
                <w:szCs w:val="32"/>
              </w:rPr>
              <w:t>texturilor</w:t>
            </w:r>
            <w:proofErr w:type="spellEnd"/>
            <w:r w:rsidRPr="00E1781E">
              <w:rPr>
                <w:sz w:val="22"/>
                <w:szCs w:val="32"/>
              </w:rPr>
              <w:t xml:space="preserve"> </w:t>
            </w:r>
            <w:proofErr w:type="spellStart"/>
            <w:r w:rsidRPr="00E1781E">
              <w:rPr>
                <w:sz w:val="22"/>
                <w:szCs w:val="32"/>
              </w:rPr>
              <w:t>adaptate</w:t>
            </w:r>
            <w:proofErr w:type="spellEnd"/>
            <w:r w:rsidRPr="00E1781E">
              <w:rPr>
                <w:sz w:val="22"/>
                <w:szCs w:val="32"/>
              </w:rPr>
              <w:t xml:space="preserve"> </w:t>
            </w:r>
            <w:proofErr w:type="spellStart"/>
            <w:r w:rsidRPr="00E1781E">
              <w:rPr>
                <w:sz w:val="22"/>
                <w:szCs w:val="32"/>
              </w:rPr>
              <w:t>și</w:t>
            </w:r>
            <w:proofErr w:type="spellEnd"/>
            <w:r w:rsidRPr="00E1781E">
              <w:rPr>
                <w:sz w:val="22"/>
                <w:szCs w:val="32"/>
              </w:rPr>
              <w:t xml:space="preserve"> </w:t>
            </w:r>
            <w:proofErr w:type="spellStart"/>
            <w:r w:rsidRPr="00E1781E">
              <w:rPr>
                <w:sz w:val="22"/>
                <w:szCs w:val="32"/>
              </w:rPr>
              <w:t>porțiilor</w:t>
            </w:r>
            <w:proofErr w:type="spellEnd"/>
            <w:r w:rsidRPr="00E1781E">
              <w:rPr>
                <w:sz w:val="22"/>
                <w:szCs w:val="32"/>
              </w:rPr>
              <w:t xml:space="preserve"> cu </w:t>
            </w:r>
            <w:proofErr w:type="spellStart"/>
            <w:r w:rsidRPr="00E1781E">
              <w:rPr>
                <w:sz w:val="22"/>
                <w:szCs w:val="32"/>
              </w:rPr>
              <w:t>cerințe</w:t>
            </w:r>
            <w:proofErr w:type="spellEnd"/>
            <w:r w:rsidRPr="00E1781E">
              <w:rPr>
                <w:sz w:val="22"/>
                <w:szCs w:val="32"/>
              </w:rPr>
              <w:t xml:space="preserve"> </w:t>
            </w:r>
            <w:proofErr w:type="spellStart"/>
            <w:r w:rsidRPr="00E1781E">
              <w:rPr>
                <w:sz w:val="22"/>
                <w:szCs w:val="32"/>
              </w:rPr>
              <w:t>speciale</w:t>
            </w:r>
            <w:proofErr w:type="spellEnd"/>
            <w:r w:rsidRPr="00E1781E">
              <w:rPr>
                <w:sz w:val="22"/>
                <w:szCs w:val="32"/>
              </w:rPr>
              <w:t xml:space="preserve">. </w:t>
            </w:r>
            <w:proofErr w:type="spellStart"/>
            <w:r w:rsidRPr="00E1781E">
              <w:rPr>
                <w:sz w:val="22"/>
                <w:szCs w:val="32"/>
              </w:rPr>
              <w:t>Dimensionarea</w:t>
            </w:r>
            <w:proofErr w:type="spellEnd"/>
            <w:r w:rsidRPr="00E1781E">
              <w:rPr>
                <w:sz w:val="22"/>
                <w:szCs w:val="32"/>
              </w:rPr>
              <w:t xml:space="preserve"> se face </w:t>
            </w:r>
            <w:proofErr w:type="spellStart"/>
            <w:r w:rsidRPr="00E1781E">
              <w:rPr>
                <w:sz w:val="22"/>
                <w:szCs w:val="32"/>
              </w:rPr>
              <w:t>în</w:t>
            </w:r>
            <w:proofErr w:type="spellEnd"/>
            <w:r w:rsidRPr="00E1781E">
              <w:rPr>
                <w:sz w:val="22"/>
                <w:szCs w:val="32"/>
              </w:rPr>
              <w:t xml:space="preserve"> </w:t>
            </w:r>
            <w:proofErr w:type="spellStart"/>
            <w:r w:rsidRPr="00E1781E">
              <w:rPr>
                <w:sz w:val="22"/>
                <w:szCs w:val="32"/>
              </w:rPr>
              <w:t>raport</w:t>
            </w:r>
            <w:proofErr w:type="spellEnd"/>
            <w:r w:rsidRPr="00E1781E">
              <w:rPr>
                <w:sz w:val="22"/>
                <w:szCs w:val="32"/>
              </w:rPr>
              <w:t xml:space="preserve"> cu </w:t>
            </w:r>
            <w:proofErr w:type="spellStart"/>
            <w:r w:rsidRPr="00E1781E">
              <w:rPr>
                <w:sz w:val="22"/>
                <w:szCs w:val="32"/>
              </w:rPr>
              <w:t>capacitatea</w:t>
            </w:r>
            <w:proofErr w:type="spellEnd"/>
            <w:r w:rsidRPr="00E1781E">
              <w:rPr>
                <w:sz w:val="22"/>
                <w:szCs w:val="32"/>
              </w:rPr>
              <w:t xml:space="preserve"> </w:t>
            </w:r>
            <w:proofErr w:type="spellStart"/>
            <w:r w:rsidRPr="00E1781E">
              <w:rPr>
                <w:sz w:val="22"/>
                <w:szCs w:val="32"/>
              </w:rPr>
              <w:t>reală</w:t>
            </w:r>
            <w:proofErr w:type="spellEnd"/>
            <w:r w:rsidRPr="00E1781E">
              <w:rPr>
                <w:sz w:val="22"/>
                <w:szCs w:val="32"/>
              </w:rPr>
              <w:t xml:space="preserve"> de </w:t>
            </w:r>
            <w:proofErr w:type="spellStart"/>
            <w:r w:rsidRPr="00E1781E">
              <w:rPr>
                <w:sz w:val="22"/>
                <w:szCs w:val="32"/>
              </w:rPr>
              <w:t>producție</w:t>
            </w:r>
            <w:proofErr w:type="spellEnd"/>
            <w:r w:rsidRPr="00E1781E">
              <w:rPr>
                <w:sz w:val="22"/>
                <w:szCs w:val="32"/>
              </w:rPr>
              <w:t xml:space="preserve"> </w:t>
            </w:r>
            <w:proofErr w:type="spellStart"/>
            <w:r w:rsidRPr="00E1781E">
              <w:rPr>
                <w:sz w:val="22"/>
                <w:szCs w:val="32"/>
              </w:rPr>
              <w:t>și</w:t>
            </w:r>
            <w:proofErr w:type="spellEnd"/>
            <w:r w:rsidRPr="00E1781E">
              <w:rPr>
                <w:sz w:val="22"/>
                <w:szCs w:val="32"/>
              </w:rPr>
              <w:t xml:space="preserve"> cu </w:t>
            </w:r>
            <w:proofErr w:type="spellStart"/>
            <w:r w:rsidRPr="00E1781E">
              <w:rPr>
                <w:sz w:val="22"/>
                <w:szCs w:val="32"/>
              </w:rPr>
              <w:t>volumul</w:t>
            </w:r>
            <w:proofErr w:type="spellEnd"/>
            <w:r w:rsidRPr="00E1781E">
              <w:rPr>
                <w:sz w:val="22"/>
                <w:szCs w:val="32"/>
              </w:rPr>
              <w:t xml:space="preserve"> maxim al </w:t>
            </w:r>
            <w:proofErr w:type="spellStart"/>
            <w:r w:rsidRPr="00E1781E">
              <w:rPr>
                <w:sz w:val="22"/>
                <w:szCs w:val="32"/>
              </w:rPr>
              <w:t>serviciului</w:t>
            </w:r>
            <w:proofErr w:type="spellEnd"/>
            <w:r w:rsidRPr="00E1781E">
              <w:rPr>
                <w:sz w:val="22"/>
                <w:szCs w:val="32"/>
              </w:rPr>
              <w:t xml:space="preserve">. </w:t>
            </w:r>
            <w:proofErr w:type="spellStart"/>
            <w:r w:rsidRPr="00E1781E">
              <w:rPr>
                <w:sz w:val="22"/>
                <w:szCs w:val="32"/>
              </w:rPr>
              <w:t>Personalul</w:t>
            </w:r>
            <w:proofErr w:type="spellEnd"/>
            <w:r w:rsidRPr="00E1781E">
              <w:rPr>
                <w:sz w:val="22"/>
                <w:szCs w:val="32"/>
              </w:rPr>
              <w:t xml:space="preserve"> care </w:t>
            </w:r>
            <w:proofErr w:type="spellStart"/>
            <w:r w:rsidRPr="00E1781E">
              <w:rPr>
                <w:sz w:val="22"/>
                <w:szCs w:val="32"/>
              </w:rPr>
              <w:t>intră</w:t>
            </w:r>
            <w:proofErr w:type="spellEnd"/>
            <w:r w:rsidRPr="00E1781E">
              <w:rPr>
                <w:sz w:val="22"/>
                <w:szCs w:val="32"/>
              </w:rPr>
              <w:t xml:space="preserve"> </w:t>
            </w:r>
            <w:proofErr w:type="spellStart"/>
            <w:r w:rsidRPr="00E1781E">
              <w:rPr>
                <w:sz w:val="22"/>
                <w:szCs w:val="32"/>
              </w:rPr>
              <w:t>în</w:t>
            </w:r>
            <w:proofErr w:type="spellEnd"/>
            <w:r w:rsidRPr="00E1781E">
              <w:rPr>
                <w:sz w:val="22"/>
                <w:szCs w:val="32"/>
              </w:rPr>
              <w:t xml:space="preserve"> contact direct cu </w:t>
            </w:r>
            <w:proofErr w:type="spellStart"/>
            <w:r w:rsidRPr="00E1781E">
              <w:rPr>
                <w:sz w:val="22"/>
                <w:szCs w:val="32"/>
              </w:rPr>
              <w:t>alimentele</w:t>
            </w:r>
            <w:proofErr w:type="spellEnd"/>
            <w:r w:rsidRPr="00E1781E">
              <w:rPr>
                <w:sz w:val="22"/>
                <w:szCs w:val="32"/>
              </w:rPr>
              <w:t xml:space="preserve"> </w:t>
            </w:r>
            <w:proofErr w:type="spellStart"/>
            <w:r w:rsidRPr="00E1781E">
              <w:rPr>
                <w:sz w:val="22"/>
                <w:szCs w:val="32"/>
              </w:rPr>
              <w:t>îndeplinește</w:t>
            </w:r>
            <w:proofErr w:type="spellEnd"/>
            <w:r w:rsidRPr="00E1781E">
              <w:rPr>
                <w:sz w:val="22"/>
                <w:szCs w:val="32"/>
              </w:rPr>
              <w:t xml:space="preserve"> </w:t>
            </w:r>
            <w:proofErr w:type="spellStart"/>
            <w:r w:rsidRPr="00E1781E">
              <w:rPr>
                <w:sz w:val="22"/>
                <w:szCs w:val="32"/>
              </w:rPr>
              <w:t>cerințele</w:t>
            </w:r>
            <w:proofErr w:type="spellEnd"/>
            <w:r w:rsidRPr="00E1781E">
              <w:rPr>
                <w:sz w:val="22"/>
                <w:szCs w:val="32"/>
              </w:rPr>
              <w:t xml:space="preserve"> </w:t>
            </w:r>
            <w:proofErr w:type="spellStart"/>
            <w:r w:rsidRPr="00E1781E">
              <w:rPr>
                <w:sz w:val="22"/>
                <w:szCs w:val="32"/>
              </w:rPr>
              <w:t>legale</w:t>
            </w:r>
            <w:proofErr w:type="spellEnd"/>
            <w:r w:rsidRPr="00E1781E">
              <w:rPr>
                <w:sz w:val="22"/>
                <w:szCs w:val="32"/>
              </w:rPr>
              <w:t xml:space="preserve"> </w:t>
            </w:r>
            <w:proofErr w:type="spellStart"/>
            <w:r w:rsidRPr="00E1781E">
              <w:rPr>
                <w:sz w:val="22"/>
                <w:szCs w:val="32"/>
              </w:rPr>
              <w:t>privind</w:t>
            </w:r>
            <w:proofErr w:type="spellEnd"/>
            <w:r w:rsidRPr="00E1781E">
              <w:rPr>
                <w:sz w:val="22"/>
                <w:szCs w:val="32"/>
              </w:rPr>
              <w:t xml:space="preserve"> </w:t>
            </w:r>
            <w:proofErr w:type="spellStart"/>
            <w:r w:rsidRPr="00E1781E">
              <w:rPr>
                <w:sz w:val="22"/>
                <w:szCs w:val="32"/>
              </w:rPr>
              <w:t>aptitudinea</w:t>
            </w:r>
            <w:proofErr w:type="spellEnd"/>
            <w:r w:rsidRPr="00E1781E">
              <w:rPr>
                <w:sz w:val="22"/>
                <w:szCs w:val="32"/>
              </w:rPr>
              <w:t xml:space="preserve"> </w:t>
            </w:r>
            <w:proofErr w:type="spellStart"/>
            <w:r w:rsidRPr="00E1781E">
              <w:rPr>
                <w:sz w:val="22"/>
                <w:szCs w:val="32"/>
              </w:rPr>
              <w:t>și</w:t>
            </w:r>
            <w:proofErr w:type="spellEnd"/>
            <w:r w:rsidRPr="00E1781E">
              <w:rPr>
                <w:sz w:val="22"/>
                <w:szCs w:val="32"/>
              </w:rPr>
              <w:t xml:space="preserve"> </w:t>
            </w:r>
            <w:proofErr w:type="spellStart"/>
            <w:r w:rsidRPr="00E1781E">
              <w:rPr>
                <w:sz w:val="22"/>
                <w:szCs w:val="32"/>
              </w:rPr>
              <w:t>instruirea</w:t>
            </w:r>
            <w:proofErr w:type="spellEnd"/>
            <w:r w:rsidRPr="00E1781E">
              <w:rPr>
                <w:sz w:val="22"/>
                <w:szCs w:val="32"/>
              </w:rPr>
              <w:t xml:space="preserve"> </w:t>
            </w:r>
            <w:proofErr w:type="spellStart"/>
            <w:r w:rsidRPr="00E1781E">
              <w:rPr>
                <w:sz w:val="22"/>
                <w:szCs w:val="32"/>
              </w:rPr>
              <w:t>în</w:t>
            </w:r>
            <w:proofErr w:type="spellEnd"/>
            <w:r w:rsidRPr="00E1781E">
              <w:rPr>
                <w:sz w:val="22"/>
                <w:szCs w:val="32"/>
              </w:rPr>
              <w:t xml:space="preserve"> </w:t>
            </w:r>
            <w:proofErr w:type="spellStart"/>
            <w:r w:rsidRPr="00E1781E">
              <w:rPr>
                <w:sz w:val="22"/>
                <w:szCs w:val="32"/>
              </w:rPr>
              <w:t>igienă</w:t>
            </w:r>
            <w:proofErr w:type="spellEnd"/>
            <w:r w:rsidRPr="00E1781E">
              <w:rPr>
                <w:sz w:val="22"/>
                <w:szCs w:val="32"/>
              </w:rPr>
              <w:t>.</w:t>
            </w:r>
          </w:p>
        </w:tc>
        <w:tc>
          <w:tcPr>
            <w:tcW w:w="4048" w:type="dxa"/>
            <w:vAlign w:val="center"/>
          </w:tcPr>
          <w:p w14:paraId="00A7F8CF" w14:textId="77777777" w:rsidR="005939B7" w:rsidRDefault="00182BDB" w:rsidP="0045689A">
            <w:pPr>
              <w:ind w:firstLine="0"/>
              <w:jc w:val="left"/>
              <w:rPr>
                <w:sz w:val="22"/>
                <w:szCs w:val="32"/>
              </w:rPr>
            </w:pPr>
            <w:proofErr w:type="spellStart"/>
            <w:r w:rsidRPr="00182BDB">
              <w:rPr>
                <w:b/>
                <w:bCs/>
                <w:sz w:val="22"/>
                <w:szCs w:val="32"/>
              </w:rPr>
              <w:t>În</w:t>
            </w:r>
            <w:proofErr w:type="spellEnd"/>
            <w:r w:rsidRPr="00182BDB">
              <w:rPr>
                <w:b/>
                <w:bCs/>
                <w:sz w:val="22"/>
                <w:szCs w:val="32"/>
              </w:rPr>
              <w:t xml:space="preserve"> </w:t>
            </w:r>
            <w:proofErr w:type="spellStart"/>
            <w:r w:rsidRPr="00182BDB">
              <w:rPr>
                <w:b/>
                <w:bCs/>
                <w:sz w:val="22"/>
                <w:szCs w:val="32"/>
              </w:rPr>
              <w:t>ofertă</w:t>
            </w:r>
            <w:proofErr w:type="spellEnd"/>
            <w:r w:rsidRPr="00182BDB">
              <w:rPr>
                <w:b/>
                <w:bCs/>
                <w:sz w:val="22"/>
                <w:szCs w:val="32"/>
              </w:rPr>
              <w:t>:</w:t>
            </w:r>
            <w:r w:rsidRPr="00182BDB">
              <w:rPr>
                <w:sz w:val="22"/>
                <w:szCs w:val="32"/>
              </w:rPr>
              <w:t xml:space="preserve"> </w:t>
            </w:r>
            <w:proofErr w:type="spellStart"/>
            <w:r w:rsidR="005939B7" w:rsidRPr="005939B7">
              <w:rPr>
                <w:sz w:val="22"/>
                <w:szCs w:val="32"/>
              </w:rPr>
              <w:t>numărul</w:t>
            </w:r>
            <w:proofErr w:type="spellEnd"/>
            <w:r w:rsidR="005939B7" w:rsidRPr="005939B7">
              <w:rPr>
                <w:sz w:val="22"/>
                <w:szCs w:val="32"/>
              </w:rPr>
              <w:t>/</w:t>
            </w:r>
            <w:proofErr w:type="spellStart"/>
            <w:r w:rsidR="005939B7" w:rsidRPr="005939B7">
              <w:rPr>
                <w:sz w:val="22"/>
                <w:szCs w:val="32"/>
              </w:rPr>
              <w:t>funcțiile</w:t>
            </w:r>
            <w:proofErr w:type="spellEnd"/>
            <w:r w:rsidRPr="00182BDB">
              <w:rPr>
                <w:sz w:val="22"/>
                <w:szCs w:val="32"/>
              </w:rPr>
              <w:t xml:space="preserve">; </w:t>
            </w:r>
            <w:proofErr w:type="spellStart"/>
            <w:r w:rsidR="005939B7" w:rsidRPr="005939B7">
              <w:rPr>
                <w:sz w:val="22"/>
                <w:szCs w:val="32"/>
              </w:rPr>
              <w:t>și</w:t>
            </w:r>
            <w:proofErr w:type="spellEnd"/>
            <w:r w:rsidR="005939B7" w:rsidRPr="005939B7">
              <w:rPr>
                <w:sz w:val="22"/>
                <w:szCs w:val="32"/>
              </w:rPr>
              <w:t xml:space="preserve"> </w:t>
            </w:r>
            <w:proofErr w:type="spellStart"/>
            <w:r w:rsidR="005939B7" w:rsidRPr="005939B7">
              <w:rPr>
                <w:sz w:val="22"/>
                <w:szCs w:val="32"/>
              </w:rPr>
              <w:t>modul</w:t>
            </w:r>
            <w:proofErr w:type="spellEnd"/>
            <w:r w:rsidR="005939B7" w:rsidRPr="005939B7">
              <w:rPr>
                <w:sz w:val="22"/>
                <w:szCs w:val="32"/>
              </w:rPr>
              <w:t xml:space="preserve"> de </w:t>
            </w:r>
            <w:proofErr w:type="spellStart"/>
            <w:r w:rsidR="005939B7" w:rsidRPr="005939B7">
              <w:rPr>
                <w:sz w:val="22"/>
                <w:szCs w:val="32"/>
              </w:rPr>
              <w:t>organizare</w:t>
            </w:r>
            <w:proofErr w:type="spellEnd"/>
            <w:r w:rsidR="005939B7" w:rsidRPr="005939B7">
              <w:rPr>
                <w:sz w:val="22"/>
                <w:szCs w:val="32"/>
              </w:rPr>
              <w:t xml:space="preserve">. </w:t>
            </w:r>
          </w:p>
          <w:p w14:paraId="3830CD38" w14:textId="22F25697" w:rsidR="00182BDB" w:rsidRPr="003D42A0" w:rsidRDefault="005939B7" w:rsidP="005939B7">
            <w:pPr>
              <w:ind w:firstLine="0"/>
              <w:jc w:val="left"/>
              <w:rPr>
                <w:sz w:val="22"/>
                <w:szCs w:val="32"/>
              </w:rPr>
            </w:pPr>
            <w:proofErr w:type="spellStart"/>
            <w:r w:rsidRPr="005939B7">
              <w:rPr>
                <w:b/>
                <w:bCs/>
                <w:sz w:val="22"/>
                <w:szCs w:val="32"/>
              </w:rPr>
              <w:t>Înainte</w:t>
            </w:r>
            <w:proofErr w:type="spellEnd"/>
            <w:r w:rsidRPr="005939B7">
              <w:rPr>
                <w:b/>
                <w:bCs/>
                <w:sz w:val="22"/>
                <w:szCs w:val="32"/>
              </w:rPr>
              <w:t xml:space="preserve"> de </w:t>
            </w:r>
            <w:proofErr w:type="spellStart"/>
            <w:r w:rsidRPr="005939B7">
              <w:rPr>
                <w:b/>
                <w:bCs/>
                <w:sz w:val="22"/>
                <w:szCs w:val="32"/>
              </w:rPr>
              <w:t>prestare</w:t>
            </w:r>
            <w:proofErr w:type="spellEnd"/>
            <w:r w:rsidRPr="005939B7">
              <w:rPr>
                <w:b/>
                <w:bCs/>
                <w:sz w:val="22"/>
                <w:szCs w:val="32"/>
              </w:rPr>
              <w:t>:</w:t>
            </w:r>
            <w:r w:rsidRPr="005939B7">
              <w:rPr>
                <w:sz w:val="22"/>
                <w:szCs w:val="32"/>
              </w:rPr>
              <w:t xml:space="preserve"> </w:t>
            </w:r>
            <w:proofErr w:type="spellStart"/>
            <w:r w:rsidRPr="005939B7">
              <w:rPr>
                <w:sz w:val="22"/>
                <w:szCs w:val="32"/>
              </w:rPr>
              <w:t>lista</w:t>
            </w:r>
            <w:proofErr w:type="spellEnd"/>
            <w:r w:rsidRPr="005939B7">
              <w:rPr>
                <w:sz w:val="22"/>
                <w:szCs w:val="32"/>
              </w:rPr>
              <w:t xml:space="preserve"> </w:t>
            </w:r>
            <w:proofErr w:type="spellStart"/>
            <w:r w:rsidRPr="005939B7">
              <w:rPr>
                <w:sz w:val="22"/>
                <w:szCs w:val="32"/>
              </w:rPr>
              <w:t>personalului</w:t>
            </w:r>
            <w:proofErr w:type="spellEnd"/>
            <w:r w:rsidRPr="005939B7">
              <w:rPr>
                <w:sz w:val="22"/>
                <w:szCs w:val="32"/>
              </w:rPr>
              <w:t xml:space="preserve"> </w:t>
            </w:r>
            <w:proofErr w:type="spellStart"/>
            <w:r w:rsidRPr="005939B7">
              <w:rPr>
                <w:sz w:val="22"/>
                <w:szCs w:val="32"/>
              </w:rPr>
              <w:t>efectiv</w:t>
            </w:r>
            <w:proofErr w:type="spellEnd"/>
            <w:r w:rsidRPr="005939B7">
              <w:rPr>
                <w:sz w:val="22"/>
                <w:szCs w:val="32"/>
              </w:rPr>
              <w:t xml:space="preserve"> </w:t>
            </w:r>
            <w:r w:rsidR="00182BDB" w:rsidRPr="00182BDB">
              <w:rPr>
                <w:sz w:val="22"/>
                <w:szCs w:val="32"/>
              </w:rPr>
              <w:t xml:space="preserve">care </w:t>
            </w:r>
            <w:proofErr w:type="spellStart"/>
            <w:r w:rsidR="00182BDB" w:rsidRPr="00182BDB">
              <w:rPr>
                <w:sz w:val="22"/>
                <w:szCs w:val="32"/>
              </w:rPr>
              <w:t>intră</w:t>
            </w:r>
            <w:proofErr w:type="spellEnd"/>
            <w:r w:rsidR="00182BDB" w:rsidRPr="00182BDB">
              <w:rPr>
                <w:sz w:val="22"/>
                <w:szCs w:val="32"/>
              </w:rPr>
              <w:t xml:space="preserve"> </w:t>
            </w:r>
            <w:proofErr w:type="spellStart"/>
            <w:r w:rsidR="00182BDB" w:rsidRPr="00182BDB">
              <w:rPr>
                <w:sz w:val="22"/>
                <w:szCs w:val="32"/>
              </w:rPr>
              <w:t>în</w:t>
            </w:r>
            <w:proofErr w:type="spellEnd"/>
            <w:r w:rsidR="00182BDB" w:rsidRPr="00182BDB">
              <w:rPr>
                <w:sz w:val="22"/>
                <w:szCs w:val="32"/>
              </w:rPr>
              <w:t xml:space="preserve"> contact direct cu </w:t>
            </w:r>
            <w:proofErr w:type="spellStart"/>
            <w:r w:rsidR="00182BDB" w:rsidRPr="00182BDB">
              <w:rPr>
                <w:sz w:val="22"/>
                <w:szCs w:val="32"/>
              </w:rPr>
              <w:t>alimente</w:t>
            </w:r>
            <w:proofErr w:type="spellEnd"/>
            <w:r w:rsidR="00182BDB" w:rsidRPr="00182BDB">
              <w:rPr>
                <w:sz w:val="22"/>
                <w:szCs w:val="32"/>
              </w:rPr>
              <w:t xml:space="preserve"> </w:t>
            </w:r>
            <w:proofErr w:type="spellStart"/>
            <w:r w:rsidR="00182BDB" w:rsidRPr="00182BDB">
              <w:rPr>
                <w:sz w:val="22"/>
                <w:szCs w:val="32"/>
              </w:rPr>
              <w:t>neambalate</w:t>
            </w:r>
            <w:proofErr w:type="spellEnd"/>
            <w:r w:rsidR="00182BDB" w:rsidRPr="00182BDB">
              <w:rPr>
                <w:sz w:val="22"/>
                <w:szCs w:val="32"/>
              </w:rPr>
              <w:t xml:space="preserve">, </w:t>
            </w:r>
            <w:proofErr w:type="spellStart"/>
            <w:r w:rsidR="00182BDB" w:rsidRPr="00182BDB">
              <w:rPr>
                <w:sz w:val="22"/>
                <w:szCs w:val="32"/>
              </w:rPr>
              <w:t>fișe</w:t>
            </w:r>
            <w:proofErr w:type="spellEnd"/>
            <w:r w:rsidR="00182BDB" w:rsidRPr="00182BDB">
              <w:rPr>
                <w:sz w:val="22"/>
                <w:szCs w:val="32"/>
              </w:rPr>
              <w:t>/</w:t>
            </w:r>
            <w:proofErr w:type="spellStart"/>
            <w:r w:rsidR="00182BDB" w:rsidRPr="00182BDB">
              <w:rPr>
                <w:sz w:val="22"/>
                <w:szCs w:val="32"/>
              </w:rPr>
              <w:t>documente</w:t>
            </w:r>
            <w:proofErr w:type="spellEnd"/>
            <w:r w:rsidR="00182BDB" w:rsidRPr="00182BDB">
              <w:rPr>
                <w:sz w:val="22"/>
                <w:szCs w:val="32"/>
              </w:rPr>
              <w:t xml:space="preserve"> de </w:t>
            </w:r>
            <w:proofErr w:type="spellStart"/>
            <w:r w:rsidR="00182BDB" w:rsidRPr="00182BDB">
              <w:rPr>
                <w:sz w:val="22"/>
                <w:szCs w:val="32"/>
              </w:rPr>
              <w:t>aptitudine</w:t>
            </w:r>
            <w:proofErr w:type="spellEnd"/>
            <w:r w:rsidR="00182BDB" w:rsidRPr="00182BDB">
              <w:rPr>
                <w:sz w:val="22"/>
                <w:szCs w:val="32"/>
              </w:rPr>
              <w:t xml:space="preserve"> </w:t>
            </w:r>
            <w:proofErr w:type="spellStart"/>
            <w:r w:rsidR="00182BDB" w:rsidRPr="00182BDB">
              <w:rPr>
                <w:sz w:val="22"/>
                <w:szCs w:val="32"/>
              </w:rPr>
              <w:t>pentru</w:t>
            </w:r>
            <w:proofErr w:type="spellEnd"/>
            <w:r w:rsidR="00182BDB" w:rsidRPr="00182BDB">
              <w:rPr>
                <w:sz w:val="22"/>
                <w:szCs w:val="32"/>
              </w:rPr>
              <w:t xml:space="preserve"> </w:t>
            </w:r>
            <w:proofErr w:type="spellStart"/>
            <w:r w:rsidR="00182BDB" w:rsidRPr="00182BDB">
              <w:rPr>
                <w:sz w:val="22"/>
                <w:szCs w:val="32"/>
              </w:rPr>
              <w:t>activitatea</w:t>
            </w:r>
            <w:proofErr w:type="spellEnd"/>
            <w:r w:rsidR="00182BDB" w:rsidRPr="00182BDB">
              <w:rPr>
                <w:sz w:val="22"/>
                <w:szCs w:val="32"/>
              </w:rPr>
              <w:t xml:space="preserve"> </w:t>
            </w:r>
            <w:proofErr w:type="spellStart"/>
            <w:r w:rsidR="00182BDB" w:rsidRPr="00182BDB">
              <w:rPr>
                <w:sz w:val="22"/>
                <w:szCs w:val="32"/>
              </w:rPr>
              <w:t>în</w:t>
            </w:r>
            <w:proofErr w:type="spellEnd"/>
            <w:r w:rsidR="00182BDB" w:rsidRPr="00182BDB">
              <w:rPr>
                <w:sz w:val="22"/>
                <w:szCs w:val="32"/>
              </w:rPr>
              <w:t xml:space="preserve"> </w:t>
            </w:r>
            <w:proofErr w:type="spellStart"/>
            <w:r w:rsidR="00182BDB" w:rsidRPr="00182BDB">
              <w:rPr>
                <w:sz w:val="22"/>
                <w:szCs w:val="32"/>
              </w:rPr>
              <w:t>sectorul</w:t>
            </w:r>
            <w:proofErr w:type="spellEnd"/>
            <w:r w:rsidR="00182BDB" w:rsidRPr="00182BDB">
              <w:rPr>
                <w:sz w:val="22"/>
                <w:szCs w:val="32"/>
              </w:rPr>
              <w:t xml:space="preserve"> </w:t>
            </w:r>
            <w:proofErr w:type="spellStart"/>
            <w:r w:rsidR="00182BDB" w:rsidRPr="00182BDB">
              <w:rPr>
                <w:sz w:val="22"/>
                <w:szCs w:val="32"/>
              </w:rPr>
              <w:t>alimentar</w:t>
            </w:r>
            <w:proofErr w:type="spellEnd"/>
            <w:r w:rsidR="00182BDB" w:rsidRPr="00182BDB">
              <w:rPr>
                <w:sz w:val="22"/>
                <w:szCs w:val="32"/>
              </w:rPr>
              <w:t xml:space="preserve"> </w:t>
            </w:r>
            <w:proofErr w:type="spellStart"/>
            <w:r w:rsidR="00182BDB" w:rsidRPr="00182BDB">
              <w:rPr>
                <w:sz w:val="22"/>
                <w:szCs w:val="32"/>
              </w:rPr>
              <w:t>și</w:t>
            </w:r>
            <w:proofErr w:type="spellEnd"/>
            <w:r w:rsidR="00182BDB" w:rsidRPr="00182BDB">
              <w:rPr>
                <w:sz w:val="22"/>
                <w:szCs w:val="32"/>
              </w:rPr>
              <w:t xml:space="preserve"> </w:t>
            </w:r>
            <w:proofErr w:type="spellStart"/>
            <w:r w:rsidR="00182BDB" w:rsidRPr="00182BDB">
              <w:rPr>
                <w:sz w:val="22"/>
                <w:szCs w:val="32"/>
              </w:rPr>
              <w:t>documente</w:t>
            </w:r>
            <w:proofErr w:type="spellEnd"/>
            <w:r w:rsidR="00182BDB" w:rsidRPr="00182BDB">
              <w:rPr>
                <w:sz w:val="22"/>
                <w:szCs w:val="32"/>
              </w:rPr>
              <w:t xml:space="preserve"> de </w:t>
            </w:r>
            <w:proofErr w:type="spellStart"/>
            <w:r w:rsidR="00182BDB" w:rsidRPr="00182BDB">
              <w:rPr>
                <w:sz w:val="22"/>
                <w:szCs w:val="32"/>
              </w:rPr>
              <w:t>instruire</w:t>
            </w:r>
            <w:proofErr w:type="spellEnd"/>
            <w:r w:rsidR="00182BDB" w:rsidRPr="00182BDB">
              <w:rPr>
                <w:sz w:val="22"/>
                <w:szCs w:val="32"/>
              </w:rPr>
              <w:t xml:space="preserve"> </w:t>
            </w:r>
            <w:proofErr w:type="spellStart"/>
            <w:r w:rsidR="00182BDB" w:rsidRPr="00182BDB">
              <w:rPr>
                <w:sz w:val="22"/>
                <w:szCs w:val="32"/>
              </w:rPr>
              <w:t>în</w:t>
            </w:r>
            <w:proofErr w:type="spellEnd"/>
            <w:r w:rsidR="00182BDB" w:rsidRPr="00182BDB">
              <w:rPr>
                <w:sz w:val="22"/>
                <w:szCs w:val="32"/>
              </w:rPr>
              <w:t xml:space="preserve"> </w:t>
            </w:r>
            <w:proofErr w:type="spellStart"/>
            <w:r w:rsidR="00182BDB" w:rsidRPr="00182BDB">
              <w:rPr>
                <w:sz w:val="22"/>
                <w:szCs w:val="32"/>
              </w:rPr>
              <w:t>igienă</w:t>
            </w:r>
            <w:proofErr w:type="spellEnd"/>
            <w:r w:rsidR="00182BDB" w:rsidRPr="00182BDB">
              <w:rPr>
                <w:sz w:val="22"/>
                <w:szCs w:val="32"/>
              </w:rPr>
              <w:t xml:space="preserve">, </w:t>
            </w:r>
            <w:proofErr w:type="spellStart"/>
            <w:r w:rsidR="00182BDB" w:rsidRPr="00182BDB">
              <w:rPr>
                <w:sz w:val="22"/>
                <w:szCs w:val="32"/>
              </w:rPr>
              <w:t>după</w:t>
            </w:r>
            <w:proofErr w:type="spellEnd"/>
            <w:r w:rsidR="00182BDB" w:rsidRPr="00182BDB">
              <w:rPr>
                <w:sz w:val="22"/>
                <w:szCs w:val="32"/>
              </w:rPr>
              <w:t xml:space="preserve"> </w:t>
            </w:r>
            <w:proofErr w:type="spellStart"/>
            <w:r w:rsidR="00182BDB" w:rsidRPr="00182BDB">
              <w:rPr>
                <w:sz w:val="22"/>
                <w:szCs w:val="32"/>
              </w:rPr>
              <w:t>caz</w:t>
            </w:r>
            <w:proofErr w:type="spellEnd"/>
            <w:r w:rsidR="00182BDB" w:rsidRPr="00182BDB">
              <w:rPr>
                <w:sz w:val="22"/>
                <w:szCs w:val="32"/>
              </w:rPr>
              <w:t>.</w:t>
            </w:r>
          </w:p>
        </w:tc>
      </w:tr>
      <w:tr w:rsidR="0045689A" w:rsidRPr="003D42A0" w14:paraId="1593ADD3" w14:textId="77777777" w:rsidTr="006E4A09">
        <w:trPr>
          <w:cantSplit/>
          <w:jc w:val="center"/>
        </w:trPr>
        <w:tc>
          <w:tcPr>
            <w:tcW w:w="0" w:type="auto"/>
            <w:vAlign w:val="center"/>
          </w:tcPr>
          <w:p w14:paraId="0BB9A238" w14:textId="3DB3767D" w:rsidR="0045689A" w:rsidRPr="003D42A0" w:rsidRDefault="0045689A" w:rsidP="0045689A">
            <w:pPr>
              <w:ind w:firstLine="0"/>
              <w:jc w:val="left"/>
              <w:rPr>
                <w:sz w:val="22"/>
                <w:szCs w:val="32"/>
              </w:rPr>
            </w:pPr>
            <w:r w:rsidRPr="003D42A0">
              <w:rPr>
                <w:sz w:val="22"/>
                <w:szCs w:val="32"/>
                <w:lang w:val="ro-RO"/>
              </w:rPr>
              <w:lastRenderedPageBreak/>
              <w:t>Personal pentru curatenie</w:t>
            </w:r>
          </w:p>
        </w:tc>
        <w:tc>
          <w:tcPr>
            <w:tcW w:w="4282" w:type="dxa"/>
            <w:vAlign w:val="center"/>
          </w:tcPr>
          <w:p w14:paraId="6B90FABC" w14:textId="10C94E65" w:rsidR="0045689A" w:rsidRPr="003D42A0" w:rsidRDefault="00182BDB" w:rsidP="0045689A">
            <w:pPr>
              <w:ind w:firstLine="0"/>
              <w:jc w:val="left"/>
              <w:rPr>
                <w:sz w:val="22"/>
                <w:szCs w:val="32"/>
              </w:rPr>
            </w:pPr>
            <w:r w:rsidRPr="00E1781E">
              <w:rPr>
                <w:b/>
                <w:bCs/>
                <w:sz w:val="22"/>
                <w:szCs w:val="32"/>
              </w:rPr>
              <w:t xml:space="preserve">Personal </w:t>
            </w:r>
            <w:proofErr w:type="spellStart"/>
            <w:r w:rsidRPr="00E1781E">
              <w:rPr>
                <w:b/>
                <w:bCs/>
                <w:sz w:val="22"/>
                <w:szCs w:val="32"/>
              </w:rPr>
              <w:t>suficient</w:t>
            </w:r>
            <w:proofErr w:type="spellEnd"/>
            <w:r w:rsidRPr="00182BDB">
              <w:rPr>
                <w:sz w:val="22"/>
                <w:szCs w:val="32"/>
              </w:rPr>
              <w:t xml:space="preserve"> </w:t>
            </w:r>
            <w:proofErr w:type="spellStart"/>
            <w:r w:rsidRPr="00182BDB">
              <w:rPr>
                <w:sz w:val="22"/>
                <w:szCs w:val="32"/>
              </w:rPr>
              <w:t>pentru</w:t>
            </w:r>
            <w:proofErr w:type="spellEnd"/>
            <w:r w:rsidRPr="00182BDB">
              <w:rPr>
                <w:sz w:val="22"/>
                <w:szCs w:val="32"/>
              </w:rPr>
              <w:t xml:space="preserve"> </w:t>
            </w:r>
            <w:proofErr w:type="spellStart"/>
            <w:r w:rsidRPr="00182BDB">
              <w:rPr>
                <w:sz w:val="22"/>
                <w:szCs w:val="32"/>
              </w:rPr>
              <w:t>menținerea</w:t>
            </w:r>
            <w:proofErr w:type="spellEnd"/>
            <w:r w:rsidRPr="00182BDB">
              <w:rPr>
                <w:sz w:val="22"/>
                <w:szCs w:val="32"/>
              </w:rPr>
              <w:t xml:space="preserve"> </w:t>
            </w:r>
            <w:proofErr w:type="spellStart"/>
            <w:r w:rsidRPr="00182BDB">
              <w:rPr>
                <w:sz w:val="22"/>
                <w:szCs w:val="32"/>
              </w:rPr>
              <w:t>permanentă</w:t>
            </w:r>
            <w:proofErr w:type="spellEnd"/>
            <w:r w:rsidRPr="00182BDB">
              <w:rPr>
                <w:sz w:val="22"/>
                <w:szCs w:val="32"/>
              </w:rPr>
              <w:t xml:space="preserve"> a </w:t>
            </w:r>
            <w:proofErr w:type="spellStart"/>
            <w:r w:rsidRPr="00182BDB">
              <w:rPr>
                <w:sz w:val="22"/>
                <w:szCs w:val="32"/>
              </w:rPr>
              <w:t>igienei</w:t>
            </w:r>
            <w:proofErr w:type="spellEnd"/>
            <w:r w:rsidRPr="00182BDB">
              <w:rPr>
                <w:sz w:val="22"/>
                <w:szCs w:val="32"/>
              </w:rPr>
              <w:t xml:space="preserve"> </w:t>
            </w:r>
            <w:proofErr w:type="spellStart"/>
            <w:r w:rsidRPr="00182BDB">
              <w:rPr>
                <w:sz w:val="22"/>
                <w:szCs w:val="32"/>
              </w:rPr>
              <w:t>spațiilor</w:t>
            </w:r>
            <w:proofErr w:type="spellEnd"/>
            <w:r w:rsidRPr="00182BDB">
              <w:rPr>
                <w:sz w:val="22"/>
                <w:szCs w:val="32"/>
              </w:rPr>
              <w:t xml:space="preserve"> de </w:t>
            </w:r>
            <w:proofErr w:type="spellStart"/>
            <w:r w:rsidRPr="00182BDB">
              <w:rPr>
                <w:sz w:val="22"/>
                <w:szCs w:val="32"/>
              </w:rPr>
              <w:t>preparare</w:t>
            </w:r>
            <w:proofErr w:type="spellEnd"/>
            <w:r w:rsidRPr="00182BDB">
              <w:rPr>
                <w:sz w:val="22"/>
                <w:szCs w:val="32"/>
              </w:rPr>
              <w:t xml:space="preserve">, </w:t>
            </w:r>
            <w:proofErr w:type="spellStart"/>
            <w:r w:rsidRPr="00182BDB">
              <w:rPr>
                <w:sz w:val="22"/>
                <w:szCs w:val="32"/>
              </w:rPr>
              <w:t>depozitare</w:t>
            </w:r>
            <w:proofErr w:type="spellEnd"/>
            <w:r w:rsidRPr="00182BDB">
              <w:rPr>
                <w:sz w:val="22"/>
                <w:szCs w:val="32"/>
              </w:rPr>
              <w:t xml:space="preserve">, </w:t>
            </w:r>
            <w:proofErr w:type="spellStart"/>
            <w:r w:rsidRPr="00182BDB">
              <w:rPr>
                <w:sz w:val="22"/>
                <w:szCs w:val="32"/>
              </w:rPr>
              <w:t>porționare</w:t>
            </w:r>
            <w:proofErr w:type="spellEnd"/>
            <w:r w:rsidRPr="00182BDB">
              <w:rPr>
                <w:sz w:val="22"/>
                <w:szCs w:val="32"/>
              </w:rPr>
              <w:t xml:space="preserve">, </w:t>
            </w:r>
            <w:proofErr w:type="spellStart"/>
            <w:r w:rsidRPr="00182BDB">
              <w:rPr>
                <w:sz w:val="22"/>
                <w:szCs w:val="32"/>
              </w:rPr>
              <w:t>ambalare</w:t>
            </w:r>
            <w:proofErr w:type="spellEnd"/>
            <w:r w:rsidRPr="00182BDB">
              <w:rPr>
                <w:sz w:val="22"/>
                <w:szCs w:val="32"/>
              </w:rPr>
              <w:t xml:space="preserve">, a </w:t>
            </w:r>
            <w:proofErr w:type="spellStart"/>
            <w:r w:rsidRPr="00182BDB">
              <w:rPr>
                <w:sz w:val="22"/>
                <w:szCs w:val="32"/>
              </w:rPr>
              <w:t>suprafețelor</w:t>
            </w:r>
            <w:proofErr w:type="spellEnd"/>
            <w:r w:rsidRPr="00182BDB">
              <w:rPr>
                <w:sz w:val="22"/>
                <w:szCs w:val="32"/>
              </w:rPr>
              <w:t xml:space="preserve"> de </w:t>
            </w:r>
            <w:proofErr w:type="spellStart"/>
            <w:r w:rsidRPr="00182BDB">
              <w:rPr>
                <w:sz w:val="22"/>
                <w:szCs w:val="32"/>
              </w:rPr>
              <w:t>lucru</w:t>
            </w:r>
            <w:proofErr w:type="spellEnd"/>
            <w:r w:rsidRPr="00182BDB">
              <w:rPr>
                <w:sz w:val="22"/>
                <w:szCs w:val="32"/>
              </w:rPr>
              <w:t xml:space="preserve">, </w:t>
            </w:r>
            <w:proofErr w:type="spellStart"/>
            <w:r w:rsidRPr="00182BDB">
              <w:rPr>
                <w:sz w:val="22"/>
                <w:szCs w:val="32"/>
              </w:rPr>
              <w:t>echipamentelor</w:t>
            </w:r>
            <w:proofErr w:type="spellEnd"/>
            <w:r w:rsidRPr="00182BDB">
              <w:rPr>
                <w:sz w:val="22"/>
                <w:szCs w:val="32"/>
              </w:rPr>
              <w:t xml:space="preserve">, </w:t>
            </w:r>
            <w:proofErr w:type="spellStart"/>
            <w:r w:rsidRPr="00182BDB">
              <w:rPr>
                <w:sz w:val="22"/>
                <w:szCs w:val="32"/>
              </w:rPr>
              <w:t>ustensilelor</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zonelor</w:t>
            </w:r>
            <w:proofErr w:type="spellEnd"/>
            <w:r w:rsidRPr="00182BDB">
              <w:rPr>
                <w:sz w:val="22"/>
                <w:szCs w:val="32"/>
              </w:rPr>
              <w:t xml:space="preserve"> </w:t>
            </w:r>
            <w:proofErr w:type="spellStart"/>
            <w:r w:rsidRPr="00182BDB">
              <w:rPr>
                <w:sz w:val="22"/>
                <w:szCs w:val="32"/>
              </w:rPr>
              <w:t>auxiliare</w:t>
            </w:r>
            <w:proofErr w:type="spellEnd"/>
            <w:r w:rsidRPr="00182BDB">
              <w:rPr>
                <w:sz w:val="22"/>
                <w:szCs w:val="32"/>
              </w:rPr>
              <w:t xml:space="preserve">. </w:t>
            </w:r>
            <w:proofErr w:type="spellStart"/>
            <w:r w:rsidRPr="00182BDB">
              <w:rPr>
                <w:sz w:val="22"/>
                <w:szCs w:val="32"/>
              </w:rPr>
              <w:t>Activitatea</w:t>
            </w:r>
            <w:proofErr w:type="spellEnd"/>
            <w:r w:rsidRPr="00182BDB">
              <w:rPr>
                <w:sz w:val="22"/>
                <w:szCs w:val="32"/>
              </w:rPr>
              <w:t xml:space="preserve"> se </w:t>
            </w:r>
            <w:proofErr w:type="spellStart"/>
            <w:r w:rsidRPr="00182BDB">
              <w:rPr>
                <w:sz w:val="22"/>
                <w:szCs w:val="32"/>
              </w:rPr>
              <w:t>desfășoară</w:t>
            </w:r>
            <w:proofErr w:type="spellEnd"/>
            <w:r w:rsidRPr="00182BDB">
              <w:rPr>
                <w:sz w:val="22"/>
                <w:szCs w:val="32"/>
              </w:rPr>
              <w:t xml:space="preserve"> conform </w:t>
            </w:r>
            <w:proofErr w:type="spellStart"/>
            <w:r w:rsidRPr="00182BDB">
              <w:rPr>
                <w:sz w:val="22"/>
                <w:szCs w:val="32"/>
              </w:rPr>
              <w:t>programului</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procedurilor</w:t>
            </w:r>
            <w:proofErr w:type="spellEnd"/>
            <w:r w:rsidRPr="00182BDB">
              <w:rPr>
                <w:sz w:val="22"/>
                <w:szCs w:val="32"/>
              </w:rPr>
              <w:t xml:space="preserve"> de </w:t>
            </w:r>
            <w:proofErr w:type="spellStart"/>
            <w:r w:rsidRPr="00182BDB">
              <w:rPr>
                <w:sz w:val="22"/>
                <w:szCs w:val="32"/>
              </w:rPr>
              <w:t>curățare</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dezinfecție</w:t>
            </w:r>
            <w:proofErr w:type="spellEnd"/>
            <w:r w:rsidRPr="00182BDB">
              <w:rPr>
                <w:sz w:val="22"/>
                <w:szCs w:val="32"/>
              </w:rPr>
              <w:t xml:space="preserve"> </w:t>
            </w:r>
            <w:proofErr w:type="spellStart"/>
            <w:r w:rsidRPr="00182BDB">
              <w:rPr>
                <w:sz w:val="22"/>
                <w:szCs w:val="32"/>
              </w:rPr>
              <w:t>aplicabile</w:t>
            </w:r>
            <w:proofErr w:type="spellEnd"/>
            <w:r w:rsidRPr="00182BDB">
              <w:rPr>
                <w:sz w:val="22"/>
                <w:szCs w:val="32"/>
              </w:rPr>
              <w:t xml:space="preserve"> </w:t>
            </w:r>
            <w:proofErr w:type="spellStart"/>
            <w:r w:rsidRPr="00182BDB">
              <w:rPr>
                <w:sz w:val="22"/>
                <w:szCs w:val="32"/>
              </w:rPr>
              <w:t>unității</w:t>
            </w:r>
            <w:proofErr w:type="spellEnd"/>
            <w:r w:rsidRPr="00182BDB">
              <w:rPr>
                <w:sz w:val="22"/>
                <w:szCs w:val="32"/>
              </w:rPr>
              <w:t xml:space="preserve">. </w:t>
            </w:r>
            <w:proofErr w:type="spellStart"/>
            <w:r w:rsidRPr="00182BDB">
              <w:rPr>
                <w:sz w:val="22"/>
                <w:szCs w:val="32"/>
              </w:rPr>
              <w:t>Personalul</w:t>
            </w:r>
            <w:proofErr w:type="spellEnd"/>
            <w:r w:rsidRPr="00182BDB">
              <w:rPr>
                <w:sz w:val="22"/>
                <w:szCs w:val="32"/>
              </w:rPr>
              <w:t xml:space="preserve"> </w:t>
            </w:r>
            <w:proofErr w:type="spellStart"/>
            <w:r w:rsidRPr="00182BDB">
              <w:rPr>
                <w:sz w:val="22"/>
                <w:szCs w:val="32"/>
              </w:rPr>
              <w:t>utilizează</w:t>
            </w:r>
            <w:proofErr w:type="spellEnd"/>
            <w:r w:rsidRPr="00182BDB">
              <w:rPr>
                <w:sz w:val="22"/>
                <w:szCs w:val="32"/>
              </w:rPr>
              <w:t xml:space="preserve"> </w:t>
            </w:r>
            <w:proofErr w:type="spellStart"/>
            <w:r w:rsidRPr="00182BDB">
              <w:rPr>
                <w:sz w:val="22"/>
                <w:szCs w:val="32"/>
              </w:rPr>
              <w:t>produsele</w:t>
            </w:r>
            <w:proofErr w:type="spellEnd"/>
            <w:r w:rsidRPr="00182BDB">
              <w:rPr>
                <w:sz w:val="22"/>
                <w:szCs w:val="32"/>
              </w:rPr>
              <w:t xml:space="preserve"> de </w:t>
            </w:r>
            <w:proofErr w:type="spellStart"/>
            <w:r w:rsidRPr="00182BDB">
              <w:rPr>
                <w:sz w:val="22"/>
                <w:szCs w:val="32"/>
              </w:rPr>
              <w:t>curățenie</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dezinfecție</w:t>
            </w:r>
            <w:proofErr w:type="spellEnd"/>
            <w:r w:rsidRPr="00182BDB">
              <w:rPr>
                <w:sz w:val="22"/>
                <w:szCs w:val="32"/>
              </w:rPr>
              <w:t xml:space="preserve"> conform </w:t>
            </w:r>
            <w:proofErr w:type="spellStart"/>
            <w:r w:rsidRPr="00182BDB">
              <w:rPr>
                <w:sz w:val="22"/>
                <w:szCs w:val="32"/>
              </w:rPr>
              <w:t>instrucțiunilor</w:t>
            </w:r>
            <w:proofErr w:type="spellEnd"/>
            <w:r w:rsidRPr="00182BDB">
              <w:rPr>
                <w:sz w:val="22"/>
                <w:szCs w:val="32"/>
              </w:rPr>
              <w:t xml:space="preserve"> de </w:t>
            </w:r>
            <w:proofErr w:type="spellStart"/>
            <w:r w:rsidRPr="00182BDB">
              <w:rPr>
                <w:sz w:val="22"/>
                <w:szCs w:val="32"/>
              </w:rPr>
              <w:t>utilizare</w:t>
            </w:r>
            <w:proofErr w:type="spellEnd"/>
            <w:r w:rsidRPr="00182BDB">
              <w:rPr>
                <w:sz w:val="22"/>
                <w:szCs w:val="32"/>
              </w:rPr>
              <w:t xml:space="preserve">, cu </w:t>
            </w:r>
            <w:proofErr w:type="spellStart"/>
            <w:r w:rsidRPr="00182BDB">
              <w:rPr>
                <w:sz w:val="22"/>
                <w:szCs w:val="32"/>
              </w:rPr>
              <w:t>respectarea</w:t>
            </w:r>
            <w:proofErr w:type="spellEnd"/>
            <w:r w:rsidRPr="00182BDB">
              <w:rPr>
                <w:sz w:val="22"/>
                <w:szCs w:val="32"/>
              </w:rPr>
              <w:t xml:space="preserve"> </w:t>
            </w:r>
            <w:proofErr w:type="spellStart"/>
            <w:r w:rsidRPr="00182BDB">
              <w:rPr>
                <w:sz w:val="22"/>
                <w:szCs w:val="32"/>
              </w:rPr>
              <w:t>separării</w:t>
            </w:r>
            <w:proofErr w:type="spellEnd"/>
            <w:r w:rsidRPr="00182BDB">
              <w:rPr>
                <w:sz w:val="22"/>
                <w:szCs w:val="32"/>
              </w:rPr>
              <w:t xml:space="preserve"> </w:t>
            </w:r>
            <w:proofErr w:type="spellStart"/>
            <w:r w:rsidRPr="00182BDB">
              <w:rPr>
                <w:sz w:val="22"/>
                <w:szCs w:val="32"/>
              </w:rPr>
              <w:t>față</w:t>
            </w:r>
            <w:proofErr w:type="spellEnd"/>
            <w:r w:rsidRPr="00182BDB">
              <w:rPr>
                <w:sz w:val="22"/>
                <w:szCs w:val="32"/>
              </w:rPr>
              <w:t xml:space="preserve"> de </w:t>
            </w:r>
            <w:proofErr w:type="spellStart"/>
            <w:r w:rsidRPr="00182BDB">
              <w:rPr>
                <w:sz w:val="22"/>
                <w:szCs w:val="32"/>
              </w:rPr>
              <w:t>fluxul</w:t>
            </w:r>
            <w:proofErr w:type="spellEnd"/>
            <w:r w:rsidRPr="00182BDB">
              <w:rPr>
                <w:sz w:val="22"/>
                <w:szCs w:val="32"/>
              </w:rPr>
              <w:t xml:space="preserve"> </w:t>
            </w:r>
            <w:proofErr w:type="spellStart"/>
            <w:r w:rsidRPr="00182BDB">
              <w:rPr>
                <w:sz w:val="22"/>
                <w:szCs w:val="32"/>
              </w:rPr>
              <w:t>alimentar</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a </w:t>
            </w:r>
            <w:proofErr w:type="spellStart"/>
            <w:r w:rsidRPr="00182BDB">
              <w:rPr>
                <w:sz w:val="22"/>
                <w:szCs w:val="32"/>
              </w:rPr>
              <w:t>măsurilor</w:t>
            </w:r>
            <w:proofErr w:type="spellEnd"/>
            <w:r w:rsidRPr="00182BDB">
              <w:rPr>
                <w:sz w:val="22"/>
                <w:szCs w:val="32"/>
              </w:rPr>
              <w:t xml:space="preserve"> de </w:t>
            </w:r>
            <w:proofErr w:type="spellStart"/>
            <w:r w:rsidRPr="00182BDB">
              <w:rPr>
                <w:sz w:val="22"/>
                <w:szCs w:val="32"/>
              </w:rPr>
              <w:t>prevenire</w:t>
            </w:r>
            <w:proofErr w:type="spellEnd"/>
            <w:r w:rsidRPr="00182BDB">
              <w:rPr>
                <w:sz w:val="22"/>
                <w:szCs w:val="32"/>
              </w:rPr>
              <w:t xml:space="preserve"> a </w:t>
            </w:r>
            <w:proofErr w:type="spellStart"/>
            <w:r w:rsidRPr="00182BDB">
              <w:rPr>
                <w:sz w:val="22"/>
                <w:szCs w:val="32"/>
              </w:rPr>
              <w:t>contaminării</w:t>
            </w:r>
            <w:proofErr w:type="spellEnd"/>
            <w:r w:rsidRPr="00182BDB">
              <w:rPr>
                <w:sz w:val="22"/>
                <w:szCs w:val="32"/>
              </w:rPr>
              <w:t xml:space="preserve">. </w:t>
            </w:r>
            <w:proofErr w:type="spellStart"/>
            <w:r w:rsidRPr="00182BDB">
              <w:rPr>
                <w:sz w:val="22"/>
                <w:szCs w:val="32"/>
              </w:rPr>
              <w:t>Numărul</w:t>
            </w:r>
            <w:proofErr w:type="spellEnd"/>
            <w:r w:rsidRPr="00182BDB">
              <w:rPr>
                <w:sz w:val="22"/>
                <w:szCs w:val="32"/>
              </w:rPr>
              <w:t xml:space="preserve"> de </w:t>
            </w:r>
            <w:proofErr w:type="spellStart"/>
            <w:r w:rsidRPr="00182BDB">
              <w:rPr>
                <w:sz w:val="22"/>
                <w:szCs w:val="32"/>
              </w:rPr>
              <w:t>persoane</w:t>
            </w:r>
            <w:proofErr w:type="spellEnd"/>
            <w:r w:rsidRPr="00182BDB">
              <w:rPr>
                <w:sz w:val="22"/>
                <w:szCs w:val="32"/>
              </w:rPr>
              <w:t xml:space="preserve"> se </w:t>
            </w:r>
            <w:proofErr w:type="spellStart"/>
            <w:r w:rsidRPr="00182BDB">
              <w:rPr>
                <w:sz w:val="22"/>
                <w:szCs w:val="32"/>
              </w:rPr>
              <w:t>dimensionează</w:t>
            </w:r>
            <w:proofErr w:type="spellEnd"/>
            <w:r w:rsidRPr="00182BDB">
              <w:rPr>
                <w:sz w:val="22"/>
                <w:szCs w:val="32"/>
              </w:rPr>
              <w:t xml:space="preserve"> </w:t>
            </w:r>
            <w:proofErr w:type="spellStart"/>
            <w:r w:rsidRPr="00182BDB">
              <w:rPr>
                <w:sz w:val="22"/>
                <w:szCs w:val="32"/>
              </w:rPr>
              <w:t>în</w:t>
            </w:r>
            <w:proofErr w:type="spellEnd"/>
            <w:r w:rsidRPr="00182BDB">
              <w:rPr>
                <w:sz w:val="22"/>
                <w:szCs w:val="32"/>
              </w:rPr>
              <w:t xml:space="preserve"> </w:t>
            </w:r>
            <w:proofErr w:type="spellStart"/>
            <w:r w:rsidRPr="00182BDB">
              <w:rPr>
                <w:sz w:val="22"/>
                <w:szCs w:val="32"/>
              </w:rPr>
              <w:t>raport</w:t>
            </w:r>
            <w:proofErr w:type="spellEnd"/>
            <w:r w:rsidRPr="00182BDB">
              <w:rPr>
                <w:sz w:val="22"/>
                <w:szCs w:val="32"/>
              </w:rPr>
              <w:t xml:space="preserve"> cu </w:t>
            </w:r>
            <w:proofErr w:type="spellStart"/>
            <w:r w:rsidRPr="00182BDB">
              <w:rPr>
                <w:sz w:val="22"/>
                <w:szCs w:val="32"/>
              </w:rPr>
              <w:t>suprafața</w:t>
            </w:r>
            <w:proofErr w:type="spellEnd"/>
            <w:r w:rsidRPr="00182BDB">
              <w:rPr>
                <w:sz w:val="22"/>
                <w:szCs w:val="32"/>
              </w:rPr>
              <w:t xml:space="preserve">, </w:t>
            </w:r>
            <w:proofErr w:type="spellStart"/>
            <w:r w:rsidRPr="00182BDB">
              <w:rPr>
                <w:sz w:val="22"/>
                <w:szCs w:val="32"/>
              </w:rPr>
              <w:t>fluxul</w:t>
            </w:r>
            <w:proofErr w:type="spellEnd"/>
            <w:r w:rsidRPr="00182BDB">
              <w:rPr>
                <w:sz w:val="22"/>
                <w:szCs w:val="32"/>
              </w:rPr>
              <w:t xml:space="preserve"> </w:t>
            </w:r>
            <w:proofErr w:type="spellStart"/>
            <w:r w:rsidRPr="00182BDB">
              <w:rPr>
                <w:sz w:val="22"/>
                <w:szCs w:val="32"/>
              </w:rPr>
              <w:t>tehnologic</w:t>
            </w:r>
            <w:proofErr w:type="spellEnd"/>
            <w:r w:rsidRPr="00182BDB">
              <w:rPr>
                <w:sz w:val="22"/>
                <w:szCs w:val="32"/>
              </w:rPr>
              <w:t xml:space="preserve">, </w:t>
            </w:r>
            <w:proofErr w:type="spellStart"/>
            <w:r w:rsidRPr="00182BDB">
              <w:rPr>
                <w:sz w:val="22"/>
                <w:szCs w:val="32"/>
              </w:rPr>
              <w:t>programul</w:t>
            </w:r>
            <w:proofErr w:type="spellEnd"/>
            <w:r w:rsidRPr="00182BDB">
              <w:rPr>
                <w:sz w:val="22"/>
                <w:szCs w:val="32"/>
              </w:rPr>
              <w:t xml:space="preserve"> de </w:t>
            </w:r>
            <w:proofErr w:type="spellStart"/>
            <w:r w:rsidRPr="00182BDB">
              <w:rPr>
                <w:sz w:val="22"/>
                <w:szCs w:val="32"/>
              </w:rPr>
              <w:t>producție</w:t>
            </w:r>
            <w:proofErr w:type="spellEnd"/>
            <w:r w:rsidRPr="00182BDB">
              <w:rPr>
                <w:sz w:val="22"/>
                <w:szCs w:val="32"/>
              </w:rPr>
              <w:t xml:space="preserve"> și </w:t>
            </w:r>
            <w:proofErr w:type="spellStart"/>
            <w:r w:rsidRPr="00182BDB">
              <w:rPr>
                <w:sz w:val="22"/>
                <w:szCs w:val="32"/>
              </w:rPr>
              <w:t>frecvența</w:t>
            </w:r>
            <w:proofErr w:type="spellEnd"/>
            <w:r w:rsidRPr="00182BDB">
              <w:rPr>
                <w:sz w:val="22"/>
                <w:szCs w:val="32"/>
              </w:rPr>
              <w:t xml:space="preserve"> </w:t>
            </w:r>
            <w:proofErr w:type="spellStart"/>
            <w:r w:rsidRPr="00182BDB">
              <w:rPr>
                <w:sz w:val="22"/>
                <w:szCs w:val="32"/>
              </w:rPr>
              <w:t>operațiunilor</w:t>
            </w:r>
            <w:proofErr w:type="spellEnd"/>
            <w:r w:rsidRPr="00182BDB">
              <w:rPr>
                <w:sz w:val="22"/>
                <w:szCs w:val="32"/>
              </w:rPr>
              <w:t xml:space="preserve"> de </w:t>
            </w:r>
            <w:proofErr w:type="spellStart"/>
            <w:r w:rsidRPr="00182BDB">
              <w:rPr>
                <w:sz w:val="22"/>
                <w:szCs w:val="32"/>
              </w:rPr>
              <w:t>igienizare</w:t>
            </w:r>
            <w:proofErr w:type="spellEnd"/>
            <w:r w:rsidRPr="00182BDB">
              <w:rPr>
                <w:sz w:val="22"/>
                <w:szCs w:val="32"/>
              </w:rPr>
              <w:t>.</w:t>
            </w:r>
          </w:p>
        </w:tc>
        <w:tc>
          <w:tcPr>
            <w:tcW w:w="4048" w:type="dxa"/>
            <w:vAlign w:val="center"/>
          </w:tcPr>
          <w:p w14:paraId="3F689677" w14:textId="5923A1C4" w:rsidR="00182BDB" w:rsidRDefault="00182BDB" w:rsidP="0045689A">
            <w:pPr>
              <w:ind w:firstLine="0"/>
              <w:jc w:val="left"/>
              <w:rPr>
                <w:sz w:val="22"/>
                <w:szCs w:val="32"/>
              </w:rPr>
            </w:pPr>
            <w:proofErr w:type="spellStart"/>
            <w:r w:rsidRPr="00182BDB">
              <w:rPr>
                <w:b/>
                <w:bCs/>
                <w:sz w:val="22"/>
                <w:szCs w:val="32"/>
              </w:rPr>
              <w:t>În</w:t>
            </w:r>
            <w:proofErr w:type="spellEnd"/>
            <w:r w:rsidRPr="00182BDB">
              <w:rPr>
                <w:b/>
                <w:bCs/>
                <w:sz w:val="22"/>
                <w:szCs w:val="32"/>
              </w:rPr>
              <w:t xml:space="preserve"> </w:t>
            </w:r>
            <w:proofErr w:type="spellStart"/>
            <w:r w:rsidRPr="00182BDB">
              <w:rPr>
                <w:b/>
                <w:bCs/>
                <w:sz w:val="22"/>
                <w:szCs w:val="32"/>
              </w:rPr>
              <w:t>ofertă</w:t>
            </w:r>
            <w:proofErr w:type="spellEnd"/>
            <w:r w:rsidRPr="00182BDB">
              <w:rPr>
                <w:b/>
                <w:bCs/>
                <w:sz w:val="22"/>
                <w:szCs w:val="32"/>
              </w:rPr>
              <w:t>:</w:t>
            </w:r>
            <w:r w:rsidRPr="00182BDB">
              <w:rPr>
                <w:sz w:val="22"/>
                <w:szCs w:val="32"/>
              </w:rPr>
              <w:t xml:space="preserve"> </w:t>
            </w:r>
            <w:proofErr w:type="spellStart"/>
            <w:r w:rsidR="005939B7" w:rsidRPr="005939B7">
              <w:rPr>
                <w:sz w:val="22"/>
                <w:szCs w:val="32"/>
              </w:rPr>
              <w:t>numărul</w:t>
            </w:r>
            <w:proofErr w:type="spellEnd"/>
            <w:r w:rsidR="005939B7" w:rsidRPr="005939B7">
              <w:rPr>
                <w:sz w:val="22"/>
                <w:szCs w:val="32"/>
              </w:rPr>
              <w:t>/</w:t>
            </w:r>
            <w:proofErr w:type="spellStart"/>
            <w:r w:rsidR="005939B7" w:rsidRPr="005939B7">
              <w:rPr>
                <w:sz w:val="22"/>
                <w:szCs w:val="32"/>
              </w:rPr>
              <w:t>funcțiile</w:t>
            </w:r>
            <w:proofErr w:type="spellEnd"/>
            <w:r w:rsidR="005939B7" w:rsidRPr="005939B7">
              <w:rPr>
                <w:sz w:val="22"/>
                <w:szCs w:val="32"/>
              </w:rPr>
              <w:t xml:space="preserve"> </w:t>
            </w:r>
            <w:proofErr w:type="spellStart"/>
            <w:r w:rsidRPr="00182BDB">
              <w:rPr>
                <w:sz w:val="22"/>
                <w:szCs w:val="32"/>
              </w:rPr>
              <w:t>alocate</w:t>
            </w:r>
            <w:proofErr w:type="spellEnd"/>
            <w:r w:rsidRPr="00182BDB">
              <w:rPr>
                <w:sz w:val="22"/>
                <w:szCs w:val="32"/>
              </w:rPr>
              <w:t xml:space="preserve"> </w:t>
            </w:r>
            <w:proofErr w:type="spellStart"/>
            <w:r w:rsidRPr="00182BDB">
              <w:rPr>
                <w:sz w:val="22"/>
                <w:szCs w:val="32"/>
              </w:rPr>
              <w:t>activităților</w:t>
            </w:r>
            <w:proofErr w:type="spellEnd"/>
            <w:r w:rsidRPr="00182BDB">
              <w:rPr>
                <w:sz w:val="22"/>
                <w:szCs w:val="32"/>
              </w:rPr>
              <w:t xml:space="preserve"> de </w:t>
            </w:r>
            <w:proofErr w:type="spellStart"/>
            <w:r w:rsidRPr="00182BDB">
              <w:rPr>
                <w:sz w:val="22"/>
                <w:szCs w:val="32"/>
              </w:rPr>
              <w:t>curățenie</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igienizare</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descrierea</w:t>
            </w:r>
            <w:proofErr w:type="spellEnd"/>
            <w:r w:rsidRPr="00182BDB">
              <w:rPr>
                <w:sz w:val="22"/>
                <w:szCs w:val="32"/>
              </w:rPr>
              <w:t xml:space="preserve"> </w:t>
            </w:r>
            <w:proofErr w:type="spellStart"/>
            <w:r w:rsidRPr="00182BDB">
              <w:rPr>
                <w:sz w:val="22"/>
                <w:szCs w:val="32"/>
              </w:rPr>
              <w:t>modului</w:t>
            </w:r>
            <w:proofErr w:type="spellEnd"/>
            <w:r w:rsidRPr="00182BDB">
              <w:rPr>
                <w:sz w:val="22"/>
                <w:szCs w:val="32"/>
              </w:rPr>
              <w:t xml:space="preserve"> de </w:t>
            </w:r>
            <w:proofErr w:type="spellStart"/>
            <w:r w:rsidRPr="00182BDB">
              <w:rPr>
                <w:sz w:val="22"/>
                <w:szCs w:val="32"/>
              </w:rPr>
              <w:t>organizare</w:t>
            </w:r>
            <w:proofErr w:type="spellEnd"/>
            <w:r w:rsidRPr="00182BDB">
              <w:rPr>
                <w:sz w:val="22"/>
                <w:szCs w:val="32"/>
              </w:rPr>
              <w:t xml:space="preserve"> a </w:t>
            </w:r>
            <w:proofErr w:type="spellStart"/>
            <w:r w:rsidRPr="00182BDB">
              <w:rPr>
                <w:sz w:val="22"/>
                <w:szCs w:val="32"/>
              </w:rPr>
              <w:t>activității</w:t>
            </w:r>
            <w:proofErr w:type="spellEnd"/>
            <w:r w:rsidRPr="00182BDB">
              <w:rPr>
                <w:sz w:val="22"/>
                <w:szCs w:val="32"/>
              </w:rPr>
              <w:t xml:space="preserve">. </w:t>
            </w:r>
          </w:p>
          <w:p w14:paraId="33EFE792" w14:textId="13D076C1" w:rsidR="0045689A" w:rsidRPr="003D42A0" w:rsidRDefault="00182BDB" w:rsidP="0045689A">
            <w:pPr>
              <w:ind w:firstLine="0"/>
              <w:jc w:val="left"/>
              <w:rPr>
                <w:sz w:val="22"/>
                <w:szCs w:val="32"/>
              </w:rPr>
            </w:pPr>
            <w:proofErr w:type="spellStart"/>
            <w:r w:rsidRPr="00182BDB">
              <w:rPr>
                <w:b/>
                <w:bCs/>
                <w:sz w:val="22"/>
                <w:szCs w:val="32"/>
              </w:rPr>
              <w:t>Înainte</w:t>
            </w:r>
            <w:proofErr w:type="spellEnd"/>
            <w:r w:rsidRPr="00182BDB">
              <w:rPr>
                <w:b/>
                <w:bCs/>
                <w:sz w:val="22"/>
                <w:szCs w:val="32"/>
              </w:rPr>
              <w:t xml:space="preserve"> de </w:t>
            </w:r>
            <w:proofErr w:type="spellStart"/>
            <w:r w:rsidRPr="00182BDB">
              <w:rPr>
                <w:b/>
                <w:bCs/>
                <w:sz w:val="22"/>
                <w:szCs w:val="32"/>
              </w:rPr>
              <w:t>prestare</w:t>
            </w:r>
            <w:proofErr w:type="spellEnd"/>
            <w:r w:rsidRPr="00182BDB">
              <w:rPr>
                <w:b/>
                <w:bCs/>
                <w:sz w:val="22"/>
                <w:szCs w:val="32"/>
              </w:rPr>
              <w:t xml:space="preserve"> </w:t>
            </w:r>
            <w:proofErr w:type="spellStart"/>
            <w:r w:rsidRPr="00182BDB">
              <w:rPr>
                <w:b/>
                <w:bCs/>
                <w:sz w:val="22"/>
                <w:szCs w:val="32"/>
              </w:rPr>
              <w:t>și</w:t>
            </w:r>
            <w:proofErr w:type="spellEnd"/>
            <w:r w:rsidRPr="00182BDB">
              <w:rPr>
                <w:b/>
                <w:bCs/>
                <w:sz w:val="22"/>
                <w:szCs w:val="32"/>
              </w:rPr>
              <w:t xml:space="preserve"> pe </w:t>
            </w:r>
            <w:proofErr w:type="spellStart"/>
            <w:r w:rsidRPr="00182BDB">
              <w:rPr>
                <w:b/>
                <w:bCs/>
                <w:sz w:val="22"/>
                <w:szCs w:val="32"/>
              </w:rPr>
              <w:t>durata</w:t>
            </w:r>
            <w:proofErr w:type="spellEnd"/>
            <w:r w:rsidRPr="00182BDB">
              <w:rPr>
                <w:b/>
                <w:bCs/>
                <w:sz w:val="22"/>
                <w:szCs w:val="32"/>
              </w:rPr>
              <w:t xml:space="preserve"> </w:t>
            </w:r>
            <w:proofErr w:type="spellStart"/>
            <w:r w:rsidRPr="00182BDB">
              <w:rPr>
                <w:b/>
                <w:bCs/>
                <w:sz w:val="22"/>
                <w:szCs w:val="32"/>
              </w:rPr>
              <w:t>executării</w:t>
            </w:r>
            <w:proofErr w:type="spellEnd"/>
            <w:r w:rsidRPr="00182BDB">
              <w:rPr>
                <w:b/>
                <w:bCs/>
                <w:sz w:val="22"/>
                <w:szCs w:val="32"/>
              </w:rPr>
              <w:t>:</w:t>
            </w:r>
            <w:r w:rsidRPr="00182BDB">
              <w:rPr>
                <w:sz w:val="22"/>
                <w:szCs w:val="32"/>
              </w:rPr>
              <w:t xml:space="preserve"> </w:t>
            </w:r>
            <w:proofErr w:type="spellStart"/>
            <w:r w:rsidRPr="00182BDB">
              <w:rPr>
                <w:sz w:val="22"/>
                <w:szCs w:val="32"/>
              </w:rPr>
              <w:t>documente</w:t>
            </w:r>
            <w:proofErr w:type="spellEnd"/>
            <w:r w:rsidRPr="00182BDB">
              <w:rPr>
                <w:sz w:val="22"/>
                <w:szCs w:val="32"/>
              </w:rPr>
              <w:t xml:space="preserve"> </w:t>
            </w:r>
            <w:proofErr w:type="spellStart"/>
            <w:r w:rsidRPr="00182BDB">
              <w:rPr>
                <w:sz w:val="22"/>
                <w:szCs w:val="32"/>
              </w:rPr>
              <w:t>privind</w:t>
            </w:r>
            <w:proofErr w:type="spellEnd"/>
            <w:r w:rsidRPr="00182BDB">
              <w:rPr>
                <w:sz w:val="22"/>
                <w:szCs w:val="32"/>
              </w:rPr>
              <w:t xml:space="preserve"> </w:t>
            </w:r>
            <w:proofErr w:type="spellStart"/>
            <w:r w:rsidRPr="00182BDB">
              <w:rPr>
                <w:sz w:val="22"/>
                <w:szCs w:val="32"/>
              </w:rPr>
              <w:t>instruirea</w:t>
            </w:r>
            <w:proofErr w:type="spellEnd"/>
            <w:r w:rsidRPr="00182BDB">
              <w:rPr>
                <w:sz w:val="22"/>
                <w:szCs w:val="32"/>
              </w:rPr>
              <w:t xml:space="preserve"> </w:t>
            </w:r>
            <w:proofErr w:type="spellStart"/>
            <w:r w:rsidRPr="00182BDB">
              <w:rPr>
                <w:sz w:val="22"/>
                <w:szCs w:val="32"/>
              </w:rPr>
              <w:t>în</w:t>
            </w:r>
            <w:proofErr w:type="spellEnd"/>
            <w:r w:rsidRPr="00182BDB">
              <w:rPr>
                <w:sz w:val="22"/>
                <w:szCs w:val="32"/>
              </w:rPr>
              <w:t xml:space="preserve"> </w:t>
            </w:r>
            <w:proofErr w:type="spellStart"/>
            <w:r w:rsidRPr="00182BDB">
              <w:rPr>
                <w:sz w:val="22"/>
                <w:szCs w:val="32"/>
              </w:rPr>
              <w:t>igienă</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securitate</w:t>
            </w:r>
            <w:proofErr w:type="spellEnd"/>
            <w:r w:rsidRPr="00182BDB">
              <w:rPr>
                <w:sz w:val="22"/>
                <w:szCs w:val="32"/>
              </w:rPr>
              <w:t xml:space="preserve">, </w:t>
            </w:r>
            <w:proofErr w:type="spellStart"/>
            <w:r w:rsidRPr="00182BDB">
              <w:rPr>
                <w:sz w:val="22"/>
                <w:szCs w:val="32"/>
              </w:rPr>
              <w:t>aptitudinea</w:t>
            </w:r>
            <w:proofErr w:type="spellEnd"/>
            <w:r w:rsidRPr="00182BDB">
              <w:rPr>
                <w:sz w:val="22"/>
                <w:szCs w:val="32"/>
              </w:rPr>
              <w:t xml:space="preserve"> </w:t>
            </w:r>
            <w:proofErr w:type="spellStart"/>
            <w:r w:rsidRPr="00182BDB">
              <w:rPr>
                <w:sz w:val="22"/>
                <w:szCs w:val="32"/>
              </w:rPr>
              <w:t>pentru</w:t>
            </w:r>
            <w:proofErr w:type="spellEnd"/>
            <w:r w:rsidRPr="00182BDB">
              <w:rPr>
                <w:sz w:val="22"/>
                <w:szCs w:val="32"/>
              </w:rPr>
              <w:t xml:space="preserve"> </w:t>
            </w:r>
            <w:proofErr w:type="spellStart"/>
            <w:r w:rsidRPr="00182BDB">
              <w:rPr>
                <w:sz w:val="22"/>
                <w:szCs w:val="32"/>
              </w:rPr>
              <w:t>activitatea</w:t>
            </w:r>
            <w:proofErr w:type="spellEnd"/>
            <w:r w:rsidRPr="00182BDB">
              <w:rPr>
                <w:sz w:val="22"/>
                <w:szCs w:val="32"/>
              </w:rPr>
              <w:t xml:space="preserve"> </w:t>
            </w:r>
            <w:proofErr w:type="spellStart"/>
            <w:r w:rsidRPr="00182BDB">
              <w:rPr>
                <w:sz w:val="22"/>
                <w:szCs w:val="32"/>
              </w:rPr>
              <w:t>desfășurată</w:t>
            </w:r>
            <w:proofErr w:type="spellEnd"/>
            <w:r w:rsidRPr="00182BDB">
              <w:rPr>
                <w:sz w:val="22"/>
                <w:szCs w:val="32"/>
              </w:rPr>
              <w:t xml:space="preserve">, precum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programul</w:t>
            </w:r>
            <w:proofErr w:type="spellEnd"/>
            <w:r w:rsidRPr="00182BDB">
              <w:rPr>
                <w:sz w:val="22"/>
                <w:szCs w:val="32"/>
              </w:rPr>
              <w:t>/</w:t>
            </w:r>
            <w:proofErr w:type="spellStart"/>
            <w:r w:rsidRPr="00182BDB">
              <w:rPr>
                <w:sz w:val="22"/>
                <w:szCs w:val="32"/>
              </w:rPr>
              <w:t>procedurile</w:t>
            </w:r>
            <w:proofErr w:type="spellEnd"/>
            <w:r w:rsidRPr="00182BDB">
              <w:rPr>
                <w:sz w:val="22"/>
                <w:szCs w:val="32"/>
              </w:rPr>
              <w:t xml:space="preserve"> de </w:t>
            </w:r>
            <w:proofErr w:type="spellStart"/>
            <w:r w:rsidRPr="00182BDB">
              <w:rPr>
                <w:sz w:val="22"/>
                <w:szCs w:val="32"/>
              </w:rPr>
              <w:t>curățare</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dezinfecție</w:t>
            </w:r>
            <w:proofErr w:type="spellEnd"/>
            <w:r w:rsidRPr="00182BDB">
              <w:rPr>
                <w:sz w:val="22"/>
                <w:szCs w:val="32"/>
              </w:rPr>
              <w:t xml:space="preserve"> </w:t>
            </w:r>
            <w:proofErr w:type="spellStart"/>
            <w:r w:rsidRPr="00182BDB">
              <w:rPr>
                <w:sz w:val="22"/>
                <w:szCs w:val="32"/>
              </w:rPr>
              <w:t>aplicabile</w:t>
            </w:r>
            <w:proofErr w:type="spellEnd"/>
            <w:r w:rsidRPr="00182BDB">
              <w:rPr>
                <w:sz w:val="22"/>
                <w:szCs w:val="32"/>
              </w:rPr>
              <w:t>.</w:t>
            </w:r>
          </w:p>
        </w:tc>
      </w:tr>
      <w:tr w:rsidR="0045689A" w:rsidRPr="003D42A0" w14:paraId="225034FB" w14:textId="77777777" w:rsidTr="006E4A09">
        <w:trPr>
          <w:cantSplit/>
          <w:jc w:val="center"/>
        </w:trPr>
        <w:tc>
          <w:tcPr>
            <w:tcW w:w="0" w:type="auto"/>
            <w:vAlign w:val="center"/>
          </w:tcPr>
          <w:p w14:paraId="2E5F291B" w14:textId="77777777" w:rsidR="0045689A" w:rsidRPr="003D42A0" w:rsidRDefault="0045689A" w:rsidP="0045689A">
            <w:pPr>
              <w:ind w:firstLine="0"/>
              <w:jc w:val="left"/>
              <w:rPr>
                <w:sz w:val="22"/>
                <w:szCs w:val="32"/>
              </w:rPr>
            </w:pPr>
            <w:proofErr w:type="spellStart"/>
            <w:r w:rsidRPr="003D42A0">
              <w:rPr>
                <w:sz w:val="22"/>
                <w:szCs w:val="32"/>
              </w:rPr>
              <w:t>Conducători</w:t>
            </w:r>
            <w:proofErr w:type="spellEnd"/>
            <w:r w:rsidRPr="003D42A0">
              <w:rPr>
                <w:sz w:val="22"/>
                <w:szCs w:val="32"/>
              </w:rPr>
              <w:t xml:space="preserve"> auto / personal de </w:t>
            </w:r>
            <w:proofErr w:type="spellStart"/>
            <w:r w:rsidRPr="003D42A0">
              <w:rPr>
                <w:sz w:val="22"/>
                <w:szCs w:val="32"/>
              </w:rPr>
              <w:t>livrare</w:t>
            </w:r>
            <w:proofErr w:type="spellEnd"/>
          </w:p>
        </w:tc>
        <w:tc>
          <w:tcPr>
            <w:tcW w:w="4282" w:type="dxa"/>
            <w:vAlign w:val="center"/>
          </w:tcPr>
          <w:p w14:paraId="13B8AE07" w14:textId="43088A98" w:rsidR="0045689A" w:rsidRPr="003D42A0" w:rsidRDefault="00182BDB" w:rsidP="0045689A">
            <w:pPr>
              <w:ind w:firstLine="0"/>
              <w:jc w:val="left"/>
              <w:rPr>
                <w:sz w:val="22"/>
                <w:szCs w:val="32"/>
              </w:rPr>
            </w:pPr>
            <w:proofErr w:type="spellStart"/>
            <w:r w:rsidRPr="00E1781E">
              <w:rPr>
                <w:b/>
                <w:bCs/>
                <w:sz w:val="22"/>
                <w:szCs w:val="32"/>
              </w:rPr>
              <w:t>Număr</w:t>
            </w:r>
            <w:proofErr w:type="spellEnd"/>
            <w:r w:rsidRPr="00E1781E">
              <w:rPr>
                <w:b/>
                <w:bCs/>
                <w:sz w:val="22"/>
                <w:szCs w:val="32"/>
              </w:rPr>
              <w:t xml:space="preserve"> </w:t>
            </w:r>
            <w:proofErr w:type="spellStart"/>
            <w:r w:rsidRPr="00E1781E">
              <w:rPr>
                <w:b/>
                <w:bCs/>
                <w:sz w:val="22"/>
                <w:szCs w:val="32"/>
              </w:rPr>
              <w:t>suficient</w:t>
            </w:r>
            <w:proofErr w:type="spellEnd"/>
            <w:r w:rsidRPr="00182BDB">
              <w:rPr>
                <w:sz w:val="22"/>
                <w:szCs w:val="32"/>
              </w:rPr>
              <w:t xml:space="preserve"> </w:t>
            </w:r>
            <w:proofErr w:type="spellStart"/>
            <w:r w:rsidRPr="00182BDB">
              <w:rPr>
                <w:sz w:val="22"/>
                <w:szCs w:val="32"/>
              </w:rPr>
              <w:t>pentru</w:t>
            </w:r>
            <w:proofErr w:type="spellEnd"/>
            <w:r w:rsidRPr="00182BDB">
              <w:rPr>
                <w:sz w:val="22"/>
                <w:szCs w:val="32"/>
              </w:rPr>
              <w:t xml:space="preserve"> </w:t>
            </w:r>
            <w:proofErr w:type="spellStart"/>
            <w:r w:rsidRPr="00182BDB">
              <w:rPr>
                <w:sz w:val="22"/>
                <w:szCs w:val="32"/>
              </w:rPr>
              <w:t>respectarea</w:t>
            </w:r>
            <w:proofErr w:type="spellEnd"/>
            <w:r w:rsidRPr="00182BDB">
              <w:rPr>
                <w:sz w:val="22"/>
                <w:szCs w:val="32"/>
              </w:rPr>
              <w:t xml:space="preserve"> </w:t>
            </w:r>
            <w:proofErr w:type="spellStart"/>
            <w:r w:rsidRPr="00182BDB">
              <w:rPr>
                <w:sz w:val="22"/>
                <w:szCs w:val="32"/>
              </w:rPr>
              <w:t>tuturor</w:t>
            </w:r>
            <w:proofErr w:type="spellEnd"/>
            <w:r w:rsidRPr="00182BDB">
              <w:rPr>
                <w:sz w:val="22"/>
                <w:szCs w:val="32"/>
              </w:rPr>
              <w:t xml:space="preserve"> </w:t>
            </w:r>
            <w:proofErr w:type="spellStart"/>
            <w:r w:rsidRPr="00182BDB">
              <w:rPr>
                <w:sz w:val="22"/>
                <w:szCs w:val="32"/>
              </w:rPr>
              <w:t>intervalelor</w:t>
            </w:r>
            <w:proofErr w:type="spellEnd"/>
            <w:r w:rsidRPr="00182BDB">
              <w:rPr>
                <w:sz w:val="22"/>
                <w:szCs w:val="32"/>
              </w:rPr>
              <w:t xml:space="preserve"> de </w:t>
            </w:r>
            <w:proofErr w:type="spellStart"/>
            <w:r w:rsidRPr="00182BDB">
              <w:rPr>
                <w:sz w:val="22"/>
                <w:szCs w:val="32"/>
              </w:rPr>
              <w:t>livrare</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pentru</w:t>
            </w:r>
            <w:proofErr w:type="spellEnd"/>
            <w:r w:rsidRPr="00182BDB">
              <w:rPr>
                <w:sz w:val="22"/>
                <w:szCs w:val="32"/>
              </w:rPr>
              <w:t xml:space="preserve"> </w:t>
            </w:r>
            <w:proofErr w:type="spellStart"/>
            <w:r w:rsidRPr="00182BDB">
              <w:rPr>
                <w:sz w:val="22"/>
                <w:szCs w:val="32"/>
              </w:rPr>
              <w:t>asigurarea</w:t>
            </w:r>
            <w:proofErr w:type="spellEnd"/>
            <w:r w:rsidRPr="00182BDB">
              <w:rPr>
                <w:sz w:val="22"/>
                <w:szCs w:val="32"/>
              </w:rPr>
              <w:t xml:space="preserve"> </w:t>
            </w:r>
            <w:proofErr w:type="spellStart"/>
            <w:r w:rsidRPr="00182BDB">
              <w:rPr>
                <w:sz w:val="22"/>
                <w:szCs w:val="32"/>
              </w:rPr>
              <w:t>continuității</w:t>
            </w:r>
            <w:proofErr w:type="spellEnd"/>
            <w:r w:rsidRPr="00182BDB">
              <w:rPr>
                <w:sz w:val="22"/>
                <w:szCs w:val="32"/>
              </w:rPr>
              <w:t xml:space="preserve"> </w:t>
            </w:r>
            <w:proofErr w:type="spellStart"/>
            <w:r w:rsidRPr="00182BDB">
              <w:rPr>
                <w:sz w:val="22"/>
                <w:szCs w:val="32"/>
              </w:rPr>
              <w:t>serviciului</w:t>
            </w:r>
            <w:proofErr w:type="spellEnd"/>
            <w:r w:rsidRPr="00182BDB">
              <w:rPr>
                <w:sz w:val="22"/>
                <w:szCs w:val="32"/>
              </w:rPr>
              <w:t xml:space="preserve">. </w:t>
            </w:r>
            <w:proofErr w:type="spellStart"/>
            <w:r w:rsidRPr="00182BDB">
              <w:rPr>
                <w:sz w:val="22"/>
                <w:szCs w:val="32"/>
              </w:rPr>
              <w:t>Conducătorii</w:t>
            </w:r>
            <w:proofErr w:type="spellEnd"/>
            <w:r w:rsidRPr="00182BDB">
              <w:rPr>
                <w:sz w:val="22"/>
                <w:szCs w:val="32"/>
              </w:rPr>
              <w:t xml:space="preserve"> auto </w:t>
            </w:r>
            <w:proofErr w:type="spellStart"/>
            <w:r w:rsidRPr="00182BDB">
              <w:rPr>
                <w:sz w:val="22"/>
                <w:szCs w:val="32"/>
              </w:rPr>
              <w:t>dețin</w:t>
            </w:r>
            <w:proofErr w:type="spellEnd"/>
            <w:r w:rsidRPr="00182BDB">
              <w:rPr>
                <w:sz w:val="22"/>
                <w:szCs w:val="32"/>
              </w:rPr>
              <w:t xml:space="preserve"> </w:t>
            </w:r>
            <w:proofErr w:type="spellStart"/>
            <w:r w:rsidRPr="00182BDB">
              <w:rPr>
                <w:sz w:val="22"/>
                <w:szCs w:val="32"/>
              </w:rPr>
              <w:t>permis</w:t>
            </w:r>
            <w:proofErr w:type="spellEnd"/>
            <w:r w:rsidRPr="00182BDB">
              <w:rPr>
                <w:sz w:val="22"/>
                <w:szCs w:val="32"/>
              </w:rPr>
              <w:t xml:space="preserve"> de </w:t>
            </w:r>
            <w:proofErr w:type="spellStart"/>
            <w:r w:rsidRPr="00182BDB">
              <w:rPr>
                <w:sz w:val="22"/>
                <w:szCs w:val="32"/>
              </w:rPr>
              <w:t>conducere</w:t>
            </w:r>
            <w:proofErr w:type="spellEnd"/>
            <w:r w:rsidRPr="00182BDB">
              <w:rPr>
                <w:sz w:val="22"/>
                <w:szCs w:val="32"/>
              </w:rPr>
              <w:t xml:space="preserve"> </w:t>
            </w:r>
            <w:proofErr w:type="spellStart"/>
            <w:r w:rsidRPr="00182BDB">
              <w:rPr>
                <w:sz w:val="22"/>
                <w:szCs w:val="32"/>
              </w:rPr>
              <w:t>corespunzător</w:t>
            </w:r>
            <w:proofErr w:type="spellEnd"/>
            <w:r w:rsidRPr="00182BDB">
              <w:rPr>
                <w:sz w:val="22"/>
                <w:szCs w:val="32"/>
              </w:rPr>
              <w:t xml:space="preserve"> </w:t>
            </w:r>
            <w:proofErr w:type="spellStart"/>
            <w:r w:rsidRPr="00182BDB">
              <w:rPr>
                <w:sz w:val="22"/>
                <w:szCs w:val="32"/>
              </w:rPr>
              <w:t>categoriei</w:t>
            </w:r>
            <w:proofErr w:type="spellEnd"/>
            <w:r w:rsidRPr="00182BDB">
              <w:rPr>
                <w:sz w:val="22"/>
                <w:szCs w:val="32"/>
              </w:rPr>
              <w:t xml:space="preserve"> </w:t>
            </w:r>
            <w:proofErr w:type="spellStart"/>
            <w:r w:rsidRPr="00182BDB">
              <w:rPr>
                <w:sz w:val="22"/>
                <w:szCs w:val="32"/>
              </w:rPr>
              <w:t>vehiculului</w:t>
            </w:r>
            <w:proofErr w:type="spellEnd"/>
            <w:r w:rsidRPr="00182BDB">
              <w:rPr>
                <w:sz w:val="22"/>
                <w:szCs w:val="32"/>
              </w:rPr>
              <w:t xml:space="preserve"> </w:t>
            </w:r>
            <w:proofErr w:type="spellStart"/>
            <w:r w:rsidRPr="00182BDB">
              <w:rPr>
                <w:sz w:val="22"/>
                <w:szCs w:val="32"/>
              </w:rPr>
              <w:t>utilizat</w:t>
            </w:r>
            <w:proofErr w:type="spellEnd"/>
            <w:r w:rsidRPr="00182BDB">
              <w:rPr>
                <w:sz w:val="22"/>
                <w:szCs w:val="32"/>
              </w:rPr>
              <w:t xml:space="preserve">. </w:t>
            </w:r>
            <w:proofErr w:type="spellStart"/>
            <w:r w:rsidRPr="00182BDB">
              <w:rPr>
                <w:sz w:val="22"/>
                <w:szCs w:val="32"/>
              </w:rPr>
              <w:t>Personalul</w:t>
            </w:r>
            <w:proofErr w:type="spellEnd"/>
            <w:r w:rsidRPr="00182BDB">
              <w:rPr>
                <w:sz w:val="22"/>
                <w:szCs w:val="32"/>
              </w:rPr>
              <w:t xml:space="preserve"> care </w:t>
            </w:r>
            <w:proofErr w:type="spellStart"/>
            <w:r w:rsidRPr="00182BDB">
              <w:rPr>
                <w:sz w:val="22"/>
                <w:szCs w:val="32"/>
              </w:rPr>
              <w:t>manipulează</w:t>
            </w:r>
            <w:proofErr w:type="spellEnd"/>
            <w:r w:rsidRPr="00182BDB">
              <w:rPr>
                <w:sz w:val="22"/>
                <w:szCs w:val="32"/>
              </w:rPr>
              <w:t xml:space="preserve"> direct </w:t>
            </w:r>
            <w:proofErr w:type="spellStart"/>
            <w:r w:rsidRPr="00182BDB">
              <w:rPr>
                <w:sz w:val="22"/>
                <w:szCs w:val="32"/>
              </w:rPr>
              <w:t>alimentele</w:t>
            </w:r>
            <w:proofErr w:type="spellEnd"/>
            <w:r w:rsidRPr="00182BDB">
              <w:rPr>
                <w:sz w:val="22"/>
                <w:szCs w:val="32"/>
              </w:rPr>
              <w:t xml:space="preserve"> </w:t>
            </w:r>
            <w:proofErr w:type="spellStart"/>
            <w:r w:rsidRPr="00182BDB">
              <w:rPr>
                <w:sz w:val="22"/>
                <w:szCs w:val="32"/>
              </w:rPr>
              <w:t>sau</w:t>
            </w:r>
            <w:proofErr w:type="spellEnd"/>
            <w:r w:rsidRPr="00182BDB">
              <w:rPr>
                <w:sz w:val="22"/>
                <w:szCs w:val="32"/>
              </w:rPr>
              <w:t xml:space="preserve"> </w:t>
            </w:r>
            <w:proofErr w:type="spellStart"/>
            <w:r w:rsidRPr="00182BDB">
              <w:rPr>
                <w:sz w:val="22"/>
                <w:szCs w:val="32"/>
              </w:rPr>
              <w:t>recipientele</w:t>
            </w:r>
            <w:proofErr w:type="spellEnd"/>
            <w:r w:rsidRPr="00182BDB">
              <w:rPr>
                <w:sz w:val="22"/>
                <w:szCs w:val="32"/>
              </w:rPr>
              <w:t xml:space="preserve"> destinate </w:t>
            </w:r>
            <w:proofErr w:type="spellStart"/>
            <w:r w:rsidRPr="00182BDB">
              <w:rPr>
                <w:sz w:val="22"/>
                <w:szCs w:val="32"/>
              </w:rPr>
              <w:t>acestora</w:t>
            </w:r>
            <w:proofErr w:type="spellEnd"/>
            <w:r w:rsidRPr="00182BDB">
              <w:rPr>
                <w:sz w:val="22"/>
                <w:szCs w:val="32"/>
              </w:rPr>
              <w:t xml:space="preserve"> </w:t>
            </w:r>
            <w:proofErr w:type="spellStart"/>
            <w:r w:rsidRPr="00182BDB">
              <w:rPr>
                <w:sz w:val="22"/>
                <w:szCs w:val="32"/>
              </w:rPr>
              <w:t>respectă</w:t>
            </w:r>
            <w:proofErr w:type="spellEnd"/>
            <w:r w:rsidRPr="00182BDB">
              <w:rPr>
                <w:sz w:val="22"/>
                <w:szCs w:val="32"/>
              </w:rPr>
              <w:t xml:space="preserve"> </w:t>
            </w:r>
            <w:proofErr w:type="spellStart"/>
            <w:r w:rsidRPr="00182BDB">
              <w:rPr>
                <w:sz w:val="22"/>
                <w:szCs w:val="32"/>
              </w:rPr>
              <w:t>cerințele</w:t>
            </w:r>
            <w:proofErr w:type="spellEnd"/>
            <w:r w:rsidRPr="00182BDB">
              <w:rPr>
                <w:sz w:val="22"/>
                <w:szCs w:val="32"/>
              </w:rPr>
              <w:t xml:space="preserve"> de </w:t>
            </w:r>
            <w:proofErr w:type="spellStart"/>
            <w:r w:rsidRPr="00182BDB">
              <w:rPr>
                <w:sz w:val="22"/>
                <w:szCs w:val="32"/>
              </w:rPr>
              <w:t>igienă</w:t>
            </w:r>
            <w:proofErr w:type="spellEnd"/>
            <w:r w:rsidRPr="00182BDB">
              <w:rPr>
                <w:sz w:val="22"/>
                <w:szCs w:val="32"/>
              </w:rPr>
              <w:t xml:space="preserve"> </w:t>
            </w:r>
            <w:proofErr w:type="spellStart"/>
            <w:r w:rsidRPr="00182BDB">
              <w:rPr>
                <w:sz w:val="22"/>
                <w:szCs w:val="32"/>
              </w:rPr>
              <w:t>aplicabile</w:t>
            </w:r>
            <w:proofErr w:type="spellEnd"/>
            <w:r w:rsidRPr="00182BDB">
              <w:rPr>
                <w:sz w:val="22"/>
                <w:szCs w:val="32"/>
              </w:rPr>
              <w:t xml:space="preserve"> </w:t>
            </w:r>
            <w:proofErr w:type="spellStart"/>
            <w:r w:rsidRPr="00182BDB">
              <w:rPr>
                <w:sz w:val="22"/>
                <w:szCs w:val="32"/>
              </w:rPr>
              <w:t>activității</w:t>
            </w:r>
            <w:proofErr w:type="spellEnd"/>
            <w:r w:rsidRPr="00182BDB">
              <w:rPr>
                <w:sz w:val="22"/>
                <w:szCs w:val="32"/>
              </w:rPr>
              <w:t xml:space="preserve">. Se </w:t>
            </w:r>
            <w:proofErr w:type="spellStart"/>
            <w:r w:rsidRPr="00182BDB">
              <w:rPr>
                <w:sz w:val="22"/>
                <w:szCs w:val="32"/>
              </w:rPr>
              <w:t>asigură</w:t>
            </w:r>
            <w:proofErr w:type="spellEnd"/>
            <w:r w:rsidRPr="00182BDB">
              <w:rPr>
                <w:sz w:val="22"/>
                <w:szCs w:val="32"/>
              </w:rPr>
              <w:t xml:space="preserve"> </w:t>
            </w:r>
            <w:proofErr w:type="spellStart"/>
            <w:r w:rsidRPr="00182BDB">
              <w:rPr>
                <w:sz w:val="22"/>
                <w:szCs w:val="32"/>
              </w:rPr>
              <w:t>mecanism</w:t>
            </w:r>
            <w:proofErr w:type="spellEnd"/>
            <w:r w:rsidRPr="00182BDB">
              <w:rPr>
                <w:sz w:val="22"/>
                <w:szCs w:val="32"/>
              </w:rPr>
              <w:t xml:space="preserve"> de </w:t>
            </w:r>
            <w:proofErr w:type="spellStart"/>
            <w:r w:rsidRPr="00182BDB">
              <w:rPr>
                <w:sz w:val="22"/>
                <w:szCs w:val="32"/>
              </w:rPr>
              <w:t>înlocuire</w:t>
            </w:r>
            <w:proofErr w:type="spellEnd"/>
            <w:r w:rsidRPr="00182BDB">
              <w:rPr>
                <w:sz w:val="22"/>
                <w:szCs w:val="32"/>
              </w:rPr>
              <w:t xml:space="preserve"> </w:t>
            </w:r>
            <w:proofErr w:type="spellStart"/>
            <w:r w:rsidRPr="00182BDB">
              <w:rPr>
                <w:sz w:val="22"/>
                <w:szCs w:val="32"/>
              </w:rPr>
              <w:t>pentru</w:t>
            </w:r>
            <w:proofErr w:type="spellEnd"/>
            <w:r w:rsidRPr="00182BDB">
              <w:rPr>
                <w:sz w:val="22"/>
                <w:szCs w:val="32"/>
              </w:rPr>
              <w:t xml:space="preserve"> </w:t>
            </w:r>
            <w:proofErr w:type="spellStart"/>
            <w:r w:rsidRPr="00182BDB">
              <w:rPr>
                <w:sz w:val="22"/>
                <w:szCs w:val="32"/>
              </w:rPr>
              <w:t>absențe</w:t>
            </w:r>
            <w:proofErr w:type="spellEnd"/>
            <w:r w:rsidRPr="00182BDB">
              <w:rPr>
                <w:sz w:val="22"/>
                <w:szCs w:val="32"/>
              </w:rPr>
              <w:t xml:space="preserve"> </w:t>
            </w:r>
            <w:proofErr w:type="spellStart"/>
            <w:r w:rsidRPr="00182BDB">
              <w:rPr>
                <w:sz w:val="22"/>
                <w:szCs w:val="32"/>
              </w:rPr>
              <w:t>și</w:t>
            </w:r>
            <w:proofErr w:type="spellEnd"/>
            <w:r w:rsidRPr="00182BDB">
              <w:rPr>
                <w:sz w:val="22"/>
                <w:szCs w:val="32"/>
              </w:rPr>
              <w:t xml:space="preserve"> </w:t>
            </w:r>
            <w:proofErr w:type="spellStart"/>
            <w:r w:rsidRPr="00182BDB">
              <w:rPr>
                <w:sz w:val="22"/>
                <w:szCs w:val="32"/>
              </w:rPr>
              <w:t>situații</w:t>
            </w:r>
            <w:proofErr w:type="spellEnd"/>
            <w:r w:rsidRPr="00182BDB">
              <w:rPr>
                <w:sz w:val="22"/>
                <w:szCs w:val="32"/>
              </w:rPr>
              <w:t xml:space="preserve"> </w:t>
            </w:r>
            <w:proofErr w:type="spellStart"/>
            <w:r w:rsidRPr="00182BDB">
              <w:rPr>
                <w:sz w:val="22"/>
                <w:szCs w:val="32"/>
              </w:rPr>
              <w:t>neprevăzute</w:t>
            </w:r>
            <w:proofErr w:type="spellEnd"/>
            <w:r w:rsidRPr="00182BDB">
              <w:rPr>
                <w:sz w:val="22"/>
                <w:szCs w:val="32"/>
              </w:rPr>
              <w:t>.</w:t>
            </w:r>
          </w:p>
        </w:tc>
        <w:tc>
          <w:tcPr>
            <w:tcW w:w="4048" w:type="dxa"/>
            <w:vAlign w:val="center"/>
          </w:tcPr>
          <w:p w14:paraId="6DDBF2FC" w14:textId="77777777" w:rsidR="005939B7" w:rsidRDefault="00182BDB" w:rsidP="0045689A">
            <w:pPr>
              <w:ind w:firstLine="0"/>
              <w:jc w:val="left"/>
              <w:rPr>
                <w:sz w:val="22"/>
                <w:szCs w:val="32"/>
              </w:rPr>
            </w:pPr>
            <w:proofErr w:type="spellStart"/>
            <w:r w:rsidRPr="00182BDB">
              <w:rPr>
                <w:b/>
                <w:bCs/>
                <w:sz w:val="22"/>
                <w:szCs w:val="32"/>
              </w:rPr>
              <w:t>În</w:t>
            </w:r>
            <w:proofErr w:type="spellEnd"/>
            <w:r w:rsidRPr="00182BDB">
              <w:rPr>
                <w:b/>
                <w:bCs/>
                <w:sz w:val="22"/>
                <w:szCs w:val="32"/>
              </w:rPr>
              <w:t xml:space="preserve"> </w:t>
            </w:r>
            <w:proofErr w:type="spellStart"/>
            <w:r w:rsidRPr="00182BDB">
              <w:rPr>
                <w:b/>
                <w:bCs/>
                <w:sz w:val="22"/>
                <w:szCs w:val="32"/>
              </w:rPr>
              <w:t>ofertă</w:t>
            </w:r>
            <w:proofErr w:type="spellEnd"/>
            <w:r w:rsidRPr="00182BDB">
              <w:rPr>
                <w:b/>
                <w:bCs/>
                <w:sz w:val="22"/>
                <w:szCs w:val="32"/>
              </w:rPr>
              <w:t>:</w:t>
            </w:r>
            <w:r w:rsidRPr="00182BDB">
              <w:rPr>
                <w:sz w:val="22"/>
                <w:szCs w:val="32"/>
              </w:rPr>
              <w:t xml:space="preserve"> </w:t>
            </w:r>
            <w:proofErr w:type="spellStart"/>
            <w:r w:rsidR="005939B7" w:rsidRPr="005939B7">
              <w:rPr>
                <w:sz w:val="22"/>
                <w:szCs w:val="32"/>
              </w:rPr>
              <w:t>numărul</w:t>
            </w:r>
            <w:proofErr w:type="spellEnd"/>
            <w:r w:rsidR="005939B7" w:rsidRPr="005939B7">
              <w:rPr>
                <w:sz w:val="22"/>
                <w:szCs w:val="32"/>
              </w:rPr>
              <w:t>/</w:t>
            </w:r>
            <w:proofErr w:type="spellStart"/>
            <w:r w:rsidR="005939B7" w:rsidRPr="005939B7">
              <w:rPr>
                <w:sz w:val="22"/>
                <w:szCs w:val="32"/>
              </w:rPr>
              <w:t>funcțiile</w:t>
            </w:r>
            <w:proofErr w:type="spellEnd"/>
            <w:r w:rsidR="005939B7" w:rsidRPr="005939B7">
              <w:rPr>
                <w:sz w:val="22"/>
                <w:szCs w:val="32"/>
              </w:rPr>
              <w:t xml:space="preserve"> </w:t>
            </w:r>
            <w:proofErr w:type="spellStart"/>
            <w:r w:rsidR="005939B7" w:rsidRPr="005939B7">
              <w:rPr>
                <w:sz w:val="22"/>
                <w:szCs w:val="32"/>
              </w:rPr>
              <w:t>și</w:t>
            </w:r>
            <w:proofErr w:type="spellEnd"/>
            <w:r w:rsidR="005939B7" w:rsidRPr="005939B7">
              <w:rPr>
                <w:sz w:val="22"/>
                <w:szCs w:val="32"/>
              </w:rPr>
              <w:t xml:space="preserve"> </w:t>
            </w:r>
            <w:proofErr w:type="spellStart"/>
            <w:r w:rsidR="005939B7" w:rsidRPr="005939B7">
              <w:rPr>
                <w:sz w:val="22"/>
                <w:szCs w:val="32"/>
              </w:rPr>
              <w:t>modul</w:t>
            </w:r>
            <w:proofErr w:type="spellEnd"/>
            <w:r w:rsidR="005939B7" w:rsidRPr="005939B7">
              <w:rPr>
                <w:sz w:val="22"/>
                <w:szCs w:val="32"/>
              </w:rPr>
              <w:t xml:space="preserve"> de </w:t>
            </w:r>
            <w:proofErr w:type="spellStart"/>
            <w:r w:rsidR="005939B7" w:rsidRPr="005939B7">
              <w:rPr>
                <w:sz w:val="22"/>
                <w:szCs w:val="32"/>
              </w:rPr>
              <w:t>asigurare</w:t>
            </w:r>
            <w:proofErr w:type="spellEnd"/>
            <w:r w:rsidR="005939B7" w:rsidRPr="005939B7">
              <w:rPr>
                <w:sz w:val="22"/>
                <w:szCs w:val="32"/>
              </w:rPr>
              <w:t xml:space="preserve"> a </w:t>
            </w:r>
            <w:proofErr w:type="spellStart"/>
            <w:r w:rsidR="005939B7" w:rsidRPr="005939B7">
              <w:rPr>
                <w:sz w:val="22"/>
                <w:szCs w:val="32"/>
              </w:rPr>
              <w:t>transportului</w:t>
            </w:r>
            <w:proofErr w:type="spellEnd"/>
            <w:r w:rsidR="005939B7" w:rsidRPr="005939B7">
              <w:rPr>
                <w:sz w:val="22"/>
                <w:szCs w:val="32"/>
              </w:rPr>
              <w:t xml:space="preserve">. </w:t>
            </w:r>
          </w:p>
          <w:p w14:paraId="2EF90561" w14:textId="76308A81" w:rsidR="00182BDB" w:rsidRPr="003D42A0" w:rsidRDefault="005939B7" w:rsidP="0045689A">
            <w:pPr>
              <w:ind w:firstLine="0"/>
              <w:jc w:val="left"/>
              <w:rPr>
                <w:sz w:val="22"/>
                <w:szCs w:val="32"/>
              </w:rPr>
            </w:pPr>
            <w:proofErr w:type="spellStart"/>
            <w:r w:rsidRPr="005939B7">
              <w:rPr>
                <w:b/>
                <w:bCs/>
                <w:sz w:val="22"/>
                <w:szCs w:val="32"/>
              </w:rPr>
              <w:t>Înainte</w:t>
            </w:r>
            <w:proofErr w:type="spellEnd"/>
            <w:r w:rsidRPr="005939B7">
              <w:rPr>
                <w:b/>
                <w:bCs/>
                <w:sz w:val="22"/>
                <w:szCs w:val="32"/>
              </w:rPr>
              <w:t xml:space="preserve"> de </w:t>
            </w:r>
            <w:proofErr w:type="spellStart"/>
            <w:r>
              <w:rPr>
                <w:b/>
                <w:bCs/>
                <w:sz w:val="22"/>
                <w:szCs w:val="32"/>
              </w:rPr>
              <w:t>prestare</w:t>
            </w:r>
            <w:proofErr w:type="spellEnd"/>
            <w:r w:rsidRPr="005939B7">
              <w:rPr>
                <w:sz w:val="22"/>
                <w:szCs w:val="32"/>
              </w:rPr>
              <w:t xml:space="preserve">: </w:t>
            </w:r>
            <w:proofErr w:type="spellStart"/>
            <w:r w:rsidRPr="005939B7">
              <w:rPr>
                <w:sz w:val="22"/>
                <w:szCs w:val="32"/>
              </w:rPr>
              <w:t>permisele</w:t>
            </w:r>
            <w:proofErr w:type="spellEnd"/>
            <w:r w:rsidRPr="005939B7">
              <w:rPr>
                <w:sz w:val="22"/>
                <w:szCs w:val="32"/>
              </w:rPr>
              <w:t xml:space="preserve"> </w:t>
            </w:r>
            <w:proofErr w:type="spellStart"/>
            <w:r w:rsidRPr="005939B7">
              <w:rPr>
                <w:sz w:val="22"/>
                <w:szCs w:val="32"/>
              </w:rPr>
              <w:t>și</w:t>
            </w:r>
            <w:proofErr w:type="spellEnd"/>
            <w:r w:rsidRPr="005939B7">
              <w:rPr>
                <w:sz w:val="22"/>
                <w:szCs w:val="32"/>
              </w:rPr>
              <w:t xml:space="preserve"> </w:t>
            </w:r>
            <w:proofErr w:type="spellStart"/>
            <w:r w:rsidRPr="005939B7">
              <w:rPr>
                <w:sz w:val="22"/>
                <w:szCs w:val="32"/>
              </w:rPr>
              <w:t>documentele</w:t>
            </w:r>
            <w:proofErr w:type="spellEnd"/>
            <w:r w:rsidRPr="005939B7">
              <w:rPr>
                <w:sz w:val="22"/>
                <w:szCs w:val="32"/>
              </w:rPr>
              <w:t xml:space="preserve"> de </w:t>
            </w:r>
            <w:proofErr w:type="spellStart"/>
            <w:r w:rsidRPr="005939B7">
              <w:rPr>
                <w:sz w:val="22"/>
                <w:szCs w:val="32"/>
              </w:rPr>
              <w:t>igienă</w:t>
            </w:r>
            <w:proofErr w:type="spellEnd"/>
            <w:r w:rsidRPr="005939B7">
              <w:rPr>
                <w:sz w:val="22"/>
                <w:szCs w:val="32"/>
              </w:rPr>
              <w:t>/</w:t>
            </w:r>
            <w:proofErr w:type="spellStart"/>
            <w:r w:rsidRPr="005939B7">
              <w:rPr>
                <w:sz w:val="22"/>
                <w:szCs w:val="32"/>
              </w:rPr>
              <w:t>aptitudine</w:t>
            </w:r>
            <w:proofErr w:type="spellEnd"/>
            <w:r w:rsidRPr="005939B7">
              <w:rPr>
                <w:sz w:val="22"/>
                <w:szCs w:val="32"/>
              </w:rPr>
              <w:t xml:space="preserve"> </w:t>
            </w:r>
            <w:proofErr w:type="spellStart"/>
            <w:r w:rsidRPr="005939B7">
              <w:rPr>
                <w:sz w:val="22"/>
                <w:szCs w:val="32"/>
              </w:rPr>
              <w:t>aplicabile</w:t>
            </w:r>
            <w:proofErr w:type="spellEnd"/>
            <w:r w:rsidRPr="005939B7">
              <w:rPr>
                <w:sz w:val="22"/>
                <w:szCs w:val="32"/>
              </w:rPr>
              <w:t>.</w:t>
            </w:r>
          </w:p>
        </w:tc>
      </w:tr>
    </w:tbl>
    <w:p w14:paraId="15CEB4C8" w14:textId="77777777" w:rsidR="00CC52A4" w:rsidRPr="00CC52A4" w:rsidRDefault="00CC52A4" w:rsidP="00CC52A4">
      <w:pPr>
        <w:spacing w:after="50" w:line="247" w:lineRule="auto"/>
      </w:pPr>
      <w:proofErr w:type="spellStart"/>
      <w:r w:rsidRPr="00CC52A4">
        <w:t>Rolurile</w:t>
      </w:r>
      <w:proofErr w:type="spellEnd"/>
      <w:r w:rsidRPr="00CC52A4">
        <w:t xml:space="preserve"> pot fi cumulate de </w:t>
      </w:r>
      <w:proofErr w:type="spellStart"/>
      <w:r w:rsidRPr="00CC52A4">
        <w:t>aceeași</w:t>
      </w:r>
      <w:proofErr w:type="spellEnd"/>
      <w:r w:rsidRPr="00CC52A4">
        <w:t xml:space="preserve"> </w:t>
      </w:r>
      <w:proofErr w:type="spellStart"/>
      <w:r w:rsidRPr="00CC52A4">
        <w:t>persoană</w:t>
      </w:r>
      <w:proofErr w:type="spellEnd"/>
      <w:r w:rsidRPr="00CC52A4">
        <w:t xml:space="preserve"> </w:t>
      </w:r>
      <w:proofErr w:type="spellStart"/>
      <w:r w:rsidRPr="00CC52A4">
        <w:t>numai</w:t>
      </w:r>
      <w:proofErr w:type="spellEnd"/>
      <w:r w:rsidRPr="00CC52A4">
        <w:t xml:space="preserve"> </w:t>
      </w:r>
      <w:proofErr w:type="spellStart"/>
      <w:r w:rsidRPr="00CC52A4">
        <w:t>dacă</w:t>
      </w:r>
      <w:proofErr w:type="spellEnd"/>
      <w:r w:rsidRPr="00CC52A4">
        <w:t xml:space="preserve"> sunt </w:t>
      </w:r>
      <w:proofErr w:type="spellStart"/>
      <w:r w:rsidRPr="00CC52A4">
        <w:t>compatibile</w:t>
      </w:r>
      <w:proofErr w:type="spellEnd"/>
      <w:r w:rsidRPr="00CC52A4">
        <w:t xml:space="preserve">, </w:t>
      </w:r>
      <w:proofErr w:type="spellStart"/>
      <w:r w:rsidRPr="00CC52A4">
        <w:t>persoana</w:t>
      </w:r>
      <w:proofErr w:type="spellEnd"/>
      <w:r w:rsidRPr="00CC52A4">
        <w:t xml:space="preserve"> </w:t>
      </w:r>
      <w:proofErr w:type="spellStart"/>
      <w:r w:rsidRPr="00CC52A4">
        <w:t>îndeplinește</w:t>
      </w:r>
      <w:proofErr w:type="spellEnd"/>
      <w:r w:rsidRPr="00CC52A4">
        <w:t xml:space="preserve"> </w:t>
      </w:r>
      <w:proofErr w:type="spellStart"/>
      <w:r w:rsidRPr="00CC52A4">
        <w:t>toate</w:t>
      </w:r>
      <w:proofErr w:type="spellEnd"/>
      <w:r w:rsidRPr="00CC52A4">
        <w:t xml:space="preserve"> </w:t>
      </w:r>
      <w:proofErr w:type="spellStart"/>
      <w:r w:rsidRPr="00CC52A4">
        <w:t>cerințele</w:t>
      </w:r>
      <w:proofErr w:type="spellEnd"/>
      <w:r w:rsidRPr="00CC52A4">
        <w:t xml:space="preserve"> </w:t>
      </w:r>
      <w:proofErr w:type="spellStart"/>
      <w:r w:rsidRPr="00CC52A4">
        <w:t>aferente</w:t>
      </w:r>
      <w:proofErr w:type="spellEnd"/>
      <w:r w:rsidRPr="00CC52A4">
        <w:t xml:space="preserve"> </w:t>
      </w:r>
      <w:proofErr w:type="spellStart"/>
      <w:r w:rsidRPr="00CC52A4">
        <w:t>și</w:t>
      </w:r>
      <w:proofErr w:type="spellEnd"/>
      <w:r w:rsidRPr="00CC52A4">
        <w:t xml:space="preserve"> </w:t>
      </w:r>
      <w:proofErr w:type="spellStart"/>
      <w:r w:rsidRPr="00CC52A4">
        <w:t>cumulul</w:t>
      </w:r>
      <w:proofErr w:type="spellEnd"/>
      <w:r w:rsidRPr="00CC52A4">
        <w:t xml:space="preserve"> nu </w:t>
      </w:r>
      <w:proofErr w:type="spellStart"/>
      <w:r w:rsidRPr="00CC52A4">
        <w:t>afectează</w:t>
      </w:r>
      <w:proofErr w:type="spellEnd"/>
      <w:r w:rsidRPr="00CC52A4">
        <w:t xml:space="preserve"> </w:t>
      </w:r>
      <w:proofErr w:type="spellStart"/>
      <w:r w:rsidRPr="00CC52A4">
        <w:t>capacitatea</w:t>
      </w:r>
      <w:proofErr w:type="spellEnd"/>
      <w:r w:rsidRPr="00CC52A4">
        <w:t xml:space="preserve"> de </w:t>
      </w:r>
      <w:proofErr w:type="spellStart"/>
      <w:r w:rsidRPr="00CC52A4">
        <w:t>prestare</w:t>
      </w:r>
      <w:proofErr w:type="spellEnd"/>
      <w:r w:rsidRPr="00CC52A4">
        <w:t>.</w:t>
      </w:r>
    </w:p>
    <w:p w14:paraId="7504B691" w14:textId="77777777" w:rsidR="005939B7" w:rsidRPr="0045689A" w:rsidRDefault="005939B7" w:rsidP="005939B7">
      <w:pPr>
        <w:spacing w:after="50" w:line="247" w:lineRule="auto"/>
        <w:rPr>
          <w:lang w:val="ro-RO"/>
        </w:rPr>
      </w:pPr>
      <w:r w:rsidRPr="0045689A">
        <w:rPr>
          <w:lang w:val="ro-RO"/>
        </w:rPr>
        <w:t xml:space="preserve">In acest sens, </w:t>
      </w:r>
      <w:r w:rsidRPr="0045689A">
        <w:rPr>
          <w:b/>
          <w:u w:val="single"/>
          <w:lang w:val="ro-RO"/>
        </w:rPr>
        <w:t>odata cu propunerea tehnica</w:t>
      </w:r>
      <w:r w:rsidRPr="0045689A">
        <w:rPr>
          <w:lang w:val="ro-RO"/>
        </w:rPr>
        <w:t>, pentru obtinerea conformitatii, ofertantii vor depune documente justificative care sa probeze calificarea si experienta fiecarui membru al echipei propunse. Pentru sustinerea celor prezentate, se vor depune copii dupa diplome/ atestate, carti de munca sau contracte de munca sau orice document din care sa rezulte experienta minima detinuta, dupa caz.</w:t>
      </w:r>
    </w:p>
    <w:p w14:paraId="50DCCA31" w14:textId="77777777" w:rsidR="005939B7" w:rsidRPr="0045689A" w:rsidRDefault="005939B7" w:rsidP="005939B7">
      <w:pPr>
        <w:spacing w:after="50" w:line="247" w:lineRule="auto"/>
        <w:rPr>
          <w:lang w:val="ro-RO"/>
        </w:rPr>
      </w:pPr>
      <w:r w:rsidRPr="0045689A">
        <w:rPr>
          <w:lang w:val="ro-RO"/>
        </w:rPr>
        <w:t>In situatia in care personalul propus nu este angajat al operatorului economic, se va prezenta o declaratie de disponibilitate adresata autoritatii contractante, semnata de titular.</w:t>
      </w:r>
    </w:p>
    <w:p w14:paraId="20F001DD" w14:textId="78A8FEF3" w:rsidR="003D42A0" w:rsidRPr="003D42A0" w:rsidRDefault="003D42A0" w:rsidP="003D42A0">
      <w:pPr>
        <w:rPr>
          <w:lang w:val="ro-RO"/>
        </w:rPr>
      </w:pPr>
      <w:r w:rsidRPr="003D42A0">
        <w:rPr>
          <w:lang w:val="ro-RO"/>
        </w:rPr>
        <w:t>Pe parcursul acordului-cadru si contractelor subsecvente, personalul de specialitate poate fi inlocuit cu conditia ca acesta din urma sa respecte aceleasi cerinte, asa cum sunt prezentate in caietul de sarcini.</w:t>
      </w:r>
    </w:p>
    <w:p w14:paraId="328434FB" w14:textId="77777777" w:rsidR="003D42A0" w:rsidRPr="003D42A0" w:rsidRDefault="003D42A0" w:rsidP="003D42A0">
      <w:pPr>
        <w:rPr>
          <w:lang w:val="ro-RO"/>
        </w:rPr>
      </w:pPr>
      <w:r w:rsidRPr="003D42A0">
        <w:rPr>
          <w:lang w:val="ro-RO"/>
        </w:rPr>
        <w:t xml:space="preserve"> Prestatorul va comunica in scris Autorității Contractante datele de identificare și de contact ale personalului nou propus.</w:t>
      </w:r>
    </w:p>
    <w:p w14:paraId="633B3A13" w14:textId="77777777" w:rsidR="003D42A0" w:rsidRDefault="003D42A0" w:rsidP="003D42A0"/>
    <w:p w14:paraId="7A0D3362" w14:textId="2335D50E" w:rsidR="000C4CB5" w:rsidRPr="00E1781E" w:rsidRDefault="004E746A">
      <w:pPr>
        <w:pStyle w:val="Heading3"/>
        <w:spacing w:after="60"/>
        <w:rPr>
          <w:bCs w:val="0"/>
          <w:color w:val="auto"/>
        </w:rPr>
      </w:pPr>
      <w:bookmarkStart w:id="38" w:name="_Toc242951479"/>
      <w:r w:rsidRPr="00E1781E">
        <w:rPr>
          <w:rFonts w:ascii="Times New Roman" w:hAnsi="Times New Roman"/>
          <w:bCs w:val="0"/>
          <w:color w:val="auto"/>
        </w:rPr>
        <w:t xml:space="preserve">2. </w:t>
      </w:r>
      <w:proofErr w:type="spellStart"/>
      <w:r w:rsidRPr="00E1781E">
        <w:rPr>
          <w:rFonts w:ascii="Times New Roman" w:hAnsi="Times New Roman"/>
          <w:bCs w:val="0"/>
          <w:color w:val="auto"/>
        </w:rPr>
        <w:t>Aptitudinea</w:t>
      </w:r>
      <w:proofErr w:type="spellEnd"/>
      <w:r w:rsidRPr="00E1781E">
        <w:rPr>
          <w:rFonts w:ascii="Times New Roman" w:hAnsi="Times New Roman"/>
          <w:bCs w:val="0"/>
          <w:color w:val="auto"/>
        </w:rPr>
        <w:t xml:space="preserve">, </w:t>
      </w:r>
      <w:proofErr w:type="spellStart"/>
      <w:r w:rsidRPr="00E1781E">
        <w:rPr>
          <w:rFonts w:ascii="Times New Roman" w:hAnsi="Times New Roman"/>
          <w:bCs w:val="0"/>
          <w:color w:val="auto"/>
        </w:rPr>
        <w:t>instruirea</w:t>
      </w:r>
      <w:proofErr w:type="spellEnd"/>
      <w:r w:rsidRPr="00E1781E">
        <w:rPr>
          <w:rFonts w:ascii="Times New Roman" w:hAnsi="Times New Roman"/>
          <w:bCs w:val="0"/>
          <w:color w:val="auto"/>
        </w:rPr>
        <w:t xml:space="preserve"> </w:t>
      </w:r>
      <w:proofErr w:type="spellStart"/>
      <w:r w:rsidRPr="00E1781E">
        <w:rPr>
          <w:rFonts w:ascii="Times New Roman" w:hAnsi="Times New Roman"/>
          <w:bCs w:val="0"/>
          <w:color w:val="auto"/>
        </w:rPr>
        <w:t>și</w:t>
      </w:r>
      <w:proofErr w:type="spellEnd"/>
      <w:r w:rsidRPr="00E1781E">
        <w:rPr>
          <w:rFonts w:ascii="Times New Roman" w:hAnsi="Times New Roman"/>
          <w:bCs w:val="0"/>
          <w:color w:val="auto"/>
        </w:rPr>
        <w:t xml:space="preserve"> </w:t>
      </w:r>
      <w:proofErr w:type="spellStart"/>
      <w:r w:rsidRPr="00E1781E">
        <w:rPr>
          <w:rFonts w:ascii="Times New Roman" w:hAnsi="Times New Roman"/>
          <w:bCs w:val="0"/>
          <w:color w:val="auto"/>
        </w:rPr>
        <w:t>înlocuirea</w:t>
      </w:r>
      <w:proofErr w:type="spellEnd"/>
      <w:r w:rsidRPr="00E1781E">
        <w:rPr>
          <w:rFonts w:ascii="Times New Roman" w:hAnsi="Times New Roman"/>
          <w:bCs w:val="0"/>
          <w:color w:val="auto"/>
        </w:rPr>
        <w:t xml:space="preserve"> </w:t>
      </w:r>
      <w:proofErr w:type="spellStart"/>
      <w:r w:rsidRPr="00E1781E">
        <w:rPr>
          <w:rFonts w:ascii="Times New Roman" w:hAnsi="Times New Roman"/>
          <w:bCs w:val="0"/>
          <w:color w:val="auto"/>
        </w:rPr>
        <w:t>personalului</w:t>
      </w:r>
      <w:bookmarkEnd w:id="38"/>
      <w:proofErr w:type="spellEnd"/>
    </w:p>
    <w:p w14:paraId="44A6FC30" w14:textId="77777777" w:rsidR="000D7A12" w:rsidRPr="000D7A12" w:rsidRDefault="000D7A12" w:rsidP="000D7A12">
      <w:pPr>
        <w:spacing w:after="50" w:line="247" w:lineRule="auto"/>
        <w:rPr>
          <w:lang w:val="ro-RO"/>
        </w:rPr>
      </w:pPr>
      <w:r w:rsidRPr="000D7A12">
        <w:rPr>
          <w:lang w:val="ro-RO"/>
        </w:rPr>
        <w:t>Prestatorul se obliga sa execute serviciile prezentului contract exclusiv cu personal calificat.</w:t>
      </w:r>
    </w:p>
    <w:p w14:paraId="67792B43" w14:textId="7DF5BDCC" w:rsidR="000C4CB5" w:rsidRPr="0025334A" w:rsidRDefault="004E746A">
      <w:pPr>
        <w:spacing w:after="50" w:line="247" w:lineRule="auto"/>
      </w:pPr>
      <w:proofErr w:type="spellStart"/>
      <w:r w:rsidRPr="0025334A">
        <w:t>Prestatorul</w:t>
      </w:r>
      <w:proofErr w:type="spellEnd"/>
      <w:r w:rsidRPr="0025334A">
        <w:t xml:space="preserve"> </w:t>
      </w:r>
      <w:proofErr w:type="spellStart"/>
      <w:r w:rsidRPr="0025334A">
        <w:t>asigură</w:t>
      </w:r>
      <w:proofErr w:type="spellEnd"/>
      <w:r w:rsidRPr="0025334A">
        <w:t xml:space="preserve"> </w:t>
      </w:r>
      <w:proofErr w:type="spellStart"/>
      <w:r w:rsidRPr="0025334A">
        <w:t>instruirea</w:t>
      </w:r>
      <w:proofErr w:type="spellEnd"/>
      <w:r w:rsidRPr="0025334A">
        <w:t xml:space="preserve"> </w:t>
      </w:r>
      <w:proofErr w:type="spellStart"/>
      <w:r w:rsidRPr="0025334A">
        <w:t>și</w:t>
      </w:r>
      <w:proofErr w:type="spellEnd"/>
      <w:r w:rsidRPr="0025334A">
        <w:t xml:space="preserve"> </w:t>
      </w:r>
      <w:proofErr w:type="spellStart"/>
      <w:r w:rsidRPr="0025334A">
        <w:t>supravegherea</w:t>
      </w:r>
      <w:proofErr w:type="spellEnd"/>
      <w:r w:rsidRPr="0025334A">
        <w:t xml:space="preserve"> </w:t>
      </w:r>
      <w:proofErr w:type="spellStart"/>
      <w:r w:rsidRPr="0025334A">
        <w:t>personalului</w:t>
      </w:r>
      <w:proofErr w:type="spellEnd"/>
      <w:r w:rsidRPr="0025334A">
        <w:t xml:space="preserve"> </w:t>
      </w:r>
      <w:proofErr w:type="spellStart"/>
      <w:r w:rsidRPr="0025334A">
        <w:t>în</w:t>
      </w:r>
      <w:proofErr w:type="spellEnd"/>
      <w:r w:rsidRPr="0025334A">
        <w:t xml:space="preserve"> </w:t>
      </w:r>
      <w:proofErr w:type="spellStart"/>
      <w:r w:rsidRPr="0025334A">
        <w:t>materie</w:t>
      </w:r>
      <w:proofErr w:type="spellEnd"/>
      <w:r w:rsidRPr="0025334A">
        <w:t xml:space="preserve"> de </w:t>
      </w:r>
      <w:proofErr w:type="spellStart"/>
      <w:r w:rsidRPr="0025334A">
        <w:t>igienă</w:t>
      </w:r>
      <w:proofErr w:type="spellEnd"/>
      <w:r w:rsidRPr="0025334A">
        <w:t xml:space="preserve"> </w:t>
      </w:r>
      <w:proofErr w:type="spellStart"/>
      <w:r w:rsidRPr="0025334A">
        <w:t>alimentară</w:t>
      </w:r>
      <w:proofErr w:type="spellEnd"/>
      <w:r w:rsidRPr="0025334A">
        <w:t xml:space="preserve">, </w:t>
      </w:r>
      <w:proofErr w:type="spellStart"/>
      <w:r w:rsidRPr="0025334A">
        <w:t>proporțional</w:t>
      </w:r>
      <w:proofErr w:type="spellEnd"/>
      <w:r w:rsidRPr="0025334A">
        <w:t xml:space="preserve"> cu </w:t>
      </w:r>
      <w:proofErr w:type="spellStart"/>
      <w:r w:rsidRPr="0025334A">
        <w:t>activitatea</w:t>
      </w:r>
      <w:proofErr w:type="spellEnd"/>
      <w:r w:rsidRPr="0025334A">
        <w:t xml:space="preserve"> </w:t>
      </w:r>
      <w:proofErr w:type="spellStart"/>
      <w:r w:rsidRPr="0025334A">
        <w:t>efectiv</w:t>
      </w:r>
      <w:proofErr w:type="spellEnd"/>
      <w:r w:rsidRPr="0025334A">
        <w:t xml:space="preserve"> </w:t>
      </w:r>
      <w:proofErr w:type="spellStart"/>
      <w:r w:rsidRPr="0025334A">
        <w:t>desfășurată</w:t>
      </w:r>
      <w:proofErr w:type="spellEnd"/>
      <w:r w:rsidRPr="0025334A">
        <w:t xml:space="preserve">. </w:t>
      </w:r>
    </w:p>
    <w:p w14:paraId="2E7DA280" w14:textId="77777777" w:rsidR="000C4CB5" w:rsidRPr="0025334A" w:rsidRDefault="004E746A">
      <w:pPr>
        <w:spacing w:after="50" w:line="247" w:lineRule="auto"/>
      </w:pPr>
      <w:proofErr w:type="spellStart"/>
      <w:r w:rsidRPr="0025334A">
        <w:t>Instruirea</w:t>
      </w:r>
      <w:proofErr w:type="spellEnd"/>
      <w:r w:rsidRPr="0025334A">
        <w:t xml:space="preserve"> </w:t>
      </w:r>
      <w:proofErr w:type="spellStart"/>
      <w:r w:rsidRPr="0025334A">
        <w:t>profesională</w:t>
      </w:r>
      <w:proofErr w:type="spellEnd"/>
      <w:r w:rsidRPr="0025334A">
        <w:t xml:space="preserve"> </w:t>
      </w:r>
      <w:proofErr w:type="spellStart"/>
      <w:r w:rsidRPr="0025334A">
        <w:t>privind</w:t>
      </w:r>
      <w:proofErr w:type="spellEnd"/>
      <w:r w:rsidRPr="0025334A">
        <w:t xml:space="preserve"> </w:t>
      </w:r>
      <w:proofErr w:type="spellStart"/>
      <w:r w:rsidRPr="0025334A">
        <w:t>însușirea</w:t>
      </w:r>
      <w:proofErr w:type="spellEnd"/>
      <w:r w:rsidRPr="0025334A">
        <w:t xml:space="preserve"> </w:t>
      </w:r>
      <w:proofErr w:type="spellStart"/>
      <w:r w:rsidRPr="0025334A">
        <w:t>noțiunilor</w:t>
      </w:r>
      <w:proofErr w:type="spellEnd"/>
      <w:r w:rsidRPr="0025334A">
        <w:t xml:space="preserve"> </w:t>
      </w:r>
      <w:proofErr w:type="spellStart"/>
      <w:r w:rsidRPr="0025334A">
        <w:t>fundamentale</w:t>
      </w:r>
      <w:proofErr w:type="spellEnd"/>
      <w:r w:rsidRPr="0025334A">
        <w:t xml:space="preserve"> de </w:t>
      </w:r>
      <w:proofErr w:type="spellStart"/>
      <w:r w:rsidRPr="0025334A">
        <w:t>igienă</w:t>
      </w:r>
      <w:proofErr w:type="spellEnd"/>
      <w:r w:rsidRPr="0025334A">
        <w:t xml:space="preserve"> se </w:t>
      </w:r>
      <w:proofErr w:type="spellStart"/>
      <w:r w:rsidRPr="0025334A">
        <w:t>dovedește</w:t>
      </w:r>
      <w:proofErr w:type="spellEnd"/>
      <w:r w:rsidRPr="0025334A">
        <w:t xml:space="preserve"> </w:t>
      </w:r>
      <w:proofErr w:type="spellStart"/>
      <w:r w:rsidRPr="0025334A">
        <w:t>prin</w:t>
      </w:r>
      <w:proofErr w:type="spellEnd"/>
      <w:r w:rsidRPr="0025334A">
        <w:t xml:space="preserve"> </w:t>
      </w:r>
      <w:proofErr w:type="spellStart"/>
      <w:r w:rsidRPr="0025334A">
        <w:t>certificatul</w:t>
      </w:r>
      <w:proofErr w:type="spellEnd"/>
      <w:r w:rsidRPr="0025334A">
        <w:t>/</w:t>
      </w:r>
      <w:proofErr w:type="spellStart"/>
      <w:r w:rsidRPr="0025334A">
        <w:t>documentul</w:t>
      </w:r>
      <w:proofErr w:type="spellEnd"/>
      <w:r w:rsidRPr="0025334A">
        <w:t xml:space="preserve"> </w:t>
      </w:r>
      <w:proofErr w:type="spellStart"/>
      <w:r w:rsidRPr="0025334A">
        <w:t>valabil</w:t>
      </w:r>
      <w:proofErr w:type="spellEnd"/>
      <w:r w:rsidRPr="0025334A">
        <w:t xml:space="preserve"> </w:t>
      </w:r>
      <w:proofErr w:type="spellStart"/>
      <w:r w:rsidRPr="0025334A">
        <w:t>emis</w:t>
      </w:r>
      <w:proofErr w:type="spellEnd"/>
      <w:r w:rsidRPr="0025334A">
        <w:t xml:space="preserve">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Ordinului</w:t>
      </w:r>
      <w:proofErr w:type="spellEnd"/>
      <w:r w:rsidRPr="0025334A">
        <w:t xml:space="preserve"> </w:t>
      </w:r>
      <w:proofErr w:type="spellStart"/>
      <w:r w:rsidRPr="0025334A">
        <w:t>ministrului</w:t>
      </w:r>
      <w:proofErr w:type="spellEnd"/>
      <w:r w:rsidRPr="0025334A">
        <w:t xml:space="preserve"> </w:t>
      </w:r>
      <w:proofErr w:type="spellStart"/>
      <w:r w:rsidRPr="0025334A">
        <w:t>sănătății</w:t>
      </w:r>
      <w:proofErr w:type="spellEnd"/>
      <w:r w:rsidRPr="0025334A">
        <w:t xml:space="preserve"> </w:t>
      </w:r>
      <w:proofErr w:type="spellStart"/>
      <w:r w:rsidRPr="0025334A">
        <w:t>și</w:t>
      </w:r>
      <w:proofErr w:type="spellEnd"/>
      <w:r w:rsidRPr="0025334A">
        <w:t xml:space="preserve"> </w:t>
      </w:r>
      <w:proofErr w:type="spellStart"/>
      <w:r w:rsidRPr="0025334A">
        <w:t>ministrului</w:t>
      </w:r>
      <w:proofErr w:type="spellEnd"/>
      <w:r w:rsidRPr="0025334A">
        <w:t xml:space="preserve"> </w:t>
      </w:r>
      <w:proofErr w:type="spellStart"/>
      <w:r w:rsidRPr="0025334A">
        <w:t>educației</w:t>
      </w:r>
      <w:proofErr w:type="spellEnd"/>
      <w:r w:rsidRPr="0025334A">
        <w:t xml:space="preserve"> nr. 2.209/4.469/2022. </w:t>
      </w:r>
      <w:proofErr w:type="spellStart"/>
      <w:r w:rsidRPr="0025334A">
        <w:t>Pentru</w:t>
      </w:r>
      <w:proofErr w:type="spellEnd"/>
      <w:r w:rsidRPr="0025334A">
        <w:t xml:space="preserve"> </w:t>
      </w:r>
      <w:proofErr w:type="spellStart"/>
      <w:r w:rsidRPr="0025334A">
        <w:t>personalul</w:t>
      </w:r>
      <w:proofErr w:type="spellEnd"/>
      <w:r w:rsidRPr="0025334A">
        <w:t xml:space="preserve"> </w:t>
      </w:r>
      <w:proofErr w:type="spellStart"/>
      <w:r w:rsidRPr="0025334A">
        <w:t>vizat</w:t>
      </w:r>
      <w:proofErr w:type="spellEnd"/>
      <w:r w:rsidRPr="0025334A">
        <w:t xml:space="preserve"> de </w:t>
      </w:r>
      <w:proofErr w:type="spellStart"/>
      <w:r w:rsidRPr="0025334A">
        <w:t>metodologie</w:t>
      </w:r>
      <w:proofErr w:type="spellEnd"/>
      <w:r w:rsidRPr="0025334A">
        <w:t xml:space="preserve">, </w:t>
      </w:r>
      <w:proofErr w:type="spellStart"/>
      <w:r w:rsidRPr="0025334A">
        <w:t>instruirea</w:t>
      </w:r>
      <w:proofErr w:type="spellEnd"/>
      <w:r w:rsidRPr="0025334A">
        <w:t xml:space="preserve"> se </w:t>
      </w:r>
      <w:proofErr w:type="spellStart"/>
      <w:r w:rsidRPr="0025334A">
        <w:t>reînnoiește</w:t>
      </w:r>
      <w:proofErr w:type="spellEnd"/>
      <w:r w:rsidRPr="0025334A">
        <w:t xml:space="preserve"> la </w:t>
      </w:r>
      <w:proofErr w:type="spellStart"/>
      <w:r w:rsidRPr="0025334A">
        <w:t>intervalul</w:t>
      </w:r>
      <w:proofErr w:type="spellEnd"/>
      <w:r w:rsidRPr="0025334A">
        <w:t xml:space="preserve"> </w:t>
      </w:r>
      <w:proofErr w:type="spellStart"/>
      <w:r w:rsidRPr="0025334A">
        <w:t>prevăzut</w:t>
      </w:r>
      <w:proofErr w:type="spellEnd"/>
      <w:r w:rsidRPr="0025334A">
        <w:t xml:space="preserve"> de </w:t>
      </w:r>
      <w:proofErr w:type="spellStart"/>
      <w:r w:rsidRPr="0025334A">
        <w:t>actul</w:t>
      </w:r>
      <w:proofErr w:type="spellEnd"/>
      <w:r w:rsidRPr="0025334A">
        <w:t xml:space="preserve"> </w:t>
      </w:r>
      <w:proofErr w:type="spellStart"/>
      <w:r w:rsidRPr="0025334A">
        <w:t>normativ</w:t>
      </w:r>
      <w:proofErr w:type="spellEnd"/>
      <w:r w:rsidRPr="0025334A">
        <w:t>.</w:t>
      </w:r>
    </w:p>
    <w:p w14:paraId="24CFD754" w14:textId="1C9AF60C" w:rsidR="000C4CB5" w:rsidRPr="0025334A" w:rsidRDefault="004E746A">
      <w:pPr>
        <w:spacing w:after="50" w:line="247" w:lineRule="auto"/>
      </w:pPr>
      <w:proofErr w:type="spellStart"/>
      <w:r w:rsidRPr="0025334A">
        <w:lastRenderedPageBreak/>
        <w:t>Pentru</w:t>
      </w:r>
      <w:proofErr w:type="spellEnd"/>
      <w:r w:rsidRPr="0025334A">
        <w:t xml:space="preserve"> </w:t>
      </w:r>
      <w:proofErr w:type="spellStart"/>
      <w:r w:rsidRPr="0025334A">
        <w:t>persoanele</w:t>
      </w:r>
      <w:proofErr w:type="spellEnd"/>
      <w:r w:rsidRPr="0025334A">
        <w:t xml:space="preserve"> care vin </w:t>
      </w:r>
      <w:proofErr w:type="spellStart"/>
      <w:r w:rsidRPr="0025334A">
        <w:t>în</w:t>
      </w:r>
      <w:proofErr w:type="spellEnd"/>
      <w:r w:rsidRPr="0025334A">
        <w:t xml:space="preserve"> contact direct cu </w:t>
      </w:r>
      <w:proofErr w:type="spellStart"/>
      <w:r w:rsidRPr="0025334A">
        <w:t>alimente</w:t>
      </w:r>
      <w:proofErr w:type="spellEnd"/>
      <w:r w:rsidRPr="0025334A">
        <w:t xml:space="preserve"> </w:t>
      </w:r>
      <w:proofErr w:type="spellStart"/>
      <w:r w:rsidRPr="0025334A">
        <w:t>neambalate</w:t>
      </w:r>
      <w:proofErr w:type="spellEnd"/>
      <w:r w:rsidRPr="0025334A">
        <w:t xml:space="preserve"> se </w:t>
      </w:r>
      <w:proofErr w:type="spellStart"/>
      <w:r w:rsidRPr="0025334A">
        <w:t>solicită</w:t>
      </w:r>
      <w:proofErr w:type="spellEnd"/>
      <w:r w:rsidRPr="0025334A">
        <w:t xml:space="preserve"> </w:t>
      </w:r>
      <w:proofErr w:type="spellStart"/>
      <w:r w:rsidRPr="0025334A">
        <w:t>fișa</w:t>
      </w:r>
      <w:proofErr w:type="spellEnd"/>
      <w:r w:rsidRPr="0025334A">
        <w:t xml:space="preserve"> de </w:t>
      </w:r>
      <w:proofErr w:type="spellStart"/>
      <w:r w:rsidRPr="0025334A">
        <w:t>aptitudine</w:t>
      </w:r>
      <w:proofErr w:type="spellEnd"/>
      <w:r w:rsidRPr="0025334A">
        <w:t xml:space="preserve"> </w:t>
      </w:r>
      <w:proofErr w:type="spellStart"/>
      <w:r w:rsidRPr="0025334A">
        <w:t>valabilă</w:t>
      </w:r>
      <w:proofErr w:type="spellEnd"/>
      <w:r w:rsidRPr="0025334A">
        <w:t xml:space="preserve">, </w:t>
      </w:r>
      <w:proofErr w:type="spellStart"/>
      <w:r w:rsidRPr="0025334A">
        <w:t>emisă</w:t>
      </w:r>
      <w:proofErr w:type="spellEnd"/>
      <w:r w:rsidRPr="0025334A">
        <w:t xml:space="preserve"> </w:t>
      </w:r>
      <w:proofErr w:type="spellStart"/>
      <w:r w:rsidRPr="0025334A">
        <w:t>potrivit</w:t>
      </w:r>
      <w:proofErr w:type="spellEnd"/>
      <w:r w:rsidRPr="0025334A">
        <w:t xml:space="preserve"> </w:t>
      </w:r>
      <w:proofErr w:type="spellStart"/>
      <w:r w:rsidRPr="0025334A">
        <w:t>supravegherii</w:t>
      </w:r>
      <w:proofErr w:type="spellEnd"/>
      <w:r w:rsidRPr="0025334A">
        <w:t xml:space="preserve"> </w:t>
      </w:r>
      <w:proofErr w:type="spellStart"/>
      <w:r w:rsidRPr="0025334A">
        <w:t>sănătății</w:t>
      </w:r>
      <w:proofErr w:type="spellEnd"/>
      <w:r w:rsidRPr="0025334A">
        <w:t xml:space="preserve"> </w:t>
      </w:r>
      <w:proofErr w:type="spellStart"/>
      <w:r w:rsidRPr="0025334A">
        <w:t>lucrătorilor</w:t>
      </w:r>
      <w:proofErr w:type="spellEnd"/>
      <w:r w:rsidRPr="0025334A">
        <w:t xml:space="preserve">, cu </w:t>
      </w:r>
      <w:proofErr w:type="spellStart"/>
      <w:r w:rsidRPr="0025334A">
        <w:t>mențiunea</w:t>
      </w:r>
      <w:proofErr w:type="spellEnd"/>
      <w:r w:rsidRPr="0025334A">
        <w:t xml:space="preserve"> </w:t>
      </w:r>
      <w:proofErr w:type="spellStart"/>
      <w:r w:rsidRPr="0025334A">
        <w:t>corespunzătoare</w:t>
      </w:r>
      <w:proofErr w:type="spellEnd"/>
      <w:r w:rsidRPr="0025334A">
        <w:t xml:space="preserve"> </w:t>
      </w:r>
      <w:proofErr w:type="spellStart"/>
      <w:r w:rsidRPr="0025334A">
        <w:t>activității</w:t>
      </w:r>
      <w:proofErr w:type="spellEnd"/>
      <w:r w:rsidRPr="0025334A">
        <w:t xml:space="preserve"> </w:t>
      </w:r>
      <w:proofErr w:type="spellStart"/>
      <w:r w:rsidRPr="0025334A">
        <w:t>în</w:t>
      </w:r>
      <w:proofErr w:type="spellEnd"/>
      <w:r w:rsidRPr="0025334A">
        <w:t xml:space="preserve"> </w:t>
      </w:r>
      <w:proofErr w:type="spellStart"/>
      <w:r w:rsidRPr="0025334A">
        <w:t>sectorul</w:t>
      </w:r>
      <w:proofErr w:type="spellEnd"/>
      <w:r w:rsidRPr="0025334A">
        <w:t xml:space="preserve"> </w:t>
      </w:r>
      <w:proofErr w:type="spellStart"/>
      <w:r w:rsidRPr="0025334A">
        <w:t>alimentar</w:t>
      </w:r>
      <w:proofErr w:type="spellEnd"/>
      <w:r w:rsidRPr="0025334A">
        <w:t xml:space="preserve">. Nu se </w:t>
      </w:r>
      <w:proofErr w:type="spellStart"/>
      <w:r w:rsidRPr="0025334A">
        <w:t>solicită</w:t>
      </w:r>
      <w:proofErr w:type="spellEnd"/>
      <w:r w:rsidRPr="0025334A">
        <w:t xml:space="preserve"> </w:t>
      </w:r>
      <w:proofErr w:type="spellStart"/>
      <w:r w:rsidRPr="0025334A">
        <w:t>dosare</w:t>
      </w:r>
      <w:proofErr w:type="spellEnd"/>
      <w:r w:rsidRPr="0025334A">
        <w:t xml:space="preserve"> </w:t>
      </w:r>
      <w:proofErr w:type="spellStart"/>
      <w:r w:rsidRPr="0025334A">
        <w:t>medicale</w:t>
      </w:r>
      <w:proofErr w:type="spellEnd"/>
      <w:r w:rsidRPr="0025334A">
        <w:t xml:space="preserve">, </w:t>
      </w:r>
      <w:proofErr w:type="spellStart"/>
      <w:r w:rsidRPr="0025334A">
        <w:t>rezultate</w:t>
      </w:r>
      <w:proofErr w:type="spellEnd"/>
      <w:r w:rsidRPr="0025334A">
        <w:t xml:space="preserve"> de </w:t>
      </w:r>
      <w:proofErr w:type="spellStart"/>
      <w:r w:rsidRPr="0025334A">
        <w:t>laborator</w:t>
      </w:r>
      <w:proofErr w:type="spellEnd"/>
      <w:r w:rsidRPr="0025334A">
        <w:t xml:space="preserve"> </w:t>
      </w:r>
      <w:proofErr w:type="spellStart"/>
      <w:r w:rsidRPr="0025334A">
        <w:t>sau</w:t>
      </w:r>
      <w:proofErr w:type="spellEnd"/>
      <w:r w:rsidRPr="0025334A">
        <w:t xml:space="preserve"> </w:t>
      </w:r>
      <w:proofErr w:type="spellStart"/>
      <w:r w:rsidRPr="0025334A">
        <w:t>alte</w:t>
      </w:r>
      <w:proofErr w:type="spellEnd"/>
      <w:r w:rsidRPr="0025334A">
        <w:t xml:space="preserve"> date </w:t>
      </w:r>
      <w:proofErr w:type="spellStart"/>
      <w:r w:rsidRPr="0025334A">
        <w:t>medicale</w:t>
      </w:r>
      <w:proofErr w:type="spellEnd"/>
      <w:r w:rsidRPr="0025334A">
        <w:t xml:space="preserve"> care </w:t>
      </w:r>
      <w:proofErr w:type="spellStart"/>
      <w:r w:rsidRPr="0025334A">
        <w:t>depășesc</w:t>
      </w:r>
      <w:proofErr w:type="spellEnd"/>
      <w:r w:rsidRPr="0025334A">
        <w:t xml:space="preserve"> </w:t>
      </w:r>
      <w:proofErr w:type="spellStart"/>
      <w:r w:rsidRPr="0025334A">
        <w:t>verificarea</w:t>
      </w:r>
      <w:proofErr w:type="spellEnd"/>
      <w:r w:rsidRPr="0025334A">
        <w:t xml:space="preserve"> </w:t>
      </w:r>
      <w:proofErr w:type="spellStart"/>
      <w:r w:rsidRPr="0025334A">
        <w:t>aptitudinii</w:t>
      </w:r>
      <w:proofErr w:type="spellEnd"/>
      <w:r w:rsidRPr="0025334A">
        <w:t>.</w:t>
      </w:r>
    </w:p>
    <w:p w14:paraId="5E0D9C5B" w14:textId="77777777" w:rsidR="00E04FEA" w:rsidRPr="00E04FEA" w:rsidRDefault="004E746A" w:rsidP="00E04FEA">
      <w:pPr>
        <w:spacing w:after="50" w:line="247" w:lineRule="auto"/>
        <w:rPr>
          <w:lang w:val="ro-RO"/>
        </w:rPr>
      </w:pPr>
      <w:proofErr w:type="spellStart"/>
      <w:r w:rsidRPr="0025334A">
        <w:t>Înlocuirea</w:t>
      </w:r>
      <w:proofErr w:type="spellEnd"/>
      <w:r w:rsidRPr="0025334A">
        <w:t xml:space="preserve"> </w:t>
      </w:r>
      <w:proofErr w:type="spellStart"/>
      <w:r w:rsidRPr="0025334A">
        <w:t>personalului-cheie</w:t>
      </w:r>
      <w:proofErr w:type="spellEnd"/>
      <w:r w:rsidRPr="0025334A">
        <w:t xml:space="preserve"> </w:t>
      </w:r>
      <w:proofErr w:type="spellStart"/>
      <w:r w:rsidRPr="0025334A">
        <w:t>este</w:t>
      </w:r>
      <w:proofErr w:type="spellEnd"/>
      <w:r w:rsidRPr="0025334A">
        <w:t xml:space="preserve"> </w:t>
      </w:r>
      <w:proofErr w:type="spellStart"/>
      <w:r w:rsidRPr="0025334A">
        <w:t>permisă</w:t>
      </w:r>
      <w:proofErr w:type="spellEnd"/>
      <w:r w:rsidRPr="0025334A">
        <w:t xml:space="preserve"> cu </w:t>
      </w:r>
      <w:proofErr w:type="spellStart"/>
      <w:r w:rsidRPr="0025334A">
        <w:t>persoane</w:t>
      </w:r>
      <w:proofErr w:type="spellEnd"/>
      <w:r w:rsidRPr="0025334A">
        <w:t xml:space="preserve"> care </w:t>
      </w:r>
      <w:proofErr w:type="spellStart"/>
      <w:r w:rsidRPr="0025334A">
        <w:t>îndeplinesc</w:t>
      </w:r>
      <w:proofErr w:type="spellEnd"/>
      <w:r w:rsidRPr="0025334A">
        <w:t xml:space="preserve"> cel </w:t>
      </w:r>
      <w:proofErr w:type="spellStart"/>
      <w:r w:rsidRPr="0025334A">
        <w:t>puțin</w:t>
      </w:r>
      <w:proofErr w:type="spellEnd"/>
      <w:r w:rsidRPr="0025334A">
        <w:t xml:space="preserve"> </w:t>
      </w:r>
      <w:proofErr w:type="spellStart"/>
      <w:r w:rsidRPr="0025334A">
        <w:t>aceleași</w:t>
      </w:r>
      <w:proofErr w:type="spellEnd"/>
      <w:r w:rsidRPr="0025334A">
        <w:t xml:space="preserve"> </w:t>
      </w:r>
      <w:proofErr w:type="spellStart"/>
      <w:r w:rsidRPr="0025334A">
        <w:t>cerințe</w:t>
      </w:r>
      <w:proofErr w:type="spellEnd"/>
      <w:r w:rsidRPr="0025334A">
        <w:t xml:space="preserve"> </w:t>
      </w:r>
      <w:proofErr w:type="spellStart"/>
      <w:r w:rsidRPr="0025334A">
        <w:t>profesionale</w:t>
      </w:r>
      <w:proofErr w:type="spellEnd"/>
      <w:r w:rsidRPr="0025334A">
        <w:t xml:space="preserve"> </w:t>
      </w:r>
      <w:proofErr w:type="spellStart"/>
      <w:r w:rsidRPr="0025334A">
        <w:t>aplicabile</w:t>
      </w:r>
      <w:proofErr w:type="spellEnd"/>
      <w:r w:rsidRPr="0025334A">
        <w:t xml:space="preserve"> </w:t>
      </w:r>
      <w:proofErr w:type="spellStart"/>
      <w:r w:rsidRPr="0025334A">
        <w:t>rolului</w:t>
      </w:r>
      <w:proofErr w:type="spellEnd"/>
      <w:r w:rsidRPr="0025334A">
        <w:t xml:space="preserve">. </w:t>
      </w:r>
      <w:proofErr w:type="spellStart"/>
      <w:r w:rsidRPr="0025334A">
        <w:t>Pentru</w:t>
      </w:r>
      <w:proofErr w:type="spellEnd"/>
      <w:r w:rsidRPr="0025334A">
        <w:t xml:space="preserve"> </w:t>
      </w:r>
      <w:proofErr w:type="spellStart"/>
      <w:r w:rsidRPr="0025334A">
        <w:t>rolurile</w:t>
      </w:r>
      <w:proofErr w:type="spellEnd"/>
      <w:r w:rsidRPr="0025334A">
        <w:t xml:space="preserve"> cu </w:t>
      </w:r>
      <w:proofErr w:type="spellStart"/>
      <w:r w:rsidRPr="0025334A">
        <w:t>calificare</w:t>
      </w:r>
      <w:proofErr w:type="spellEnd"/>
      <w:r w:rsidRPr="0025334A">
        <w:t>/</w:t>
      </w:r>
      <w:proofErr w:type="spellStart"/>
      <w:r w:rsidRPr="0025334A">
        <w:t>drept</w:t>
      </w:r>
      <w:proofErr w:type="spellEnd"/>
      <w:r w:rsidRPr="0025334A">
        <w:t xml:space="preserve"> de </w:t>
      </w:r>
      <w:proofErr w:type="spellStart"/>
      <w:r w:rsidRPr="0025334A">
        <w:t>practică</w:t>
      </w:r>
      <w:proofErr w:type="spellEnd"/>
      <w:r w:rsidRPr="0025334A">
        <w:t xml:space="preserve"> </w:t>
      </w:r>
      <w:proofErr w:type="spellStart"/>
      <w:r w:rsidRPr="0025334A">
        <w:t>obligatoriu</w:t>
      </w:r>
      <w:proofErr w:type="spellEnd"/>
      <w:r w:rsidRPr="0025334A">
        <w:t xml:space="preserve">, </w:t>
      </w:r>
      <w:proofErr w:type="spellStart"/>
      <w:r w:rsidRPr="0025334A">
        <w:t>documentele</w:t>
      </w:r>
      <w:proofErr w:type="spellEnd"/>
      <w:r w:rsidRPr="0025334A">
        <w:t xml:space="preserve"> </w:t>
      </w:r>
      <w:proofErr w:type="spellStart"/>
      <w:r w:rsidRPr="0025334A">
        <w:t>înlocuitorului</w:t>
      </w:r>
      <w:proofErr w:type="spellEnd"/>
      <w:r w:rsidRPr="0025334A">
        <w:t xml:space="preserve"> se transmit </w:t>
      </w:r>
      <w:proofErr w:type="spellStart"/>
      <w:r w:rsidRPr="0025334A">
        <w:t>înainte</w:t>
      </w:r>
      <w:proofErr w:type="spellEnd"/>
      <w:r w:rsidRPr="0025334A">
        <w:t xml:space="preserve"> de </w:t>
      </w:r>
      <w:proofErr w:type="spellStart"/>
      <w:r w:rsidRPr="0025334A">
        <w:t>preluarea</w:t>
      </w:r>
      <w:proofErr w:type="spellEnd"/>
      <w:r w:rsidRPr="0025334A">
        <w:t xml:space="preserve"> </w:t>
      </w:r>
      <w:proofErr w:type="spellStart"/>
      <w:r w:rsidRPr="0025334A">
        <w:t>activității</w:t>
      </w:r>
      <w:proofErr w:type="spellEnd"/>
      <w:r w:rsidRPr="0025334A">
        <w:t>.</w:t>
      </w:r>
      <w:r w:rsidR="00E04FEA">
        <w:t xml:space="preserve"> </w:t>
      </w:r>
      <w:r w:rsidR="00E04FEA" w:rsidRPr="00E04FEA">
        <w:rPr>
          <w:lang w:val="ro-RO"/>
        </w:rPr>
        <w:t>Înlocuirea dieteticianului titular pe o perioadă mai mare de 5 zile lucrătoare consecutive se notifică autorității contractante, cu prezentarea documentelor care atestă calificarea înlocuitorului.</w:t>
      </w:r>
    </w:p>
    <w:p w14:paraId="5484684A" w14:textId="4B343C74" w:rsidR="000C4CB5" w:rsidRPr="0025334A" w:rsidRDefault="000C4CB5">
      <w:pPr>
        <w:spacing w:after="50" w:line="247" w:lineRule="auto"/>
      </w:pPr>
    </w:p>
    <w:p w14:paraId="7D710834" w14:textId="2B76DE81" w:rsidR="0025334A" w:rsidRPr="00E1781E" w:rsidRDefault="0025334A" w:rsidP="0025334A">
      <w:pPr>
        <w:pStyle w:val="Heading3"/>
        <w:spacing w:after="60"/>
        <w:rPr>
          <w:bCs w:val="0"/>
          <w:color w:val="auto"/>
        </w:rPr>
      </w:pPr>
      <w:bookmarkStart w:id="39" w:name="_Toc242951480"/>
      <w:r w:rsidRPr="00E1781E">
        <w:rPr>
          <w:rFonts w:ascii="Times New Roman" w:hAnsi="Times New Roman"/>
          <w:bCs w:val="0"/>
          <w:color w:val="auto"/>
        </w:rPr>
        <w:t xml:space="preserve">3. </w:t>
      </w:r>
      <w:proofErr w:type="spellStart"/>
      <w:r w:rsidRPr="00E1781E">
        <w:rPr>
          <w:rFonts w:ascii="Times New Roman" w:hAnsi="Times New Roman"/>
          <w:bCs w:val="0"/>
          <w:color w:val="auto"/>
        </w:rPr>
        <w:t>Resurse</w:t>
      </w:r>
      <w:proofErr w:type="spellEnd"/>
      <w:r w:rsidRPr="00E1781E">
        <w:rPr>
          <w:rFonts w:ascii="Times New Roman" w:hAnsi="Times New Roman"/>
          <w:bCs w:val="0"/>
          <w:color w:val="auto"/>
        </w:rPr>
        <w:t xml:space="preserve"> </w:t>
      </w:r>
      <w:proofErr w:type="spellStart"/>
      <w:r w:rsidRPr="00E1781E">
        <w:rPr>
          <w:rFonts w:ascii="Times New Roman" w:hAnsi="Times New Roman"/>
          <w:bCs w:val="0"/>
          <w:color w:val="auto"/>
        </w:rPr>
        <w:t>tehnice</w:t>
      </w:r>
      <w:proofErr w:type="spellEnd"/>
      <w:r w:rsidRPr="00E1781E">
        <w:rPr>
          <w:rFonts w:ascii="Times New Roman" w:hAnsi="Times New Roman"/>
          <w:bCs w:val="0"/>
          <w:color w:val="auto"/>
        </w:rPr>
        <w:t xml:space="preserve"> </w:t>
      </w:r>
      <w:proofErr w:type="spellStart"/>
      <w:r w:rsidRPr="00E1781E">
        <w:rPr>
          <w:rFonts w:ascii="Times New Roman" w:hAnsi="Times New Roman"/>
          <w:bCs w:val="0"/>
          <w:color w:val="auto"/>
        </w:rPr>
        <w:t>și</w:t>
      </w:r>
      <w:proofErr w:type="spellEnd"/>
      <w:r w:rsidRPr="00E1781E">
        <w:rPr>
          <w:rFonts w:ascii="Times New Roman" w:hAnsi="Times New Roman"/>
          <w:bCs w:val="0"/>
          <w:color w:val="auto"/>
        </w:rPr>
        <w:t xml:space="preserve"> </w:t>
      </w:r>
      <w:proofErr w:type="spellStart"/>
      <w:r w:rsidRPr="00E1781E">
        <w:rPr>
          <w:rFonts w:ascii="Times New Roman" w:hAnsi="Times New Roman"/>
          <w:bCs w:val="0"/>
          <w:color w:val="auto"/>
        </w:rPr>
        <w:t>subcontractare</w:t>
      </w:r>
      <w:bookmarkEnd w:id="39"/>
      <w:proofErr w:type="spellEnd"/>
      <w:r w:rsidRPr="00E1781E">
        <w:rPr>
          <w:rFonts w:ascii="Times New Roman" w:hAnsi="Times New Roman"/>
          <w:bCs w:val="0"/>
          <w:color w:val="auto"/>
        </w:rPr>
        <w:t xml:space="preserve"> </w:t>
      </w:r>
    </w:p>
    <w:p w14:paraId="52478676" w14:textId="77777777" w:rsidR="0025334A" w:rsidRPr="0025334A" w:rsidRDefault="0025334A" w:rsidP="0025334A">
      <w:pPr>
        <w:spacing w:after="50" w:line="247" w:lineRule="auto"/>
        <w:rPr>
          <w:i/>
          <w:iCs/>
        </w:rPr>
      </w:pPr>
      <w:proofErr w:type="spellStart"/>
      <w:r w:rsidRPr="0025334A">
        <w:rPr>
          <w:i/>
          <w:iCs/>
        </w:rPr>
        <w:t>Resurse</w:t>
      </w:r>
      <w:proofErr w:type="spellEnd"/>
      <w:r w:rsidRPr="0025334A">
        <w:rPr>
          <w:i/>
          <w:iCs/>
        </w:rPr>
        <w:t xml:space="preserve"> </w:t>
      </w:r>
      <w:proofErr w:type="spellStart"/>
      <w:r w:rsidRPr="0025334A">
        <w:rPr>
          <w:i/>
          <w:iCs/>
        </w:rPr>
        <w:t>tehnice</w:t>
      </w:r>
      <w:proofErr w:type="spellEnd"/>
      <w:r w:rsidRPr="0025334A">
        <w:rPr>
          <w:i/>
          <w:iCs/>
        </w:rPr>
        <w:t xml:space="preserve"> </w:t>
      </w:r>
    </w:p>
    <w:p w14:paraId="6073838C" w14:textId="77777777" w:rsidR="00466787" w:rsidRDefault="0025334A" w:rsidP="0025334A">
      <w:pPr>
        <w:spacing w:after="50" w:line="247" w:lineRule="auto"/>
      </w:pPr>
      <w:proofErr w:type="spellStart"/>
      <w:r w:rsidRPr="0025334A">
        <w:t>Prestatorul</w:t>
      </w:r>
      <w:proofErr w:type="spellEnd"/>
      <w:r w:rsidRPr="0025334A">
        <w:t xml:space="preserve"> </w:t>
      </w:r>
      <w:proofErr w:type="spellStart"/>
      <w:r w:rsidRPr="0025334A">
        <w:t>asigură</w:t>
      </w:r>
      <w:proofErr w:type="spellEnd"/>
      <w:r w:rsidRPr="0025334A">
        <w:t xml:space="preserve"> </w:t>
      </w:r>
      <w:proofErr w:type="spellStart"/>
      <w:r w:rsidRPr="0025334A">
        <w:t>echipamentele</w:t>
      </w:r>
      <w:proofErr w:type="spellEnd"/>
      <w:r w:rsidRPr="0025334A">
        <w:t xml:space="preserve"> de </w:t>
      </w:r>
      <w:proofErr w:type="spellStart"/>
      <w:r w:rsidRPr="0025334A">
        <w:t>preparare</w:t>
      </w:r>
      <w:proofErr w:type="spellEnd"/>
      <w:r w:rsidRPr="0025334A">
        <w:t xml:space="preserve">, </w:t>
      </w:r>
      <w:proofErr w:type="spellStart"/>
      <w:r w:rsidRPr="0025334A">
        <w:t>răcire</w:t>
      </w:r>
      <w:proofErr w:type="spellEnd"/>
      <w:r w:rsidRPr="0025334A">
        <w:t>/</w:t>
      </w:r>
      <w:proofErr w:type="spellStart"/>
      <w:r w:rsidRPr="0025334A">
        <w:t>păstrare</w:t>
      </w:r>
      <w:proofErr w:type="spellEnd"/>
      <w:r w:rsidRPr="0025334A">
        <w:t xml:space="preserve">, </w:t>
      </w:r>
      <w:proofErr w:type="spellStart"/>
      <w:r w:rsidRPr="0025334A">
        <w:t>porționare</w:t>
      </w:r>
      <w:proofErr w:type="spellEnd"/>
      <w:r w:rsidRPr="0025334A">
        <w:t xml:space="preserve">, </w:t>
      </w:r>
      <w:proofErr w:type="spellStart"/>
      <w:r w:rsidRPr="0025334A">
        <w:t>ambalare</w:t>
      </w:r>
      <w:proofErr w:type="spellEnd"/>
      <w:r w:rsidRPr="0025334A">
        <w:t xml:space="preserve">, </w:t>
      </w:r>
      <w:proofErr w:type="spellStart"/>
      <w:r w:rsidRPr="0025334A">
        <w:t>măsurare</w:t>
      </w:r>
      <w:proofErr w:type="spellEnd"/>
      <w:r w:rsidRPr="0025334A">
        <w:t xml:space="preserve"> </w:t>
      </w:r>
      <w:proofErr w:type="spellStart"/>
      <w:r w:rsidRPr="0025334A">
        <w:t>si</w:t>
      </w:r>
      <w:proofErr w:type="spellEnd"/>
      <w:r w:rsidRPr="0025334A">
        <w:t xml:space="preserve"> control a </w:t>
      </w:r>
      <w:proofErr w:type="spellStart"/>
      <w:r w:rsidRPr="0025334A">
        <w:t>temperaturii</w:t>
      </w:r>
      <w:proofErr w:type="spellEnd"/>
      <w:r w:rsidRPr="0025334A">
        <w:t xml:space="preserve">, transport </w:t>
      </w:r>
      <w:proofErr w:type="spellStart"/>
      <w:r w:rsidRPr="0025334A">
        <w:t>și</w:t>
      </w:r>
      <w:proofErr w:type="spellEnd"/>
      <w:r w:rsidRPr="0025334A">
        <w:t xml:space="preserve"> </w:t>
      </w:r>
      <w:proofErr w:type="spellStart"/>
      <w:r w:rsidRPr="0025334A">
        <w:t>igienizare</w:t>
      </w:r>
      <w:proofErr w:type="spellEnd"/>
      <w:r w:rsidRPr="0025334A">
        <w:t xml:space="preserve">,  </w:t>
      </w:r>
      <w:proofErr w:type="spellStart"/>
      <w:r w:rsidRPr="0025334A">
        <w:t>adecvate</w:t>
      </w:r>
      <w:proofErr w:type="spellEnd"/>
      <w:r w:rsidRPr="0025334A">
        <w:t xml:space="preserve"> </w:t>
      </w:r>
      <w:proofErr w:type="spellStart"/>
      <w:r w:rsidRPr="0025334A">
        <w:t>volumului</w:t>
      </w:r>
      <w:proofErr w:type="spellEnd"/>
      <w:r w:rsidRPr="0025334A">
        <w:t xml:space="preserve"> maxim </w:t>
      </w:r>
      <w:proofErr w:type="spellStart"/>
      <w:r w:rsidRPr="0025334A">
        <w:t>zilnic</w:t>
      </w:r>
      <w:proofErr w:type="spellEnd"/>
      <w:r w:rsidRPr="0025334A">
        <w:t xml:space="preserve"> </w:t>
      </w:r>
      <w:proofErr w:type="spellStart"/>
      <w:r w:rsidRPr="0025334A">
        <w:t>și</w:t>
      </w:r>
      <w:proofErr w:type="spellEnd"/>
      <w:r w:rsidRPr="0025334A">
        <w:t xml:space="preserve"> </w:t>
      </w:r>
      <w:proofErr w:type="spellStart"/>
      <w:r w:rsidRPr="0025334A">
        <w:t>cerințelor</w:t>
      </w:r>
      <w:proofErr w:type="spellEnd"/>
      <w:r w:rsidRPr="0025334A">
        <w:t xml:space="preserve"> </w:t>
      </w:r>
      <w:proofErr w:type="spellStart"/>
      <w:r w:rsidRPr="0025334A">
        <w:t>speciale</w:t>
      </w:r>
      <w:proofErr w:type="spellEnd"/>
      <w:r w:rsidRPr="0025334A">
        <w:t xml:space="preserve">. </w:t>
      </w:r>
      <w:proofErr w:type="spellStart"/>
      <w:r w:rsidR="00466787" w:rsidRPr="00466787">
        <w:t>Echipamentele</w:t>
      </w:r>
      <w:proofErr w:type="spellEnd"/>
      <w:r w:rsidR="00466787" w:rsidRPr="00466787">
        <w:t xml:space="preserve"> cu care </w:t>
      </w:r>
      <w:proofErr w:type="spellStart"/>
      <w:r w:rsidR="00466787" w:rsidRPr="00466787">
        <w:t>prestatorul</w:t>
      </w:r>
      <w:proofErr w:type="spellEnd"/>
      <w:r w:rsidR="00466787" w:rsidRPr="00466787">
        <w:t xml:space="preserve"> </w:t>
      </w:r>
      <w:proofErr w:type="spellStart"/>
      <w:r w:rsidR="00466787" w:rsidRPr="00466787">
        <w:t>va</w:t>
      </w:r>
      <w:proofErr w:type="spellEnd"/>
      <w:r w:rsidR="00466787" w:rsidRPr="00466787">
        <w:t xml:space="preserve"> </w:t>
      </w:r>
      <w:proofErr w:type="spellStart"/>
      <w:r w:rsidR="00466787" w:rsidRPr="00466787">
        <w:t>presta</w:t>
      </w:r>
      <w:proofErr w:type="spellEnd"/>
      <w:r w:rsidR="00466787" w:rsidRPr="00466787">
        <w:t xml:space="preserve"> </w:t>
      </w:r>
      <w:proofErr w:type="spellStart"/>
      <w:r w:rsidR="00466787" w:rsidRPr="00466787">
        <w:t>serviciile</w:t>
      </w:r>
      <w:proofErr w:type="spellEnd"/>
      <w:r w:rsidR="00466787" w:rsidRPr="00466787">
        <w:t xml:space="preserve">, cat </w:t>
      </w:r>
      <w:proofErr w:type="spellStart"/>
      <w:r w:rsidR="00466787" w:rsidRPr="00466787">
        <w:t>si</w:t>
      </w:r>
      <w:proofErr w:type="spellEnd"/>
      <w:r w:rsidR="00466787" w:rsidRPr="00466787">
        <w:t xml:space="preserve"> </w:t>
      </w:r>
      <w:proofErr w:type="spellStart"/>
      <w:r w:rsidR="00466787" w:rsidRPr="00466787">
        <w:t>echipamentele</w:t>
      </w:r>
      <w:proofErr w:type="spellEnd"/>
      <w:r w:rsidR="00466787" w:rsidRPr="00466787">
        <w:t xml:space="preserve"> de </w:t>
      </w:r>
      <w:proofErr w:type="spellStart"/>
      <w:r w:rsidR="00466787" w:rsidRPr="00466787">
        <w:t>rezerva</w:t>
      </w:r>
      <w:proofErr w:type="spellEnd"/>
      <w:r w:rsidR="00466787" w:rsidRPr="00466787">
        <w:t xml:space="preserve">, </w:t>
      </w:r>
      <w:proofErr w:type="spellStart"/>
      <w:r w:rsidR="00466787" w:rsidRPr="00466787">
        <w:t>vor</w:t>
      </w:r>
      <w:proofErr w:type="spellEnd"/>
      <w:r w:rsidR="00466787" w:rsidRPr="00466787">
        <w:t xml:space="preserve"> fi conform </w:t>
      </w:r>
      <w:proofErr w:type="spellStart"/>
      <w:r w:rsidR="00466787" w:rsidRPr="00466787">
        <w:t>legislației</w:t>
      </w:r>
      <w:proofErr w:type="spellEnd"/>
      <w:r w:rsidR="00466787" w:rsidRPr="00466787">
        <w:t xml:space="preserve"> </w:t>
      </w:r>
      <w:proofErr w:type="spellStart"/>
      <w:r w:rsidR="00466787" w:rsidRPr="00466787">
        <w:t>romane</w:t>
      </w:r>
      <w:proofErr w:type="spellEnd"/>
      <w:r w:rsidR="00466787" w:rsidRPr="00466787">
        <w:t xml:space="preserve"> in </w:t>
      </w:r>
      <w:proofErr w:type="spellStart"/>
      <w:r w:rsidR="00466787" w:rsidRPr="00466787">
        <w:t>vigoare</w:t>
      </w:r>
      <w:proofErr w:type="spellEnd"/>
      <w:r w:rsidR="00466787" w:rsidRPr="00466787">
        <w:t xml:space="preserve"> </w:t>
      </w:r>
      <w:proofErr w:type="spellStart"/>
      <w:r w:rsidR="00466787" w:rsidRPr="00466787">
        <w:t>si</w:t>
      </w:r>
      <w:proofErr w:type="spellEnd"/>
      <w:r w:rsidR="00466787" w:rsidRPr="00466787">
        <w:t xml:space="preserve"> </w:t>
      </w:r>
      <w:proofErr w:type="spellStart"/>
      <w:r w:rsidR="00466787" w:rsidRPr="00466787">
        <w:t>standardelor</w:t>
      </w:r>
      <w:proofErr w:type="spellEnd"/>
      <w:r w:rsidR="00466787" w:rsidRPr="00466787">
        <w:t xml:space="preserve"> </w:t>
      </w:r>
      <w:proofErr w:type="spellStart"/>
      <w:r w:rsidR="00466787" w:rsidRPr="00466787">
        <w:t>europene</w:t>
      </w:r>
      <w:proofErr w:type="spellEnd"/>
      <w:r w:rsidR="00466787" w:rsidRPr="00466787">
        <w:t xml:space="preserve">. </w:t>
      </w:r>
    </w:p>
    <w:p w14:paraId="0B453917" w14:textId="77777777" w:rsidR="00466787" w:rsidRDefault="0025334A" w:rsidP="0025334A">
      <w:pPr>
        <w:spacing w:after="50" w:line="247" w:lineRule="auto"/>
      </w:pPr>
      <w:proofErr w:type="spellStart"/>
      <w:r w:rsidRPr="0025334A">
        <w:t>Echipamentele</w:t>
      </w:r>
      <w:proofErr w:type="spellEnd"/>
      <w:r w:rsidRPr="0025334A">
        <w:t xml:space="preserve"> </w:t>
      </w:r>
      <w:proofErr w:type="spellStart"/>
      <w:r w:rsidRPr="0025334A">
        <w:t>critice</w:t>
      </w:r>
      <w:proofErr w:type="spellEnd"/>
      <w:r w:rsidRPr="0025334A">
        <w:t xml:space="preserve"> se </w:t>
      </w:r>
      <w:proofErr w:type="spellStart"/>
      <w:r w:rsidRPr="0025334A">
        <w:t>întrețin</w:t>
      </w:r>
      <w:proofErr w:type="spellEnd"/>
      <w:r w:rsidRPr="0025334A">
        <w:t xml:space="preserve"> </w:t>
      </w:r>
      <w:proofErr w:type="spellStart"/>
      <w:r w:rsidRPr="0025334A">
        <w:t>preventiv</w:t>
      </w:r>
      <w:proofErr w:type="spellEnd"/>
      <w:r w:rsidRPr="0025334A">
        <w:t xml:space="preserve">, </w:t>
      </w:r>
      <w:proofErr w:type="spellStart"/>
      <w:r w:rsidRPr="0025334A">
        <w:t>iar</w:t>
      </w:r>
      <w:proofErr w:type="spellEnd"/>
      <w:r w:rsidRPr="0025334A">
        <w:t xml:space="preserve"> </w:t>
      </w:r>
      <w:proofErr w:type="spellStart"/>
      <w:r w:rsidRPr="0025334A">
        <w:t>pentru</w:t>
      </w:r>
      <w:proofErr w:type="spellEnd"/>
      <w:r w:rsidRPr="0025334A">
        <w:t xml:space="preserve"> </w:t>
      </w:r>
      <w:proofErr w:type="spellStart"/>
      <w:r w:rsidRPr="0025334A">
        <w:t>defectarea</w:t>
      </w:r>
      <w:proofErr w:type="spellEnd"/>
      <w:r w:rsidRPr="0025334A">
        <w:t xml:space="preserve"> lor se </w:t>
      </w:r>
      <w:proofErr w:type="spellStart"/>
      <w:r w:rsidRPr="0025334A">
        <w:t>prevăd</w:t>
      </w:r>
      <w:proofErr w:type="spellEnd"/>
      <w:r w:rsidRPr="0025334A">
        <w:t xml:space="preserve"> </w:t>
      </w:r>
      <w:proofErr w:type="spellStart"/>
      <w:r w:rsidRPr="0025334A">
        <w:t>soluții</w:t>
      </w:r>
      <w:proofErr w:type="spellEnd"/>
      <w:r w:rsidRPr="0025334A">
        <w:t xml:space="preserve"> de </w:t>
      </w:r>
      <w:proofErr w:type="spellStart"/>
      <w:r w:rsidRPr="0025334A">
        <w:t>rezervă</w:t>
      </w:r>
      <w:proofErr w:type="spellEnd"/>
      <w:r w:rsidRPr="0025334A">
        <w:t xml:space="preserve">. </w:t>
      </w:r>
    </w:p>
    <w:p w14:paraId="17A0F2AB" w14:textId="6756E2BC" w:rsidR="0025334A" w:rsidRPr="0025334A" w:rsidRDefault="0025334A" w:rsidP="0025334A">
      <w:pPr>
        <w:spacing w:after="50" w:line="247" w:lineRule="auto"/>
      </w:pPr>
      <w:proofErr w:type="spellStart"/>
      <w:r w:rsidRPr="0025334A">
        <w:t>Termometrele</w:t>
      </w:r>
      <w:proofErr w:type="spellEnd"/>
      <w:r w:rsidRPr="0025334A">
        <w:t xml:space="preserve"> </w:t>
      </w:r>
      <w:proofErr w:type="spellStart"/>
      <w:r w:rsidRPr="0025334A">
        <w:t>și</w:t>
      </w:r>
      <w:proofErr w:type="spellEnd"/>
      <w:r w:rsidRPr="0025334A">
        <w:t xml:space="preserve"> </w:t>
      </w:r>
      <w:proofErr w:type="spellStart"/>
      <w:r w:rsidRPr="0025334A">
        <w:t>echipamentele</w:t>
      </w:r>
      <w:proofErr w:type="spellEnd"/>
      <w:r w:rsidRPr="0025334A">
        <w:t xml:space="preserve"> de </w:t>
      </w:r>
      <w:proofErr w:type="spellStart"/>
      <w:r w:rsidRPr="0025334A">
        <w:t>măsurare</w:t>
      </w:r>
      <w:proofErr w:type="spellEnd"/>
      <w:r w:rsidRPr="0025334A">
        <w:t xml:space="preserve"> se </w:t>
      </w:r>
      <w:proofErr w:type="spellStart"/>
      <w:r w:rsidRPr="0025334A">
        <w:t>verifică</w:t>
      </w:r>
      <w:proofErr w:type="spellEnd"/>
      <w:r w:rsidRPr="0025334A">
        <w:t xml:space="preserve"> </w:t>
      </w:r>
      <w:proofErr w:type="spellStart"/>
      <w:r w:rsidR="00466787">
        <w:t>metrologic</w:t>
      </w:r>
      <w:proofErr w:type="spellEnd"/>
      <w:r w:rsidR="00466787">
        <w:t xml:space="preserve"> </w:t>
      </w:r>
      <w:r w:rsidRPr="0025334A">
        <w:t xml:space="preserve">la </w:t>
      </w:r>
      <w:proofErr w:type="spellStart"/>
      <w:r w:rsidR="00466787">
        <w:t>termenele</w:t>
      </w:r>
      <w:proofErr w:type="spellEnd"/>
      <w:r w:rsidR="00466787">
        <w:t xml:space="preserve"> </w:t>
      </w:r>
      <w:proofErr w:type="spellStart"/>
      <w:r w:rsidR="00466787">
        <w:t>legale</w:t>
      </w:r>
      <w:proofErr w:type="spellEnd"/>
      <w:r w:rsidRPr="0025334A">
        <w:t xml:space="preserve"> </w:t>
      </w:r>
      <w:proofErr w:type="spellStart"/>
      <w:r w:rsidRPr="0025334A">
        <w:t>și</w:t>
      </w:r>
      <w:proofErr w:type="spellEnd"/>
      <w:r w:rsidRPr="0025334A">
        <w:t xml:space="preserve"> </w:t>
      </w:r>
      <w:proofErr w:type="spellStart"/>
      <w:r w:rsidRPr="0025334A">
        <w:t>ori</w:t>
      </w:r>
      <w:proofErr w:type="spellEnd"/>
      <w:r w:rsidRPr="0025334A">
        <w:t xml:space="preserve"> de </w:t>
      </w:r>
      <w:proofErr w:type="spellStart"/>
      <w:r w:rsidRPr="0025334A">
        <w:t>câte</w:t>
      </w:r>
      <w:proofErr w:type="spellEnd"/>
      <w:r w:rsidRPr="0025334A">
        <w:t xml:space="preserve"> </w:t>
      </w:r>
      <w:proofErr w:type="spellStart"/>
      <w:r w:rsidRPr="0025334A">
        <w:t>ori</w:t>
      </w:r>
      <w:proofErr w:type="spellEnd"/>
      <w:r w:rsidRPr="0025334A">
        <w:t xml:space="preserve"> </w:t>
      </w:r>
      <w:proofErr w:type="spellStart"/>
      <w:r w:rsidRPr="0025334A">
        <w:t>există</w:t>
      </w:r>
      <w:proofErr w:type="spellEnd"/>
      <w:r w:rsidRPr="0025334A">
        <w:t xml:space="preserve"> </w:t>
      </w:r>
      <w:proofErr w:type="spellStart"/>
      <w:r w:rsidRPr="0025334A">
        <w:t>suspiciuni</w:t>
      </w:r>
      <w:proofErr w:type="spellEnd"/>
      <w:r w:rsidRPr="0025334A">
        <w:t xml:space="preserve"> </w:t>
      </w:r>
      <w:proofErr w:type="spellStart"/>
      <w:r w:rsidRPr="0025334A">
        <w:t>privind</w:t>
      </w:r>
      <w:proofErr w:type="spellEnd"/>
      <w:r w:rsidRPr="0025334A">
        <w:t xml:space="preserve"> </w:t>
      </w:r>
      <w:proofErr w:type="spellStart"/>
      <w:r w:rsidRPr="0025334A">
        <w:t>acuratețea</w:t>
      </w:r>
      <w:proofErr w:type="spellEnd"/>
      <w:r w:rsidRPr="0025334A">
        <w:t>.</w:t>
      </w:r>
    </w:p>
    <w:p w14:paraId="1FB4FD95" w14:textId="148A40D2" w:rsidR="0025334A" w:rsidRPr="0025334A" w:rsidRDefault="0025334A" w:rsidP="0025334A">
      <w:pPr>
        <w:spacing w:after="50" w:line="247" w:lineRule="auto"/>
      </w:pPr>
      <w:proofErr w:type="spellStart"/>
      <w:r w:rsidRPr="0025334A">
        <w:t>Atunci</w:t>
      </w:r>
      <w:proofErr w:type="spellEnd"/>
      <w:r w:rsidRPr="0025334A">
        <w:t xml:space="preserve"> </w:t>
      </w:r>
      <w:proofErr w:type="spellStart"/>
      <w:r w:rsidRPr="0025334A">
        <w:t>când</w:t>
      </w:r>
      <w:proofErr w:type="spellEnd"/>
      <w:r w:rsidRPr="0025334A">
        <w:t xml:space="preserve"> o </w:t>
      </w:r>
      <w:proofErr w:type="spellStart"/>
      <w:r w:rsidRPr="0025334A">
        <w:t>activitate</w:t>
      </w:r>
      <w:proofErr w:type="spellEnd"/>
      <w:r w:rsidRPr="0025334A">
        <w:t xml:space="preserve"> </w:t>
      </w:r>
      <w:proofErr w:type="spellStart"/>
      <w:r w:rsidRPr="0025334A">
        <w:t>este</w:t>
      </w:r>
      <w:proofErr w:type="spellEnd"/>
      <w:r w:rsidRPr="0025334A">
        <w:t xml:space="preserve"> </w:t>
      </w:r>
      <w:proofErr w:type="spellStart"/>
      <w:r w:rsidRPr="0025334A">
        <w:t>realizată</w:t>
      </w:r>
      <w:proofErr w:type="spellEnd"/>
      <w:r w:rsidRPr="0025334A">
        <w:t xml:space="preserve"> </w:t>
      </w:r>
      <w:proofErr w:type="spellStart"/>
      <w:r w:rsidRPr="0025334A">
        <w:t>prin</w:t>
      </w:r>
      <w:proofErr w:type="spellEnd"/>
      <w:r w:rsidRPr="0025334A">
        <w:t xml:space="preserve"> </w:t>
      </w:r>
      <w:proofErr w:type="spellStart"/>
      <w:r w:rsidRPr="0025334A">
        <w:t>subcontractant</w:t>
      </w:r>
      <w:proofErr w:type="spellEnd"/>
      <w:r w:rsidRPr="0025334A">
        <w:t xml:space="preserve"> </w:t>
      </w:r>
      <w:proofErr w:type="spellStart"/>
      <w:r w:rsidRPr="0025334A">
        <w:t>sau</w:t>
      </w:r>
      <w:proofErr w:type="spellEnd"/>
      <w:r w:rsidRPr="0025334A">
        <w:t xml:space="preserve"> alt operator, </w:t>
      </w:r>
      <w:proofErr w:type="spellStart"/>
      <w:r w:rsidRPr="0025334A">
        <w:t>prestatorul</w:t>
      </w:r>
      <w:proofErr w:type="spellEnd"/>
      <w:r w:rsidRPr="0025334A">
        <w:t xml:space="preserve"> </w:t>
      </w:r>
      <w:proofErr w:type="spellStart"/>
      <w:r w:rsidRPr="0025334A">
        <w:t>rămâne</w:t>
      </w:r>
      <w:proofErr w:type="spellEnd"/>
      <w:r w:rsidRPr="0025334A">
        <w:t xml:space="preserve"> </w:t>
      </w:r>
      <w:proofErr w:type="spellStart"/>
      <w:r w:rsidRPr="0025334A">
        <w:t>responsabil</w:t>
      </w:r>
      <w:proofErr w:type="spellEnd"/>
      <w:r w:rsidRPr="0025334A">
        <w:t xml:space="preserve"> </w:t>
      </w:r>
      <w:proofErr w:type="spellStart"/>
      <w:r w:rsidRPr="0025334A">
        <w:t>față</w:t>
      </w:r>
      <w:proofErr w:type="spellEnd"/>
      <w:r w:rsidRPr="0025334A">
        <w:t xml:space="preserve"> de DGASPC Bacău </w:t>
      </w:r>
      <w:proofErr w:type="spellStart"/>
      <w:r w:rsidRPr="0025334A">
        <w:t>pentru</w:t>
      </w:r>
      <w:proofErr w:type="spellEnd"/>
      <w:r w:rsidRPr="0025334A">
        <w:t xml:space="preserve"> </w:t>
      </w:r>
      <w:proofErr w:type="spellStart"/>
      <w:r w:rsidRPr="0025334A">
        <w:t>conformitatea</w:t>
      </w:r>
      <w:proofErr w:type="spellEnd"/>
      <w:r w:rsidRPr="0025334A">
        <w:t xml:space="preserve"> </w:t>
      </w:r>
      <w:proofErr w:type="spellStart"/>
      <w:r w:rsidRPr="0025334A">
        <w:t>rezultatului</w:t>
      </w:r>
      <w:proofErr w:type="spellEnd"/>
      <w:r w:rsidRPr="0025334A">
        <w:t xml:space="preserve">. </w:t>
      </w:r>
      <w:proofErr w:type="spellStart"/>
      <w:r w:rsidRPr="0025334A">
        <w:t>Activitățile</w:t>
      </w:r>
      <w:proofErr w:type="spellEnd"/>
      <w:r w:rsidRPr="0025334A">
        <w:t xml:space="preserve"> </w:t>
      </w:r>
      <w:proofErr w:type="spellStart"/>
      <w:r w:rsidRPr="0025334A">
        <w:t>externalizate</w:t>
      </w:r>
      <w:proofErr w:type="spellEnd"/>
      <w:r w:rsidRPr="0025334A">
        <w:t xml:space="preserve"> se </w:t>
      </w:r>
      <w:proofErr w:type="spellStart"/>
      <w:r w:rsidRPr="0025334A">
        <w:t>desfășoară</w:t>
      </w:r>
      <w:proofErr w:type="spellEnd"/>
      <w:r w:rsidRPr="0025334A">
        <w:t xml:space="preserve"> </w:t>
      </w:r>
      <w:proofErr w:type="spellStart"/>
      <w:r w:rsidRPr="0025334A">
        <w:t>numai</w:t>
      </w:r>
      <w:proofErr w:type="spellEnd"/>
      <w:r w:rsidRPr="0025334A">
        <w:t xml:space="preserve"> </w:t>
      </w:r>
      <w:proofErr w:type="spellStart"/>
      <w:r w:rsidRPr="0025334A">
        <w:t>prin</w:t>
      </w:r>
      <w:proofErr w:type="spellEnd"/>
      <w:r w:rsidRPr="0025334A">
        <w:t xml:space="preserve"> </w:t>
      </w:r>
      <w:proofErr w:type="spellStart"/>
      <w:r w:rsidRPr="0025334A">
        <w:t>entități</w:t>
      </w:r>
      <w:proofErr w:type="spellEnd"/>
      <w:r w:rsidRPr="0025334A">
        <w:t xml:space="preserve"> </w:t>
      </w:r>
      <w:proofErr w:type="spellStart"/>
      <w:r w:rsidRPr="0025334A">
        <w:t>autorizate</w:t>
      </w:r>
      <w:proofErr w:type="spellEnd"/>
      <w:r w:rsidRPr="0025334A">
        <w:t>/</w:t>
      </w:r>
      <w:proofErr w:type="spellStart"/>
      <w:r w:rsidRPr="0025334A">
        <w:t>înregistrate</w:t>
      </w:r>
      <w:proofErr w:type="spellEnd"/>
      <w:r w:rsidRPr="0025334A">
        <w:t xml:space="preserve"> </w:t>
      </w:r>
      <w:proofErr w:type="spellStart"/>
      <w:r w:rsidRPr="0025334A">
        <w:t>pentru</w:t>
      </w:r>
      <w:proofErr w:type="spellEnd"/>
      <w:r w:rsidRPr="0025334A">
        <w:t xml:space="preserve"> </w:t>
      </w:r>
      <w:proofErr w:type="spellStart"/>
      <w:r w:rsidRPr="0025334A">
        <w:t>activitatea</w:t>
      </w:r>
      <w:proofErr w:type="spellEnd"/>
      <w:r w:rsidRPr="0025334A">
        <w:t xml:space="preserve"> </w:t>
      </w:r>
      <w:proofErr w:type="spellStart"/>
      <w:r w:rsidRPr="0025334A">
        <w:t>executată</w:t>
      </w:r>
      <w:proofErr w:type="spellEnd"/>
      <w:r w:rsidRPr="0025334A">
        <w:t xml:space="preserve">, </w:t>
      </w:r>
      <w:proofErr w:type="spellStart"/>
      <w:r w:rsidRPr="0025334A">
        <w:t>iar</w:t>
      </w:r>
      <w:proofErr w:type="spellEnd"/>
      <w:r w:rsidRPr="0025334A">
        <w:t xml:space="preserve"> </w:t>
      </w:r>
      <w:proofErr w:type="spellStart"/>
      <w:r w:rsidRPr="0025334A">
        <w:t>trasabilitatea</w:t>
      </w:r>
      <w:proofErr w:type="spellEnd"/>
      <w:r w:rsidRPr="0025334A">
        <w:t xml:space="preserve"> nu </w:t>
      </w:r>
      <w:proofErr w:type="spellStart"/>
      <w:r w:rsidRPr="0025334A">
        <w:t>poate</w:t>
      </w:r>
      <w:proofErr w:type="spellEnd"/>
      <w:r w:rsidRPr="0025334A">
        <w:t xml:space="preserve"> fi </w:t>
      </w:r>
      <w:proofErr w:type="spellStart"/>
      <w:r w:rsidRPr="0025334A">
        <w:t>întreruptă</w:t>
      </w:r>
      <w:proofErr w:type="spellEnd"/>
      <w:r w:rsidRPr="0025334A">
        <w:t xml:space="preserve"> </w:t>
      </w:r>
      <w:proofErr w:type="spellStart"/>
      <w:r w:rsidRPr="0025334A">
        <w:t>prin</w:t>
      </w:r>
      <w:proofErr w:type="spellEnd"/>
      <w:r w:rsidRPr="0025334A">
        <w:t xml:space="preserve"> </w:t>
      </w:r>
      <w:proofErr w:type="spellStart"/>
      <w:r w:rsidRPr="0025334A">
        <w:t>externalizare</w:t>
      </w:r>
      <w:proofErr w:type="spellEnd"/>
    </w:p>
    <w:p w14:paraId="2BD5363A" w14:textId="68977AC2" w:rsidR="0025334A" w:rsidRPr="0025334A" w:rsidRDefault="0025334A" w:rsidP="0025334A">
      <w:pPr>
        <w:spacing w:after="50" w:line="247" w:lineRule="auto"/>
        <w:rPr>
          <w:i/>
          <w:iCs/>
        </w:rPr>
      </w:pPr>
      <w:proofErr w:type="spellStart"/>
      <w:r w:rsidRPr="0025334A">
        <w:rPr>
          <w:i/>
          <w:iCs/>
        </w:rPr>
        <w:t>Subcontractarea</w:t>
      </w:r>
      <w:proofErr w:type="spellEnd"/>
    </w:p>
    <w:p w14:paraId="46336C62" w14:textId="7FCFEB19" w:rsidR="001C1130" w:rsidRDefault="001C1130" w:rsidP="0025334A">
      <w:pPr>
        <w:spacing w:after="50" w:line="247" w:lineRule="auto"/>
      </w:pPr>
      <w:r w:rsidRPr="0025334A">
        <w:rPr>
          <w:lang w:val="ro-RO"/>
        </w:rPr>
        <w:t xml:space="preserve">Prestatorul </w:t>
      </w:r>
      <w:proofErr w:type="spellStart"/>
      <w:r w:rsidRPr="0025334A">
        <w:t>poate</w:t>
      </w:r>
      <w:proofErr w:type="spellEnd"/>
      <w:r w:rsidRPr="0025334A">
        <w:t xml:space="preserve"> </w:t>
      </w:r>
      <w:proofErr w:type="spellStart"/>
      <w:r w:rsidRPr="0025334A">
        <w:t>subcontracta</w:t>
      </w:r>
      <w:proofErr w:type="spellEnd"/>
      <w:r w:rsidRPr="0025334A">
        <w:t xml:space="preserve"> o </w:t>
      </w:r>
      <w:proofErr w:type="spellStart"/>
      <w:r w:rsidRPr="0025334A">
        <w:t>parte</w:t>
      </w:r>
      <w:proofErr w:type="spellEnd"/>
      <w:r w:rsidRPr="0025334A">
        <w:t xml:space="preserve"> din </w:t>
      </w:r>
      <w:proofErr w:type="spellStart"/>
      <w:r w:rsidRPr="0025334A">
        <w:t>serviciile</w:t>
      </w:r>
      <w:proofErr w:type="spellEnd"/>
      <w:r w:rsidRPr="0025334A">
        <w:t xml:space="preserve"> </w:t>
      </w:r>
      <w:proofErr w:type="spellStart"/>
      <w:r w:rsidRPr="0025334A">
        <w:t>prevăzute</w:t>
      </w:r>
      <w:proofErr w:type="spellEnd"/>
      <w:r w:rsidRPr="0025334A">
        <w:t xml:space="preserve"> </w:t>
      </w:r>
      <w:proofErr w:type="spellStart"/>
      <w:r w:rsidRPr="0025334A">
        <w:t>în</w:t>
      </w:r>
      <w:proofErr w:type="spellEnd"/>
      <w:r w:rsidRPr="0025334A">
        <w:t xml:space="preserve"> </w:t>
      </w:r>
      <w:proofErr w:type="spellStart"/>
      <w:r w:rsidRPr="0025334A">
        <w:t>prezentul</w:t>
      </w:r>
      <w:proofErr w:type="spellEnd"/>
      <w:r w:rsidRPr="0025334A">
        <w:t xml:space="preserve"> contract, cu </w:t>
      </w:r>
      <w:proofErr w:type="spellStart"/>
      <w:r w:rsidRPr="0025334A">
        <w:t>respectarea</w:t>
      </w:r>
      <w:proofErr w:type="spellEnd"/>
      <w:r w:rsidRPr="0025334A">
        <w:t xml:space="preserve"> </w:t>
      </w:r>
      <w:proofErr w:type="spellStart"/>
      <w:r w:rsidRPr="0025334A">
        <w:t>strictă</w:t>
      </w:r>
      <w:proofErr w:type="spellEnd"/>
      <w:r w:rsidRPr="0025334A">
        <w:t xml:space="preserve"> a </w:t>
      </w:r>
      <w:proofErr w:type="spellStart"/>
      <w:r w:rsidRPr="0025334A">
        <w:t>legislației</w:t>
      </w:r>
      <w:proofErr w:type="spellEnd"/>
      <w:r w:rsidRPr="0025334A">
        <w:t xml:space="preserve"> </w:t>
      </w:r>
      <w:proofErr w:type="spellStart"/>
      <w:r w:rsidRPr="0025334A">
        <w:t>în</w:t>
      </w:r>
      <w:proofErr w:type="spellEnd"/>
      <w:r w:rsidRPr="0025334A">
        <w:t xml:space="preserve"> </w:t>
      </w:r>
      <w:proofErr w:type="spellStart"/>
      <w:r w:rsidRPr="0025334A">
        <w:t>vigoare</w:t>
      </w:r>
      <w:proofErr w:type="spellEnd"/>
      <w:r>
        <w:t>.</w:t>
      </w:r>
      <w:r w:rsidRPr="0025334A">
        <w:t xml:space="preserve"> </w:t>
      </w:r>
      <w:proofErr w:type="spellStart"/>
      <w:r w:rsidRPr="001C1130">
        <w:t>Subcontractarea</w:t>
      </w:r>
      <w:proofErr w:type="spellEnd"/>
      <w:r w:rsidRPr="001C1130">
        <w:t xml:space="preserve"> </w:t>
      </w:r>
      <w:proofErr w:type="spellStart"/>
      <w:r w:rsidRPr="001C1130">
        <w:t>activităților</w:t>
      </w:r>
      <w:proofErr w:type="spellEnd"/>
      <w:r w:rsidRPr="001C1130">
        <w:t xml:space="preserve"> </w:t>
      </w:r>
      <w:proofErr w:type="spellStart"/>
      <w:r w:rsidRPr="001C1130">
        <w:t>este</w:t>
      </w:r>
      <w:proofErr w:type="spellEnd"/>
      <w:r w:rsidRPr="001C1130">
        <w:t xml:space="preserve"> </w:t>
      </w:r>
      <w:proofErr w:type="spellStart"/>
      <w:r w:rsidRPr="001C1130">
        <w:t>permisă</w:t>
      </w:r>
      <w:proofErr w:type="spellEnd"/>
      <w:r w:rsidRPr="001C1130">
        <w:t xml:space="preserve"> </w:t>
      </w:r>
      <w:proofErr w:type="spellStart"/>
      <w:r w:rsidRPr="001C1130">
        <w:t>în</w:t>
      </w:r>
      <w:proofErr w:type="spellEnd"/>
      <w:r w:rsidRPr="001C1130">
        <w:t xml:space="preserve"> </w:t>
      </w:r>
      <w:proofErr w:type="spellStart"/>
      <w:r w:rsidRPr="001C1130">
        <w:t>condițiile</w:t>
      </w:r>
      <w:proofErr w:type="spellEnd"/>
      <w:r w:rsidRPr="001C1130">
        <w:t xml:space="preserve"> </w:t>
      </w:r>
      <w:proofErr w:type="spellStart"/>
      <w:r w:rsidRPr="001C1130">
        <w:t>documentației</w:t>
      </w:r>
      <w:proofErr w:type="spellEnd"/>
      <w:r w:rsidRPr="001C1130">
        <w:t xml:space="preserve"> de </w:t>
      </w:r>
      <w:proofErr w:type="spellStart"/>
      <w:r w:rsidRPr="001C1130">
        <w:t>atribuire</w:t>
      </w:r>
      <w:proofErr w:type="spellEnd"/>
      <w:r w:rsidRPr="001C1130">
        <w:t xml:space="preserve">, </w:t>
      </w:r>
      <w:proofErr w:type="spellStart"/>
      <w:r w:rsidRPr="001C1130">
        <w:t>contractului</w:t>
      </w:r>
      <w:proofErr w:type="spellEnd"/>
      <w:r w:rsidRPr="001C1130">
        <w:t xml:space="preserve"> </w:t>
      </w:r>
      <w:proofErr w:type="spellStart"/>
      <w:r w:rsidRPr="001C1130">
        <w:t>și</w:t>
      </w:r>
      <w:proofErr w:type="spellEnd"/>
      <w:r w:rsidRPr="001C1130">
        <w:t xml:space="preserve"> </w:t>
      </w:r>
      <w:proofErr w:type="spellStart"/>
      <w:r w:rsidRPr="001C1130">
        <w:t>Legii</w:t>
      </w:r>
      <w:proofErr w:type="spellEnd"/>
      <w:r w:rsidRPr="001C1130">
        <w:t xml:space="preserve"> nr. 98/2016. </w:t>
      </w:r>
      <w:proofErr w:type="spellStart"/>
      <w:r w:rsidRPr="001C1130">
        <w:t>Contractantul</w:t>
      </w:r>
      <w:proofErr w:type="spellEnd"/>
      <w:r w:rsidRPr="001C1130">
        <w:t xml:space="preserve"> </w:t>
      </w:r>
      <w:proofErr w:type="spellStart"/>
      <w:r w:rsidRPr="001C1130">
        <w:t>rămâne</w:t>
      </w:r>
      <w:proofErr w:type="spellEnd"/>
      <w:r w:rsidRPr="001C1130">
        <w:t xml:space="preserve"> pe </w:t>
      </w:r>
      <w:proofErr w:type="spellStart"/>
      <w:r w:rsidRPr="001C1130">
        <w:t>deplin</w:t>
      </w:r>
      <w:proofErr w:type="spellEnd"/>
      <w:r w:rsidRPr="001C1130">
        <w:t xml:space="preserve"> </w:t>
      </w:r>
      <w:proofErr w:type="spellStart"/>
      <w:r w:rsidRPr="001C1130">
        <w:t>responsabil</w:t>
      </w:r>
      <w:proofErr w:type="spellEnd"/>
      <w:r w:rsidRPr="001C1130">
        <w:t xml:space="preserve"> </w:t>
      </w:r>
      <w:proofErr w:type="spellStart"/>
      <w:r w:rsidRPr="001C1130">
        <w:t>față</w:t>
      </w:r>
      <w:proofErr w:type="spellEnd"/>
      <w:r w:rsidRPr="001C1130">
        <w:t xml:space="preserve"> de DGASPC Bacău </w:t>
      </w:r>
      <w:proofErr w:type="spellStart"/>
      <w:r w:rsidRPr="001C1130">
        <w:t>pentru</w:t>
      </w:r>
      <w:proofErr w:type="spellEnd"/>
      <w:r w:rsidRPr="001C1130">
        <w:t xml:space="preserve"> </w:t>
      </w:r>
      <w:proofErr w:type="spellStart"/>
      <w:r w:rsidRPr="001C1130">
        <w:t>executarea</w:t>
      </w:r>
      <w:proofErr w:type="spellEnd"/>
      <w:r w:rsidRPr="001C1130">
        <w:t xml:space="preserve"> </w:t>
      </w:r>
      <w:proofErr w:type="spellStart"/>
      <w:r w:rsidRPr="001C1130">
        <w:t>integrală</w:t>
      </w:r>
      <w:proofErr w:type="spellEnd"/>
      <w:r w:rsidRPr="001C1130">
        <w:t xml:space="preserve"> </w:t>
      </w:r>
      <w:proofErr w:type="spellStart"/>
      <w:r w:rsidRPr="001C1130">
        <w:t>și</w:t>
      </w:r>
      <w:proofErr w:type="spellEnd"/>
      <w:r w:rsidRPr="001C1130">
        <w:t xml:space="preserve"> </w:t>
      </w:r>
      <w:proofErr w:type="spellStart"/>
      <w:r w:rsidRPr="001C1130">
        <w:t>conformă</w:t>
      </w:r>
      <w:proofErr w:type="spellEnd"/>
      <w:r w:rsidRPr="001C1130">
        <w:t xml:space="preserve">, </w:t>
      </w:r>
      <w:proofErr w:type="spellStart"/>
      <w:r w:rsidRPr="001C1130">
        <w:t>inclusiv</w:t>
      </w:r>
      <w:proofErr w:type="spellEnd"/>
      <w:r w:rsidRPr="001C1130">
        <w:t xml:space="preserve"> </w:t>
      </w:r>
      <w:proofErr w:type="spellStart"/>
      <w:r w:rsidRPr="001C1130">
        <w:t>pentru</w:t>
      </w:r>
      <w:proofErr w:type="spellEnd"/>
      <w:r w:rsidRPr="001C1130">
        <w:t xml:space="preserve"> </w:t>
      </w:r>
      <w:proofErr w:type="spellStart"/>
      <w:r w:rsidRPr="001C1130">
        <w:t>activitățile</w:t>
      </w:r>
      <w:proofErr w:type="spellEnd"/>
      <w:r w:rsidRPr="001C1130">
        <w:t xml:space="preserve"> </w:t>
      </w:r>
      <w:proofErr w:type="spellStart"/>
      <w:r w:rsidRPr="001C1130">
        <w:t>realizate</w:t>
      </w:r>
      <w:proofErr w:type="spellEnd"/>
      <w:r w:rsidRPr="001C1130">
        <w:t xml:space="preserve"> de </w:t>
      </w:r>
      <w:proofErr w:type="spellStart"/>
      <w:r w:rsidRPr="001C1130">
        <w:t>subcontractanți</w:t>
      </w:r>
      <w:proofErr w:type="spellEnd"/>
      <w:r w:rsidRPr="001C1130">
        <w:t>.</w:t>
      </w:r>
    </w:p>
    <w:p w14:paraId="5EACEBD8" w14:textId="74E10C07" w:rsidR="0025334A" w:rsidRPr="0025334A" w:rsidRDefault="001C1130" w:rsidP="0025334A">
      <w:pPr>
        <w:spacing w:after="50" w:line="247" w:lineRule="auto"/>
      </w:pPr>
      <w:r w:rsidRPr="001C1130">
        <w:t xml:space="preserve">Cel </w:t>
      </w:r>
      <w:proofErr w:type="spellStart"/>
      <w:r w:rsidRPr="001C1130">
        <w:t>târziu</w:t>
      </w:r>
      <w:proofErr w:type="spellEnd"/>
      <w:r w:rsidRPr="001C1130">
        <w:t xml:space="preserve"> la </w:t>
      </w:r>
      <w:proofErr w:type="spellStart"/>
      <w:r w:rsidRPr="001C1130">
        <w:t>începerea</w:t>
      </w:r>
      <w:proofErr w:type="spellEnd"/>
      <w:r w:rsidRPr="001C1130">
        <w:t xml:space="preserve"> </w:t>
      </w:r>
      <w:proofErr w:type="spellStart"/>
      <w:r w:rsidRPr="001C1130">
        <w:t>executării</w:t>
      </w:r>
      <w:proofErr w:type="spellEnd"/>
      <w:r w:rsidRPr="001C1130">
        <w:t xml:space="preserve">, </w:t>
      </w:r>
      <w:proofErr w:type="spellStart"/>
      <w:r w:rsidRPr="001C1130">
        <w:t>contractantul</w:t>
      </w:r>
      <w:proofErr w:type="spellEnd"/>
      <w:r>
        <w:t xml:space="preserve"> </w:t>
      </w:r>
      <w:r w:rsidR="0025334A" w:rsidRPr="0025334A">
        <w:t xml:space="preserve">are </w:t>
      </w:r>
      <w:proofErr w:type="spellStart"/>
      <w:r w:rsidR="0025334A" w:rsidRPr="0025334A">
        <w:t>obligația</w:t>
      </w:r>
      <w:proofErr w:type="spellEnd"/>
      <w:r w:rsidR="0025334A" w:rsidRPr="0025334A">
        <w:t xml:space="preserve"> de a </w:t>
      </w:r>
      <w:proofErr w:type="spellStart"/>
      <w:r w:rsidR="0025334A" w:rsidRPr="0025334A">
        <w:t>transmite</w:t>
      </w:r>
      <w:proofErr w:type="spellEnd"/>
      <w:r w:rsidR="0025334A" w:rsidRPr="0025334A">
        <w:t xml:space="preserve"> </w:t>
      </w:r>
      <w:proofErr w:type="spellStart"/>
      <w:r w:rsidR="0025334A" w:rsidRPr="0025334A">
        <w:t>autorității</w:t>
      </w:r>
      <w:proofErr w:type="spellEnd"/>
      <w:r w:rsidR="0025334A" w:rsidRPr="0025334A">
        <w:t xml:space="preserve"> </w:t>
      </w:r>
      <w:proofErr w:type="spellStart"/>
      <w:r w:rsidR="0025334A" w:rsidRPr="0025334A">
        <w:t>contractante</w:t>
      </w:r>
      <w:proofErr w:type="spellEnd"/>
      <w:r w:rsidR="0025334A" w:rsidRPr="0025334A">
        <w:t xml:space="preserve"> </w:t>
      </w:r>
      <w:proofErr w:type="spellStart"/>
      <w:r w:rsidR="0025334A" w:rsidRPr="0025334A">
        <w:t>lista</w:t>
      </w:r>
      <w:proofErr w:type="spellEnd"/>
      <w:r w:rsidR="0025334A" w:rsidRPr="0025334A">
        <w:t xml:space="preserve"> </w:t>
      </w:r>
      <w:proofErr w:type="spellStart"/>
      <w:r w:rsidR="0025334A" w:rsidRPr="0025334A">
        <w:t>subcontractanților</w:t>
      </w:r>
      <w:proofErr w:type="spellEnd"/>
      <w:r w:rsidR="0025334A" w:rsidRPr="0025334A">
        <w:t xml:space="preserve">, cu </w:t>
      </w:r>
      <w:proofErr w:type="spellStart"/>
      <w:r w:rsidR="0025334A" w:rsidRPr="0025334A">
        <w:t>precizarea</w:t>
      </w:r>
      <w:proofErr w:type="spellEnd"/>
      <w:r w:rsidR="0025334A" w:rsidRPr="0025334A">
        <w:t xml:space="preserve"> </w:t>
      </w:r>
      <w:proofErr w:type="spellStart"/>
      <w:r w:rsidR="0025334A" w:rsidRPr="0025334A">
        <w:t>părților</w:t>
      </w:r>
      <w:proofErr w:type="spellEnd"/>
      <w:r w:rsidR="0025334A" w:rsidRPr="0025334A">
        <w:t xml:space="preserve"> de </w:t>
      </w:r>
      <w:proofErr w:type="spellStart"/>
      <w:r w:rsidR="0025334A" w:rsidRPr="0025334A">
        <w:t>lucrări</w:t>
      </w:r>
      <w:proofErr w:type="spellEnd"/>
      <w:r w:rsidR="0025334A" w:rsidRPr="0025334A">
        <w:t xml:space="preserve"> </w:t>
      </w:r>
      <w:proofErr w:type="spellStart"/>
      <w:r w:rsidR="0025334A" w:rsidRPr="0025334A">
        <w:t>ce</w:t>
      </w:r>
      <w:proofErr w:type="spellEnd"/>
      <w:r w:rsidR="0025334A" w:rsidRPr="0025334A">
        <w:t xml:space="preserve"> </w:t>
      </w:r>
      <w:proofErr w:type="spellStart"/>
      <w:r w:rsidR="0025334A" w:rsidRPr="0025334A">
        <w:t>urmează</w:t>
      </w:r>
      <w:proofErr w:type="spellEnd"/>
      <w:r w:rsidR="0025334A" w:rsidRPr="0025334A">
        <w:t xml:space="preserve"> a fi </w:t>
      </w:r>
      <w:proofErr w:type="spellStart"/>
      <w:r w:rsidR="0025334A" w:rsidRPr="0025334A">
        <w:t>realizate</w:t>
      </w:r>
      <w:proofErr w:type="spellEnd"/>
      <w:r w:rsidR="0025334A" w:rsidRPr="0025334A">
        <w:t xml:space="preserve"> de </w:t>
      </w:r>
      <w:proofErr w:type="spellStart"/>
      <w:r w:rsidR="0025334A" w:rsidRPr="0025334A">
        <w:t>aceștia</w:t>
      </w:r>
      <w:proofErr w:type="spellEnd"/>
      <w:r w:rsidR="0025334A" w:rsidRPr="0025334A">
        <w:t xml:space="preserve">. Orice </w:t>
      </w:r>
      <w:proofErr w:type="spellStart"/>
      <w:r w:rsidR="0025334A" w:rsidRPr="0025334A">
        <w:t>modificare</w:t>
      </w:r>
      <w:proofErr w:type="spellEnd"/>
      <w:r w:rsidR="0025334A" w:rsidRPr="0025334A">
        <w:t xml:space="preserve"> </w:t>
      </w:r>
      <w:proofErr w:type="spellStart"/>
      <w:r w:rsidR="0025334A" w:rsidRPr="0025334A">
        <w:t>ulterioară</w:t>
      </w:r>
      <w:proofErr w:type="spellEnd"/>
      <w:r w:rsidR="0025334A" w:rsidRPr="0025334A">
        <w:t xml:space="preserve"> a </w:t>
      </w:r>
      <w:proofErr w:type="spellStart"/>
      <w:r w:rsidR="0025334A" w:rsidRPr="0025334A">
        <w:t>acestei</w:t>
      </w:r>
      <w:proofErr w:type="spellEnd"/>
      <w:r w:rsidR="0025334A" w:rsidRPr="0025334A">
        <w:t xml:space="preserve"> </w:t>
      </w:r>
      <w:proofErr w:type="spellStart"/>
      <w:r w:rsidR="0025334A" w:rsidRPr="0025334A">
        <w:t>liste</w:t>
      </w:r>
      <w:proofErr w:type="spellEnd"/>
      <w:r w:rsidR="0025334A" w:rsidRPr="0025334A">
        <w:t xml:space="preserve"> </w:t>
      </w:r>
      <w:proofErr w:type="spellStart"/>
      <w:r w:rsidR="0025334A" w:rsidRPr="0025334A">
        <w:t>va</w:t>
      </w:r>
      <w:proofErr w:type="spellEnd"/>
      <w:r w:rsidR="0025334A" w:rsidRPr="0025334A">
        <w:t xml:space="preserve"> </w:t>
      </w:r>
      <w:proofErr w:type="spellStart"/>
      <w:r w:rsidR="0025334A" w:rsidRPr="0025334A">
        <w:t>necesita</w:t>
      </w:r>
      <w:proofErr w:type="spellEnd"/>
      <w:r w:rsidR="0025334A" w:rsidRPr="0025334A">
        <w:t xml:space="preserve"> </w:t>
      </w:r>
      <w:proofErr w:type="spellStart"/>
      <w:r w:rsidR="0025334A" w:rsidRPr="0025334A">
        <w:t>aprobarea</w:t>
      </w:r>
      <w:proofErr w:type="spellEnd"/>
      <w:r w:rsidR="0025334A" w:rsidRPr="0025334A">
        <w:t xml:space="preserve"> </w:t>
      </w:r>
      <w:proofErr w:type="spellStart"/>
      <w:r w:rsidR="0025334A" w:rsidRPr="0025334A">
        <w:t>scrisă</w:t>
      </w:r>
      <w:proofErr w:type="spellEnd"/>
      <w:r w:rsidR="0025334A" w:rsidRPr="0025334A">
        <w:t xml:space="preserve"> a </w:t>
      </w:r>
      <w:proofErr w:type="spellStart"/>
      <w:r w:rsidR="0025334A" w:rsidRPr="0025334A">
        <w:t>autorității</w:t>
      </w:r>
      <w:proofErr w:type="spellEnd"/>
      <w:r w:rsidR="0025334A" w:rsidRPr="0025334A">
        <w:t xml:space="preserve"> </w:t>
      </w:r>
      <w:proofErr w:type="spellStart"/>
      <w:r w:rsidR="0025334A" w:rsidRPr="0025334A">
        <w:t>contractante</w:t>
      </w:r>
      <w:proofErr w:type="spellEnd"/>
      <w:r w:rsidR="0025334A" w:rsidRPr="0025334A">
        <w:t>.</w:t>
      </w:r>
    </w:p>
    <w:p w14:paraId="2AE0AE63" w14:textId="17006353" w:rsidR="0025334A" w:rsidRPr="0025334A" w:rsidRDefault="001C1130" w:rsidP="0025334A">
      <w:pPr>
        <w:spacing w:after="50" w:line="247" w:lineRule="auto"/>
      </w:pPr>
      <w:proofErr w:type="spellStart"/>
      <w:r w:rsidRPr="001C1130">
        <w:t>Introducerea</w:t>
      </w:r>
      <w:proofErr w:type="spellEnd"/>
      <w:r w:rsidRPr="001C1130">
        <w:t xml:space="preserve"> </w:t>
      </w:r>
      <w:proofErr w:type="spellStart"/>
      <w:r w:rsidRPr="001C1130">
        <w:t>sau</w:t>
      </w:r>
      <w:proofErr w:type="spellEnd"/>
      <w:r w:rsidRPr="001C1130">
        <w:t xml:space="preserve"> </w:t>
      </w:r>
      <w:proofErr w:type="spellStart"/>
      <w:r w:rsidRPr="001C1130">
        <w:t>înlocuirea</w:t>
      </w:r>
      <w:proofErr w:type="spellEnd"/>
      <w:r w:rsidRPr="001C1130">
        <w:t xml:space="preserve"> </w:t>
      </w:r>
      <w:proofErr w:type="spellStart"/>
      <w:r w:rsidRPr="001C1130">
        <w:t>unor</w:t>
      </w:r>
      <w:proofErr w:type="spellEnd"/>
      <w:r w:rsidRPr="001C1130">
        <w:t xml:space="preserve"> </w:t>
      </w:r>
      <w:proofErr w:type="spellStart"/>
      <w:r w:rsidRPr="001C1130">
        <w:t>subcontractanți</w:t>
      </w:r>
      <w:proofErr w:type="spellEnd"/>
      <w:r w:rsidRPr="001C1130">
        <w:t xml:space="preserve"> se </w:t>
      </w:r>
      <w:proofErr w:type="spellStart"/>
      <w:r w:rsidRPr="001C1130">
        <w:t>realizează</w:t>
      </w:r>
      <w:proofErr w:type="spellEnd"/>
      <w:r w:rsidRPr="001C1130">
        <w:t xml:space="preserve"> </w:t>
      </w:r>
      <w:proofErr w:type="spellStart"/>
      <w:r w:rsidRPr="001C1130">
        <w:t>în</w:t>
      </w:r>
      <w:proofErr w:type="spellEnd"/>
      <w:r w:rsidRPr="001C1130">
        <w:t xml:space="preserve"> </w:t>
      </w:r>
      <w:proofErr w:type="spellStart"/>
      <w:r w:rsidRPr="001C1130">
        <w:t>condițiile</w:t>
      </w:r>
      <w:proofErr w:type="spellEnd"/>
      <w:r w:rsidRPr="001C1130">
        <w:t xml:space="preserve"> art. 219 din </w:t>
      </w:r>
      <w:proofErr w:type="spellStart"/>
      <w:r w:rsidRPr="001C1130">
        <w:t>Legea</w:t>
      </w:r>
      <w:proofErr w:type="spellEnd"/>
      <w:r w:rsidRPr="001C1130">
        <w:t xml:space="preserve"> nr. 98/2016 </w:t>
      </w:r>
      <w:proofErr w:type="spellStart"/>
      <w:r w:rsidRPr="001C1130">
        <w:t>și</w:t>
      </w:r>
      <w:proofErr w:type="spellEnd"/>
      <w:r w:rsidRPr="001C1130">
        <w:t xml:space="preserve"> nu </w:t>
      </w:r>
      <w:proofErr w:type="spellStart"/>
      <w:r w:rsidRPr="001C1130">
        <w:t>poate</w:t>
      </w:r>
      <w:proofErr w:type="spellEnd"/>
      <w:r w:rsidRPr="001C1130">
        <w:t xml:space="preserve"> </w:t>
      </w:r>
      <w:proofErr w:type="spellStart"/>
      <w:r w:rsidRPr="001C1130">
        <w:t>determina</w:t>
      </w:r>
      <w:proofErr w:type="spellEnd"/>
      <w:r w:rsidRPr="001C1130">
        <w:t xml:space="preserve"> o </w:t>
      </w:r>
      <w:proofErr w:type="spellStart"/>
      <w:r w:rsidRPr="001C1130">
        <w:t>modificare</w:t>
      </w:r>
      <w:proofErr w:type="spellEnd"/>
      <w:r w:rsidRPr="001C1130">
        <w:t xml:space="preserve"> </w:t>
      </w:r>
      <w:proofErr w:type="spellStart"/>
      <w:r w:rsidRPr="001C1130">
        <w:t>substanțială</w:t>
      </w:r>
      <w:proofErr w:type="spellEnd"/>
      <w:r w:rsidRPr="001C1130">
        <w:t xml:space="preserve"> a </w:t>
      </w:r>
      <w:proofErr w:type="spellStart"/>
      <w:r w:rsidRPr="001C1130">
        <w:t>contractului</w:t>
      </w:r>
      <w:proofErr w:type="spellEnd"/>
      <w:r w:rsidRPr="001C1130">
        <w:t>.</w:t>
      </w:r>
      <w:r>
        <w:t xml:space="preserve"> </w:t>
      </w:r>
      <w:proofErr w:type="spellStart"/>
      <w:r w:rsidRPr="001C1130">
        <w:t>Pentru</w:t>
      </w:r>
      <w:proofErr w:type="spellEnd"/>
      <w:r w:rsidRPr="001C1130">
        <w:t xml:space="preserve"> un </w:t>
      </w:r>
      <w:proofErr w:type="spellStart"/>
      <w:r w:rsidRPr="001C1130">
        <w:t>subcontractant</w:t>
      </w:r>
      <w:proofErr w:type="spellEnd"/>
      <w:r w:rsidRPr="001C1130">
        <w:t xml:space="preserve"> </w:t>
      </w:r>
      <w:proofErr w:type="spellStart"/>
      <w:r w:rsidRPr="001C1130">
        <w:t>introdus</w:t>
      </w:r>
      <w:proofErr w:type="spellEnd"/>
      <w:r w:rsidRPr="001C1130">
        <w:t xml:space="preserve"> ulterior, </w:t>
      </w:r>
      <w:proofErr w:type="spellStart"/>
      <w:r w:rsidRPr="001C1130">
        <w:t>contractantul</w:t>
      </w:r>
      <w:proofErr w:type="spellEnd"/>
      <w:r w:rsidRPr="001C1130">
        <w:t xml:space="preserve"> </w:t>
      </w:r>
      <w:proofErr w:type="spellStart"/>
      <w:r w:rsidRPr="001C1130">
        <w:t>transmite</w:t>
      </w:r>
      <w:proofErr w:type="spellEnd"/>
      <w:r w:rsidRPr="001C1130">
        <w:t xml:space="preserve"> </w:t>
      </w:r>
      <w:proofErr w:type="spellStart"/>
      <w:r w:rsidRPr="001C1130">
        <w:t>documentele</w:t>
      </w:r>
      <w:proofErr w:type="spellEnd"/>
      <w:r w:rsidRPr="001C1130">
        <w:t xml:space="preserve"> </w:t>
      </w:r>
      <w:proofErr w:type="spellStart"/>
      <w:r w:rsidRPr="001C1130">
        <w:t>necesare</w:t>
      </w:r>
      <w:proofErr w:type="spellEnd"/>
      <w:r w:rsidRPr="001C1130">
        <w:t xml:space="preserve"> </w:t>
      </w:r>
      <w:proofErr w:type="spellStart"/>
      <w:r w:rsidRPr="001C1130">
        <w:t>verificării</w:t>
      </w:r>
      <w:proofErr w:type="spellEnd"/>
      <w:r w:rsidRPr="001C1130">
        <w:t xml:space="preserve"> </w:t>
      </w:r>
      <w:proofErr w:type="spellStart"/>
      <w:r w:rsidRPr="001C1130">
        <w:t>situațiilor</w:t>
      </w:r>
      <w:proofErr w:type="spellEnd"/>
      <w:r w:rsidRPr="001C1130">
        <w:t xml:space="preserve"> de </w:t>
      </w:r>
      <w:proofErr w:type="spellStart"/>
      <w:r w:rsidRPr="001C1130">
        <w:t>excludere</w:t>
      </w:r>
      <w:proofErr w:type="spellEnd"/>
      <w:r w:rsidRPr="001C1130">
        <w:t xml:space="preserve"> </w:t>
      </w:r>
      <w:proofErr w:type="spellStart"/>
      <w:r w:rsidRPr="001C1130">
        <w:t>și</w:t>
      </w:r>
      <w:proofErr w:type="spellEnd"/>
      <w:r w:rsidRPr="001C1130">
        <w:t xml:space="preserve"> a </w:t>
      </w:r>
      <w:proofErr w:type="spellStart"/>
      <w:r w:rsidRPr="001C1130">
        <w:t>capacităților</w:t>
      </w:r>
      <w:proofErr w:type="spellEnd"/>
      <w:r w:rsidRPr="001C1130">
        <w:t xml:space="preserve"> </w:t>
      </w:r>
      <w:proofErr w:type="spellStart"/>
      <w:r w:rsidRPr="001C1130">
        <w:t>corespunzătoare</w:t>
      </w:r>
      <w:proofErr w:type="spellEnd"/>
      <w:r w:rsidRPr="001C1130">
        <w:t xml:space="preserve"> </w:t>
      </w:r>
      <w:proofErr w:type="spellStart"/>
      <w:r w:rsidRPr="001C1130">
        <w:t>părții</w:t>
      </w:r>
      <w:proofErr w:type="spellEnd"/>
      <w:r w:rsidRPr="001C1130">
        <w:t xml:space="preserve"> de contract </w:t>
      </w:r>
      <w:proofErr w:type="spellStart"/>
      <w:r w:rsidRPr="001C1130">
        <w:t>asumate</w:t>
      </w:r>
      <w:proofErr w:type="spellEnd"/>
      <w:r w:rsidRPr="001C1130">
        <w:t xml:space="preserve">, </w:t>
      </w:r>
      <w:proofErr w:type="spellStart"/>
      <w:r w:rsidRPr="001C1130">
        <w:t>înainte</w:t>
      </w:r>
      <w:proofErr w:type="spellEnd"/>
      <w:r w:rsidRPr="001C1130">
        <w:t xml:space="preserve"> de </w:t>
      </w:r>
      <w:proofErr w:type="spellStart"/>
      <w:r w:rsidRPr="001C1130">
        <w:t>implicarea</w:t>
      </w:r>
      <w:proofErr w:type="spellEnd"/>
      <w:r w:rsidRPr="001C1130">
        <w:t xml:space="preserve"> </w:t>
      </w:r>
      <w:proofErr w:type="spellStart"/>
      <w:r w:rsidRPr="001C1130">
        <w:t>acestuia</w:t>
      </w:r>
      <w:proofErr w:type="spellEnd"/>
      <w:r w:rsidRPr="001C1130">
        <w:t>.</w:t>
      </w:r>
    </w:p>
    <w:p w14:paraId="6D01296E" w14:textId="77777777" w:rsidR="001C1130" w:rsidRDefault="001C1130" w:rsidP="002459A2">
      <w:pPr>
        <w:pStyle w:val="ListParagraph"/>
        <w:numPr>
          <w:ilvl w:val="0"/>
          <w:numId w:val="31"/>
        </w:numPr>
        <w:spacing w:after="50" w:line="247" w:lineRule="auto"/>
        <w:ind w:left="567" w:hanging="141"/>
      </w:pPr>
      <w:proofErr w:type="spellStart"/>
      <w:r w:rsidRPr="001C1130">
        <w:t>Documentele</w:t>
      </w:r>
      <w:proofErr w:type="spellEnd"/>
      <w:r w:rsidRPr="001C1130">
        <w:t xml:space="preserve"> </w:t>
      </w:r>
      <w:proofErr w:type="spellStart"/>
      <w:r w:rsidRPr="001C1130">
        <w:t>privind</w:t>
      </w:r>
      <w:proofErr w:type="spellEnd"/>
      <w:r w:rsidRPr="001C1130">
        <w:t xml:space="preserve"> </w:t>
      </w:r>
      <w:proofErr w:type="spellStart"/>
      <w:r w:rsidRPr="001C1130">
        <w:t>subcontractarea</w:t>
      </w:r>
      <w:proofErr w:type="spellEnd"/>
      <w:r w:rsidRPr="001C1130">
        <w:t xml:space="preserve"> se </w:t>
      </w:r>
      <w:proofErr w:type="spellStart"/>
      <w:r w:rsidRPr="001C1130">
        <w:t>limitează</w:t>
      </w:r>
      <w:proofErr w:type="spellEnd"/>
      <w:r w:rsidRPr="001C1130">
        <w:t xml:space="preserve"> la </w:t>
      </w:r>
      <w:proofErr w:type="spellStart"/>
      <w:r w:rsidRPr="001C1130">
        <w:t>cele</w:t>
      </w:r>
      <w:proofErr w:type="spellEnd"/>
      <w:r w:rsidRPr="001C1130">
        <w:t xml:space="preserve"> </w:t>
      </w:r>
      <w:proofErr w:type="spellStart"/>
      <w:r w:rsidRPr="001C1130">
        <w:t>prevăzute</w:t>
      </w:r>
      <w:proofErr w:type="spellEnd"/>
      <w:r w:rsidRPr="001C1130">
        <w:t xml:space="preserve"> de </w:t>
      </w:r>
      <w:proofErr w:type="spellStart"/>
      <w:r w:rsidRPr="001C1130">
        <w:t>legislație</w:t>
      </w:r>
      <w:proofErr w:type="spellEnd"/>
      <w:r w:rsidRPr="001C1130">
        <w:t xml:space="preserve"> </w:t>
      </w:r>
      <w:proofErr w:type="spellStart"/>
      <w:r w:rsidRPr="001C1130">
        <w:t>și</w:t>
      </w:r>
      <w:proofErr w:type="spellEnd"/>
      <w:r w:rsidRPr="001C1130">
        <w:t xml:space="preserve"> </w:t>
      </w:r>
      <w:proofErr w:type="spellStart"/>
      <w:r w:rsidRPr="001C1130">
        <w:t>documentația</w:t>
      </w:r>
      <w:proofErr w:type="spellEnd"/>
      <w:r w:rsidRPr="001C1130">
        <w:t xml:space="preserve"> de </w:t>
      </w:r>
      <w:proofErr w:type="spellStart"/>
      <w:r w:rsidRPr="001C1130">
        <w:t>atribuire</w:t>
      </w:r>
      <w:proofErr w:type="spellEnd"/>
      <w:r w:rsidRPr="001C1130">
        <w:t xml:space="preserve">; </w:t>
      </w:r>
      <w:proofErr w:type="spellStart"/>
      <w:r w:rsidRPr="001C1130">
        <w:t>valorile</w:t>
      </w:r>
      <w:proofErr w:type="spellEnd"/>
      <w:r w:rsidRPr="001C1130">
        <w:t xml:space="preserve"> </w:t>
      </w:r>
      <w:proofErr w:type="spellStart"/>
      <w:r w:rsidRPr="001C1130">
        <w:t>financiare</w:t>
      </w:r>
      <w:proofErr w:type="spellEnd"/>
      <w:r w:rsidRPr="001C1130">
        <w:t xml:space="preserve"> </w:t>
      </w:r>
      <w:proofErr w:type="spellStart"/>
      <w:r w:rsidRPr="001C1130">
        <w:t>aferente</w:t>
      </w:r>
      <w:proofErr w:type="spellEnd"/>
      <w:r w:rsidRPr="001C1130">
        <w:t xml:space="preserve"> nu se </w:t>
      </w:r>
      <w:proofErr w:type="spellStart"/>
      <w:r w:rsidRPr="001C1130">
        <w:t>introduc</w:t>
      </w:r>
      <w:proofErr w:type="spellEnd"/>
      <w:r w:rsidRPr="001C1130">
        <w:t xml:space="preserve"> </w:t>
      </w:r>
      <w:proofErr w:type="spellStart"/>
      <w:r w:rsidRPr="001C1130">
        <w:t>în</w:t>
      </w:r>
      <w:proofErr w:type="spellEnd"/>
      <w:r w:rsidRPr="001C1130">
        <w:t xml:space="preserve"> </w:t>
      </w:r>
      <w:proofErr w:type="spellStart"/>
      <w:r w:rsidRPr="001C1130">
        <w:t>corpul</w:t>
      </w:r>
      <w:proofErr w:type="spellEnd"/>
      <w:r w:rsidRPr="001C1130">
        <w:t xml:space="preserve"> </w:t>
      </w:r>
      <w:proofErr w:type="spellStart"/>
      <w:r w:rsidRPr="001C1130">
        <w:t>propunerii</w:t>
      </w:r>
      <w:proofErr w:type="spellEnd"/>
      <w:r w:rsidRPr="001C1130">
        <w:t xml:space="preserve"> </w:t>
      </w:r>
      <w:proofErr w:type="spellStart"/>
      <w:r w:rsidRPr="001C1130">
        <w:t>tehnice</w:t>
      </w:r>
      <w:proofErr w:type="spellEnd"/>
      <w:r w:rsidRPr="001C1130">
        <w:t>.</w:t>
      </w:r>
      <w:r>
        <w:t>.</w:t>
      </w:r>
    </w:p>
    <w:p w14:paraId="4BDB3930" w14:textId="77777777" w:rsidR="001C1130" w:rsidRDefault="001C1130" w:rsidP="002459A2">
      <w:pPr>
        <w:pStyle w:val="ListParagraph"/>
        <w:numPr>
          <w:ilvl w:val="0"/>
          <w:numId w:val="31"/>
        </w:numPr>
        <w:spacing w:after="50" w:line="247" w:lineRule="auto"/>
        <w:ind w:left="567" w:hanging="141"/>
      </w:pPr>
      <w:proofErr w:type="spellStart"/>
      <w:r w:rsidRPr="001C1130">
        <w:t>Activitățile</w:t>
      </w:r>
      <w:proofErr w:type="spellEnd"/>
      <w:r w:rsidRPr="001C1130">
        <w:t xml:space="preserve"> </w:t>
      </w:r>
      <w:proofErr w:type="spellStart"/>
      <w:r w:rsidRPr="001C1130">
        <w:t>subcontractate</w:t>
      </w:r>
      <w:proofErr w:type="spellEnd"/>
      <w:r w:rsidRPr="001C1130">
        <w:t xml:space="preserve"> </w:t>
      </w:r>
      <w:proofErr w:type="spellStart"/>
      <w:r w:rsidRPr="001C1130">
        <w:t>respectă</w:t>
      </w:r>
      <w:proofErr w:type="spellEnd"/>
      <w:r w:rsidRPr="001C1130">
        <w:t xml:space="preserve"> integral </w:t>
      </w:r>
      <w:proofErr w:type="spellStart"/>
      <w:r w:rsidRPr="001C1130">
        <w:t>cerințele</w:t>
      </w:r>
      <w:proofErr w:type="spellEnd"/>
      <w:r w:rsidRPr="001C1130">
        <w:t xml:space="preserve"> </w:t>
      </w:r>
      <w:proofErr w:type="spellStart"/>
      <w:r w:rsidRPr="001C1130">
        <w:t>sanitare</w:t>
      </w:r>
      <w:proofErr w:type="spellEnd"/>
      <w:r w:rsidRPr="001C1130">
        <w:t xml:space="preserve">, </w:t>
      </w:r>
      <w:proofErr w:type="spellStart"/>
      <w:r w:rsidRPr="001C1130">
        <w:t>sanitar-veterinare</w:t>
      </w:r>
      <w:proofErr w:type="spellEnd"/>
      <w:r w:rsidRPr="001C1130">
        <w:t xml:space="preserve">, HACCP, </w:t>
      </w:r>
      <w:proofErr w:type="spellStart"/>
      <w:r w:rsidRPr="001C1130">
        <w:t>trasabilitate</w:t>
      </w:r>
      <w:proofErr w:type="spellEnd"/>
      <w:r w:rsidRPr="001C1130">
        <w:t xml:space="preserve"> </w:t>
      </w:r>
      <w:proofErr w:type="spellStart"/>
      <w:r w:rsidRPr="001C1130">
        <w:t>și</w:t>
      </w:r>
      <w:proofErr w:type="spellEnd"/>
      <w:r w:rsidRPr="001C1130">
        <w:t xml:space="preserve"> </w:t>
      </w:r>
      <w:proofErr w:type="spellStart"/>
      <w:r w:rsidRPr="001C1130">
        <w:t>continuitate</w:t>
      </w:r>
      <w:proofErr w:type="spellEnd"/>
      <w:r w:rsidRPr="001C1130">
        <w:t xml:space="preserve"> </w:t>
      </w:r>
      <w:proofErr w:type="spellStart"/>
      <w:r w:rsidRPr="001C1130">
        <w:t>aplicabile</w:t>
      </w:r>
      <w:proofErr w:type="spellEnd"/>
      <w:r w:rsidRPr="001C1130">
        <w:t>.</w:t>
      </w:r>
    </w:p>
    <w:p w14:paraId="596A1EA5" w14:textId="5AFAB376" w:rsidR="001C1130" w:rsidRDefault="001C1130" w:rsidP="002459A2">
      <w:pPr>
        <w:pStyle w:val="ListParagraph"/>
        <w:numPr>
          <w:ilvl w:val="0"/>
          <w:numId w:val="31"/>
        </w:numPr>
        <w:spacing w:after="50" w:line="247" w:lineRule="auto"/>
        <w:ind w:left="567" w:hanging="141"/>
      </w:pPr>
      <w:proofErr w:type="spellStart"/>
      <w:r w:rsidRPr="001C1130">
        <w:t>Contractantul</w:t>
      </w:r>
      <w:proofErr w:type="spellEnd"/>
      <w:r w:rsidRPr="001C1130">
        <w:t xml:space="preserve"> </w:t>
      </w:r>
      <w:proofErr w:type="spellStart"/>
      <w:r w:rsidRPr="001C1130">
        <w:t>asigură</w:t>
      </w:r>
      <w:proofErr w:type="spellEnd"/>
      <w:r w:rsidRPr="001C1130">
        <w:t xml:space="preserve"> </w:t>
      </w:r>
      <w:proofErr w:type="spellStart"/>
      <w:r w:rsidRPr="001C1130">
        <w:t>integrarea</w:t>
      </w:r>
      <w:proofErr w:type="spellEnd"/>
      <w:r w:rsidRPr="001C1130">
        <w:t xml:space="preserve"> </w:t>
      </w:r>
      <w:proofErr w:type="spellStart"/>
      <w:r w:rsidRPr="001C1130">
        <w:t>subcontractantului</w:t>
      </w:r>
      <w:proofErr w:type="spellEnd"/>
      <w:r w:rsidRPr="001C1130">
        <w:t xml:space="preserve"> </w:t>
      </w:r>
      <w:proofErr w:type="spellStart"/>
      <w:r w:rsidRPr="001C1130">
        <w:t>în</w:t>
      </w:r>
      <w:proofErr w:type="spellEnd"/>
      <w:r w:rsidRPr="001C1130">
        <w:t xml:space="preserve"> </w:t>
      </w:r>
      <w:proofErr w:type="spellStart"/>
      <w:r w:rsidRPr="001C1130">
        <w:t>sistemul</w:t>
      </w:r>
      <w:proofErr w:type="spellEnd"/>
      <w:r w:rsidRPr="001C1130">
        <w:t xml:space="preserve"> de control </w:t>
      </w:r>
      <w:proofErr w:type="spellStart"/>
      <w:r w:rsidRPr="001C1130">
        <w:t>și</w:t>
      </w:r>
      <w:proofErr w:type="spellEnd"/>
      <w:r w:rsidRPr="001C1130">
        <w:t xml:space="preserve"> </w:t>
      </w:r>
      <w:proofErr w:type="spellStart"/>
      <w:r w:rsidRPr="001C1130">
        <w:t>pune</w:t>
      </w:r>
      <w:proofErr w:type="spellEnd"/>
      <w:r w:rsidRPr="001C1130">
        <w:t xml:space="preserve"> la </w:t>
      </w:r>
      <w:proofErr w:type="spellStart"/>
      <w:r w:rsidRPr="001C1130">
        <w:t>dispoziția</w:t>
      </w:r>
      <w:proofErr w:type="spellEnd"/>
      <w:r w:rsidRPr="001C1130">
        <w:t xml:space="preserve"> </w:t>
      </w:r>
      <w:proofErr w:type="spellStart"/>
      <w:r w:rsidRPr="001C1130">
        <w:t>autorității</w:t>
      </w:r>
      <w:proofErr w:type="spellEnd"/>
      <w:r w:rsidRPr="001C1130">
        <w:t xml:space="preserve"> </w:t>
      </w:r>
      <w:proofErr w:type="spellStart"/>
      <w:r w:rsidRPr="001C1130">
        <w:t>documentele</w:t>
      </w:r>
      <w:proofErr w:type="spellEnd"/>
      <w:r w:rsidRPr="001C1130">
        <w:t xml:space="preserve"> </w:t>
      </w:r>
      <w:proofErr w:type="spellStart"/>
      <w:r w:rsidRPr="001C1130">
        <w:t>necesare</w:t>
      </w:r>
      <w:proofErr w:type="spellEnd"/>
      <w:r w:rsidRPr="001C1130">
        <w:t xml:space="preserve"> </w:t>
      </w:r>
      <w:proofErr w:type="spellStart"/>
      <w:r w:rsidRPr="001C1130">
        <w:t>verificării</w:t>
      </w:r>
      <w:proofErr w:type="spellEnd"/>
      <w:r w:rsidRPr="001C1130">
        <w:t xml:space="preserve"> </w:t>
      </w:r>
      <w:proofErr w:type="spellStart"/>
      <w:r w:rsidRPr="001C1130">
        <w:t>conformității</w:t>
      </w:r>
      <w:proofErr w:type="spellEnd"/>
      <w:r w:rsidRPr="001C1130">
        <w:t xml:space="preserve"> </w:t>
      </w:r>
      <w:proofErr w:type="spellStart"/>
      <w:r w:rsidRPr="001C1130">
        <w:t>activității</w:t>
      </w:r>
      <w:proofErr w:type="spellEnd"/>
      <w:r w:rsidRPr="001C1130">
        <w:t xml:space="preserve"> </w:t>
      </w:r>
      <w:proofErr w:type="spellStart"/>
      <w:r w:rsidRPr="001C1130">
        <w:t>subcontractate</w:t>
      </w:r>
      <w:proofErr w:type="spellEnd"/>
      <w:r w:rsidRPr="001C1130">
        <w:t>.</w:t>
      </w:r>
    </w:p>
    <w:p w14:paraId="6729F11B" w14:textId="17D767CD" w:rsidR="001C1130" w:rsidRDefault="001C1130" w:rsidP="002459A2">
      <w:pPr>
        <w:pStyle w:val="ListParagraph"/>
        <w:numPr>
          <w:ilvl w:val="0"/>
          <w:numId w:val="31"/>
        </w:numPr>
        <w:spacing w:after="50" w:line="247" w:lineRule="auto"/>
        <w:ind w:left="567" w:hanging="141"/>
      </w:pPr>
      <w:proofErr w:type="spellStart"/>
      <w:r w:rsidRPr="001C1130">
        <w:t>Personalul</w:t>
      </w:r>
      <w:proofErr w:type="spellEnd"/>
      <w:r w:rsidRPr="001C1130">
        <w:t xml:space="preserve"> </w:t>
      </w:r>
      <w:proofErr w:type="spellStart"/>
      <w:r w:rsidRPr="001C1130">
        <w:t>subcontractantului</w:t>
      </w:r>
      <w:proofErr w:type="spellEnd"/>
      <w:r w:rsidRPr="001C1130">
        <w:t xml:space="preserve"> </w:t>
      </w:r>
      <w:proofErr w:type="spellStart"/>
      <w:r w:rsidRPr="001C1130">
        <w:t>îndeplinește</w:t>
      </w:r>
      <w:proofErr w:type="spellEnd"/>
      <w:r w:rsidRPr="001C1130">
        <w:t xml:space="preserve"> </w:t>
      </w:r>
      <w:proofErr w:type="spellStart"/>
      <w:r w:rsidRPr="001C1130">
        <w:t>cerințele</w:t>
      </w:r>
      <w:proofErr w:type="spellEnd"/>
      <w:r w:rsidRPr="001C1130">
        <w:t xml:space="preserve"> </w:t>
      </w:r>
      <w:proofErr w:type="spellStart"/>
      <w:r w:rsidRPr="001C1130">
        <w:t>aplicabile</w:t>
      </w:r>
      <w:proofErr w:type="spellEnd"/>
      <w:r w:rsidRPr="001C1130">
        <w:t xml:space="preserve"> </w:t>
      </w:r>
      <w:proofErr w:type="spellStart"/>
      <w:r w:rsidRPr="001C1130">
        <w:t>activității</w:t>
      </w:r>
      <w:proofErr w:type="spellEnd"/>
      <w:r w:rsidRPr="001C1130">
        <w:t xml:space="preserve"> </w:t>
      </w:r>
      <w:proofErr w:type="spellStart"/>
      <w:r w:rsidRPr="001C1130">
        <w:t>efectiv</w:t>
      </w:r>
      <w:proofErr w:type="spellEnd"/>
      <w:r w:rsidRPr="001C1130">
        <w:t xml:space="preserve"> </w:t>
      </w:r>
      <w:proofErr w:type="spellStart"/>
      <w:r w:rsidRPr="001C1130">
        <w:t>executate</w:t>
      </w:r>
      <w:proofErr w:type="spellEnd"/>
      <w:r w:rsidRPr="001C1130">
        <w:t>.</w:t>
      </w:r>
    </w:p>
    <w:p w14:paraId="0F688E92" w14:textId="6BB28E96" w:rsidR="001C1130" w:rsidRDefault="001C1130" w:rsidP="002459A2">
      <w:pPr>
        <w:pStyle w:val="ListParagraph"/>
        <w:numPr>
          <w:ilvl w:val="0"/>
          <w:numId w:val="31"/>
        </w:numPr>
        <w:spacing w:after="50" w:line="247" w:lineRule="auto"/>
        <w:ind w:left="567" w:hanging="141"/>
      </w:pPr>
      <w:proofErr w:type="spellStart"/>
      <w:r w:rsidRPr="001C1130">
        <w:t>Trasabilitatea</w:t>
      </w:r>
      <w:proofErr w:type="spellEnd"/>
      <w:r w:rsidRPr="001C1130">
        <w:t xml:space="preserve"> </w:t>
      </w:r>
      <w:proofErr w:type="spellStart"/>
      <w:r w:rsidRPr="001C1130">
        <w:t>și</w:t>
      </w:r>
      <w:proofErr w:type="spellEnd"/>
      <w:r w:rsidRPr="001C1130">
        <w:t xml:space="preserve"> </w:t>
      </w:r>
      <w:proofErr w:type="spellStart"/>
      <w:r w:rsidRPr="001C1130">
        <w:t>responsabilitatea</w:t>
      </w:r>
      <w:proofErr w:type="spellEnd"/>
      <w:r w:rsidRPr="001C1130">
        <w:t xml:space="preserve"> </w:t>
      </w:r>
      <w:proofErr w:type="spellStart"/>
      <w:r w:rsidRPr="001C1130">
        <w:t>contractuală</w:t>
      </w:r>
      <w:proofErr w:type="spellEnd"/>
      <w:r w:rsidRPr="001C1130">
        <w:t xml:space="preserve"> </w:t>
      </w:r>
      <w:proofErr w:type="spellStart"/>
      <w:r w:rsidRPr="001C1130">
        <w:t>rămân</w:t>
      </w:r>
      <w:proofErr w:type="spellEnd"/>
      <w:r w:rsidRPr="001C1130">
        <w:t xml:space="preserve"> </w:t>
      </w:r>
      <w:proofErr w:type="spellStart"/>
      <w:r w:rsidRPr="001C1130">
        <w:t>neîntrerupte</w:t>
      </w:r>
      <w:proofErr w:type="spellEnd"/>
      <w:r w:rsidRPr="001C1130">
        <w:t xml:space="preserve"> pe </w:t>
      </w:r>
      <w:proofErr w:type="spellStart"/>
      <w:r w:rsidRPr="001C1130">
        <w:t>întregul</w:t>
      </w:r>
      <w:proofErr w:type="spellEnd"/>
      <w:r w:rsidRPr="001C1130">
        <w:t xml:space="preserve"> flux.</w:t>
      </w:r>
    </w:p>
    <w:p w14:paraId="0FB2E1BB" w14:textId="4D894E38" w:rsidR="001C1130" w:rsidRDefault="001C1130" w:rsidP="0025334A">
      <w:pPr>
        <w:spacing w:after="50" w:line="247" w:lineRule="auto"/>
      </w:pPr>
      <w:proofErr w:type="spellStart"/>
      <w:r w:rsidRPr="001C1130">
        <w:lastRenderedPageBreak/>
        <w:t>Autoritatea</w:t>
      </w:r>
      <w:proofErr w:type="spellEnd"/>
      <w:r w:rsidRPr="001C1130">
        <w:t xml:space="preserve"> </w:t>
      </w:r>
      <w:proofErr w:type="spellStart"/>
      <w:r w:rsidRPr="001C1130">
        <w:t>Contractantă</w:t>
      </w:r>
      <w:proofErr w:type="spellEnd"/>
      <w:r w:rsidRPr="001C1130">
        <w:t xml:space="preserve"> </w:t>
      </w:r>
      <w:proofErr w:type="spellStart"/>
      <w:r w:rsidRPr="001C1130">
        <w:t>poate</w:t>
      </w:r>
      <w:proofErr w:type="spellEnd"/>
      <w:r w:rsidRPr="001C1130">
        <w:t xml:space="preserve"> </w:t>
      </w:r>
      <w:proofErr w:type="spellStart"/>
      <w:r w:rsidRPr="001C1130">
        <w:t>respinge</w:t>
      </w:r>
      <w:proofErr w:type="spellEnd"/>
      <w:r w:rsidRPr="001C1130">
        <w:t xml:space="preserve"> </w:t>
      </w:r>
      <w:proofErr w:type="spellStart"/>
      <w:r w:rsidRPr="001C1130">
        <w:t>implicarea</w:t>
      </w:r>
      <w:proofErr w:type="spellEnd"/>
      <w:r w:rsidRPr="001C1130">
        <w:t xml:space="preserve"> </w:t>
      </w:r>
      <w:proofErr w:type="spellStart"/>
      <w:r w:rsidRPr="001C1130">
        <w:t>unui</w:t>
      </w:r>
      <w:proofErr w:type="spellEnd"/>
      <w:r w:rsidRPr="001C1130">
        <w:t xml:space="preserve"> nou </w:t>
      </w:r>
      <w:proofErr w:type="spellStart"/>
      <w:r w:rsidRPr="001C1130">
        <w:t>subcontractant</w:t>
      </w:r>
      <w:proofErr w:type="spellEnd"/>
      <w:r w:rsidRPr="001C1130">
        <w:t xml:space="preserve"> </w:t>
      </w:r>
      <w:proofErr w:type="spellStart"/>
      <w:r w:rsidRPr="001C1130">
        <w:t>atunci</w:t>
      </w:r>
      <w:proofErr w:type="spellEnd"/>
      <w:r w:rsidRPr="001C1130">
        <w:t xml:space="preserve"> </w:t>
      </w:r>
      <w:proofErr w:type="spellStart"/>
      <w:r w:rsidRPr="001C1130">
        <w:t>când</w:t>
      </w:r>
      <w:proofErr w:type="spellEnd"/>
      <w:r w:rsidRPr="001C1130">
        <w:t xml:space="preserve"> </w:t>
      </w:r>
      <w:proofErr w:type="spellStart"/>
      <w:r w:rsidRPr="001C1130">
        <w:t>condițiile</w:t>
      </w:r>
      <w:proofErr w:type="spellEnd"/>
      <w:r w:rsidRPr="001C1130">
        <w:t xml:space="preserve"> </w:t>
      </w:r>
      <w:proofErr w:type="spellStart"/>
      <w:r w:rsidRPr="001C1130">
        <w:t>legale</w:t>
      </w:r>
      <w:proofErr w:type="spellEnd"/>
      <w:r w:rsidRPr="001C1130">
        <w:t xml:space="preserve"> </w:t>
      </w:r>
      <w:proofErr w:type="spellStart"/>
      <w:r w:rsidRPr="001C1130">
        <w:t>pentru</w:t>
      </w:r>
      <w:proofErr w:type="spellEnd"/>
      <w:r w:rsidRPr="001C1130">
        <w:t xml:space="preserve"> </w:t>
      </w:r>
      <w:proofErr w:type="spellStart"/>
      <w:r w:rsidRPr="001C1130">
        <w:t>introducerea</w:t>
      </w:r>
      <w:proofErr w:type="spellEnd"/>
      <w:r w:rsidRPr="001C1130">
        <w:t xml:space="preserve"> </w:t>
      </w:r>
      <w:proofErr w:type="spellStart"/>
      <w:r w:rsidRPr="001C1130">
        <w:t>acestuia</w:t>
      </w:r>
      <w:proofErr w:type="spellEnd"/>
      <w:r w:rsidRPr="001C1130">
        <w:t xml:space="preserve"> nu sunt </w:t>
      </w:r>
      <w:proofErr w:type="spellStart"/>
      <w:r w:rsidRPr="001C1130">
        <w:t>îndeplinite</w:t>
      </w:r>
      <w:proofErr w:type="spellEnd"/>
      <w:r w:rsidRPr="001C1130">
        <w:t>.</w:t>
      </w:r>
    </w:p>
    <w:p w14:paraId="3135CB75" w14:textId="56E78E73" w:rsidR="001C1130" w:rsidRDefault="001C1130" w:rsidP="0025334A">
      <w:pPr>
        <w:spacing w:after="50" w:line="247" w:lineRule="auto"/>
      </w:pPr>
      <w:proofErr w:type="spellStart"/>
      <w:r w:rsidRPr="001C1130">
        <w:t>Acceptarea</w:t>
      </w:r>
      <w:proofErr w:type="spellEnd"/>
      <w:r w:rsidRPr="001C1130">
        <w:t xml:space="preserve"> </w:t>
      </w:r>
      <w:proofErr w:type="spellStart"/>
      <w:r w:rsidRPr="001C1130">
        <w:t>unui</w:t>
      </w:r>
      <w:proofErr w:type="spellEnd"/>
      <w:r w:rsidRPr="001C1130">
        <w:t xml:space="preserve"> </w:t>
      </w:r>
      <w:proofErr w:type="spellStart"/>
      <w:r w:rsidRPr="001C1130">
        <w:t>subcontractant</w:t>
      </w:r>
      <w:proofErr w:type="spellEnd"/>
      <w:r w:rsidRPr="001C1130">
        <w:t xml:space="preserve"> nu </w:t>
      </w:r>
      <w:proofErr w:type="spellStart"/>
      <w:r w:rsidRPr="001C1130">
        <w:t>diminuează</w:t>
      </w:r>
      <w:proofErr w:type="spellEnd"/>
      <w:r w:rsidRPr="001C1130">
        <w:t xml:space="preserve"> </w:t>
      </w:r>
      <w:proofErr w:type="spellStart"/>
      <w:r w:rsidRPr="001C1130">
        <w:t>răspunderea</w:t>
      </w:r>
      <w:proofErr w:type="spellEnd"/>
      <w:r w:rsidRPr="001C1130">
        <w:t xml:space="preserve"> </w:t>
      </w:r>
      <w:proofErr w:type="spellStart"/>
      <w:r w:rsidRPr="001C1130">
        <w:t>contractantului</w:t>
      </w:r>
      <w:proofErr w:type="spellEnd"/>
      <w:r w:rsidRPr="001C1130">
        <w:t xml:space="preserve"> </w:t>
      </w:r>
      <w:proofErr w:type="spellStart"/>
      <w:r w:rsidRPr="001C1130">
        <w:t>față</w:t>
      </w:r>
      <w:proofErr w:type="spellEnd"/>
      <w:r w:rsidRPr="001C1130">
        <w:t xml:space="preserve"> de </w:t>
      </w:r>
      <w:proofErr w:type="spellStart"/>
      <w:r w:rsidRPr="001C1130">
        <w:t>Autoritatea</w:t>
      </w:r>
      <w:proofErr w:type="spellEnd"/>
      <w:r w:rsidRPr="001C1130">
        <w:t xml:space="preserve"> </w:t>
      </w:r>
      <w:proofErr w:type="spellStart"/>
      <w:r w:rsidRPr="001C1130">
        <w:t>Contractantă</w:t>
      </w:r>
      <w:proofErr w:type="spellEnd"/>
      <w:r w:rsidRPr="001C1130">
        <w:t xml:space="preserve"> </w:t>
      </w:r>
      <w:proofErr w:type="spellStart"/>
      <w:r w:rsidRPr="001C1130">
        <w:t>pentru</w:t>
      </w:r>
      <w:proofErr w:type="spellEnd"/>
      <w:r w:rsidRPr="001C1130">
        <w:t xml:space="preserve"> </w:t>
      </w:r>
      <w:proofErr w:type="spellStart"/>
      <w:r w:rsidRPr="001C1130">
        <w:t>îndeplinirea</w:t>
      </w:r>
      <w:proofErr w:type="spellEnd"/>
      <w:r w:rsidRPr="001C1130">
        <w:t xml:space="preserve"> </w:t>
      </w:r>
      <w:proofErr w:type="spellStart"/>
      <w:r w:rsidRPr="001C1130">
        <w:t>contractului</w:t>
      </w:r>
      <w:proofErr w:type="spellEnd"/>
      <w:r w:rsidRPr="001C1130">
        <w:t>.</w:t>
      </w:r>
    </w:p>
    <w:p w14:paraId="4A6FC3F2" w14:textId="370F395D" w:rsidR="0025334A" w:rsidRPr="0025334A" w:rsidRDefault="001C1130" w:rsidP="0025334A">
      <w:pPr>
        <w:spacing w:after="50" w:line="247" w:lineRule="auto"/>
      </w:pPr>
      <w:r>
        <w:t xml:space="preserve"> </w:t>
      </w:r>
      <w:r w:rsidR="00FA30E6" w:rsidRPr="00FA30E6">
        <w:t xml:space="preserve">La </w:t>
      </w:r>
      <w:proofErr w:type="spellStart"/>
      <w:r w:rsidR="00FA30E6" w:rsidRPr="00FA30E6">
        <w:t>solicitare</w:t>
      </w:r>
      <w:proofErr w:type="spellEnd"/>
      <w:r w:rsidR="00FA30E6" w:rsidRPr="00FA30E6">
        <w:t xml:space="preserve">, </w:t>
      </w:r>
      <w:proofErr w:type="spellStart"/>
      <w:r w:rsidR="00FA30E6" w:rsidRPr="00FA30E6">
        <w:t>contractantul</w:t>
      </w:r>
      <w:proofErr w:type="spellEnd"/>
      <w:r w:rsidR="00FA30E6" w:rsidRPr="00FA30E6">
        <w:t xml:space="preserve"> </w:t>
      </w:r>
      <w:proofErr w:type="spellStart"/>
      <w:r w:rsidR="00FA30E6" w:rsidRPr="00FA30E6">
        <w:t>asigură</w:t>
      </w:r>
      <w:proofErr w:type="spellEnd"/>
      <w:r w:rsidR="00FA30E6" w:rsidRPr="00FA30E6">
        <w:t xml:space="preserve"> </w:t>
      </w:r>
      <w:proofErr w:type="spellStart"/>
      <w:r w:rsidR="00FA30E6" w:rsidRPr="00FA30E6">
        <w:t>accesul</w:t>
      </w:r>
      <w:proofErr w:type="spellEnd"/>
      <w:r w:rsidR="00FA30E6" w:rsidRPr="00FA30E6">
        <w:t xml:space="preserve"> la </w:t>
      </w:r>
      <w:proofErr w:type="spellStart"/>
      <w:r w:rsidR="00FA30E6" w:rsidRPr="00FA30E6">
        <w:t>informațiile</w:t>
      </w:r>
      <w:proofErr w:type="spellEnd"/>
      <w:r w:rsidR="00FA30E6" w:rsidRPr="00FA30E6">
        <w:t xml:space="preserve"> </w:t>
      </w:r>
      <w:proofErr w:type="spellStart"/>
      <w:r w:rsidR="00FA30E6" w:rsidRPr="00FA30E6">
        <w:t>și</w:t>
      </w:r>
      <w:proofErr w:type="spellEnd"/>
      <w:r w:rsidR="00FA30E6" w:rsidRPr="00FA30E6">
        <w:t xml:space="preserve"> </w:t>
      </w:r>
      <w:proofErr w:type="spellStart"/>
      <w:r w:rsidR="00FA30E6" w:rsidRPr="00FA30E6">
        <w:t>documentele</w:t>
      </w:r>
      <w:proofErr w:type="spellEnd"/>
      <w:r w:rsidR="00FA30E6" w:rsidRPr="00FA30E6">
        <w:t xml:space="preserve"> </w:t>
      </w:r>
      <w:proofErr w:type="spellStart"/>
      <w:r w:rsidR="00FA30E6" w:rsidRPr="00FA30E6">
        <w:t>privind</w:t>
      </w:r>
      <w:proofErr w:type="spellEnd"/>
      <w:r w:rsidR="00FA30E6" w:rsidRPr="00FA30E6">
        <w:t xml:space="preserve"> </w:t>
      </w:r>
      <w:proofErr w:type="spellStart"/>
      <w:r w:rsidR="00FA30E6" w:rsidRPr="00FA30E6">
        <w:t>subcontractarea</w:t>
      </w:r>
      <w:proofErr w:type="spellEnd"/>
      <w:r w:rsidR="00FA30E6" w:rsidRPr="00FA30E6">
        <w:t xml:space="preserve"> </w:t>
      </w:r>
      <w:proofErr w:type="spellStart"/>
      <w:r w:rsidR="00FA30E6" w:rsidRPr="00FA30E6">
        <w:t>necesare</w:t>
      </w:r>
      <w:proofErr w:type="spellEnd"/>
      <w:r w:rsidR="00FA30E6" w:rsidRPr="00FA30E6">
        <w:t xml:space="preserve"> </w:t>
      </w:r>
      <w:proofErr w:type="spellStart"/>
      <w:r w:rsidR="00FA30E6" w:rsidRPr="00FA30E6">
        <w:t>verificării</w:t>
      </w:r>
      <w:proofErr w:type="spellEnd"/>
      <w:r w:rsidR="00FA30E6" w:rsidRPr="00FA30E6">
        <w:t xml:space="preserve"> </w:t>
      </w:r>
      <w:proofErr w:type="spellStart"/>
      <w:r w:rsidR="00FA30E6" w:rsidRPr="00FA30E6">
        <w:t>obligațiilor</w:t>
      </w:r>
      <w:proofErr w:type="spellEnd"/>
      <w:r w:rsidR="00FA30E6" w:rsidRPr="00FA30E6">
        <w:t xml:space="preserve"> </w:t>
      </w:r>
      <w:proofErr w:type="spellStart"/>
      <w:r w:rsidR="00FA30E6" w:rsidRPr="00FA30E6">
        <w:t>legale</w:t>
      </w:r>
      <w:proofErr w:type="spellEnd"/>
      <w:r w:rsidR="00FA30E6" w:rsidRPr="00FA30E6">
        <w:t xml:space="preserve"> </w:t>
      </w:r>
      <w:proofErr w:type="spellStart"/>
      <w:r w:rsidR="00FA30E6" w:rsidRPr="00FA30E6">
        <w:t>și</w:t>
      </w:r>
      <w:proofErr w:type="spellEnd"/>
      <w:r w:rsidR="00FA30E6" w:rsidRPr="00FA30E6">
        <w:t xml:space="preserve"> </w:t>
      </w:r>
      <w:proofErr w:type="spellStart"/>
      <w:r w:rsidR="00FA30E6" w:rsidRPr="00FA30E6">
        <w:t>contractuale</w:t>
      </w:r>
      <w:proofErr w:type="spellEnd"/>
      <w:r w:rsidR="00FA30E6" w:rsidRPr="00FA30E6">
        <w:t>.</w:t>
      </w:r>
    </w:p>
    <w:p w14:paraId="76A1B040" w14:textId="77777777" w:rsidR="000C4CB5" w:rsidRPr="0025334A" w:rsidRDefault="004E746A" w:rsidP="0025334A">
      <w:pPr>
        <w:pStyle w:val="Heading2"/>
        <w:rPr>
          <w:color w:val="auto"/>
        </w:rPr>
      </w:pPr>
      <w:bookmarkStart w:id="40" w:name="_Toc242951481"/>
      <w:r w:rsidRPr="0025334A">
        <w:rPr>
          <w:color w:val="auto"/>
        </w:rPr>
        <w:t xml:space="preserve">3.14. </w:t>
      </w:r>
      <w:proofErr w:type="spellStart"/>
      <w:r w:rsidRPr="0025334A">
        <w:rPr>
          <w:color w:val="auto"/>
        </w:rPr>
        <w:t>Autorizații</w:t>
      </w:r>
      <w:proofErr w:type="spellEnd"/>
      <w:r w:rsidRPr="0025334A">
        <w:rPr>
          <w:color w:val="auto"/>
        </w:rPr>
        <w:t xml:space="preserve">, </w:t>
      </w:r>
      <w:proofErr w:type="spellStart"/>
      <w:r w:rsidRPr="0025334A">
        <w:rPr>
          <w:color w:val="auto"/>
        </w:rPr>
        <w:t>avize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înregistrări</w:t>
      </w:r>
      <w:proofErr w:type="spellEnd"/>
      <w:r w:rsidRPr="0025334A">
        <w:rPr>
          <w:color w:val="auto"/>
        </w:rPr>
        <w:t xml:space="preserve"> </w:t>
      </w:r>
      <w:proofErr w:type="spellStart"/>
      <w:r w:rsidRPr="0025334A">
        <w:rPr>
          <w:color w:val="auto"/>
        </w:rPr>
        <w:t>obligatorii</w:t>
      </w:r>
      <w:bookmarkEnd w:id="40"/>
      <w:proofErr w:type="spellEnd"/>
    </w:p>
    <w:p w14:paraId="33F3917E" w14:textId="77777777" w:rsidR="000C4CB5" w:rsidRPr="0025334A" w:rsidRDefault="004E746A">
      <w:pPr>
        <w:spacing w:after="50" w:line="247" w:lineRule="auto"/>
      </w:pPr>
      <w:proofErr w:type="spellStart"/>
      <w:r w:rsidRPr="0025334A">
        <w:t>Ofertantul</w:t>
      </w:r>
      <w:proofErr w:type="spellEnd"/>
      <w:r w:rsidRPr="0025334A">
        <w:t>/</w:t>
      </w:r>
      <w:proofErr w:type="spellStart"/>
      <w:r w:rsidRPr="0025334A">
        <w:t>Prestatorul</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w:t>
      </w:r>
      <w:proofErr w:type="spellStart"/>
      <w:r w:rsidRPr="0025334A">
        <w:t>dețină</w:t>
      </w:r>
      <w:proofErr w:type="spellEnd"/>
      <w:r w:rsidRPr="0025334A">
        <w:t xml:space="preserve"> </w:t>
      </w:r>
      <w:proofErr w:type="spellStart"/>
      <w:r w:rsidRPr="0025334A">
        <w:t>documentele</w:t>
      </w:r>
      <w:proofErr w:type="spellEnd"/>
      <w:r w:rsidRPr="0025334A">
        <w:t xml:space="preserve"> de </w:t>
      </w:r>
      <w:proofErr w:type="spellStart"/>
      <w:r w:rsidRPr="0025334A">
        <w:t>funcționare</w:t>
      </w:r>
      <w:proofErr w:type="spellEnd"/>
      <w:r w:rsidRPr="0025334A">
        <w:t xml:space="preserve"> </w:t>
      </w:r>
      <w:proofErr w:type="spellStart"/>
      <w:r w:rsidRPr="0025334A">
        <w:t>aplicabile</w:t>
      </w:r>
      <w:proofErr w:type="spellEnd"/>
      <w:r w:rsidRPr="0025334A">
        <w:t xml:space="preserve"> </w:t>
      </w:r>
      <w:proofErr w:type="spellStart"/>
      <w:r w:rsidRPr="0025334A">
        <w:t>activităților</w:t>
      </w:r>
      <w:proofErr w:type="spellEnd"/>
      <w:r w:rsidRPr="0025334A">
        <w:t xml:space="preserve"> pe care le </w:t>
      </w:r>
      <w:proofErr w:type="spellStart"/>
      <w:r w:rsidRPr="0025334A">
        <w:t>execută</w:t>
      </w:r>
      <w:proofErr w:type="spellEnd"/>
      <w:r w:rsidRPr="0025334A">
        <w:t xml:space="preserve"> </w:t>
      </w:r>
      <w:proofErr w:type="spellStart"/>
      <w:r w:rsidRPr="0025334A">
        <w:t>efectiv</w:t>
      </w:r>
      <w:proofErr w:type="spellEnd"/>
      <w:r w:rsidRPr="0025334A">
        <w:t xml:space="preserve">. </w:t>
      </w:r>
      <w:proofErr w:type="spellStart"/>
      <w:r w:rsidRPr="0025334A">
        <w:t>Cerințele</w:t>
      </w:r>
      <w:proofErr w:type="spellEnd"/>
      <w:r w:rsidRPr="0025334A">
        <w:t xml:space="preserve"> de </w:t>
      </w:r>
      <w:proofErr w:type="spellStart"/>
      <w:r w:rsidRPr="0025334A">
        <w:t>mai</w:t>
      </w:r>
      <w:proofErr w:type="spellEnd"/>
      <w:r w:rsidRPr="0025334A">
        <w:t xml:space="preserve"> </w:t>
      </w:r>
      <w:proofErr w:type="spellStart"/>
      <w:r w:rsidRPr="0025334A">
        <w:t>jos</w:t>
      </w:r>
      <w:proofErr w:type="spellEnd"/>
      <w:r w:rsidRPr="0025334A">
        <w:t xml:space="preserve"> </w:t>
      </w:r>
      <w:proofErr w:type="spellStart"/>
      <w:r w:rsidRPr="0025334A">
        <w:t>urmăresc</w:t>
      </w:r>
      <w:proofErr w:type="spellEnd"/>
      <w:r w:rsidRPr="0025334A">
        <w:t xml:space="preserve"> </w:t>
      </w:r>
      <w:proofErr w:type="spellStart"/>
      <w:r w:rsidRPr="0025334A">
        <w:t>legalitatea</w:t>
      </w:r>
      <w:proofErr w:type="spellEnd"/>
      <w:r w:rsidRPr="0025334A">
        <w:t xml:space="preserve"> </w:t>
      </w:r>
      <w:proofErr w:type="spellStart"/>
      <w:r w:rsidRPr="0025334A">
        <w:t>și</w:t>
      </w:r>
      <w:proofErr w:type="spellEnd"/>
      <w:r w:rsidRPr="0025334A">
        <w:t xml:space="preserve"> </w:t>
      </w:r>
      <w:proofErr w:type="spellStart"/>
      <w:r w:rsidRPr="0025334A">
        <w:t>siguranța</w:t>
      </w:r>
      <w:proofErr w:type="spellEnd"/>
      <w:r w:rsidRPr="0025334A">
        <w:t xml:space="preserve"> </w:t>
      </w:r>
      <w:proofErr w:type="spellStart"/>
      <w:r w:rsidRPr="0025334A">
        <w:t>prestării</w:t>
      </w:r>
      <w:proofErr w:type="spellEnd"/>
      <w:r w:rsidRPr="0025334A">
        <w:t xml:space="preserve"> </w:t>
      </w:r>
      <w:proofErr w:type="spellStart"/>
      <w:r w:rsidRPr="0025334A">
        <w:t>și</w:t>
      </w:r>
      <w:proofErr w:type="spellEnd"/>
      <w:r w:rsidRPr="0025334A">
        <w:t xml:space="preserve"> se </w:t>
      </w:r>
      <w:proofErr w:type="spellStart"/>
      <w:r w:rsidRPr="0025334A">
        <w:t>verifică</w:t>
      </w:r>
      <w:proofErr w:type="spellEnd"/>
      <w:r w:rsidRPr="0025334A">
        <w:t xml:space="preserve"> la </w:t>
      </w:r>
      <w:proofErr w:type="spellStart"/>
      <w:r w:rsidRPr="0025334A">
        <w:t>momentul</w:t>
      </w:r>
      <w:proofErr w:type="spellEnd"/>
      <w:r w:rsidRPr="0025334A">
        <w:t xml:space="preserve"> </w:t>
      </w:r>
      <w:proofErr w:type="spellStart"/>
      <w:r w:rsidRPr="0025334A">
        <w:t>indicat</w:t>
      </w:r>
      <w:proofErr w:type="spellEnd"/>
      <w:r w:rsidRPr="0025334A">
        <w:t xml:space="preserve">, </w:t>
      </w:r>
      <w:proofErr w:type="spellStart"/>
      <w:r w:rsidRPr="0025334A">
        <w:t>fără</w:t>
      </w:r>
      <w:proofErr w:type="spellEnd"/>
      <w:r w:rsidRPr="0025334A">
        <w:t xml:space="preserve"> a </w:t>
      </w:r>
      <w:proofErr w:type="spellStart"/>
      <w:r w:rsidRPr="0025334A">
        <w:t>solicita</w:t>
      </w:r>
      <w:proofErr w:type="spellEnd"/>
      <w:r w:rsidRPr="0025334A">
        <w:t xml:space="preserve"> </w:t>
      </w:r>
      <w:proofErr w:type="spellStart"/>
      <w:r w:rsidRPr="0025334A">
        <w:t>documente</w:t>
      </w:r>
      <w:proofErr w:type="spellEnd"/>
      <w:r w:rsidRPr="0025334A">
        <w:t xml:space="preserve"> care nu sunt </w:t>
      </w:r>
      <w:proofErr w:type="spellStart"/>
      <w:r w:rsidRPr="0025334A">
        <w:t>aplicabile</w:t>
      </w:r>
      <w:proofErr w:type="spellEnd"/>
      <w:r w:rsidRPr="0025334A">
        <w:t xml:space="preserve"> </w:t>
      </w:r>
      <w:proofErr w:type="spellStart"/>
      <w:r w:rsidRPr="0025334A">
        <w:t>concret</w:t>
      </w:r>
      <w:proofErr w:type="spellEnd"/>
      <w:r w:rsidRPr="0025334A">
        <w:t xml:space="preserve"> </w:t>
      </w:r>
      <w:proofErr w:type="spellStart"/>
      <w:r w:rsidRPr="0025334A">
        <w:t>unității</w:t>
      </w:r>
      <w:proofErr w:type="spellEnd"/>
      <w:r w:rsidRPr="0025334A">
        <w:t xml:space="preserve"> </w:t>
      </w:r>
      <w:proofErr w:type="spellStart"/>
      <w:r w:rsidRPr="0025334A">
        <w:t>sau</w:t>
      </w:r>
      <w:proofErr w:type="spellEnd"/>
      <w:r w:rsidRPr="0025334A">
        <w:t xml:space="preserve"> </w:t>
      </w:r>
      <w:proofErr w:type="spellStart"/>
      <w:r w:rsidRPr="0025334A">
        <w:t>activității</w:t>
      </w:r>
      <w:proofErr w:type="spellEnd"/>
      <w:r w:rsidRPr="0025334A">
        <w:t>.</w:t>
      </w:r>
    </w:p>
    <w:tbl>
      <w:tblPr>
        <w:tblStyle w:val="TableGrid"/>
        <w:tblW w:w="0" w:type="auto"/>
        <w:jc w:val="center"/>
        <w:tblLook w:val="04A0" w:firstRow="1" w:lastRow="0" w:firstColumn="1" w:lastColumn="0" w:noHBand="0" w:noVBand="1"/>
      </w:tblPr>
      <w:tblGrid>
        <w:gridCol w:w="1910"/>
        <w:gridCol w:w="2216"/>
        <w:gridCol w:w="5842"/>
      </w:tblGrid>
      <w:tr w:rsidR="0025334A" w:rsidRPr="0025334A" w14:paraId="09A29C21" w14:textId="77777777" w:rsidTr="0025334A">
        <w:trPr>
          <w:cantSplit/>
          <w:tblHeader/>
          <w:jc w:val="center"/>
        </w:trPr>
        <w:tc>
          <w:tcPr>
            <w:tcW w:w="0" w:type="auto"/>
            <w:vAlign w:val="center"/>
          </w:tcPr>
          <w:p w14:paraId="22216D8F" w14:textId="77777777" w:rsidR="000C4CB5" w:rsidRPr="0025334A" w:rsidRDefault="004E746A" w:rsidP="0025334A">
            <w:pPr>
              <w:ind w:firstLine="0"/>
              <w:jc w:val="center"/>
              <w:rPr>
                <w:sz w:val="22"/>
                <w:szCs w:val="32"/>
              </w:rPr>
            </w:pPr>
            <w:r w:rsidRPr="0025334A">
              <w:rPr>
                <w:b/>
                <w:sz w:val="22"/>
                <w:szCs w:val="32"/>
              </w:rPr>
              <w:t xml:space="preserve">Document / </w:t>
            </w:r>
            <w:proofErr w:type="spellStart"/>
            <w:r w:rsidRPr="0025334A">
              <w:rPr>
                <w:b/>
                <w:sz w:val="22"/>
                <w:szCs w:val="32"/>
              </w:rPr>
              <w:t>condiție</w:t>
            </w:r>
            <w:proofErr w:type="spellEnd"/>
          </w:p>
        </w:tc>
        <w:tc>
          <w:tcPr>
            <w:tcW w:w="0" w:type="auto"/>
            <w:vAlign w:val="center"/>
          </w:tcPr>
          <w:p w14:paraId="7774D82B" w14:textId="77777777" w:rsidR="000C4CB5" w:rsidRPr="0025334A" w:rsidRDefault="004E746A" w:rsidP="0025334A">
            <w:pPr>
              <w:ind w:firstLine="0"/>
              <w:jc w:val="center"/>
              <w:rPr>
                <w:sz w:val="22"/>
                <w:szCs w:val="32"/>
              </w:rPr>
            </w:pPr>
            <w:proofErr w:type="spellStart"/>
            <w:r w:rsidRPr="0025334A">
              <w:rPr>
                <w:b/>
                <w:sz w:val="22"/>
                <w:szCs w:val="32"/>
              </w:rPr>
              <w:t>Momentul</w:t>
            </w:r>
            <w:proofErr w:type="spellEnd"/>
            <w:r w:rsidRPr="0025334A">
              <w:rPr>
                <w:b/>
                <w:sz w:val="22"/>
                <w:szCs w:val="32"/>
              </w:rPr>
              <w:t xml:space="preserve"> </w:t>
            </w:r>
            <w:proofErr w:type="spellStart"/>
            <w:r w:rsidRPr="0025334A">
              <w:rPr>
                <w:b/>
                <w:sz w:val="22"/>
                <w:szCs w:val="32"/>
              </w:rPr>
              <w:t>verificării</w:t>
            </w:r>
            <w:proofErr w:type="spellEnd"/>
          </w:p>
        </w:tc>
        <w:tc>
          <w:tcPr>
            <w:tcW w:w="0" w:type="auto"/>
            <w:vAlign w:val="center"/>
          </w:tcPr>
          <w:p w14:paraId="5895E5ED" w14:textId="77777777" w:rsidR="000C4CB5" w:rsidRPr="0025334A" w:rsidRDefault="004E746A" w:rsidP="0025334A">
            <w:pPr>
              <w:ind w:firstLine="0"/>
              <w:jc w:val="center"/>
              <w:rPr>
                <w:sz w:val="22"/>
                <w:szCs w:val="32"/>
              </w:rPr>
            </w:pPr>
            <w:proofErr w:type="spellStart"/>
            <w:r w:rsidRPr="0025334A">
              <w:rPr>
                <w:b/>
                <w:sz w:val="22"/>
                <w:szCs w:val="32"/>
              </w:rPr>
              <w:t>Cerință</w:t>
            </w:r>
            <w:proofErr w:type="spellEnd"/>
          </w:p>
        </w:tc>
      </w:tr>
      <w:tr w:rsidR="0025334A" w:rsidRPr="0025334A" w14:paraId="4A21A194" w14:textId="77777777" w:rsidTr="0025334A">
        <w:trPr>
          <w:cantSplit/>
          <w:jc w:val="center"/>
        </w:trPr>
        <w:tc>
          <w:tcPr>
            <w:tcW w:w="0" w:type="auto"/>
            <w:vAlign w:val="center"/>
          </w:tcPr>
          <w:p w14:paraId="3E4C4819" w14:textId="77777777" w:rsidR="000C4CB5" w:rsidRPr="0025334A" w:rsidRDefault="004E746A" w:rsidP="0025334A">
            <w:pPr>
              <w:ind w:firstLine="0"/>
              <w:jc w:val="left"/>
              <w:rPr>
                <w:sz w:val="22"/>
                <w:szCs w:val="32"/>
              </w:rPr>
            </w:pPr>
            <w:r w:rsidRPr="0025334A">
              <w:rPr>
                <w:sz w:val="22"/>
                <w:szCs w:val="32"/>
              </w:rPr>
              <w:t xml:space="preserve">Document DSVSA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unitatea</w:t>
            </w:r>
            <w:proofErr w:type="spellEnd"/>
            <w:r w:rsidRPr="0025334A">
              <w:rPr>
                <w:sz w:val="22"/>
                <w:szCs w:val="32"/>
              </w:rPr>
              <w:t xml:space="preserve"> de catering</w:t>
            </w:r>
          </w:p>
        </w:tc>
        <w:tc>
          <w:tcPr>
            <w:tcW w:w="0" w:type="auto"/>
            <w:vAlign w:val="center"/>
          </w:tcPr>
          <w:p w14:paraId="0F76C412" w14:textId="77777777" w:rsidR="000C4CB5" w:rsidRPr="0025334A" w:rsidRDefault="004E746A" w:rsidP="0025334A">
            <w:pPr>
              <w:ind w:firstLine="0"/>
              <w:jc w:val="left"/>
              <w:rPr>
                <w:sz w:val="22"/>
                <w:szCs w:val="32"/>
              </w:rPr>
            </w:pPr>
            <w:proofErr w:type="spellStart"/>
            <w:r w:rsidRPr="0025334A">
              <w:rPr>
                <w:sz w:val="22"/>
                <w:szCs w:val="32"/>
              </w:rPr>
              <w:t>Obligatoriu</w:t>
            </w:r>
            <w:proofErr w:type="spellEnd"/>
            <w:r w:rsidRPr="0025334A">
              <w:rPr>
                <w:sz w:val="22"/>
                <w:szCs w:val="32"/>
              </w:rPr>
              <w:t xml:space="preserve"> </w:t>
            </w:r>
            <w:proofErr w:type="spellStart"/>
            <w:r w:rsidRPr="0025334A">
              <w:rPr>
                <w:sz w:val="22"/>
                <w:szCs w:val="32"/>
              </w:rPr>
              <w:t>în</w:t>
            </w:r>
            <w:proofErr w:type="spellEnd"/>
            <w:r w:rsidRPr="0025334A">
              <w:rPr>
                <w:sz w:val="22"/>
                <w:szCs w:val="32"/>
              </w:rPr>
              <w:t xml:space="preserve"> </w:t>
            </w:r>
            <w:proofErr w:type="spellStart"/>
            <w:r w:rsidRPr="0025334A">
              <w:rPr>
                <w:sz w:val="22"/>
                <w:szCs w:val="32"/>
              </w:rPr>
              <w:t>ofertă</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valabil</w:t>
            </w:r>
            <w:proofErr w:type="spellEnd"/>
            <w:r w:rsidRPr="0025334A">
              <w:rPr>
                <w:sz w:val="22"/>
                <w:szCs w:val="32"/>
              </w:rPr>
              <w:t xml:space="preserve"> pe </w:t>
            </w:r>
            <w:proofErr w:type="spellStart"/>
            <w:r w:rsidRPr="0025334A">
              <w:rPr>
                <w:sz w:val="22"/>
                <w:szCs w:val="32"/>
              </w:rPr>
              <w:t>durata</w:t>
            </w:r>
            <w:proofErr w:type="spellEnd"/>
            <w:r w:rsidRPr="0025334A">
              <w:rPr>
                <w:sz w:val="22"/>
                <w:szCs w:val="32"/>
              </w:rPr>
              <w:t xml:space="preserve"> </w:t>
            </w:r>
            <w:proofErr w:type="spellStart"/>
            <w:r w:rsidRPr="0025334A">
              <w:rPr>
                <w:sz w:val="22"/>
                <w:szCs w:val="32"/>
              </w:rPr>
              <w:t>prestării</w:t>
            </w:r>
            <w:proofErr w:type="spellEnd"/>
          </w:p>
        </w:tc>
        <w:tc>
          <w:tcPr>
            <w:tcW w:w="0" w:type="auto"/>
            <w:vAlign w:val="center"/>
          </w:tcPr>
          <w:p w14:paraId="5A4CA9F9" w14:textId="78258010" w:rsidR="000C4CB5" w:rsidRPr="0025334A" w:rsidRDefault="00FA30E6" w:rsidP="0025334A">
            <w:pPr>
              <w:ind w:firstLine="0"/>
              <w:jc w:val="left"/>
              <w:rPr>
                <w:sz w:val="22"/>
                <w:szCs w:val="32"/>
              </w:rPr>
            </w:pPr>
            <w:r w:rsidRPr="00FA30E6">
              <w:rPr>
                <w:sz w:val="22"/>
                <w:szCs w:val="32"/>
              </w:rPr>
              <w:t xml:space="preserve">Document </w:t>
            </w:r>
            <w:proofErr w:type="spellStart"/>
            <w:r w:rsidRPr="00FA30E6">
              <w:rPr>
                <w:sz w:val="22"/>
                <w:szCs w:val="32"/>
              </w:rPr>
              <w:t>sanitar-veterinar</w:t>
            </w:r>
            <w:proofErr w:type="spellEnd"/>
            <w:r w:rsidRPr="00FA30E6">
              <w:rPr>
                <w:sz w:val="22"/>
                <w:szCs w:val="32"/>
              </w:rPr>
              <w:t xml:space="preserve"> </w:t>
            </w:r>
            <w:proofErr w:type="spellStart"/>
            <w:r w:rsidRPr="00FA30E6">
              <w:rPr>
                <w:sz w:val="22"/>
                <w:szCs w:val="32"/>
              </w:rPr>
              <w:t>și</w:t>
            </w:r>
            <w:proofErr w:type="spellEnd"/>
            <w:r w:rsidRPr="00FA30E6">
              <w:rPr>
                <w:sz w:val="22"/>
                <w:szCs w:val="32"/>
              </w:rPr>
              <w:t xml:space="preserve"> </w:t>
            </w:r>
            <w:proofErr w:type="spellStart"/>
            <w:r w:rsidRPr="00FA30E6">
              <w:rPr>
                <w:sz w:val="22"/>
                <w:szCs w:val="32"/>
              </w:rPr>
              <w:t>pentru</w:t>
            </w:r>
            <w:proofErr w:type="spellEnd"/>
            <w:r w:rsidRPr="00FA30E6">
              <w:rPr>
                <w:sz w:val="22"/>
                <w:szCs w:val="32"/>
              </w:rPr>
              <w:t xml:space="preserve"> </w:t>
            </w:r>
            <w:proofErr w:type="spellStart"/>
            <w:r w:rsidRPr="00FA30E6">
              <w:rPr>
                <w:sz w:val="22"/>
                <w:szCs w:val="32"/>
              </w:rPr>
              <w:t>siguranța</w:t>
            </w:r>
            <w:proofErr w:type="spellEnd"/>
            <w:r w:rsidRPr="00FA30E6">
              <w:rPr>
                <w:sz w:val="22"/>
                <w:szCs w:val="32"/>
              </w:rPr>
              <w:t xml:space="preserve"> </w:t>
            </w:r>
            <w:proofErr w:type="spellStart"/>
            <w:r w:rsidRPr="00FA30E6">
              <w:rPr>
                <w:sz w:val="22"/>
                <w:szCs w:val="32"/>
              </w:rPr>
              <w:t>alimentelor</w:t>
            </w:r>
            <w:proofErr w:type="spellEnd"/>
            <w:r w:rsidRPr="00FA30E6">
              <w:rPr>
                <w:sz w:val="22"/>
                <w:szCs w:val="32"/>
              </w:rPr>
              <w:t xml:space="preserve"> </w:t>
            </w:r>
            <w:proofErr w:type="spellStart"/>
            <w:r w:rsidRPr="00FA30E6">
              <w:rPr>
                <w:sz w:val="22"/>
                <w:szCs w:val="32"/>
              </w:rPr>
              <w:t>aplicabil</w:t>
            </w:r>
            <w:proofErr w:type="spellEnd"/>
            <w:r w:rsidRPr="00FA30E6">
              <w:rPr>
                <w:sz w:val="22"/>
                <w:szCs w:val="32"/>
              </w:rPr>
              <w:t xml:space="preserve"> </w:t>
            </w:r>
            <w:proofErr w:type="spellStart"/>
            <w:r w:rsidRPr="00FA30E6">
              <w:rPr>
                <w:sz w:val="22"/>
                <w:szCs w:val="32"/>
              </w:rPr>
              <w:t>unității</w:t>
            </w:r>
            <w:proofErr w:type="spellEnd"/>
            <w:r w:rsidRPr="00FA30E6">
              <w:rPr>
                <w:sz w:val="22"/>
                <w:szCs w:val="32"/>
              </w:rPr>
              <w:t>/</w:t>
            </w:r>
            <w:proofErr w:type="spellStart"/>
            <w:r w:rsidRPr="00FA30E6">
              <w:rPr>
                <w:sz w:val="22"/>
                <w:szCs w:val="32"/>
              </w:rPr>
              <w:t>punctului</w:t>
            </w:r>
            <w:proofErr w:type="spellEnd"/>
            <w:r w:rsidRPr="00FA30E6">
              <w:rPr>
                <w:sz w:val="22"/>
                <w:szCs w:val="32"/>
              </w:rPr>
              <w:t xml:space="preserve"> de </w:t>
            </w:r>
            <w:proofErr w:type="spellStart"/>
            <w:r w:rsidRPr="00FA30E6">
              <w:rPr>
                <w:sz w:val="22"/>
                <w:szCs w:val="32"/>
              </w:rPr>
              <w:t>lucru</w:t>
            </w:r>
            <w:proofErr w:type="spellEnd"/>
            <w:r w:rsidRPr="00FA30E6">
              <w:rPr>
                <w:sz w:val="22"/>
                <w:szCs w:val="32"/>
              </w:rPr>
              <w:t xml:space="preserve"> </w:t>
            </w:r>
            <w:proofErr w:type="spellStart"/>
            <w:r w:rsidRPr="00FA30E6">
              <w:rPr>
                <w:sz w:val="22"/>
                <w:szCs w:val="32"/>
              </w:rPr>
              <w:t>și</w:t>
            </w:r>
            <w:proofErr w:type="spellEnd"/>
            <w:r w:rsidRPr="00FA30E6">
              <w:rPr>
                <w:sz w:val="22"/>
                <w:szCs w:val="32"/>
              </w:rPr>
              <w:t xml:space="preserve"> </w:t>
            </w:r>
            <w:proofErr w:type="spellStart"/>
            <w:r w:rsidRPr="00FA30E6">
              <w:rPr>
                <w:sz w:val="22"/>
                <w:szCs w:val="32"/>
              </w:rPr>
              <w:t>activității</w:t>
            </w:r>
            <w:proofErr w:type="spellEnd"/>
            <w:r w:rsidRPr="00FA30E6">
              <w:rPr>
                <w:sz w:val="22"/>
                <w:szCs w:val="32"/>
              </w:rPr>
              <w:t xml:space="preserve"> </w:t>
            </w:r>
            <w:proofErr w:type="spellStart"/>
            <w:r w:rsidRPr="00FA30E6">
              <w:rPr>
                <w:sz w:val="22"/>
                <w:szCs w:val="32"/>
              </w:rPr>
              <w:t>efectiv</w:t>
            </w:r>
            <w:proofErr w:type="spellEnd"/>
            <w:r w:rsidRPr="00FA30E6">
              <w:rPr>
                <w:sz w:val="22"/>
                <w:szCs w:val="32"/>
              </w:rPr>
              <w:t xml:space="preserve"> </w:t>
            </w:r>
            <w:proofErr w:type="spellStart"/>
            <w:r w:rsidRPr="00FA30E6">
              <w:rPr>
                <w:sz w:val="22"/>
                <w:szCs w:val="32"/>
              </w:rPr>
              <w:t>executate</w:t>
            </w:r>
            <w:proofErr w:type="spellEnd"/>
            <w:r w:rsidRPr="00FA30E6">
              <w:rPr>
                <w:sz w:val="22"/>
                <w:szCs w:val="32"/>
              </w:rPr>
              <w:t xml:space="preserve">, </w:t>
            </w:r>
            <w:proofErr w:type="spellStart"/>
            <w:r w:rsidRPr="00FA30E6">
              <w:rPr>
                <w:sz w:val="22"/>
                <w:szCs w:val="32"/>
              </w:rPr>
              <w:t>potrivit</w:t>
            </w:r>
            <w:proofErr w:type="spellEnd"/>
            <w:r w:rsidRPr="00FA30E6">
              <w:rPr>
                <w:sz w:val="22"/>
                <w:szCs w:val="32"/>
              </w:rPr>
              <w:t xml:space="preserve"> </w:t>
            </w:r>
            <w:proofErr w:type="spellStart"/>
            <w:r w:rsidRPr="00FA30E6">
              <w:rPr>
                <w:sz w:val="22"/>
                <w:szCs w:val="32"/>
              </w:rPr>
              <w:t>Ordinului</w:t>
            </w:r>
            <w:proofErr w:type="spellEnd"/>
            <w:r w:rsidRPr="00FA30E6">
              <w:rPr>
                <w:sz w:val="22"/>
                <w:szCs w:val="32"/>
              </w:rPr>
              <w:t xml:space="preserve"> ANSVSA nr. 111/2008.</w:t>
            </w:r>
          </w:p>
        </w:tc>
      </w:tr>
      <w:tr w:rsidR="0025334A" w:rsidRPr="0025334A" w14:paraId="272F25C8" w14:textId="77777777" w:rsidTr="0025334A">
        <w:trPr>
          <w:cantSplit/>
          <w:jc w:val="center"/>
        </w:trPr>
        <w:tc>
          <w:tcPr>
            <w:tcW w:w="0" w:type="auto"/>
            <w:vAlign w:val="center"/>
          </w:tcPr>
          <w:p w14:paraId="074088BB" w14:textId="7956877A" w:rsidR="000C4CB5" w:rsidRPr="0025334A" w:rsidRDefault="004E746A" w:rsidP="0025334A">
            <w:pPr>
              <w:ind w:firstLine="0"/>
              <w:jc w:val="left"/>
              <w:rPr>
                <w:sz w:val="22"/>
                <w:szCs w:val="32"/>
              </w:rPr>
            </w:pPr>
            <w:proofErr w:type="spellStart"/>
            <w:r w:rsidRPr="0025334A">
              <w:rPr>
                <w:sz w:val="22"/>
                <w:szCs w:val="32"/>
              </w:rPr>
              <w:t>Autorizație</w:t>
            </w:r>
            <w:proofErr w:type="spellEnd"/>
            <w:r w:rsidRPr="0025334A">
              <w:rPr>
                <w:sz w:val="22"/>
                <w:szCs w:val="32"/>
              </w:rPr>
              <w:t xml:space="preserve"> </w:t>
            </w:r>
            <w:proofErr w:type="spellStart"/>
            <w:r w:rsidRPr="0025334A">
              <w:rPr>
                <w:sz w:val="22"/>
                <w:szCs w:val="32"/>
              </w:rPr>
              <w:t>sanitară</w:t>
            </w:r>
            <w:proofErr w:type="spellEnd"/>
            <w:r w:rsidRPr="0025334A">
              <w:rPr>
                <w:sz w:val="22"/>
                <w:szCs w:val="32"/>
              </w:rPr>
              <w:t xml:space="preserve"> de </w:t>
            </w:r>
            <w:proofErr w:type="spellStart"/>
            <w:r w:rsidRPr="0025334A">
              <w:rPr>
                <w:sz w:val="22"/>
                <w:szCs w:val="32"/>
              </w:rPr>
              <w:t>funcționare</w:t>
            </w:r>
            <w:proofErr w:type="spellEnd"/>
            <w:r w:rsidRPr="0025334A">
              <w:rPr>
                <w:sz w:val="22"/>
                <w:szCs w:val="32"/>
              </w:rPr>
              <w:t xml:space="preserve"> – </w:t>
            </w:r>
            <w:proofErr w:type="spellStart"/>
            <w:r w:rsidRPr="0025334A">
              <w:rPr>
                <w:sz w:val="22"/>
                <w:szCs w:val="32"/>
              </w:rPr>
              <w:t>sănătate</w:t>
            </w:r>
            <w:proofErr w:type="spellEnd"/>
            <w:r w:rsidRPr="0025334A">
              <w:rPr>
                <w:sz w:val="22"/>
                <w:szCs w:val="32"/>
              </w:rPr>
              <w:t xml:space="preserve"> </w:t>
            </w:r>
            <w:proofErr w:type="spellStart"/>
            <w:r w:rsidRPr="0025334A">
              <w:rPr>
                <w:sz w:val="22"/>
                <w:szCs w:val="32"/>
              </w:rPr>
              <w:t>publică</w:t>
            </w:r>
            <w:proofErr w:type="spellEnd"/>
            <w:r w:rsidR="002A24C2">
              <w:rPr>
                <w:sz w:val="22"/>
                <w:szCs w:val="32"/>
              </w:rPr>
              <w:t xml:space="preserve"> (DSP)</w:t>
            </w:r>
          </w:p>
        </w:tc>
        <w:tc>
          <w:tcPr>
            <w:tcW w:w="0" w:type="auto"/>
            <w:vAlign w:val="center"/>
          </w:tcPr>
          <w:p w14:paraId="51CA18DE" w14:textId="77777777" w:rsidR="000C4CB5" w:rsidRPr="0025334A" w:rsidRDefault="004E746A" w:rsidP="0025334A">
            <w:pPr>
              <w:ind w:firstLine="0"/>
              <w:jc w:val="left"/>
              <w:rPr>
                <w:sz w:val="22"/>
                <w:szCs w:val="32"/>
              </w:rPr>
            </w:pPr>
            <w:proofErr w:type="spellStart"/>
            <w:r w:rsidRPr="0025334A">
              <w:rPr>
                <w:sz w:val="22"/>
                <w:szCs w:val="32"/>
              </w:rPr>
              <w:t>Obligatoriu</w:t>
            </w:r>
            <w:proofErr w:type="spellEnd"/>
            <w:r w:rsidRPr="0025334A">
              <w:rPr>
                <w:sz w:val="22"/>
                <w:szCs w:val="32"/>
              </w:rPr>
              <w:t xml:space="preserve"> </w:t>
            </w:r>
            <w:proofErr w:type="spellStart"/>
            <w:r w:rsidRPr="0025334A">
              <w:rPr>
                <w:sz w:val="22"/>
                <w:szCs w:val="32"/>
              </w:rPr>
              <w:t>în</w:t>
            </w:r>
            <w:proofErr w:type="spellEnd"/>
            <w:r w:rsidRPr="0025334A">
              <w:rPr>
                <w:sz w:val="22"/>
                <w:szCs w:val="32"/>
              </w:rPr>
              <w:t xml:space="preserve"> </w:t>
            </w:r>
            <w:proofErr w:type="spellStart"/>
            <w:r w:rsidRPr="0025334A">
              <w:rPr>
                <w:sz w:val="22"/>
                <w:szCs w:val="32"/>
              </w:rPr>
              <w:t>ofertă</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valabilă</w:t>
            </w:r>
            <w:proofErr w:type="spellEnd"/>
            <w:r w:rsidRPr="0025334A">
              <w:rPr>
                <w:sz w:val="22"/>
                <w:szCs w:val="32"/>
              </w:rPr>
              <w:t xml:space="preserve"> pe </w:t>
            </w:r>
            <w:proofErr w:type="spellStart"/>
            <w:r w:rsidRPr="0025334A">
              <w:rPr>
                <w:sz w:val="22"/>
                <w:szCs w:val="32"/>
              </w:rPr>
              <w:t>durata</w:t>
            </w:r>
            <w:proofErr w:type="spellEnd"/>
            <w:r w:rsidRPr="0025334A">
              <w:rPr>
                <w:sz w:val="22"/>
                <w:szCs w:val="32"/>
              </w:rPr>
              <w:t xml:space="preserve"> </w:t>
            </w:r>
            <w:proofErr w:type="spellStart"/>
            <w:r w:rsidRPr="0025334A">
              <w:rPr>
                <w:sz w:val="22"/>
                <w:szCs w:val="32"/>
              </w:rPr>
              <w:t>prestării</w:t>
            </w:r>
            <w:proofErr w:type="spellEnd"/>
          </w:p>
        </w:tc>
        <w:tc>
          <w:tcPr>
            <w:tcW w:w="0" w:type="auto"/>
            <w:vAlign w:val="center"/>
          </w:tcPr>
          <w:p w14:paraId="5128D98F" w14:textId="77777777" w:rsidR="000C4CB5" w:rsidRPr="0025334A" w:rsidRDefault="004E746A" w:rsidP="0025334A">
            <w:pPr>
              <w:ind w:firstLine="0"/>
              <w:jc w:val="left"/>
              <w:rPr>
                <w:sz w:val="22"/>
                <w:szCs w:val="32"/>
              </w:rPr>
            </w:pPr>
            <w:proofErr w:type="spellStart"/>
            <w:r w:rsidRPr="0025334A">
              <w:rPr>
                <w:sz w:val="22"/>
                <w:szCs w:val="32"/>
              </w:rPr>
              <w:t>Autorizație</w:t>
            </w:r>
            <w:proofErr w:type="spellEnd"/>
            <w:r w:rsidRPr="0025334A">
              <w:rPr>
                <w:sz w:val="22"/>
                <w:szCs w:val="32"/>
              </w:rPr>
              <w:t xml:space="preserve"> </w:t>
            </w:r>
            <w:proofErr w:type="spellStart"/>
            <w:r w:rsidRPr="0025334A">
              <w:rPr>
                <w:sz w:val="22"/>
                <w:szCs w:val="32"/>
              </w:rPr>
              <w:t>sanitară</w:t>
            </w:r>
            <w:proofErr w:type="spellEnd"/>
            <w:r w:rsidRPr="0025334A">
              <w:rPr>
                <w:sz w:val="22"/>
                <w:szCs w:val="32"/>
              </w:rPr>
              <w:t xml:space="preserve"> de </w:t>
            </w:r>
            <w:proofErr w:type="spellStart"/>
            <w:r w:rsidRPr="0025334A">
              <w:rPr>
                <w:sz w:val="22"/>
                <w:szCs w:val="32"/>
              </w:rPr>
              <w:t>funcționare</w:t>
            </w:r>
            <w:proofErr w:type="spellEnd"/>
            <w:r w:rsidRPr="0025334A">
              <w:rPr>
                <w:sz w:val="22"/>
                <w:szCs w:val="32"/>
              </w:rPr>
              <w:t>/</w:t>
            </w:r>
            <w:proofErr w:type="spellStart"/>
            <w:r w:rsidRPr="0025334A">
              <w:rPr>
                <w:sz w:val="22"/>
                <w:szCs w:val="32"/>
              </w:rPr>
              <w:t>documentul</w:t>
            </w:r>
            <w:proofErr w:type="spellEnd"/>
            <w:r w:rsidRPr="0025334A">
              <w:rPr>
                <w:sz w:val="22"/>
                <w:szCs w:val="32"/>
              </w:rPr>
              <w:t xml:space="preserve"> </w:t>
            </w:r>
            <w:proofErr w:type="spellStart"/>
            <w:r w:rsidRPr="0025334A">
              <w:rPr>
                <w:sz w:val="22"/>
                <w:szCs w:val="32"/>
              </w:rPr>
              <w:t>sanitar</w:t>
            </w:r>
            <w:proofErr w:type="spellEnd"/>
            <w:r w:rsidRPr="0025334A">
              <w:rPr>
                <w:sz w:val="22"/>
                <w:szCs w:val="32"/>
              </w:rPr>
              <w:t xml:space="preserve"> </w:t>
            </w:r>
            <w:proofErr w:type="spellStart"/>
            <w:r w:rsidRPr="0025334A">
              <w:rPr>
                <w:sz w:val="22"/>
                <w:szCs w:val="32"/>
              </w:rPr>
              <w:t>aplicabil</w:t>
            </w:r>
            <w:proofErr w:type="spellEnd"/>
            <w:r w:rsidRPr="0025334A">
              <w:rPr>
                <w:sz w:val="22"/>
                <w:szCs w:val="32"/>
              </w:rPr>
              <w:t xml:space="preserve"> </w:t>
            </w:r>
            <w:proofErr w:type="spellStart"/>
            <w:r w:rsidRPr="0025334A">
              <w:rPr>
                <w:sz w:val="22"/>
                <w:szCs w:val="32"/>
              </w:rPr>
              <w:t>punctului</w:t>
            </w:r>
            <w:proofErr w:type="spellEnd"/>
            <w:r w:rsidRPr="0025334A">
              <w:rPr>
                <w:sz w:val="22"/>
                <w:szCs w:val="32"/>
              </w:rPr>
              <w:t xml:space="preserve"> de </w:t>
            </w:r>
            <w:proofErr w:type="spellStart"/>
            <w:r w:rsidRPr="0025334A">
              <w:rPr>
                <w:sz w:val="22"/>
                <w:szCs w:val="32"/>
              </w:rPr>
              <w:t>lucru</w:t>
            </w:r>
            <w:proofErr w:type="spellEnd"/>
            <w:r w:rsidRPr="0025334A">
              <w:rPr>
                <w:sz w:val="22"/>
                <w:szCs w:val="32"/>
              </w:rPr>
              <w:t xml:space="preserve">, </w:t>
            </w:r>
            <w:proofErr w:type="spellStart"/>
            <w:r w:rsidRPr="0025334A">
              <w:rPr>
                <w:sz w:val="22"/>
                <w:szCs w:val="32"/>
              </w:rPr>
              <w:t>emis</w:t>
            </w:r>
            <w:proofErr w:type="spellEnd"/>
            <w:r w:rsidRPr="0025334A">
              <w:rPr>
                <w:sz w:val="22"/>
                <w:szCs w:val="32"/>
              </w:rPr>
              <w:t xml:space="preserve"> </w:t>
            </w:r>
            <w:proofErr w:type="spellStart"/>
            <w:r w:rsidRPr="0025334A">
              <w:rPr>
                <w:sz w:val="22"/>
                <w:szCs w:val="32"/>
              </w:rPr>
              <w:t>în</w:t>
            </w:r>
            <w:proofErr w:type="spellEnd"/>
            <w:r w:rsidRPr="0025334A">
              <w:rPr>
                <w:sz w:val="22"/>
                <w:szCs w:val="32"/>
              </w:rPr>
              <w:t xml:space="preserve"> </w:t>
            </w:r>
            <w:proofErr w:type="spellStart"/>
            <w:r w:rsidRPr="0025334A">
              <w:rPr>
                <w:sz w:val="22"/>
                <w:szCs w:val="32"/>
              </w:rPr>
              <w:t>condițiile</w:t>
            </w:r>
            <w:proofErr w:type="spellEnd"/>
            <w:r w:rsidRPr="0025334A">
              <w:rPr>
                <w:sz w:val="22"/>
                <w:szCs w:val="32"/>
              </w:rPr>
              <w:t xml:space="preserve"> </w:t>
            </w:r>
            <w:proofErr w:type="spellStart"/>
            <w:r w:rsidRPr="0025334A">
              <w:rPr>
                <w:sz w:val="22"/>
                <w:szCs w:val="32"/>
              </w:rPr>
              <w:t>Ordinului</w:t>
            </w:r>
            <w:proofErr w:type="spellEnd"/>
            <w:r w:rsidRPr="0025334A">
              <w:rPr>
                <w:sz w:val="22"/>
                <w:szCs w:val="32"/>
              </w:rPr>
              <w:t xml:space="preserve"> MS nr. 1.030/2009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activitatea</w:t>
            </w:r>
            <w:proofErr w:type="spellEnd"/>
            <w:r w:rsidRPr="0025334A">
              <w:rPr>
                <w:sz w:val="22"/>
                <w:szCs w:val="32"/>
              </w:rPr>
              <w:t xml:space="preserve"> </w:t>
            </w:r>
            <w:proofErr w:type="spellStart"/>
            <w:r w:rsidRPr="0025334A">
              <w:rPr>
                <w:sz w:val="22"/>
                <w:szCs w:val="32"/>
              </w:rPr>
              <w:t>desfășurată</w:t>
            </w:r>
            <w:proofErr w:type="spellEnd"/>
            <w:r w:rsidRPr="0025334A">
              <w:rPr>
                <w:sz w:val="22"/>
                <w:szCs w:val="32"/>
              </w:rPr>
              <w:t xml:space="preserve"> (</w:t>
            </w:r>
            <w:proofErr w:type="spellStart"/>
            <w:r w:rsidRPr="0025334A">
              <w:rPr>
                <w:sz w:val="22"/>
                <w:szCs w:val="32"/>
              </w:rPr>
              <w:t>inclusiv</w:t>
            </w:r>
            <w:proofErr w:type="spellEnd"/>
            <w:r w:rsidRPr="0025334A">
              <w:rPr>
                <w:sz w:val="22"/>
                <w:szCs w:val="32"/>
              </w:rPr>
              <w:t xml:space="preserve"> CAEN 5621/5629, </w:t>
            </w:r>
            <w:proofErr w:type="spellStart"/>
            <w:r w:rsidRPr="0025334A">
              <w:rPr>
                <w:sz w:val="22"/>
                <w:szCs w:val="32"/>
              </w:rPr>
              <w:t>după</w:t>
            </w:r>
            <w:proofErr w:type="spellEnd"/>
            <w:r w:rsidRPr="0025334A">
              <w:rPr>
                <w:sz w:val="22"/>
                <w:szCs w:val="32"/>
              </w:rPr>
              <w:t xml:space="preserve"> </w:t>
            </w:r>
            <w:proofErr w:type="spellStart"/>
            <w:r w:rsidRPr="0025334A">
              <w:rPr>
                <w:sz w:val="22"/>
                <w:szCs w:val="32"/>
              </w:rPr>
              <w:t>caz</w:t>
            </w:r>
            <w:proofErr w:type="spellEnd"/>
            <w:r w:rsidRPr="0025334A">
              <w:rPr>
                <w:sz w:val="22"/>
                <w:szCs w:val="32"/>
              </w:rPr>
              <w:t>).</w:t>
            </w:r>
          </w:p>
        </w:tc>
      </w:tr>
      <w:tr w:rsidR="0025334A" w:rsidRPr="0025334A" w14:paraId="1C0509E5" w14:textId="77777777" w:rsidTr="0025334A">
        <w:trPr>
          <w:cantSplit/>
          <w:jc w:val="center"/>
        </w:trPr>
        <w:tc>
          <w:tcPr>
            <w:tcW w:w="0" w:type="auto"/>
            <w:vAlign w:val="center"/>
          </w:tcPr>
          <w:p w14:paraId="56C93389" w14:textId="77777777" w:rsidR="000C4CB5" w:rsidRPr="0025334A" w:rsidRDefault="004E746A" w:rsidP="0025334A">
            <w:pPr>
              <w:ind w:firstLine="0"/>
              <w:jc w:val="left"/>
              <w:rPr>
                <w:sz w:val="22"/>
                <w:szCs w:val="32"/>
              </w:rPr>
            </w:pPr>
            <w:r w:rsidRPr="0025334A">
              <w:rPr>
                <w:sz w:val="22"/>
                <w:szCs w:val="32"/>
              </w:rPr>
              <w:t xml:space="preserve">Document </w:t>
            </w:r>
            <w:proofErr w:type="spellStart"/>
            <w:r w:rsidRPr="0025334A">
              <w:rPr>
                <w:sz w:val="22"/>
                <w:szCs w:val="32"/>
              </w:rPr>
              <w:t>sanitar-veterinar</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fiecare</w:t>
            </w:r>
            <w:proofErr w:type="spellEnd"/>
            <w:r w:rsidRPr="0025334A">
              <w:rPr>
                <w:sz w:val="22"/>
                <w:szCs w:val="32"/>
              </w:rPr>
              <w:t xml:space="preserve"> </w:t>
            </w:r>
            <w:proofErr w:type="spellStart"/>
            <w:r w:rsidRPr="0025334A">
              <w:rPr>
                <w:sz w:val="22"/>
                <w:szCs w:val="32"/>
              </w:rPr>
              <w:t>mijloc</w:t>
            </w:r>
            <w:proofErr w:type="spellEnd"/>
            <w:r w:rsidRPr="0025334A">
              <w:rPr>
                <w:sz w:val="22"/>
                <w:szCs w:val="32"/>
              </w:rPr>
              <w:t xml:space="preserve"> de transport </w:t>
            </w:r>
            <w:proofErr w:type="spellStart"/>
            <w:r w:rsidRPr="0025334A">
              <w:rPr>
                <w:sz w:val="22"/>
                <w:szCs w:val="32"/>
              </w:rPr>
              <w:t>utilizat</w:t>
            </w:r>
            <w:proofErr w:type="spellEnd"/>
          </w:p>
        </w:tc>
        <w:tc>
          <w:tcPr>
            <w:tcW w:w="0" w:type="auto"/>
            <w:vAlign w:val="center"/>
          </w:tcPr>
          <w:p w14:paraId="7FCAEC5A" w14:textId="77777777" w:rsidR="000C4CB5" w:rsidRPr="0025334A" w:rsidRDefault="004E746A" w:rsidP="0025334A">
            <w:pPr>
              <w:ind w:firstLine="0"/>
              <w:jc w:val="left"/>
              <w:rPr>
                <w:sz w:val="22"/>
                <w:szCs w:val="32"/>
              </w:rPr>
            </w:pPr>
            <w:proofErr w:type="spellStart"/>
            <w:r w:rsidRPr="0025334A">
              <w:rPr>
                <w:sz w:val="22"/>
                <w:szCs w:val="32"/>
              </w:rPr>
              <w:t>În</w:t>
            </w:r>
            <w:proofErr w:type="spellEnd"/>
            <w:r w:rsidRPr="0025334A">
              <w:rPr>
                <w:sz w:val="22"/>
                <w:szCs w:val="32"/>
              </w:rPr>
              <w:t xml:space="preserve"> </w:t>
            </w:r>
            <w:proofErr w:type="spellStart"/>
            <w:r w:rsidRPr="0025334A">
              <w:rPr>
                <w:sz w:val="22"/>
                <w:szCs w:val="32"/>
              </w:rPr>
              <w:t>ofertă</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vehiculele</w:t>
            </w:r>
            <w:proofErr w:type="spellEnd"/>
            <w:r w:rsidRPr="0025334A">
              <w:rPr>
                <w:sz w:val="22"/>
                <w:szCs w:val="32"/>
              </w:rPr>
              <w:t xml:space="preserve"> </w:t>
            </w:r>
            <w:proofErr w:type="spellStart"/>
            <w:r w:rsidRPr="0025334A">
              <w:rPr>
                <w:sz w:val="22"/>
                <w:szCs w:val="32"/>
              </w:rPr>
              <w:t>declarate</w:t>
            </w:r>
            <w:proofErr w:type="spellEnd"/>
            <w:r w:rsidRPr="0025334A">
              <w:rPr>
                <w:sz w:val="22"/>
                <w:szCs w:val="32"/>
              </w:rPr>
              <w:t xml:space="preserve">; </w:t>
            </w:r>
            <w:proofErr w:type="spellStart"/>
            <w:r w:rsidRPr="0025334A">
              <w:rPr>
                <w:sz w:val="22"/>
                <w:szCs w:val="32"/>
              </w:rPr>
              <w:t>înainte</w:t>
            </w:r>
            <w:proofErr w:type="spellEnd"/>
            <w:r w:rsidRPr="0025334A">
              <w:rPr>
                <w:sz w:val="22"/>
                <w:szCs w:val="32"/>
              </w:rPr>
              <w:t xml:space="preserve"> de </w:t>
            </w:r>
            <w:proofErr w:type="spellStart"/>
            <w:r w:rsidRPr="0025334A">
              <w:rPr>
                <w:sz w:val="22"/>
                <w:szCs w:val="32"/>
              </w:rPr>
              <w:t>utilizare</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orice</w:t>
            </w:r>
            <w:proofErr w:type="spellEnd"/>
            <w:r w:rsidRPr="0025334A">
              <w:rPr>
                <w:sz w:val="22"/>
                <w:szCs w:val="32"/>
              </w:rPr>
              <w:t xml:space="preserve"> </w:t>
            </w:r>
            <w:proofErr w:type="spellStart"/>
            <w:r w:rsidRPr="0025334A">
              <w:rPr>
                <w:sz w:val="22"/>
                <w:szCs w:val="32"/>
              </w:rPr>
              <w:t>vehicul</w:t>
            </w:r>
            <w:proofErr w:type="spellEnd"/>
            <w:r w:rsidRPr="0025334A">
              <w:rPr>
                <w:sz w:val="22"/>
                <w:szCs w:val="32"/>
              </w:rPr>
              <w:t xml:space="preserve"> </w:t>
            </w:r>
            <w:proofErr w:type="spellStart"/>
            <w:r w:rsidRPr="0025334A">
              <w:rPr>
                <w:sz w:val="22"/>
                <w:szCs w:val="32"/>
              </w:rPr>
              <w:t>introdus</w:t>
            </w:r>
            <w:proofErr w:type="spellEnd"/>
            <w:r w:rsidRPr="0025334A">
              <w:rPr>
                <w:sz w:val="22"/>
                <w:szCs w:val="32"/>
              </w:rPr>
              <w:t xml:space="preserve"> ulterior</w:t>
            </w:r>
          </w:p>
        </w:tc>
        <w:tc>
          <w:tcPr>
            <w:tcW w:w="0" w:type="auto"/>
            <w:vAlign w:val="center"/>
          </w:tcPr>
          <w:p w14:paraId="26DA33E1" w14:textId="77777777" w:rsidR="000C4CB5" w:rsidRPr="0025334A" w:rsidRDefault="004E746A" w:rsidP="0025334A">
            <w:pPr>
              <w:ind w:firstLine="0"/>
              <w:jc w:val="left"/>
              <w:rPr>
                <w:sz w:val="22"/>
                <w:szCs w:val="32"/>
              </w:rPr>
            </w:pPr>
            <w:proofErr w:type="spellStart"/>
            <w:r w:rsidRPr="0025334A">
              <w:rPr>
                <w:sz w:val="22"/>
                <w:szCs w:val="32"/>
              </w:rPr>
              <w:t>Autorizație</w:t>
            </w:r>
            <w:proofErr w:type="spellEnd"/>
            <w:r w:rsidRPr="0025334A">
              <w:rPr>
                <w:sz w:val="22"/>
                <w:szCs w:val="32"/>
              </w:rPr>
              <w:t xml:space="preserve"> </w:t>
            </w:r>
            <w:proofErr w:type="spellStart"/>
            <w:r w:rsidRPr="0025334A">
              <w:rPr>
                <w:sz w:val="22"/>
                <w:szCs w:val="32"/>
              </w:rPr>
              <w:t>sanitar-veterinară</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siguranța</w:t>
            </w:r>
            <w:proofErr w:type="spellEnd"/>
            <w:r w:rsidRPr="0025334A">
              <w:rPr>
                <w:sz w:val="22"/>
                <w:szCs w:val="32"/>
              </w:rPr>
              <w:t xml:space="preserve"> </w:t>
            </w:r>
            <w:proofErr w:type="spellStart"/>
            <w:r w:rsidRPr="0025334A">
              <w:rPr>
                <w:sz w:val="22"/>
                <w:szCs w:val="32"/>
              </w:rPr>
              <w:t>alimentelor</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transportul</w:t>
            </w:r>
            <w:proofErr w:type="spellEnd"/>
            <w:r w:rsidRPr="0025334A">
              <w:rPr>
                <w:sz w:val="22"/>
                <w:szCs w:val="32"/>
              </w:rPr>
              <w:t xml:space="preserve"> </w:t>
            </w:r>
            <w:proofErr w:type="spellStart"/>
            <w:r w:rsidRPr="0025334A">
              <w:rPr>
                <w:sz w:val="22"/>
                <w:szCs w:val="32"/>
              </w:rPr>
              <w:t>produselor</w:t>
            </w:r>
            <w:proofErr w:type="spellEnd"/>
            <w:r w:rsidRPr="0025334A">
              <w:rPr>
                <w:sz w:val="22"/>
                <w:szCs w:val="32"/>
              </w:rPr>
              <w:t xml:space="preserve"> de origine </w:t>
            </w:r>
            <w:proofErr w:type="spellStart"/>
            <w:r w:rsidRPr="0025334A">
              <w:rPr>
                <w:sz w:val="22"/>
                <w:szCs w:val="32"/>
              </w:rPr>
              <w:t>animală</w:t>
            </w:r>
            <w:proofErr w:type="spellEnd"/>
            <w:r w:rsidRPr="0025334A">
              <w:rPr>
                <w:sz w:val="22"/>
                <w:szCs w:val="32"/>
              </w:rPr>
              <w:t>/</w:t>
            </w:r>
            <w:proofErr w:type="spellStart"/>
            <w:r w:rsidRPr="0025334A">
              <w:rPr>
                <w:sz w:val="22"/>
                <w:szCs w:val="32"/>
              </w:rPr>
              <w:t>mixte</w:t>
            </w:r>
            <w:proofErr w:type="spellEnd"/>
            <w:r w:rsidRPr="0025334A">
              <w:rPr>
                <w:sz w:val="22"/>
                <w:szCs w:val="32"/>
              </w:rPr>
              <w:t xml:space="preserve">, </w:t>
            </w:r>
            <w:proofErr w:type="spellStart"/>
            <w:r w:rsidRPr="0025334A">
              <w:rPr>
                <w:sz w:val="22"/>
                <w:szCs w:val="32"/>
              </w:rPr>
              <w:t>potrivit</w:t>
            </w:r>
            <w:proofErr w:type="spellEnd"/>
            <w:r w:rsidRPr="0025334A">
              <w:rPr>
                <w:sz w:val="22"/>
                <w:szCs w:val="32"/>
              </w:rPr>
              <w:t xml:space="preserve"> </w:t>
            </w:r>
            <w:proofErr w:type="spellStart"/>
            <w:r w:rsidRPr="0025334A">
              <w:rPr>
                <w:sz w:val="22"/>
                <w:szCs w:val="32"/>
              </w:rPr>
              <w:t>Ordinului</w:t>
            </w:r>
            <w:proofErr w:type="spellEnd"/>
            <w:r w:rsidRPr="0025334A">
              <w:rPr>
                <w:sz w:val="22"/>
                <w:szCs w:val="32"/>
              </w:rPr>
              <w:t xml:space="preserve"> ANSVSA nr. 57/2010, </w:t>
            </w:r>
            <w:proofErr w:type="spellStart"/>
            <w:r w:rsidRPr="0025334A">
              <w:rPr>
                <w:sz w:val="22"/>
                <w:szCs w:val="32"/>
              </w:rPr>
              <w:t>sau</w:t>
            </w:r>
            <w:proofErr w:type="spellEnd"/>
            <w:r w:rsidRPr="0025334A">
              <w:rPr>
                <w:sz w:val="22"/>
                <w:szCs w:val="32"/>
              </w:rPr>
              <w:t xml:space="preserve"> </w:t>
            </w:r>
            <w:proofErr w:type="spellStart"/>
            <w:r w:rsidRPr="0025334A">
              <w:rPr>
                <w:sz w:val="22"/>
                <w:szCs w:val="32"/>
              </w:rPr>
              <w:t>documentul</w:t>
            </w:r>
            <w:proofErr w:type="spellEnd"/>
            <w:r w:rsidRPr="0025334A">
              <w:rPr>
                <w:sz w:val="22"/>
                <w:szCs w:val="32"/>
              </w:rPr>
              <w:t xml:space="preserve"> de </w:t>
            </w:r>
            <w:proofErr w:type="spellStart"/>
            <w:r w:rsidRPr="0025334A">
              <w:rPr>
                <w:sz w:val="22"/>
                <w:szCs w:val="32"/>
              </w:rPr>
              <w:t>înregistrare</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siguranța</w:t>
            </w:r>
            <w:proofErr w:type="spellEnd"/>
            <w:r w:rsidRPr="0025334A">
              <w:rPr>
                <w:sz w:val="22"/>
                <w:szCs w:val="32"/>
              </w:rPr>
              <w:t xml:space="preserve"> </w:t>
            </w:r>
            <w:proofErr w:type="spellStart"/>
            <w:r w:rsidRPr="0025334A">
              <w:rPr>
                <w:sz w:val="22"/>
                <w:szCs w:val="32"/>
              </w:rPr>
              <w:t>alimentelor</w:t>
            </w:r>
            <w:proofErr w:type="spellEnd"/>
            <w:r w:rsidRPr="0025334A">
              <w:rPr>
                <w:sz w:val="22"/>
                <w:szCs w:val="32"/>
              </w:rPr>
              <w:t xml:space="preserve"> </w:t>
            </w:r>
            <w:proofErr w:type="spellStart"/>
            <w:r w:rsidRPr="0025334A">
              <w:rPr>
                <w:sz w:val="22"/>
                <w:szCs w:val="32"/>
              </w:rPr>
              <w:t>aplicabil</w:t>
            </w:r>
            <w:proofErr w:type="spellEnd"/>
            <w:r w:rsidRPr="0025334A">
              <w:rPr>
                <w:sz w:val="22"/>
                <w:szCs w:val="32"/>
              </w:rPr>
              <w:t xml:space="preserve"> </w:t>
            </w:r>
            <w:proofErr w:type="spellStart"/>
            <w:r w:rsidRPr="0025334A">
              <w:rPr>
                <w:sz w:val="22"/>
                <w:szCs w:val="32"/>
              </w:rPr>
              <w:t>transportului</w:t>
            </w:r>
            <w:proofErr w:type="spellEnd"/>
            <w:r w:rsidRPr="0025334A">
              <w:rPr>
                <w:sz w:val="22"/>
                <w:szCs w:val="32"/>
              </w:rPr>
              <w:t xml:space="preserve"> </w:t>
            </w:r>
            <w:proofErr w:type="spellStart"/>
            <w:r w:rsidRPr="0025334A">
              <w:rPr>
                <w:sz w:val="22"/>
                <w:szCs w:val="32"/>
              </w:rPr>
              <w:t>exclusiv</w:t>
            </w:r>
            <w:proofErr w:type="spellEnd"/>
            <w:r w:rsidRPr="0025334A">
              <w:rPr>
                <w:sz w:val="22"/>
                <w:szCs w:val="32"/>
              </w:rPr>
              <w:t xml:space="preserve"> de </w:t>
            </w:r>
            <w:proofErr w:type="spellStart"/>
            <w:r w:rsidRPr="0025334A">
              <w:rPr>
                <w:sz w:val="22"/>
                <w:szCs w:val="32"/>
              </w:rPr>
              <w:t>produse</w:t>
            </w:r>
            <w:proofErr w:type="spellEnd"/>
            <w:r w:rsidRPr="0025334A">
              <w:rPr>
                <w:sz w:val="22"/>
                <w:szCs w:val="32"/>
              </w:rPr>
              <w:t xml:space="preserve"> </w:t>
            </w:r>
            <w:proofErr w:type="spellStart"/>
            <w:r w:rsidRPr="0025334A">
              <w:rPr>
                <w:sz w:val="22"/>
                <w:szCs w:val="32"/>
              </w:rPr>
              <w:t>nonanimale</w:t>
            </w:r>
            <w:proofErr w:type="spellEnd"/>
            <w:r w:rsidRPr="0025334A">
              <w:rPr>
                <w:sz w:val="22"/>
                <w:szCs w:val="32"/>
              </w:rPr>
              <w:t xml:space="preserve">, </w:t>
            </w:r>
            <w:proofErr w:type="spellStart"/>
            <w:r w:rsidRPr="0025334A">
              <w:rPr>
                <w:sz w:val="22"/>
                <w:szCs w:val="32"/>
              </w:rPr>
              <w:t>potrivit</w:t>
            </w:r>
            <w:proofErr w:type="spellEnd"/>
            <w:r w:rsidRPr="0025334A">
              <w:rPr>
                <w:sz w:val="22"/>
                <w:szCs w:val="32"/>
              </w:rPr>
              <w:t xml:space="preserve"> </w:t>
            </w:r>
            <w:proofErr w:type="spellStart"/>
            <w:r w:rsidRPr="0025334A">
              <w:rPr>
                <w:sz w:val="22"/>
                <w:szCs w:val="32"/>
              </w:rPr>
              <w:t>Ordinului</w:t>
            </w:r>
            <w:proofErr w:type="spellEnd"/>
            <w:r w:rsidRPr="0025334A">
              <w:rPr>
                <w:sz w:val="22"/>
                <w:szCs w:val="32"/>
              </w:rPr>
              <w:t xml:space="preserve"> nr. 111/2008, </w:t>
            </w:r>
            <w:proofErr w:type="spellStart"/>
            <w:r w:rsidRPr="0025334A">
              <w:rPr>
                <w:sz w:val="22"/>
                <w:szCs w:val="32"/>
              </w:rPr>
              <w:t>după</w:t>
            </w:r>
            <w:proofErr w:type="spellEnd"/>
            <w:r w:rsidRPr="0025334A">
              <w:rPr>
                <w:sz w:val="22"/>
                <w:szCs w:val="32"/>
              </w:rPr>
              <w:t xml:space="preserve"> </w:t>
            </w:r>
            <w:proofErr w:type="spellStart"/>
            <w:r w:rsidRPr="0025334A">
              <w:rPr>
                <w:sz w:val="22"/>
                <w:szCs w:val="32"/>
              </w:rPr>
              <w:t>caz</w:t>
            </w:r>
            <w:proofErr w:type="spellEnd"/>
            <w:r w:rsidRPr="0025334A">
              <w:rPr>
                <w:sz w:val="22"/>
                <w:szCs w:val="32"/>
              </w:rPr>
              <w:t>.</w:t>
            </w:r>
          </w:p>
        </w:tc>
      </w:tr>
    </w:tbl>
    <w:p w14:paraId="2FC4A61B" w14:textId="77777777" w:rsidR="000C4CB5" w:rsidRPr="0025334A" w:rsidRDefault="004E746A">
      <w:pPr>
        <w:spacing w:after="50" w:line="247" w:lineRule="auto"/>
      </w:pPr>
      <w:proofErr w:type="spellStart"/>
      <w:r w:rsidRPr="0025334A">
        <w:t>Documentele</w:t>
      </w:r>
      <w:proofErr w:type="spellEnd"/>
      <w:r w:rsidRPr="0025334A">
        <w:t xml:space="preserve"> care </w:t>
      </w:r>
      <w:proofErr w:type="spellStart"/>
      <w:r w:rsidRPr="0025334A">
        <w:t>expiră</w:t>
      </w:r>
      <w:proofErr w:type="spellEnd"/>
      <w:r w:rsidRPr="0025334A">
        <w:t xml:space="preserve"> pe </w:t>
      </w:r>
      <w:proofErr w:type="spellStart"/>
      <w:r w:rsidRPr="0025334A">
        <w:t>durata</w:t>
      </w:r>
      <w:proofErr w:type="spellEnd"/>
      <w:r w:rsidRPr="0025334A">
        <w:t xml:space="preserve"> </w:t>
      </w:r>
      <w:proofErr w:type="spellStart"/>
      <w:r w:rsidRPr="0025334A">
        <w:t>acordului-cadru</w:t>
      </w:r>
      <w:proofErr w:type="spellEnd"/>
      <w:r w:rsidRPr="0025334A">
        <w:t xml:space="preserve"> </w:t>
      </w:r>
      <w:proofErr w:type="spellStart"/>
      <w:r w:rsidRPr="0025334A">
        <w:t>sau</w:t>
      </w:r>
      <w:proofErr w:type="spellEnd"/>
      <w:r w:rsidRPr="0025334A">
        <w:t xml:space="preserve"> a </w:t>
      </w:r>
      <w:proofErr w:type="spellStart"/>
      <w:r w:rsidRPr="0025334A">
        <w:t>unui</w:t>
      </w:r>
      <w:proofErr w:type="spellEnd"/>
      <w:r w:rsidRPr="0025334A">
        <w:t xml:space="preserve"> contract </w:t>
      </w:r>
      <w:proofErr w:type="spellStart"/>
      <w:r w:rsidRPr="0025334A">
        <w:t>subsecvent</w:t>
      </w:r>
      <w:proofErr w:type="spellEnd"/>
      <w:r w:rsidRPr="0025334A">
        <w:t xml:space="preserve"> se </w:t>
      </w:r>
      <w:proofErr w:type="spellStart"/>
      <w:r w:rsidRPr="0025334A">
        <w:t>reînnoiesc</w:t>
      </w:r>
      <w:proofErr w:type="spellEnd"/>
      <w:r w:rsidRPr="0025334A">
        <w:t xml:space="preserve"> </w:t>
      </w:r>
      <w:proofErr w:type="spellStart"/>
      <w:r w:rsidRPr="0025334A">
        <w:t>înainte</w:t>
      </w:r>
      <w:proofErr w:type="spellEnd"/>
      <w:r w:rsidRPr="0025334A">
        <w:t xml:space="preserve"> de </w:t>
      </w:r>
      <w:proofErr w:type="spellStart"/>
      <w:r w:rsidRPr="0025334A">
        <w:t>expirare</w:t>
      </w:r>
      <w:proofErr w:type="spellEnd"/>
      <w:r w:rsidRPr="0025334A">
        <w:t xml:space="preserve">. </w:t>
      </w:r>
      <w:proofErr w:type="spellStart"/>
      <w:r w:rsidRPr="0025334A">
        <w:t>Prestatorul</w:t>
      </w:r>
      <w:proofErr w:type="spellEnd"/>
      <w:r w:rsidRPr="0025334A">
        <w:t xml:space="preserve"> </w:t>
      </w:r>
      <w:proofErr w:type="spellStart"/>
      <w:r w:rsidRPr="0025334A">
        <w:t>transmite</w:t>
      </w:r>
      <w:proofErr w:type="spellEnd"/>
      <w:r w:rsidRPr="0025334A">
        <w:t xml:space="preserve"> </w:t>
      </w:r>
      <w:proofErr w:type="spellStart"/>
      <w:r w:rsidRPr="0025334A">
        <w:t>Autorității</w:t>
      </w:r>
      <w:proofErr w:type="spellEnd"/>
      <w:r w:rsidRPr="0025334A">
        <w:t xml:space="preserve"> </w:t>
      </w:r>
      <w:proofErr w:type="spellStart"/>
      <w:r w:rsidRPr="0025334A">
        <w:t>Contractante</w:t>
      </w:r>
      <w:proofErr w:type="spellEnd"/>
      <w:r w:rsidRPr="0025334A">
        <w:t xml:space="preserve"> </w:t>
      </w:r>
      <w:proofErr w:type="spellStart"/>
      <w:r w:rsidRPr="0025334A">
        <w:t>documentul</w:t>
      </w:r>
      <w:proofErr w:type="spellEnd"/>
      <w:r w:rsidRPr="0025334A">
        <w:t xml:space="preserve"> </w:t>
      </w:r>
      <w:proofErr w:type="spellStart"/>
      <w:r w:rsidRPr="0025334A">
        <w:t>reînnoit</w:t>
      </w:r>
      <w:proofErr w:type="spellEnd"/>
      <w:r w:rsidRPr="0025334A">
        <w:t xml:space="preserve"> </w:t>
      </w:r>
      <w:proofErr w:type="spellStart"/>
      <w:r w:rsidRPr="0025334A">
        <w:t>fără</w:t>
      </w:r>
      <w:proofErr w:type="spellEnd"/>
      <w:r w:rsidRPr="0025334A">
        <w:t xml:space="preserve"> </w:t>
      </w:r>
      <w:proofErr w:type="spellStart"/>
      <w:r w:rsidRPr="0025334A">
        <w:t>întreruperea</w:t>
      </w:r>
      <w:proofErr w:type="spellEnd"/>
      <w:r w:rsidRPr="0025334A">
        <w:t xml:space="preserve"> </w:t>
      </w:r>
      <w:proofErr w:type="spellStart"/>
      <w:r w:rsidRPr="0025334A">
        <w:t>continuității</w:t>
      </w:r>
      <w:proofErr w:type="spellEnd"/>
      <w:r w:rsidRPr="0025334A">
        <w:t xml:space="preserve"> </w:t>
      </w:r>
      <w:proofErr w:type="spellStart"/>
      <w:r w:rsidRPr="0025334A">
        <w:t>legale</w:t>
      </w:r>
      <w:proofErr w:type="spellEnd"/>
      <w:r w:rsidRPr="0025334A">
        <w:t xml:space="preserve"> a </w:t>
      </w:r>
      <w:proofErr w:type="spellStart"/>
      <w:r w:rsidRPr="0025334A">
        <w:t>activității</w:t>
      </w:r>
      <w:proofErr w:type="spellEnd"/>
      <w:r w:rsidRPr="0025334A">
        <w:t xml:space="preserve">. </w:t>
      </w:r>
      <w:proofErr w:type="spellStart"/>
      <w:r w:rsidRPr="0025334A">
        <w:t>Lipsa</w:t>
      </w:r>
      <w:proofErr w:type="spellEnd"/>
      <w:r w:rsidRPr="0025334A">
        <w:t xml:space="preserve"> </w:t>
      </w:r>
      <w:proofErr w:type="spellStart"/>
      <w:r w:rsidRPr="0025334A">
        <w:t>unui</w:t>
      </w:r>
      <w:proofErr w:type="spellEnd"/>
      <w:r w:rsidRPr="0025334A">
        <w:t xml:space="preserve"> document </w:t>
      </w:r>
      <w:proofErr w:type="spellStart"/>
      <w:r w:rsidRPr="0025334A">
        <w:t>obligatoriu</w:t>
      </w:r>
      <w:proofErr w:type="spellEnd"/>
      <w:r w:rsidRPr="0025334A">
        <w:t xml:space="preserve"> </w:t>
      </w:r>
      <w:proofErr w:type="spellStart"/>
      <w:r w:rsidRPr="0025334A">
        <w:t>pentru</w:t>
      </w:r>
      <w:proofErr w:type="spellEnd"/>
      <w:r w:rsidRPr="0025334A">
        <w:t xml:space="preserve"> </w:t>
      </w:r>
      <w:proofErr w:type="spellStart"/>
      <w:r w:rsidRPr="0025334A">
        <w:t>activitatea</w:t>
      </w:r>
      <w:proofErr w:type="spellEnd"/>
      <w:r w:rsidRPr="0025334A">
        <w:t xml:space="preserve"> </w:t>
      </w:r>
      <w:proofErr w:type="spellStart"/>
      <w:r w:rsidRPr="0025334A">
        <w:t>efectiv</w:t>
      </w:r>
      <w:proofErr w:type="spellEnd"/>
      <w:r w:rsidRPr="0025334A">
        <w:t xml:space="preserve"> </w:t>
      </w:r>
      <w:proofErr w:type="spellStart"/>
      <w:r w:rsidRPr="0025334A">
        <w:t>prestată</w:t>
      </w:r>
      <w:proofErr w:type="spellEnd"/>
      <w:r w:rsidRPr="0025334A">
        <w:t xml:space="preserve"> </w:t>
      </w:r>
      <w:proofErr w:type="spellStart"/>
      <w:r w:rsidRPr="0025334A">
        <w:t>interzice</w:t>
      </w:r>
      <w:proofErr w:type="spellEnd"/>
      <w:r w:rsidRPr="0025334A">
        <w:t xml:space="preserve"> </w:t>
      </w:r>
      <w:proofErr w:type="spellStart"/>
      <w:r w:rsidRPr="0025334A">
        <w:t>utilizarea</w:t>
      </w:r>
      <w:proofErr w:type="spellEnd"/>
      <w:r w:rsidRPr="0025334A">
        <w:t xml:space="preserve"> </w:t>
      </w:r>
      <w:proofErr w:type="spellStart"/>
      <w:r w:rsidRPr="0025334A">
        <w:t>unității</w:t>
      </w:r>
      <w:proofErr w:type="spellEnd"/>
      <w:r w:rsidRPr="0025334A">
        <w:t xml:space="preserve">, </w:t>
      </w:r>
      <w:proofErr w:type="spellStart"/>
      <w:r w:rsidRPr="0025334A">
        <w:t>vehiculului</w:t>
      </w:r>
      <w:proofErr w:type="spellEnd"/>
      <w:r w:rsidRPr="0025334A">
        <w:t xml:space="preserve"> </w:t>
      </w:r>
      <w:proofErr w:type="spellStart"/>
      <w:r w:rsidRPr="0025334A">
        <w:t>ori</w:t>
      </w:r>
      <w:proofErr w:type="spellEnd"/>
      <w:r w:rsidRPr="0025334A">
        <w:t xml:space="preserve"> </w:t>
      </w:r>
      <w:proofErr w:type="spellStart"/>
      <w:r w:rsidRPr="0025334A">
        <w:t>personalului</w:t>
      </w:r>
      <w:proofErr w:type="spellEnd"/>
      <w:r w:rsidRPr="0025334A">
        <w:t xml:space="preserve"> </w:t>
      </w:r>
      <w:proofErr w:type="spellStart"/>
      <w:r w:rsidRPr="0025334A">
        <w:t>respectiv</w:t>
      </w:r>
      <w:proofErr w:type="spellEnd"/>
      <w:r w:rsidRPr="0025334A">
        <w:t xml:space="preserve"> </w:t>
      </w:r>
      <w:proofErr w:type="spellStart"/>
      <w:r w:rsidRPr="0025334A">
        <w:t>până</w:t>
      </w:r>
      <w:proofErr w:type="spellEnd"/>
      <w:r w:rsidRPr="0025334A">
        <w:t xml:space="preserve"> la </w:t>
      </w:r>
      <w:proofErr w:type="spellStart"/>
      <w:r w:rsidRPr="0025334A">
        <w:t>restabilirea</w:t>
      </w:r>
      <w:proofErr w:type="spellEnd"/>
      <w:r w:rsidRPr="0025334A">
        <w:t xml:space="preserve"> </w:t>
      </w:r>
      <w:proofErr w:type="spellStart"/>
      <w:r w:rsidRPr="0025334A">
        <w:t>conformității</w:t>
      </w:r>
      <w:proofErr w:type="spellEnd"/>
      <w:r w:rsidRPr="0025334A">
        <w:t>.</w:t>
      </w:r>
    </w:p>
    <w:p w14:paraId="262536F2" w14:textId="77777777" w:rsidR="000C4CB5" w:rsidRPr="0025334A" w:rsidRDefault="004E746A" w:rsidP="0025334A">
      <w:pPr>
        <w:pStyle w:val="Heading2"/>
        <w:rPr>
          <w:color w:val="auto"/>
        </w:rPr>
      </w:pPr>
      <w:bookmarkStart w:id="41" w:name="_Toc242951482"/>
      <w:r w:rsidRPr="0025334A">
        <w:rPr>
          <w:color w:val="auto"/>
        </w:rPr>
        <w:t xml:space="preserve">3.15. </w:t>
      </w:r>
      <w:proofErr w:type="spellStart"/>
      <w:r w:rsidRPr="0025334A">
        <w:rPr>
          <w:color w:val="auto"/>
        </w:rPr>
        <w:t>Continuitatea</w:t>
      </w:r>
      <w:proofErr w:type="spellEnd"/>
      <w:r w:rsidRPr="0025334A">
        <w:rPr>
          <w:color w:val="auto"/>
        </w:rPr>
        <w:t xml:space="preserve"> </w:t>
      </w:r>
      <w:proofErr w:type="spellStart"/>
      <w:r w:rsidRPr="0025334A">
        <w:rPr>
          <w:color w:val="auto"/>
        </w:rPr>
        <w:t>serviciului</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situațiile</w:t>
      </w:r>
      <w:proofErr w:type="spellEnd"/>
      <w:r w:rsidRPr="0025334A">
        <w:rPr>
          <w:color w:val="auto"/>
        </w:rPr>
        <w:t xml:space="preserve"> de </w:t>
      </w:r>
      <w:proofErr w:type="spellStart"/>
      <w:r w:rsidRPr="0025334A">
        <w:rPr>
          <w:color w:val="auto"/>
        </w:rPr>
        <w:t>urgență</w:t>
      </w:r>
      <w:bookmarkEnd w:id="41"/>
      <w:proofErr w:type="spellEnd"/>
    </w:p>
    <w:p w14:paraId="1E57B8D0" w14:textId="77777777" w:rsidR="00BE5687" w:rsidRDefault="00BE5687" w:rsidP="00BE5687">
      <w:pPr>
        <w:spacing w:after="50" w:line="246" w:lineRule="auto"/>
      </w:pPr>
      <w:proofErr w:type="spellStart"/>
      <w:r>
        <w:t>Având</w:t>
      </w:r>
      <w:proofErr w:type="spellEnd"/>
      <w:r>
        <w:t xml:space="preserve"> </w:t>
      </w:r>
      <w:proofErr w:type="spellStart"/>
      <w:r>
        <w:t>în</w:t>
      </w:r>
      <w:proofErr w:type="spellEnd"/>
      <w:r>
        <w:t xml:space="preserve"> </w:t>
      </w:r>
      <w:proofErr w:type="spellStart"/>
      <w:r>
        <w:t>vedere</w:t>
      </w:r>
      <w:proofErr w:type="spellEnd"/>
      <w:r>
        <w:t xml:space="preserve"> </w:t>
      </w:r>
      <w:proofErr w:type="spellStart"/>
      <w:r>
        <w:t>caracterul</w:t>
      </w:r>
      <w:proofErr w:type="spellEnd"/>
      <w:r>
        <w:t xml:space="preserve"> </w:t>
      </w:r>
      <w:proofErr w:type="spellStart"/>
      <w:r>
        <w:t>esențial</w:t>
      </w:r>
      <w:proofErr w:type="spellEnd"/>
      <w:r>
        <w:t xml:space="preserve"> al </w:t>
      </w:r>
      <w:proofErr w:type="spellStart"/>
      <w:r>
        <w:t>hranei</w:t>
      </w:r>
      <w:proofErr w:type="spellEnd"/>
      <w:r>
        <w:t xml:space="preserve"> </w:t>
      </w:r>
      <w:proofErr w:type="spellStart"/>
      <w:r>
        <w:t>pentru</w:t>
      </w:r>
      <w:proofErr w:type="spellEnd"/>
      <w:r>
        <w:t xml:space="preserve"> </w:t>
      </w:r>
      <w:proofErr w:type="spellStart"/>
      <w:r>
        <w:t>beneficiarii</w:t>
      </w:r>
      <w:proofErr w:type="spellEnd"/>
      <w:r>
        <w:t xml:space="preserve"> </w:t>
      </w:r>
      <w:proofErr w:type="spellStart"/>
      <w:r>
        <w:t>rezidențiali</w:t>
      </w:r>
      <w:proofErr w:type="spellEnd"/>
      <w:r>
        <w:t xml:space="preserve">, </w:t>
      </w:r>
      <w:proofErr w:type="spellStart"/>
      <w:r>
        <w:t>prestatorul</w:t>
      </w:r>
      <w:proofErr w:type="spellEnd"/>
      <w:r>
        <w:t xml:space="preserve"> </w:t>
      </w:r>
      <w:proofErr w:type="spellStart"/>
      <w:r>
        <w:t>asigura</w:t>
      </w:r>
      <w:proofErr w:type="spellEnd"/>
      <w:r>
        <w:t xml:space="preserve"> pe </w:t>
      </w:r>
      <w:proofErr w:type="spellStart"/>
      <w:r>
        <w:t>întreaga</w:t>
      </w:r>
      <w:proofErr w:type="spellEnd"/>
      <w:r>
        <w:t xml:space="preserve"> </w:t>
      </w:r>
      <w:proofErr w:type="spellStart"/>
      <w:r>
        <w:t>durată</w:t>
      </w:r>
      <w:proofErr w:type="spellEnd"/>
      <w:r>
        <w:t xml:space="preserve"> a </w:t>
      </w:r>
      <w:proofErr w:type="spellStart"/>
      <w:r>
        <w:t>executării</w:t>
      </w:r>
      <w:proofErr w:type="spellEnd"/>
      <w:r>
        <w:t xml:space="preserve"> </w:t>
      </w:r>
      <w:proofErr w:type="spellStart"/>
      <w:r>
        <w:t>continuitatea</w:t>
      </w:r>
      <w:proofErr w:type="spellEnd"/>
      <w:r>
        <w:t xml:space="preserve"> </w:t>
      </w:r>
      <w:proofErr w:type="spellStart"/>
      <w:r>
        <w:t>serviciilor</w:t>
      </w:r>
      <w:proofErr w:type="spellEnd"/>
      <w:r>
        <w:t xml:space="preserve"> de catering.</w:t>
      </w:r>
    </w:p>
    <w:p w14:paraId="2659C3EE" w14:textId="77777777" w:rsidR="00BE5687" w:rsidRDefault="00BE5687" w:rsidP="00BE5687">
      <w:pPr>
        <w:spacing w:after="50" w:line="246" w:lineRule="auto"/>
      </w:pPr>
      <w:r>
        <w:t xml:space="preserve">Orice </w:t>
      </w:r>
      <w:proofErr w:type="spellStart"/>
      <w:r>
        <w:t>risc</w:t>
      </w:r>
      <w:proofErr w:type="spellEnd"/>
      <w:r>
        <w:t xml:space="preserve"> care </w:t>
      </w:r>
      <w:proofErr w:type="spellStart"/>
      <w:r>
        <w:t>poate</w:t>
      </w:r>
      <w:proofErr w:type="spellEnd"/>
      <w:r>
        <w:t xml:space="preserve"> </w:t>
      </w:r>
      <w:proofErr w:type="spellStart"/>
      <w:r>
        <w:t>afecta</w:t>
      </w:r>
      <w:proofErr w:type="spellEnd"/>
      <w:r>
        <w:t xml:space="preserve"> </w:t>
      </w:r>
      <w:proofErr w:type="spellStart"/>
      <w:r>
        <w:t>următoarea</w:t>
      </w:r>
      <w:proofErr w:type="spellEnd"/>
      <w:r>
        <w:t xml:space="preserve"> </w:t>
      </w:r>
      <w:proofErr w:type="spellStart"/>
      <w:r>
        <w:t>masă</w:t>
      </w:r>
      <w:proofErr w:type="spellEnd"/>
      <w:r>
        <w:t xml:space="preserve"> se </w:t>
      </w:r>
      <w:proofErr w:type="spellStart"/>
      <w:r>
        <w:t>comunică</w:t>
      </w:r>
      <w:proofErr w:type="spellEnd"/>
      <w:r>
        <w:t xml:space="preserve"> </w:t>
      </w:r>
      <w:proofErr w:type="spellStart"/>
      <w:r>
        <w:t>imediat</w:t>
      </w:r>
      <w:proofErr w:type="spellEnd"/>
      <w:r>
        <w:t xml:space="preserve"> </w:t>
      </w:r>
      <w:proofErr w:type="spellStart"/>
      <w:r>
        <w:t>autorității</w:t>
      </w:r>
      <w:proofErr w:type="spellEnd"/>
      <w:r>
        <w:t xml:space="preserve"> </w:t>
      </w:r>
      <w:proofErr w:type="spellStart"/>
      <w:r>
        <w:t>contractante</w:t>
      </w:r>
      <w:proofErr w:type="spellEnd"/>
      <w:r>
        <w:t xml:space="preserve"> </w:t>
      </w:r>
      <w:proofErr w:type="spellStart"/>
      <w:r>
        <w:t>și</w:t>
      </w:r>
      <w:proofErr w:type="spellEnd"/>
      <w:r>
        <w:t xml:space="preserve"> </w:t>
      </w:r>
      <w:proofErr w:type="spellStart"/>
      <w:r>
        <w:t>centrului</w:t>
      </w:r>
      <w:proofErr w:type="spellEnd"/>
      <w:r>
        <w:t xml:space="preserve"> </w:t>
      </w:r>
      <w:proofErr w:type="spellStart"/>
      <w:r>
        <w:t>afectat</w:t>
      </w:r>
      <w:proofErr w:type="spellEnd"/>
      <w:r>
        <w:t xml:space="preserve">, </w:t>
      </w:r>
      <w:proofErr w:type="spellStart"/>
      <w:r>
        <w:t>iar</w:t>
      </w:r>
      <w:proofErr w:type="spellEnd"/>
      <w:r>
        <w:t xml:space="preserve"> </w:t>
      </w:r>
      <w:proofErr w:type="spellStart"/>
      <w:r>
        <w:t>soluția</w:t>
      </w:r>
      <w:proofErr w:type="spellEnd"/>
      <w:r>
        <w:t xml:space="preserve"> de </w:t>
      </w:r>
      <w:proofErr w:type="spellStart"/>
      <w:r>
        <w:t>rezervă</w:t>
      </w:r>
      <w:proofErr w:type="spellEnd"/>
      <w:r>
        <w:t xml:space="preserve"> se </w:t>
      </w:r>
      <w:proofErr w:type="spellStart"/>
      <w:r>
        <w:t>activează</w:t>
      </w:r>
      <w:proofErr w:type="spellEnd"/>
      <w:r>
        <w:t xml:space="preserve"> </w:t>
      </w:r>
      <w:proofErr w:type="spellStart"/>
      <w:r>
        <w:t>înainte</w:t>
      </w:r>
      <w:proofErr w:type="spellEnd"/>
      <w:r>
        <w:t xml:space="preserve"> de </w:t>
      </w:r>
      <w:proofErr w:type="spellStart"/>
      <w:r>
        <w:t>expirarea</w:t>
      </w:r>
      <w:proofErr w:type="spellEnd"/>
      <w:r>
        <w:t xml:space="preserve"> </w:t>
      </w:r>
      <w:proofErr w:type="spellStart"/>
      <w:r>
        <w:t>orelor</w:t>
      </w:r>
      <w:proofErr w:type="spellEnd"/>
      <w:r>
        <w:t xml:space="preserve"> de </w:t>
      </w:r>
      <w:proofErr w:type="spellStart"/>
      <w:r>
        <w:t>livrare</w:t>
      </w:r>
      <w:proofErr w:type="spellEnd"/>
      <w:r>
        <w:t xml:space="preserve">. </w:t>
      </w:r>
    </w:p>
    <w:p w14:paraId="70270864" w14:textId="77777777" w:rsidR="000C4CB5" w:rsidRPr="0025334A" w:rsidRDefault="004E746A" w:rsidP="0025334A">
      <w:pPr>
        <w:pStyle w:val="Heading2"/>
        <w:rPr>
          <w:color w:val="auto"/>
        </w:rPr>
      </w:pPr>
      <w:bookmarkStart w:id="42" w:name="_Toc242951483"/>
      <w:r w:rsidRPr="0025334A">
        <w:rPr>
          <w:color w:val="auto"/>
        </w:rPr>
        <w:t xml:space="preserve">3.16. </w:t>
      </w:r>
      <w:proofErr w:type="spellStart"/>
      <w:r w:rsidRPr="0025334A">
        <w:rPr>
          <w:color w:val="auto"/>
        </w:rPr>
        <w:t>Protecția</w:t>
      </w:r>
      <w:proofErr w:type="spellEnd"/>
      <w:r w:rsidRPr="0025334A">
        <w:rPr>
          <w:color w:val="auto"/>
        </w:rPr>
        <w:t xml:space="preserve"> </w:t>
      </w:r>
      <w:proofErr w:type="spellStart"/>
      <w:r w:rsidRPr="0025334A">
        <w:rPr>
          <w:color w:val="auto"/>
        </w:rPr>
        <w:t>mediului</w:t>
      </w:r>
      <w:proofErr w:type="spellEnd"/>
      <w:r w:rsidRPr="0025334A">
        <w:rPr>
          <w:color w:val="auto"/>
        </w:rPr>
        <w:t xml:space="preserve">, </w:t>
      </w:r>
      <w:proofErr w:type="spellStart"/>
      <w:r w:rsidRPr="0025334A">
        <w:rPr>
          <w:color w:val="auto"/>
        </w:rPr>
        <w:t>gestionarea</w:t>
      </w:r>
      <w:proofErr w:type="spellEnd"/>
      <w:r w:rsidRPr="0025334A">
        <w:rPr>
          <w:color w:val="auto"/>
        </w:rPr>
        <w:t xml:space="preserve"> </w:t>
      </w:r>
      <w:proofErr w:type="spellStart"/>
      <w:r w:rsidRPr="0025334A">
        <w:rPr>
          <w:color w:val="auto"/>
        </w:rPr>
        <w:t>deșeurilor</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prevenirea</w:t>
      </w:r>
      <w:proofErr w:type="spellEnd"/>
      <w:r w:rsidRPr="0025334A">
        <w:rPr>
          <w:color w:val="auto"/>
        </w:rPr>
        <w:t xml:space="preserve"> </w:t>
      </w:r>
      <w:proofErr w:type="spellStart"/>
      <w:r w:rsidRPr="0025334A">
        <w:rPr>
          <w:color w:val="auto"/>
        </w:rPr>
        <w:t>risipei</w:t>
      </w:r>
      <w:proofErr w:type="spellEnd"/>
      <w:r w:rsidRPr="0025334A">
        <w:rPr>
          <w:color w:val="auto"/>
        </w:rPr>
        <w:t xml:space="preserve"> </w:t>
      </w:r>
      <w:proofErr w:type="spellStart"/>
      <w:r w:rsidRPr="0025334A">
        <w:rPr>
          <w:color w:val="auto"/>
        </w:rPr>
        <w:t>alimentare</w:t>
      </w:r>
      <w:bookmarkEnd w:id="42"/>
      <w:proofErr w:type="spellEnd"/>
    </w:p>
    <w:p w14:paraId="2479E129" w14:textId="77777777" w:rsidR="000C4CB5" w:rsidRPr="0025334A" w:rsidRDefault="004E746A">
      <w:pPr>
        <w:spacing w:after="50" w:line="247" w:lineRule="auto"/>
      </w:pPr>
      <w:proofErr w:type="spellStart"/>
      <w:r w:rsidRPr="0025334A">
        <w:t>Prestatorul</w:t>
      </w:r>
      <w:proofErr w:type="spellEnd"/>
      <w:r w:rsidRPr="0025334A">
        <w:t xml:space="preserve"> </w:t>
      </w:r>
      <w:proofErr w:type="spellStart"/>
      <w:r w:rsidRPr="0025334A">
        <w:t>organizează</w:t>
      </w:r>
      <w:proofErr w:type="spellEnd"/>
      <w:r w:rsidRPr="0025334A">
        <w:t xml:space="preserve"> </w:t>
      </w:r>
      <w:proofErr w:type="spellStart"/>
      <w:r w:rsidRPr="0025334A">
        <w:t>activitatea</w:t>
      </w:r>
      <w:proofErr w:type="spellEnd"/>
      <w:r w:rsidRPr="0025334A">
        <w:t xml:space="preserve"> </w:t>
      </w:r>
      <w:proofErr w:type="spellStart"/>
      <w:r w:rsidRPr="0025334A">
        <w:t>astfel</w:t>
      </w:r>
      <w:proofErr w:type="spellEnd"/>
      <w:r w:rsidRPr="0025334A">
        <w:t xml:space="preserve"> </w:t>
      </w:r>
      <w:proofErr w:type="spellStart"/>
      <w:r w:rsidRPr="0025334A">
        <w:t>încât</w:t>
      </w:r>
      <w:proofErr w:type="spellEnd"/>
      <w:r w:rsidRPr="0025334A">
        <w:t xml:space="preserve"> </w:t>
      </w:r>
      <w:proofErr w:type="spellStart"/>
      <w:r w:rsidRPr="0025334A">
        <w:t>să</w:t>
      </w:r>
      <w:proofErr w:type="spellEnd"/>
      <w:r w:rsidRPr="0025334A">
        <w:t xml:space="preserve"> </w:t>
      </w:r>
      <w:proofErr w:type="spellStart"/>
      <w:r w:rsidRPr="0025334A">
        <w:t>reducă</w:t>
      </w:r>
      <w:proofErr w:type="spellEnd"/>
      <w:r w:rsidRPr="0025334A">
        <w:t xml:space="preserve"> </w:t>
      </w:r>
      <w:proofErr w:type="spellStart"/>
      <w:r w:rsidRPr="0025334A">
        <w:t>impactul</w:t>
      </w:r>
      <w:proofErr w:type="spellEnd"/>
      <w:r w:rsidRPr="0025334A">
        <w:t xml:space="preserve"> </w:t>
      </w:r>
      <w:proofErr w:type="spellStart"/>
      <w:r w:rsidRPr="0025334A">
        <w:t>asupra</w:t>
      </w:r>
      <w:proofErr w:type="spellEnd"/>
      <w:r w:rsidRPr="0025334A">
        <w:t xml:space="preserve"> </w:t>
      </w:r>
      <w:proofErr w:type="spellStart"/>
      <w:r w:rsidRPr="0025334A">
        <w:t>mediului</w:t>
      </w:r>
      <w:proofErr w:type="spellEnd"/>
      <w:r w:rsidRPr="0025334A">
        <w:t xml:space="preserve"> </w:t>
      </w:r>
      <w:proofErr w:type="spellStart"/>
      <w:r w:rsidRPr="0025334A">
        <w:t>fără</w:t>
      </w:r>
      <w:proofErr w:type="spellEnd"/>
      <w:r w:rsidRPr="0025334A">
        <w:t xml:space="preserve"> </w:t>
      </w:r>
      <w:proofErr w:type="spellStart"/>
      <w:r w:rsidRPr="0025334A">
        <w:t>diminuarea</w:t>
      </w:r>
      <w:proofErr w:type="spellEnd"/>
      <w:r w:rsidRPr="0025334A">
        <w:t xml:space="preserve"> </w:t>
      </w:r>
      <w:proofErr w:type="spellStart"/>
      <w:r w:rsidRPr="0025334A">
        <w:t>cerințelor</w:t>
      </w:r>
      <w:proofErr w:type="spellEnd"/>
      <w:r w:rsidRPr="0025334A">
        <w:t xml:space="preserve"> </w:t>
      </w:r>
      <w:proofErr w:type="spellStart"/>
      <w:r w:rsidRPr="0025334A">
        <w:t>sanitare</w:t>
      </w:r>
      <w:proofErr w:type="spellEnd"/>
      <w:r w:rsidRPr="0025334A">
        <w:t xml:space="preserve">. Se </w:t>
      </w:r>
      <w:proofErr w:type="spellStart"/>
      <w:r w:rsidRPr="0025334A">
        <w:t>urmăresc</w:t>
      </w:r>
      <w:proofErr w:type="spellEnd"/>
      <w:r w:rsidRPr="0025334A">
        <w:t xml:space="preserve"> </w:t>
      </w:r>
      <w:proofErr w:type="spellStart"/>
      <w:r w:rsidRPr="0025334A">
        <w:t>planificarea</w:t>
      </w:r>
      <w:proofErr w:type="spellEnd"/>
      <w:r w:rsidRPr="0025334A">
        <w:t xml:space="preserve"> </w:t>
      </w:r>
      <w:proofErr w:type="spellStart"/>
      <w:r w:rsidRPr="0025334A">
        <w:t>eficientă</w:t>
      </w:r>
      <w:proofErr w:type="spellEnd"/>
      <w:r w:rsidRPr="0025334A">
        <w:t xml:space="preserve"> a </w:t>
      </w:r>
      <w:proofErr w:type="spellStart"/>
      <w:r w:rsidRPr="0025334A">
        <w:t>rutelor</w:t>
      </w:r>
      <w:proofErr w:type="spellEnd"/>
      <w:r w:rsidRPr="0025334A">
        <w:t xml:space="preserve">, </w:t>
      </w:r>
      <w:proofErr w:type="spellStart"/>
      <w:r w:rsidRPr="0025334A">
        <w:t>utilizarea</w:t>
      </w:r>
      <w:proofErr w:type="spellEnd"/>
      <w:r w:rsidRPr="0025334A">
        <w:t xml:space="preserve"> </w:t>
      </w:r>
      <w:proofErr w:type="spellStart"/>
      <w:r w:rsidRPr="0025334A">
        <w:t>rațională</w:t>
      </w:r>
      <w:proofErr w:type="spellEnd"/>
      <w:r w:rsidRPr="0025334A">
        <w:t xml:space="preserve"> a </w:t>
      </w:r>
      <w:proofErr w:type="spellStart"/>
      <w:r w:rsidRPr="0025334A">
        <w:t>ambalajelor</w:t>
      </w:r>
      <w:proofErr w:type="spellEnd"/>
      <w:r w:rsidRPr="0025334A">
        <w:t xml:space="preserve">, </w:t>
      </w:r>
      <w:proofErr w:type="spellStart"/>
      <w:r w:rsidRPr="0025334A">
        <w:t>evitarea</w:t>
      </w:r>
      <w:proofErr w:type="spellEnd"/>
      <w:r w:rsidRPr="0025334A">
        <w:t xml:space="preserve"> </w:t>
      </w:r>
      <w:proofErr w:type="spellStart"/>
      <w:r w:rsidRPr="0025334A">
        <w:t>ambalării</w:t>
      </w:r>
      <w:proofErr w:type="spellEnd"/>
      <w:r w:rsidRPr="0025334A">
        <w:t xml:space="preserve"> </w:t>
      </w:r>
      <w:proofErr w:type="spellStart"/>
      <w:r w:rsidRPr="0025334A">
        <w:t>excesive</w:t>
      </w:r>
      <w:proofErr w:type="spellEnd"/>
      <w:r w:rsidRPr="0025334A">
        <w:t xml:space="preserve">, </w:t>
      </w:r>
      <w:proofErr w:type="spellStart"/>
      <w:r w:rsidRPr="0025334A">
        <w:t>colectarea</w:t>
      </w:r>
      <w:proofErr w:type="spellEnd"/>
      <w:r w:rsidRPr="0025334A">
        <w:t xml:space="preserve"> </w:t>
      </w:r>
      <w:proofErr w:type="spellStart"/>
      <w:r w:rsidRPr="0025334A">
        <w:t>separată</w:t>
      </w:r>
      <w:proofErr w:type="spellEnd"/>
      <w:r w:rsidRPr="0025334A">
        <w:t xml:space="preserve"> a </w:t>
      </w:r>
      <w:proofErr w:type="spellStart"/>
      <w:r w:rsidRPr="0025334A">
        <w:t>deșeurilor</w:t>
      </w:r>
      <w:proofErr w:type="spellEnd"/>
      <w:r w:rsidRPr="0025334A">
        <w:t xml:space="preserve"> </w:t>
      </w:r>
      <w:proofErr w:type="spellStart"/>
      <w:r w:rsidRPr="0025334A">
        <w:t>și</w:t>
      </w:r>
      <w:proofErr w:type="spellEnd"/>
      <w:r w:rsidRPr="0025334A">
        <w:t xml:space="preserve"> </w:t>
      </w:r>
      <w:proofErr w:type="spellStart"/>
      <w:r w:rsidRPr="0025334A">
        <w:t>respectarea</w:t>
      </w:r>
      <w:proofErr w:type="spellEnd"/>
      <w:r w:rsidRPr="0025334A">
        <w:t xml:space="preserve"> </w:t>
      </w:r>
      <w:proofErr w:type="spellStart"/>
      <w:r w:rsidRPr="0025334A">
        <w:t>obligațiilor</w:t>
      </w:r>
      <w:proofErr w:type="spellEnd"/>
      <w:r w:rsidRPr="0025334A">
        <w:t xml:space="preserve"> </w:t>
      </w:r>
      <w:proofErr w:type="spellStart"/>
      <w:r w:rsidRPr="0025334A">
        <w:t>legale</w:t>
      </w:r>
      <w:proofErr w:type="spellEnd"/>
      <w:r w:rsidRPr="0025334A">
        <w:t xml:space="preserve"> </w:t>
      </w:r>
      <w:proofErr w:type="spellStart"/>
      <w:r w:rsidRPr="0025334A">
        <w:t>privind</w:t>
      </w:r>
      <w:proofErr w:type="spellEnd"/>
      <w:r w:rsidRPr="0025334A">
        <w:t xml:space="preserve"> </w:t>
      </w:r>
      <w:proofErr w:type="spellStart"/>
      <w:r w:rsidRPr="0025334A">
        <w:t>deșeurile</w:t>
      </w:r>
      <w:proofErr w:type="spellEnd"/>
      <w:r w:rsidRPr="0025334A">
        <w:t xml:space="preserve">, </w:t>
      </w:r>
      <w:proofErr w:type="spellStart"/>
      <w:r w:rsidRPr="0025334A">
        <w:t>uleiurile</w:t>
      </w:r>
      <w:proofErr w:type="spellEnd"/>
      <w:r w:rsidRPr="0025334A">
        <w:t xml:space="preserve"> </w:t>
      </w:r>
      <w:proofErr w:type="spellStart"/>
      <w:r w:rsidRPr="0025334A">
        <w:t>alimentare</w:t>
      </w:r>
      <w:proofErr w:type="spellEnd"/>
      <w:r w:rsidRPr="0025334A">
        <w:t xml:space="preserve"> </w:t>
      </w:r>
      <w:proofErr w:type="spellStart"/>
      <w:r w:rsidRPr="0025334A">
        <w:t>uzate</w:t>
      </w:r>
      <w:proofErr w:type="spellEnd"/>
      <w:r w:rsidRPr="0025334A">
        <w:t xml:space="preserve"> </w:t>
      </w:r>
      <w:proofErr w:type="spellStart"/>
      <w:r w:rsidRPr="0025334A">
        <w:t>și</w:t>
      </w:r>
      <w:proofErr w:type="spellEnd"/>
      <w:r w:rsidRPr="0025334A">
        <w:t xml:space="preserve"> </w:t>
      </w:r>
      <w:proofErr w:type="spellStart"/>
      <w:r w:rsidRPr="0025334A">
        <w:t>alte</w:t>
      </w:r>
      <w:proofErr w:type="spellEnd"/>
      <w:r w:rsidRPr="0025334A">
        <w:t xml:space="preserve"> </w:t>
      </w:r>
      <w:proofErr w:type="spellStart"/>
      <w:r w:rsidRPr="0025334A">
        <w:t>fluxuri</w:t>
      </w:r>
      <w:proofErr w:type="spellEnd"/>
      <w:r w:rsidRPr="0025334A">
        <w:t xml:space="preserve"> </w:t>
      </w:r>
      <w:proofErr w:type="spellStart"/>
      <w:r w:rsidRPr="0025334A">
        <w:t>rezultate</w:t>
      </w:r>
      <w:proofErr w:type="spellEnd"/>
      <w:r w:rsidRPr="0025334A">
        <w:t xml:space="preserve"> din </w:t>
      </w:r>
      <w:proofErr w:type="spellStart"/>
      <w:r w:rsidRPr="0025334A">
        <w:t>activitate</w:t>
      </w:r>
      <w:proofErr w:type="spellEnd"/>
      <w:r w:rsidRPr="0025334A">
        <w:t>.</w:t>
      </w:r>
    </w:p>
    <w:p w14:paraId="72BFAD0B" w14:textId="77777777" w:rsidR="000C4CB5" w:rsidRPr="0025334A" w:rsidRDefault="004E746A">
      <w:pPr>
        <w:spacing w:after="50" w:line="247" w:lineRule="auto"/>
      </w:pPr>
      <w:proofErr w:type="spellStart"/>
      <w:r w:rsidRPr="0025334A">
        <w:t>Ambalajele</w:t>
      </w:r>
      <w:proofErr w:type="spellEnd"/>
      <w:r w:rsidRPr="0025334A">
        <w:t xml:space="preserve"> </w:t>
      </w:r>
      <w:proofErr w:type="spellStart"/>
      <w:r w:rsidRPr="0025334A">
        <w:t>reutilizabile</w:t>
      </w:r>
      <w:proofErr w:type="spellEnd"/>
      <w:r w:rsidRPr="0025334A">
        <w:t xml:space="preserve"> pot fi </w:t>
      </w:r>
      <w:proofErr w:type="spellStart"/>
      <w:r w:rsidRPr="0025334A">
        <w:t>utilizate</w:t>
      </w:r>
      <w:proofErr w:type="spellEnd"/>
      <w:r w:rsidRPr="0025334A">
        <w:t xml:space="preserve"> </w:t>
      </w:r>
      <w:proofErr w:type="spellStart"/>
      <w:r w:rsidRPr="0025334A">
        <w:t>dacă</w:t>
      </w:r>
      <w:proofErr w:type="spellEnd"/>
      <w:r w:rsidRPr="0025334A">
        <w:t xml:space="preserve"> pot fi </w:t>
      </w:r>
      <w:proofErr w:type="spellStart"/>
      <w:r w:rsidRPr="0025334A">
        <w:t>igienizate</w:t>
      </w:r>
      <w:proofErr w:type="spellEnd"/>
      <w:r w:rsidRPr="0025334A">
        <w:t xml:space="preserve"> </w:t>
      </w:r>
      <w:proofErr w:type="spellStart"/>
      <w:r w:rsidRPr="0025334A">
        <w:t>și</w:t>
      </w:r>
      <w:proofErr w:type="spellEnd"/>
      <w:r w:rsidRPr="0025334A">
        <w:t xml:space="preserve"> </w:t>
      </w:r>
      <w:proofErr w:type="spellStart"/>
      <w:r w:rsidRPr="0025334A">
        <w:t>menținute</w:t>
      </w:r>
      <w:proofErr w:type="spellEnd"/>
      <w:r w:rsidRPr="0025334A">
        <w:t xml:space="preserve"> </w:t>
      </w:r>
      <w:proofErr w:type="spellStart"/>
      <w:r w:rsidRPr="0025334A">
        <w:t>în</w:t>
      </w:r>
      <w:proofErr w:type="spellEnd"/>
      <w:r w:rsidRPr="0025334A">
        <w:t xml:space="preserve"> </w:t>
      </w:r>
      <w:proofErr w:type="spellStart"/>
      <w:r w:rsidRPr="0025334A">
        <w:t>condiții</w:t>
      </w:r>
      <w:proofErr w:type="spellEnd"/>
      <w:r w:rsidRPr="0025334A">
        <w:t xml:space="preserve"> </w:t>
      </w:r>
      <w:proofErr w:type="spellStart"/>
      <w:r w:rsidRPr="0025334A">
        <w:t>sigure</w:t>
      </w:r>
      <w:proofErr w:type="spellEnd"/>
      <w:r w:rsidRPr="0025334A">
        <w:t xml:space="preserve">. </w:t>
      </w:r>
      <w:proofErr w:type="spellStart"/>
      <w:r w:rsidRPr="0025334A">
        <w:t>Ambalajele</w:t>
      </w:r>
      <w:proofErr w:type="spellEnd"/>
      <w:r w:rsidRPr="0025334A">
        <w:t xml:space="preserve"> de </w:t>
      </w:r>
      <w:proofErr w:type="spellStart"/>
      <w:r w:rsidRPr="0025334A">
        <w:t>unică</w:t>
      </w:r>
      <w:proofErr w:type="spellEnd"/>
      <w:r w:rsidRPr="0025334A">
        <w:t xml:space="preserve"> </w:t>
      </w:r>
      <w:proofErr w:type="spellStart"/>
      <w:r w:rsidRPr="0025334A">
        <w:t>folosință</w:t>
      </w:r>
      <w:proofErr w:type="spellEnd"/>
      <w:r w:rsidRPr="0025334A">
        <w:t xml:space="preserve"> </w:t>
      </w:r>
      <w:proofErr w:type="spellStart"/>
      <w:r w:rsidRPr="0025334A">
        <w:t>trebuie</w:t>
      </w:r>
      <w:proofErr w:type="spellEnd"/>
      <w:r w:rsidRPr="0025334A">
        <w:t xml:space="preserve"> </w:t>
      </w:r>
      <w:proofErr w:type="spellStart"/>
      <w:r w:rsidRPr="0025334A">
        <w:t>să</w:t>
      </w:r>
      <w:proofErr w:type="spellEnd"/>
      <w:r w:rsidRPr="0025334A">
        <w:t xml:space="preserve"> fie </w:t>
      </w:r>
      <w:proofErr w:type="spellStart"/>
      <w:r w:rsidRPr="0025334A">
        <w:t>conforme</w:t>
      </w:r>
      <w:proofErr w:type="spellEnd"/>
      <w:r w:rsidRPr="0025334A">
        <w:t xml:space="preserve"> </w:t>
      </w:r>
      <w:proofErr w:type="spellStart"/>
      <w:r w:rsidRPr="0025334A">
        <w:t>pentru</w:t>
      </w:r>
      <w:proofErr w:type="spellEnd"/>
      <w:r w:rsidRPr="0025334A">
        <w:t xml:space="preserve"> contact </w:t>
      </w:r>
      <w:proofErr w:type="spellStart"/>
      <w:r w:rsidRPr="0025334A">
        <w:t>alimentar</w:t>
      </w:r>
      <w:proofErr w:type="spellEnd"/>
      <w:r w:rsidRPr="0025334A">
        <w:t xml:space="preserve"> </w:t>
      </w:r>
      <w:proofErr w:type="spellStart"/>
      <w:r w:rsidRPr="0025334A">
        <w:t>și</w:t>
      </w:r>
      <w:proofErr w:type="spellEnd"/>
      <w:r w:rsidRPr="0025334A">
        <w:t xml:space="preserve"> </w:t>
      </w:r>
      <w:proofErr w:type="spellStart"/>
      <w:r w:rsidRPr="0025334A">
        <w:t>alese</w:t>
      </w:r>
      <w:proofErr w:type="spellEnd"/>
      <w:r w:rsidRPr="0025334A">
        <w:t xml:space="preserve"> cu </w:t>
      </w:r>
      <w:proofErr w:type="spellStart"/>
      <w:r w:rsidRPr="0025334A">
        <w:t>luarea</w:t>
      </w:r>
      <w:proofErr w:type="spellEnd"/>
      <w:r w:rsidRPr="0025334A">
        <w:t xml:space="preserve"> </w:t>
      </w:r>
      <w:proofErr w:type="spellStart"/>
      <w:r w:rsidRPr="0025334A">
        <w:t>în</w:t>
      </w:r>
      <w:proofErr w:type="spellEnd"/>
      <w:r w:rsidRPr="0025334A">
        <w:t xml:space="preserve"> </w:t>
      </w:r>
      <w:proofErr w:type="spellStart"/>
      <w:r w:rsidRPr="0025334A">
        <w:t>considerare</w:t>
      </w:r>
      <w:proofErr w:type="spellEnd"/>
      <w:r w:rsidRPr="0025334A">
        <w:t xml:space="preserve"> a </w:t>
      </w:r>
      <w:proofErr w:type="spellStart"/>
      <w:r w:rsidRPr="0025334A">
        <w:t>impactului</w:t>
      </w:r>
      <w:proofErr w:type="spellEnd"/>
      <w:r w:rsidRPr="0025334A">
        <w:t xml:space="preserve"> </w:t>
      </w:r>
      <w:proofErr w:type="spellStart"/>
      <w:r w:rsidRPr="0025334A">
        <w:t>asupra</w:t>
      </w:r>
      <w:proofErr w:type="spellEnd"/>
      <w:r w:rsidRPr="0025334A">
        <w:t xml:space="preserve"> </w:t>
      </w:r>
      <w:proofErr w:type="spellStart"/>
      <w:r w:rsidRPr="0025334A">
        <w:t>mediului</w:t>
      </w:r>
      <w:proofErr w:type="spellEnd"/>
      <w:r w:rsidRPr="0025334A">
        <w:t xml:space="preserve">, </w:t>
      </w:r>
      <w:proofErr w:type="spellStart"/>
      <w:r w:rsidRPr="0025334A">
        <w:t>în</w:t>
      </w:r>
      <w:proofErr w:type="spellEnd"/>
      <w:r w:rsidRPr="0025334A">
        <w:t xml:space="preserve"> </w:t>
      </w:r>
      <w:proofErr w:type="spellStart"/>
      <w:r w:rsidRPr="0025334A">
        <w:t>măsura</w:t>
      </w:r>
      <w:proofErr w:type="spellEnd"/>
      <w:r w:rsidRPr="0025334A">
        <w:t xml:space="preserve"> </w:t>
      </w:r>
      <w:proofErr w:type="spellStart"/>
      <w:r w:rsidRPr="0025334A">
        <w:t>compatibilă</w:t>
      </w:r>
      <w:proofErr w:type="spellEnd"/>
      <w:r w:rsidRPr="0025334A">
        <w:t xml:space="preserve"> cu </w:t>
      </w:r>
      <w:proofErr w:type="spellStart"/>
      <w:r w:rsidRPr="0025334A">
        <w:t>siguranța</w:t>
      </w:r>
      <w:proofErr w:type="spellEnd"/>
      <w:r w:rsidRPr="0025334A">
        <w:t xml:space="preserve">, </w:t>
      </w:r>
      <w:proofErr w:type="spellStart"/>
      <w:r w:rsidRPr="0025334A">
        <w:t>temperatura</w:t>
      </w:r>
      <w:proofErr w:type="spellEnd"/>
      <w:r w:rsidRPr="0025334A">
        <w:t xml:space="preserve"> </w:t>
      </w:r>
      <w:proofErr w:type="spellStart"/>
      <w:r w:rsidRPr="0025334A">
        <w:t>și</w:t>
      </w:r>
      <w:proofErr w:type="spellEnd"/>
      <w:r w:rsidRPr="0025334A">
        <w:t xml:space="preserve"> </w:t>
      </w:r>
      <w:proofErr w:type="spellStart"/>
      <w:r w:rsidRPr="0025334A">
        <w:t>integritatea</w:t>
      </w:r>
      <w:proofErr w:type="spellEnd"/>
      <w:r w:rsidRPr="0025334A">
        <w:t xml:space="preserve"> </w:t>
      </w:r>
      <w:proofErr w:type="spellStart"/>
      <w:r w:rsidRPr="0025334A">
        <w:t>hranei</w:t>
      </w:r>
      <w:proofErr w:type="spellEnd"/>
      <w:r w:rsidRPr="0025334A">
        <w:t>.</w:t>
      </w:r>
    </w:p>
    <w:p w14:paraId="3E5E8651" w14:textId="77777777" w:rsidR="000C4CB5" w:rsidRPr="0025334A" w:rsidRDefault="004E746A">
      <w:pPr>
        <w:spacing w:after="50" w:line="247" w:lineRule="auto"/>
      </w:pPr>
      <w:proofErr w:type="spellStart"/>
      <w:r w:rsidRPr="0025334A">
        <w:t>Prestatorul</w:t>
      </w:r>
      <w:proofErr w:type="spellEnd"/>
      <w:r w:rsidRPr="0025334A">
        <w:t xml:space="preserve"> </w:t>
      </w:r>
      <w:proofErr w:type="spellStart"/>
      <w:r w:rsidRPr="0025334A">
        <w:t>aplică</w:t>
      </w:r>
      <w:proofErr w:type="spellEnd"/>
      <w:r w:rsidRPr="0025334A">
        <w:t xml:space="preserve"> </w:t>
      </w:r>
      <w:proofErr w:type="spellStart"/>
      <w:r w:rsidRPr="0025334A">
        <w:t>măsuri</w:t>
      </w:r>
      <w:proofErr w:type="spellEnd"/>
      <w:r w:rsidRPr="0025334A">
        <w:t xml:space="preserve"> de </w:t>
      </w:r>
      <w:proofErr w:type="spellStart"/>
      <w:r w:rsidRPr="0025334A">
        <w:t>prevenire</w:t>
      </w:r>
      <w:proofErr w:type="spellEnd"/>
      <w:r w:rsidRPr="0025334A">
        <w:t xml:space="preserve"> a </w:t>
      </w:r>
      <w:proofErr w:type="spellStart"/>
      <w:r w:rsidRPr="0025334A">
        <w:t>risipei</w:t>
      </w:r>
      <w:proofErr w:type="spellEnd"/>
      <w:r w:rsidRPr="0025334A">
        <w:t xml:space="preserve"> </w:t>
      </w:r>
      <w:proofErr w:type="spellStart"/>
      <w:r w:rsidRPr="0025334A">
        <w:t>prin</w:t>
      </w:r>
      <w:proofErr w:type="spellEnd"/>
      <w:r w:rsidRPr="0025334A">
        <w:t xml:space="preserve"> </w:t>
      </w:r>
      <w:proofErr w:type="spellStart"/>
      <w:r w:rsidRPr="0025334A">
        <w:t>corelarea</w:t>
      </w:r>
      <w:proofErr w:type="spellEnd"/>
      <w:r w:rsidRPr="0025334A">
        <w:t xml:space="preserve"> </w:t>
      </w:r>
      <w:proofErr w:type="spellStart"/>
      <w:r w:rsidRPr="0025334A">
        <w:t>producției</w:t>
      </w:r>
      <w:proofErr w:type="spellEnd"/>
      <w:r w:rsidRPr="0025334A">
        <w:t xml:space="preserve"> cu </w:t>
      </w:r>
      <w:proofErr w:type="spellStart"/>
      <w:r w:rsidRPr="0025334A">
        <w:t>comenzile</w:t>
      </w:r>
      <w:proofErr w:type="spellEnd"/>
      <w:r w:rsidRPr="0025334A">
        <w:t xml:space="preserve"> </w:t>
      </w:r>
      <w:proofErr w:type="spellStart"/>
      <w:r w:rsidRPr="0025334A">
        <w:t>confirmate</w:t>
      </w:r>
      <w:proofErr w:type="spellEnd"/>
      <w:r w:rsidRPr="0025334A">
        <w:t xml:space="preserve">, </w:t>
      </w:r>
      <w:proofErr w:type="spellStart"/>
      <w:r w:rsidRPr="0025334A">
        <w:t>gestionarea</w:t>
      </w:r>
      <w:proofErr w:type="spellEnd"/>
      <w:r w:rsidRPr="0025334A">
        <w:t xml:space="preserve"> </w:t>
      </w:r>
      <w:proofErr w:type="spellStart"/>
      <w:r w:rsidRPr="0025334A">
        <w:t>stocurilor</w:t>
      </w:r>
      <w:proofErr w:type="spellEnd"/>
      <w:r w:rsidRPr="0025334A">
        <w:t xml:space="preserve"> pe </w:t>
      </w:r>
      <w:proofErr w:type="spellStart"/>
      <w:r w:rsidRPr="0025334A">
        <w:t>principiul</w:t>
      </w:r>
      <w:proofErr w:type="spellEnd"/>
      <w:r w:rsidRPr="0025334A">
        <w:t xml:space="preserve"> </w:t>
      </w:r>
      <w:proofErr w:type="spellStart"/>
      <w:r w:rsidRPr="0025334A">
        <w:t>rotației</w:t>
      </w:r>
      <w:proofErr w:type="spellEnd"/>
      <w:r w:rsidRPr="0025334A">
        <w:t xml:space="preserve">, </w:t>
      </w:r>
      <w:proofErr w:type="spellStart"/>
      <w:r w:rsidRPr="0025334A">
        <w:t>dimensionarea</w:t>
      </w:r>
      <w:proofErr w:type="spellEnd"/>
      <w:r w:rsidRPr="0025334A">
        <w:t xml:space="preserve"> </w:t>
      </w:r>
      <w:proofErr w:type="spellStart"/>
      <w:r w:rsidRPr="0025334A">
        <w:t>corectă</w:t>
      </w:r>
      <w:proofErr w:type="spellEnd"/>
      <w:r w:rsidRPr="0025334A">
        <w:t xml:space="preserve"> a </w:t>
      </w:r>
      <w:proofErr w:type="spellStart"/>
      <w:r w:rsidRPr="0025334A">
        <w:t>porțiilor</w:t>
      </w:r>
      <w:proofErr w:type="spellEnd"/>
      <w:r w:rsidRPr="0025334A">
        <w:t xml:space="preserve">, </w:t>
      </w:r>
      <w:proofErr w:type="spellStart"/>
      <w:r w:rsidRPr="0025334A">
        <w:t>analiza</w:t>
      </w:r>
      <w:proofErr w:type="spellEnd"/>
      <w:r w:rsidRPr="0025334A">
        <w:t xml:space="preserve"> </w:t>
      </w:r>
      <w:proofErr w:type="spellStart"/>
      <w:r w:rsidRPr="0025334A">
        <w:t>cauzelor</w:t>
      </w:r>
      <w:proofErr w:type="spellEnd"/>
      <w:r w:rsidRPr="0025334A">
        <w:t xml:space="preserve"> de </w:t>
      </w:r>
      <w:proofErr w:type="spellStart"/>
      <w:r w:rsidRPr="0025334A">
        <w:t>retur</w:t>
      </w:r>
      <w:proofErr w:type="spellEnd"/>
      <w:r w:rsidRPr="0025334A">
        <w:t xml:space="preserve"> </w:t>
      </w:r>
      <w:proofErr w:type="spellStart"/>
      <w:r w:rsidRPr="0025334A">
        <w:t>și</w:t>
      </w:r>
      <w:proofErr w:type="spellEnd"/>
      <w:r w:rsidRPr="0025334A">
        <w:t xml:space="preserve"> </w:t>
      </w:r>
      <w:proofErr w:type="spellStart"/>
      <w:r w:rsidRPr="0025334A">
        <w:t>optimizarea</w:t>
      </w:r>
      <w:proofErr w:type="spellEnd"/>
      <w:r w:rsidRPr="0025334A">
        <w:t xml:space="preserve"> </w:t>
      </w:r>
      <w:proofErr w:type="spellStart"/>
      <w:r w:rsidRPr="0025334A">
        <w:t>meniurilor</w:t>
      </w:r>
      <w:proofErr w:type="spellEnd"/>
      <w:r w:rsidRPr="0025334A">
        <w:t xml:space="preserve"> </w:t>
      </w:r>
      <w:proofErr w:type="spellStart"/>
      <w:r w:rsidRPr="0025334A">
        <w:t>fără</w:t>
      </w:r>
      <w:proofErr w:type="spellEnd"/>
      <w:r w:rsidRPr="0025334A">
        <w:t xml:space="preserve"> </w:t>
      </w:r>
      <w:proofErr w:type="spellStart"/>
      <w:r w:rsidRPr="0025334A">
        <w:t>diminuarea</w:t>
      </w:r>
      <w:proofErr w:type="spellEnd"/>
      <w:r w:rsidRPr="0025334A">
        <w:t xml:space="preserve"> </w:t>
      </w:r>
      <w:proofErr w:type="spellStart"/>
      <w:r w:rsidRPr="0025334A">
        <w:t>valorii</w:t>
      </w:r>
      <w:proofErr w:type="spellEnd"/>
      <w:r w:rsidRPr="0025334A">
        <w:t xml:space="preserve"> </w:t>
      </w:r>
      <w:proofErr w:type="spellStart"/>
      <w:r w:rsidRPr="0025334A">
        <w:t>nutriționale</w:t>
      </w:r>
      <w:proofErr w:type="spellEnd"/>
      <w:r w:rsidRPr="0025334A">
        <w:t xml:space="preserve">. </w:t>
      </w:r>
      <w:proofErr w:type="spellStart"/>
      <w:r w:rsidRPr="0025334A">
        <w:t>Resturile</w:t>
      </w:r>
      <w:proofErr w:type="spellEnd"/>
      <w:r w:rsidRPr="0025334A">
        <w:t xml:space="preserve"> </w:t>
      </w:r>
      <w:proofErr w:type="spellStart"/>
      <w:r w:rsidRPr="0025334A">
        <w:t>provenite</w:t>
      </w:r>
      <w:proofErr w:type="spellEnd"/>
      <w:r w:rsidRPr="0025334A">
        <w:t xml:space="preserve"> de la </w:t>
      </w:r>
      <w:proofErr w:type="spellStart"/>
      <w:r w:rsidRPr="0025334A">
        <w:t>beneficiari</w:t>
      </w:r>
      <w:proofErr w:type="spellEnd"/>
      <w:r w:rsidRPr="0025334A">
        <w:t xml:space="preserve"> nu se </w:t>
      </w:r>
      <w:proofErr w:type="spellStart"/>
      <w:r w:rsidRPr="0025334A">
        <w:t>reintroduc</w:t>
      </w:r>
      <w:proofErr w:type="spellEnd"/>
      <w:r w:rsidRPr="0025334A">
        <w:t xml:space="preserve"> </w:t>
      </w:r>
      <w:proofErr w:type="spellStart"/>
      <w:r w:rsidRPr="0025334A">
        <w:t>în</w:t>
      </w:r>
      <w:proofErr w:type="spellEnd"/>
      <w:r w:rsidRPr="0025334A">
        <w:t xml:space="preserve"> </w:t>
      </w:r>
      <w:proofErr w:type="spellStart"/>
      <w:r w:rsidRPr="0025334A">
        <w:t>circuitul</w:t>
      </w:r>
      <w:proofErr w:type="spellEnd"/>
      <w:r w:rsidRPr="0025334A">
        <w:t xml:space="preserve"> </w:t>
      </w:r>
      <w:proofErr w:type="spellStart"/>
      <w:r w:rsidRPr="0025334A">
        <w:t>alimentar</w:t>
      </w:r>
      <w:proofErr w:type="spellEnd"/>
      <w:r w:rsidRPr="0025334A">
        <w:t>.</w:t>
      </w:r>
    </w:p>
    <w:p w14:paraId="4B53AD10" w14:textId="3E860278" w:rsidR="0025334A" w:rsidRPr="0025334A" w:rsidRDefault="004E746A" w:rsidP="0025334A">
      <w:pPr>
        <w:spacing w:after="50" w:line="247" w:lineRule="auto"/>
        <w:rPr>
          <w:b/>
          <w:bCs/>
          <w:lang w:val="ro-RO"/>
        </w:rPr>
      </w:pPr>
      <w:proofErr w:type="spellStart"/>
      <w:r w:rsidRPr="0025334A">
        <w:lastRenderedPageBreak/>
        <w:t>Centrele</w:t>
      </w:r>
      <w:proofErr w:type="spellEnd"/>
      <w:r w:rsidRPr="0025334A">
        <w:t xml:space="preserve"> </w:t>
      </w:r>
      <w:proofErr w:type="spellStart"/>
      <w:r w:rsidRPr="0025334A">
        <w:t>comunică</w:t>
      </w:r>
      <w:proofErr w:type="spellEnd"/>
      <w:r w:rsidRPr="0025334A">
        <w:t xml:space="preserve"> </w:t>
      </w:r>
      <w:proofErr w:type="spellStart"/>
      <w:r w:rsidRPr="0025334A">
        <w:t>în</w:t>
      </w:r>
      <w:proofErr w:type="spellEnd"/>
      <w:r w:rsidRPr="0025334A">
        <w:t xml:space="preserve"> </w:t>
      </w:r>
      <w:proofErr w:type="spellStart"/>
      <w:r w:rsidRPr="0025334A">
        <w:t>timp</w:t>
      </w:r>
      <w:proofErr w:type="spellEnd"/>
      <w:r w:rsidRPr="0025334A">
        <w:t xml:space="preserve"> util </w:t>
      </w:r>
      <w:proofErr w:type="spellStart"/>
      <w:r w:rsidRPr="0025334A">
        <w:t>modificările</w:t>
      </w:r>
      <w:proofErr w:type="spellEnd"/>
      <w:r w:rsidRPr="0025334A">
        <w:t xml:space="preserve"> de </w:t>
      </w:r>
      <w:proofErr w:type="spellStart"/>
      <w:r w:rsidRPr="0025334A">
        <w:t>efectiv</w:t>
      </w:r>
      <w:proofErr w:type="spellEnd"/>
      <w:r w:rsidRPr="0025334A">
        <w:t xml:space="preserve"> </w:t>
      </w:r>
      <w:proofErr w:type="spellStart"/>
      <w:r w:rsidRPr="0025334A">
        <w:t>cunoscute</w:t>
      </w:r>
      <w:proofErr w:type="spellEnd"/>
      <w:r w:rsidRPr="0025334A">
        <w:t xml:space="preserve">, </w:t>
      </w:r>
      <w:proofErr w:type="spellStart"/>
      <w:r w:rsidRPr="0025334A">
        <w:t>iar</w:t>
      </w:r>
      <w:proofErr w:type="spellEnd"/>
      <w:r w:rsidRPr="0025334A">
        <w:t xml:space="preserve"> </w:t>
      </w:r>
      <w:proofErr w:type="spellStart"/>
      <w:r w:rsidRPr="0025334A">
        <w:t>prestatorul</w:t>
      </w:r>
      <w:proofErr w:type="spellEnd"/>
      <w:r w:rsidRPr="0025334A">
        <w:t xml:space="preserve"> </w:t>
      </w:r>
      <w:proofErr w:type="spellStart"/>
      <w:r w:rsidRPr="0025334A">
        <w:t>adaptează</w:t>
      </w:r>
      <w:proofErr w:type="spellEnd"/>
      <w:r w:rsidRPr="0025334A">
        <w:t xml:space="preserve"> </w:t>
      </w:r>
      <w:proofErr w:type="spellStart"/>
      <w:r w:rsidRPr="0025334A">
        <w:t>producția</w:t>
      </w:r>
      <w:proofErr w:type="spellEnd"/>
      <w:r w:rsidRPr="0025334A">
        <w:t xml:space="preserve"> la </w:t>
      </w:r>
      <w:proofErr w:type="spellStart"/>
      <w:r w:rsidRPr="0025334A">
        <w:t>comenzile</w:t>
      </w:r>
      <w:proofErr w:type="spellEnd"/>
      <w:r w:rsidRPr="0025334A">
        <w:t xml:space="preserve"> </w:t>
      </w:r>
      <w:proofErr w:type="spellStart"/>
      <w:r w:rsidRPr="0025334A">
        <w:t>efective</w:t>
      </w:r>
      <w:proofErr w:type="spellEnd"/>
      <w:r w:rsidRPr="0025334A">
        <w:t xml:space="preserve">. </w:t>
      </w:r>
    </w:p>
    <w:p w14:paraId="4958937F" w14:textId="0A8D8399" w:rsidR="0025334A" w:rsidRPr="0025334A" w:rsidRDefault="0025334A" w:rsidP="0025334A">
      <w:pPr>
        <w:spacing w:after="50" w:line="247" w:lineRule="auto"/>
        <w:rPr>
          <w:b/>
          <w:bCs/>
          <w:lang w:val="ro-RO"/>
        </w:rPr>
      </w:pPr>
      <w:r w:rsidRPr="0025334A">
        <w:rPr>
          <w:b/>
          <w:bCs/>
          <w:lang w:val="ro-RO"/>
        </w:rPr>
        <w:t>Cerinte specifice privind deseurile alimentare</w:t>
      </w:r>
    </w:p>
    <w:p w14:paraId="661F4E4B" w14:textId="1FFE599C" w:rsidR="0025334A" w:rsidRPr="0025334A" w:rsidRDefault="00FA30E6" w:rsidP="002459A2">
      <w:pPr>
        <w:numPr>
          <w:ilvl w:val="0"/>
          <w:numId w:val="19"/>
        </w:numPr>
        <w:spacing w:after="50" w:line="247" w:lineRule="auto"/>
        <w:rPr>
          <w:lang w:val="ro-RO"/>
        </w:rPr>
      </w:pPr>
      <w:proofErr w:type="spellStart"/>
      <w:r w:rsidRPr="00FA30E6">
        <w:t>Deșeurile</w:t>
      </w:r>
      <w:proofErr w:type="spellEnd"/>
      <w:r w:rsidRPr="00FA30E6">
        <w:t xml:space="preserve"> </w:t>
      </w:r>
      <w:proofErr w:type="spellStart"/>
      <w:r w:rsidRPr="00FA30E6">
        <w:t>alimentare</w:t>
      </w:r>
      <w:proofErr w:type="spellEnd"/>
      <w:r w:rsidRPr="00FA30E6">
        <w:t xml:space="preserve"> se </w:t>
      </w:r>
      <w:proofErr w:type="spellStart"/>
      <w:r w:rsidRPr="00FA30E6">
        <w:t>colectează</w:t>
      </w:r>
      <w:proofErr w:type="spellEnd"/>
      <w:r w:rsidRPr="00FA30E6">
        <w:t xml:space="preserve"> </w:t>
      </w:r>
      <w:proofErr w:type="spellStart"/>
      <w:r w:rsidRPr="00FA30E6">
        <w:t>separat</w:t>
      </w:r>
      <w:proofErr w:type="spellEnd"/>
      <w:r w:rsidRPr="00FA30E6">
        <w:t xml:space="preserve"> </w:t>
      </w:r>
      <w:proofErr w:type="spellStart"/>
      <w:r w:rsidRPr="00FA30E6">
        <w:t>și</w:t>
      </w:r>
      <w:proofErr w:type="spellEnd"/>
      <w:r w:rsidRPr="00FA30E6">
        <w:t xml:space="preserve"> se </w:t>
      </w:r>
      <w:proofErr w:type="spellStart"/>
      <w:r w:rsidRPr="00FA30E6">
        <w:t>gestionează</w:t>
      </w:r>
      <w:proofErr w:type="spellEnd"/>
      <w:r w:rsidRPr="00FA30E6">
        <w:t xml:space="preserve"> </w:t>
      </w:r>
      <w:proofErr w:type="spellStart"/>
      <w:r w:rsidRPr="00FA30E6">
        <w:t>prin</w:t>
      </w:r>
      <w:proofErr w:type="spellEnd"/>
      <w:r w:rsidRPr="00FA30E6">
        <w:t xml:space="preserve"> </w:t>
      </w:r>
      <w:proofErr w:type="spellStart"/>
      <w:r w:rsidRPr="00FA30E6">
        <w:t>operatori</w:t>
      </w:r>
      <w:proofErr w:type="spellEnd"/>
      <w:r w:rsidRPr="00FA30E6">
        <w:t>/</w:t>
      </w:r>
      <w:proofErr w:type="spellStart"/>
      <w:r w:rsidRPr="00FA30E6">
        <w:t>circuite</w:t>
      </w:r>
      <w:proofErr w:type="spellEnd"/>
      <w:r w:rsidRPr="00FA30E6">
        <w:t xml:space="preserve"> </w:t>
      </w:r>
      <w:proofErr w:type="spellStart"/>
      <w:r w:rsidRPr="00FA30E6">
        <w:t>autorizate</w:t>
      </w:r>
      <w:proofErr w:type="spellEnd"/>
      <w:r w:rsidRPr="00FA30E6">
        <w:t xml:space="preserve">, </w:t>
      </w:r>
      <w:proofErr w:type="spellStart"/>
      <w:r w:rsidRPr="00FA30E6">
        <w:t>în</w:t>
      </w:r>
      <w:proofErr w:type="spellEnd"/>
      <w:r w:rsidRPr="00FA30E6">
        <w:t xml:space="preserve"> </w:t>
      </w:r>
      <w:proofErr w:type="spellStart"/>
      <w:r w:rsidRPr="00FA30E6">
        <w:t>conformitate</w:t>
      </w:r>
      <w:proofErr w:type="spellEnd"/>
      <w:r w:rsidRPr="00FA30E6">
        <w:t xml:space="preserve"> cu OUG nr. 92/2021, </w:t>
      </w:r>
      <w:proofErr w:type="spellStart"/>
      <w:r w:rsidRPr="00FA30E6">
        <w:t>Legea</w:t>
      </w:r>
      <w:proofErr w:type="spellEnd"/>
      <w:r w:rsidRPr="00FA30E6">
        <w:t xml:space="preserve"> nr. 217/2016 </w:t>
      </w:r>
      <w:proofErr w:type="spellStart"/>
      <w:r w:rsidRPr="00FA30E6">
        <w:t>și</w:t>
      </w:r>
      <w:proofErr w:type="spellEnd"/>
      <w:r w:rsidRPr="00FA30E6">
        <w:t xml:space="preserve">, </w:t>
      </w:r>
      <w:proofErr w:type="spellStart"/>
      <w:r w:rsidRPr="00FA30E6">
        <w:t>pentru</w:t>
      </w:r>
      <w:proofErr w:type="spellEnd"/>
      <w:r w:rsidRPr="00FA30E6">
        <w:t xml:space="preserve"> </w:t>
      </w:r>
      <w:proofErr w:type="spellStart"/>
      <w:r w:rsidRPr="00FA30E6">
        <w:t>deșeurile</w:t>
      </w:r>
      <w:proofErr w:type="spellEnd"/>
      <w:r w:rsidRPr="00FA30E6">
        <w:t xml:space="preserve"> de catering </w:t>
      </w:r>
      <w:proofErr w:type="spellStart"/>
      <w:r w:rsidRPr="00FA30E6">
        <w:t>aflate</w:t>
      </w:r>
      <w:proofErr w:type="spellEnd"/>
      <w:r w:rsidRPr="00FA30E6">
        <w:t xml:space="preserve"> </w:t>
      </w:r>
      <w:proofErr w:type="spellStart"/>
      <w:r w:rsidRPr="00FA30E6">
        <w:t>în</w:t>
      </w:r>
      <w:proofErr w:type="spellEnd"/>
      <w:r w:rsidRPr="00FA30E6">
        <w:t xml:space="preserve"> </w:t>
      </w:r>
      <w:proofErr w:type="spellStart"/>
      <w:r w:rsidRPr="00FA30E6">
        <w:t>domeniul</w:t>
      </w:r>
      <w:proofErr w:type="spellEnd"/>
      <w:r w:rsidRPr="00FA30E6">
        <w:t xml:space="preserve"> </w:t>
      </w:r>
      <w:proofErr w:type="spellStart"/>
      <w:r w:rsidRPr="00FA30E6">
        <w:t>său</w:t>
      </w:r>
      <w:proofErr w:type="spellEnd"/>
      <w:r w:rsidRPr="00FA30E6">
        <w:t xml:space="preserve">, </w:t>
      </w:r>
      <w:proofErr w:type="spellStart"/>
      <w:r w:rsidRPr="00FA30E6">
        <w:t>Regulamentul</w:t>
      </w:r>
      <w:proofErr w:type="spellEnd"/>
      <w:r w:rsidRPr="00FA30E6">
        <w:t xml:space="preserve"> (CE) nr. 1069/2009. </w:t>
      </w:r>
      <w:proofErr w:type="spellStart"/>
      <w:r w:rsidRPr="00FA30E6">
        <w:t>Incinerarea</w:t>
      </w:r>
      <w:proofErr w:type="spellEnd"/>
      <w:r w:rsidRPr="00FA30E6">
        <w:t xml:space="preserve"> nu se </w:t>
      </w:r>
      <w:proofErr w:type="spellStart"/>
      <w:r w:rsidRPr="00FA30E6">
        <w:t>impune</w:t>
      </w:r>
      <w:proofErr w:type="spellEnd"/>
      <w:r w:rsidRPr="00FA30E6">
        <w:t xml:space="preserve"> ca </w:t>
      </w:r>
      <w:proofErr w:type="spellStart"/>
      <w:r w:rsidRPr="00FA30E6">
        <w:t>unică</w:t>
      </w:r>
      <w:proofErr w:type="spellEnd"/>
      <w:r w:rsidRPr="00FA30E6">
        <w:t xml:space="preserve"> </w:t>
      </w:r>
      <w:proofErr w:type="spellStart"/>
      <w:r w:rsidRPr="00FA30E6">
        <w:t>modalitate</w:t>
      </w:r>
      <w:proofErr w:type="spellEnd"/>
      <w:r w:rsidRPr="00FA30E6">
        <w:t xml:space="preserve"> </w:t>
      </w:r>
      <w:proofErr w:type="spellStart"/>
      <w:r w:rsidRPr="00FA30E6">
        <w:t>atunci</w:t>
      </w:r>
      <w:proofErr w:type="spellEnd"/>
      <w:r w:rsidRPr="00FA30E6">
        <w:t xml:space="preserve"> </w:t>
      </w:r>
      <w:proofErr w:type="spellStart"/>
      <w:r w:rsidRPr="00FA30E6">
        <w:t>când</w:t>
      </w:r>
      <w:proofErr w:type="spellEnd"/>
      <w:r w:rsidRPr="00FA30E6">
        <w:t xml:space="preserve"> </w:t>
      </w:r>
      <w:proofErr w:type="spellStart"/>
      <w:r w:rsidRPr="00FA30E6">
        <w:t>legislația</w:t>
      </w:r>
      <w:proofErr w:type="spellEnd"/>
      <w:r w:rsidRPr="00FA30E6">
        <w:t xml:space="preserve"> </w:t>
      </w:r>
      <w:proofErr w:type="spellStart"/>
      <w:r w:rsidRPr="00FA30E6">
        <w:t>permite</w:t>
      </w:r>
      <w:proofErr w:type="spellEnd"/>
      <w:r w:rsidRPr="00FA30E6">
        <w:t xml:space="preserve"> </w:t>
      </w:r>
      <w:proofErr w:type="spellStart"/>
      <w:r w:rsidRPr="00FA30E6">
        <w:t>alte</w:t>
      </w:r>
      <w:proofErr w:type="spellEnd"/>
      <w:r w:rsidRPr="00FA30E6">
        <w:t xml:space="preserve"> </w:t>
      </w:r>
      <w:proofErr w:type="spellStart"/>
      <w:r w:rsidRPr="00FA30E6">
        <w:t>operațiuni</w:t>
      </w:r>
      <w:proofErr w:type="spellEnd"/>
      <w:r w:rsidRPr="00FA30E6">
        <w:t xml:space="preserve"> </w:t>
      </w:r>
      <w:proofErr w:type="spellStart"/>
      <w:r w:rsidRPr="00FA30E6">
        <w:t>autorizate</w:t>
      </w:r>
      <w:proofErr w:type="spellEnd"/>
      <w:r w:rsidR="0025334A" w:rsidRPr="0025334A">
        <w:rPr>
          <w:lang w:val="ro-RO"/>
        </w:rPr>
        <w:t>.</w:t>
      </w:r>
    </w:p>
    <w:p w14:paraId="5A0B874F" w14:textId="241CA43E" w:rsidR="0025334A" w:rsidRPr="0025334A" w:rsidRDefault="00FA30E6" w:rsidP="002459A2">
      <w:pPr>
        <w:numPr>
          <w:ilvl w:val="0"/>
          <w:numId w:val="19"/>
        </w:numPr>
        <w:spacing w:after="50" w:line="247" w:lineRule="auto"/>
        <w:rPr>
          <w:lang w:val="fr-FR"/>
        </w:rPr>
      </w:pPr>
      <w:proofErr w:type="spellStart"/>
      <w:r w:rsidRPr="00FA30E6">
        <w:t>Deșeurile</w:t>
      </w:r>
      <w:proofErr w:type="spellEnd"/>
      <w:r w:rsidRPr="00FA30E6">
        <w:t xml:space="preserve"> </w:t>
      </w:r>
      <w:proofErr w:type="spellStart"/>
      <w:r w:rsidRPr="00FA30E6">
        <w:t>alimentare</w:t>
      </w:r>
      <w:proofErr w:type="spellEnd"/>
      <w:r w:rsidRPr="00FA30E6">
        <w:t xml:space="preserve"> se </w:t>
      </w:r>
      <w:proofErr w:type="spellStart"/>
      <w:r w:rsidRPr="00FA30E6">
        <w:t>colectează</w:t>
      </w:r>
      <w:proofErr w:type="spellEnd"/>
      <w:r w:rsidRPr="00FA30E6">
        <w:t xml:space="preserve"> </w:t>
      </w:r>
      <w:proofErr w:type="spellStart"/>
      <w:r w:rsidRPr="00FA30E6">
        <w:t>în</w:t>
      </w:r>
      <w:proofErr w:type="spellEnd"/>
      <w:r w:rsidRPr="00FA30E6">
        <w:t xml:space="preserve"> </w:t>
      </w:r>
      <w:proofErr w:type="spellStart"/>
      <w:r w:rsidRPr="00FA30E6">
        <w:t>recipiente</w:t>
      </w:r>
      <w:proofErr w:type="spellEnd"/>
      <w:r w:rsidRPr="00FA30E6">
        <w:t xml:space="preserve"> </w:t>
      </w:r>
      <w:proofErr w:type="spellStart"/>
      <w:r w:rsidRPr="00FA30E6">
        <w:t>închise</w:t>
      </w:r>
      <w:proofErr w:type="spellEnd"/>
      <w:r w:rsidRPr="00FA30E6">
        <w:t xml:space="preserve">, </w:t>
      </w:r>
      <w:proofErr w:type="spellStart"/>
      <w:r w:rsidRPr="00FA30E6">
        <w:t>adecvate</w:t>
      </w:r>
      <w:proofErr w:type="spellEnd"/>
      <w:r w:rsidRPr="00FA30E6">
        <w:t xml:space="preserve">, </w:t>
      </w:r>
      <w:proofErr w:type="spellStart"/>
      <w:r w:rsidRPr="00FA30E6">
        <w:t>ușor</w:t>
      </w:r>
      <w:proofErr w:type="spellEnd"/>
      <w:r w:rsidRPr="00FA30E6">
        <w:t xml:space="preserve"> de </w:t>
      </w:r>
      <w:proofErr w:type="spellStart"/>
      <w:r w:rsidRPr="00FA30E6">
        <w:t>curățat</w:t>
      </w:r>
      <w:proofErr w:type="spellEnd"/>
      <w:r w:rsidRPr="00FA30E6">
        <w:t>/</w:t>
      </w:r>
      <w:proofErr w:type="spellStart"/>
      <w:r w:rsidRPr="00FA30E6">
        <w:t>dezinfectat</w:t>
      </w:r>
      <w:proofErr w:type="spellEnd"/>
      <w:r w:rsidRPr="00FA30E6">
        <w:t xml:space="preserve"> </w:t>
      </w:r>
      <w:proofErr w:type="spellStart"/>
      <w:r w:rsidRPr="00FA30E6">
        <w:t>și</w:t>
      </w:r>
      <w:proofErr w:type="spellEnd"/>
      <w:r w:rsidRPr="00FA30E6">
        <w:t xml:space="preserve"> </w:t>
      </w:r>
      <w:proofErr w:type="spellStart"/>
      <w:r w:rsidRPr="00FA30E6">
        <w:t>identificate</w:t>
      </w:r>
      <w:proofErr w:type="spellEnd"/>
      <w:r w:rsidRPr="00FA30E6">
        <w:t xml:space="preserve"> </w:t>
      </w:r>
      <w:proofErr w:type="spellStart"/>
      <w:r w:rsidRPr="00FA30E6">
        <w:t>potrivit</w:t>
      </w:r>
      <w:proofErr w:type="spellEnd"/>
      <w:r w:rsidRPr="00FA30E6">
        <w:t xml:space="preserve"> </w:t>
      </w:r>
      <w:proofErr w:type="spellStart"/>
      <w:r w:rsidRPr="00FA30E6">
        <w:t>circuitului</w:t>
      </w:r>
      <w:proofErr w:type="spellEnd"/>
      <w:r w:rsidRPr="00FA30E6">
        <w:t xml:space="preserve"> </w:t>
      </w:r>
      <w:proofErr w:type="spellStart"/>
      <w:r w:rsidRPr="00FA30E6">
        <w:t>aplicabil</w:t>
      </w:r>
      <w:proofErr w:type="spellEnd"/>
      <w:r w:rsidRPr="00FA30E6">
        <w:t>.</w:t>
      </w:r>
    </w:p>
    <w:p w14:paraId="0752C967" w14:textId="3B4AA132" w:rsidR="0025334A" w:rsidRPr="0025334A" w:rsidRDefault="00FA30E6" w:rsidP="002459A2">
      <w:pPr>
        <w:numPr>
          <w:ilvl w:val="0"/>
          <w:numId w:val="19"/>
        </w:numPr>
        <w:spacing w:after="50" w:line="247" w:lineRule="auto"/>
        <w:rPr>
          <w:lang w:val="fr-FR"/>
        </w:rPr>
      </w:pPr>
      <w:proofErr w:type="spellStart"/>
      <w:r w:rsidRPr="00FA30E6">
        <w:t>Transportul</w:t>
      </w:r>
      <w:proofErr w:type="spellEnd"/>
      <w:r w:rsidRPr="00FA30E6">
        <w:t xml:space="preserve"> </w:t>
      </w:r>
      <w:proofErr w:type="spellStart"/>
      <w:r w:rsidRPr="00FA30E6">
        <w:t>deșeurilor</w:t>
      </w:r>
      <w:proofErr w:type="spellEnd"/>
      <w:r w:rsidRPr="00FA30E6">
        <w:t xml:space="preserve"> se </w:t>
      </w:r>
      <w:proofErr w:type="spellStart"/>
      <w:r w:rsidRPr="00FA30E6">
        <w:t>realizează</w:t>
      </w:r>
      <w:proofErr w:type="spellEnd"/>
      <w:r w:rsidRPr="00FA30E6">
        <w:t xml:space="preserve"> </w:t>
      </w:r>
      <w:proofErr w:type="spellStart"/>
      <w:r w:rsidRPr="00FA30E6">
        <w:t>în</w:t>
      </w:r>
      <w:proofErr w:type="spellEnd"/>
      <w:r w:rsidRPr="00FA30E6">
        <w:t xml:space="preserve"> </w:t>
      </w:r>
      <w:proofErr w:type="spellStart"/>
      <w:r w:rsidRPr="00FA30E6">
        <w:t>condițiile</w:t>
      </w:r>
      <w:proofErr w:type="spellEnd"/>
      <w:r w:rsidRPr="00FA30E6">
        <w:t xml:space="preserve"> </w:t>
      </w:r>
      <w:proofErr w:type="spellStart"/>
      <w:r w:rsidRPr="00FA30E6">
        <w:t>și</w:t>
      </w:r>
      <w:proofErr w:type="spellEnd"/>
      <w:r w:rsidRPr="00FA30E6">
        <w:t xml:space="preserve"> cu </w:t>
      </w:r>
      <w:proofErr w:type="spellStart"/>
      <w:r w:rsidRPr="00FA30E6">
        <w:t>operatorii</w:t>
      </w:r>
      <w:proofErr w:type="spellEnd"/>
      <w:r w:rsidRPr="00FA30E6">
        <w:t>/</w:t>
      </w:r>
      <w:proofErr w:type="spellStart"/>
      <w:r w:rsidRPr="00FA30E6">
        <w:t>mijloacele</w:t>
      </w:r>
      <w:proofErr w:type="spellEnd"/>
      <w:r w:rsidRPr="00FA30E6">
        <w:t xml:space="preserve"> </w:t>
      </w:r>
      <w:proofErr w:type="spellStart"/>
      <w:r w:rsidRPr="00FA30E6">
        <w:t>autorizate</w:t>
      </w:r>
      <w:proofErr w:type="spellEnd"/>
      <w:r w:rsidRPr="00FA30E6">
        <w:t xml:space="preserve"> </w:t>
      </w:r>
      <w:proofErr w:type="spellStart"/>
      <w:r w:rsidRPr="00FA30E6">
        <w:t>sau</w:t>
      </w:r>
      <w:proofErr w:type="spellEnd"/>
      <w:r w:rsidRPr="00FA30E6">
        <w:t xml:space="preserve"> </w:t>
      </w:r>
      <w:proofErr w:type="spellStart"/>
      <w:r w:rsidRPr="00FA30E6">
        <w:t>înregistrate</w:t>
      </w:r>
      <w:proofErr w:type="spellEnd"/>
      <w:r w:rsidRPr="00FA30E6">
        <w:t xml:space="preserve">, </w:t>
      </w:r>
      <w:proofErr w:type="spellStart"/>
      <w:r w:rsidRPr="00FA30E6">
        <w:t>după</w:t>
      </w:r>
      <w:proofErr w:type="spellEnd"/>
      <w:r w:rsidRPr="00FA30E6">
        <w:t xml:space="preserve"> </w:t>
      </w:r>
      <w:proofErr w:type="spellStart"/>
      <w:r w:rsidRPr="00FA30E6">
        <w:t>caz</w:t>
      </w:r>
      <w:proofErr w:type="spellEnd"/>
    </w:p>
    <w:p w14:paraId="0E0536E2" w14:textId="388912B9" w:rsidR="0025334A" w:rsidRPr="0025334A" w:rsidRDefault="00FA30E6" w:rsidP="0025334A">
      <w:pPr>
        <w:spacing w:after="50" w:line="247" w:lineRule="auto"/>
        <w:rPr>
          <w:lang w:val="fr-FR"/>
        </w:rPr>
      </w:pPr>
      <w:proofErr w:type="spellStart"/>
      <w:r w:rsidRPr="00FA30E6">
        <w:t>Deșeurile</w:t>
      </w:r>
      <w:proofErr w:type="spellEnd"/>
      <w:r w:rsidRPr="00FA30E6">
        <w:t xml:space="preserve"> </w:t>
      </w:r>
      <w:proofErr w:type="spellStart"/>
      <w:r w:rsidRPr="00FA30E6">
        <w:t>rezultate</w:t>
      </w:r>
      <w:proofErr w:type="spellEnd"/>
      <w:r w:rsidRPr="00FA30E6">
        <w:t xml:space="preserve"> din </w:t>
      </w:r>
      <w:proofErr w:type="spellStart"/>
      <w:r w:rsidRPr="00FA30E6">
        <w:t>activitățile</w:t>
      </w:r>
      <w:proofErr w:type="spellEnd"/>
      <w:r w:rsidRPr="00FA30E6">
        <w:t xml:space="preserve"> </w:t>
      </w:r>
      <w:proofErr w:type="spellStart"/>
      <w:r w:rsidRPr="00FA30E6">
        <w:t>aflate</w:t>
      </w:r>
      <w:proofErr w:type="spellEnd"/>
      <w:r w:rsidRPr="00FA30E6">
        <w:t xml:space="preserve"> </w:t>
      </w:r>
      <w:proofErr w:type="spellStart"/>
      <w:r w:rsidRPr="00FA30E6">
        <w:t>în</w:t>
      </w:r>
      <w:proofErr w:type="spellEnd"/>
      <w:r w:rsidRPr="00FA30E6">
        <w:t xml:space="preserve"> </w:t>
      </w:r>
      <w:proofErr w:type="spellStart"/>
      <w:r w:rsidRPr="00FA30E6">
        <w:t>responsabilitatea</w:t>
      </w:r>
      <w:proofErr w:type="spellEnd"/>
      <w:r w:rsidRPr="00FA30E6">
        <w:t xml:space="preserve"> </w:t>
      </w:r>
      <w:proofErr w:type="spellStart"/>
      <w:r w:rsidRPr="00FA30E6">
        <w:t>prestatorului</w:t>
      </w:r>
      <w:proofErr w:type="spellEnd"/>
      <w:r w:rsidRPr="00FA30E6">
        <w:t xml:space="preserve"> se </w:t>
      </w:r>
      <w:proofErr w:type="spellStart"/>
      <w:r w:rsidRPr="00FA30E6">
        <w:t>gestionează</w:t>
      </w:r>
      <w:proofErr w:type="spellEnd"/>
      <w:r w:rsidRPr="00FA30E6">
        <w:t xml:space="preserve"> pe </w:t>
      </w:r>
      <w:proofErr w:type="spellStart"/>
      <w:r w:rsidRPr="00FA30E6">
        <w:t>cheltuiala</w:t>
      </w:r>
      <w:proofErr w:type="spellEnd"/>
      <w:r w:rsidRPr="00FA30E6">
        <w:t xml:space="preserve"> </w:t>
      </w:r>
      <w:proofErr w:type="spellStart"/>
      <w:r w:rsidRPr="00FA30E6">
        <w:t>acestuia</w:t>
      </w:r>
      <w:proofErr w:type="spellEnd"/>
      <w:r w:rsidRPr="00FA30E6">
        <w:t xml:space="preserve"> </w:t>
      </w:r>
      <w:proofErr w:type="spellStart"/>
      <w:r w:rsidRPr="00FA30E6">
        <w:t>prin</w:t>
      </w:r>
      <w:proofErr w:type="spellEnd"/>
      <w:r w:rsidRPr="00FA30E6">
        <w:t xml:space="preserve"> </w:t>
      </w:r>
      <w:proofErr w:type="spellStart"/>
      <w:r w:rsidRPr="00FA30E6">
        <w:t>circuitele</w:t>
      </w:r>
      <w:proofErr w:type="spellEnd"/>
      <w:r w:rsidRPr="00FA30E6">
        <w:t xml:space="preserve"> </w:t>
      </w:r>
      <w:proofErr w:type="spellStart"/>
      <w:r w:rsidRPr="00FA30E6">
        <w:t>legale</w:t>
      </w:r>
      <w:proofErr w:type="spellEnd"/>
      <w:r w:rsidRPr="00FA30E6">
        <w:t xml:space="preserve"> </w:t>
      </w:r>
      <w:proofErr w:type="spellStart"/>
      <w:r w:rsidRPr="00FA30E6">
        <w:t>aplicabile</w:t>
      </w:r>
      <w:proofErr w:type="spellEnd"/>
      <w:r w:rsidRPr="00FA30E6">
        <w:t xml:space="preserve">. </w:t>
      </w:r>
      <w:proofErr w:type="spellStart"/>
      <w:r w:rsidRPr="00FA30E6">
        <w:t>Deșeurile</w:t>
      </w:r>
      <w:proofErr w:type="spellEnd"/>
      <w:r w:rsidRPr="00FA30E6">
        <w:t xml:space="preserve"> generate </w:t>
      </w:r>
      <w:proofErr w:type="spellStart"/>
      <w:r w:rsidRPr="00FA30E6">
        <w:t>după</w:t>
      </w:r>
      <w:proofErr w:type="spellEnd"/>
      <w:r w:rsidRPr="00FA30E6">
        <w:t xml:space="preserve"> </w:t>
      </w:r>
      <w:proofErr w:type="spellStart"/>
      <w:r w:rsidRPr="00FA30E6">
        <w:t>distribuirea</w:t>
      </w:r>
      <w:proofErr w:type="spellEnd"/>
      <w:r w:rsidRPr="00FA30E6">
        <w:t xml:space="preserve"> </w:t>
      </w:r>
      <w:proofErr w:type="spellStart"/>
      <w:r w:rsidRPr="00FA30E6">
        <w:t>internă</w:t>
      </w:r>
      <w:proofErr w:type="spellEnd"/>
      <w:r w:rsidRPr="00FA30E6">
        <w:t xml:space="preserve"> </w:t>
      </w:r>
      <w:proofErr w:type="spellStart"/>
      <w:r w:rsidRPr="00FA30E6">
        <w:t>și</w:t>
      </w:r>
      <w:proofErr w:type="spellEnd"/>
      <w:r w:rsidRPr="00FA30E6">
        <w:t xml:space="preserve"> </w:t>
      </w:r>
      <w:proofErr w:type="spellStart"/>
      <w:r w:rsidRPr="00FA30E6">
        <w:t>consum</w:t>
      </w:r>
      <w:proofErr w:type="spellEnd"/>
      <w:r w:rsidRPr="00FA30E6">
        <w:t xml:space="preserve"> la </w:t>
      </w:r>
      <w:proofErr w:type="spellStart"/>
      <w:r w:rsidRPr="00FA30E6">
        <w:t>centru</w:t>
      </w:r>
      <w:proofErr w:type="spellEnd"/>
      <w:r w:rsidRPr="00FA30E6">
        <w:t xml:space="preserve"> se </w:t>
      </w:r>
      <w:proofErr w:type="spellStart"/>
      <w:r w:rsidRPr="00FA30E6">
        <w:t>delimitează</w:t>
      </w:r>
      <w:proofErr w:type="spellEnd"/>
      <w:r w:rsidRPr="00FA30E6">
        <w:t xml:space="preserve"> </w:t>
      </w:r>
      <w:proofErr w:type="spellStart"/>
      <w:r w:rsidRPr="00FA30E6">
        <w:t>prin</w:t>
      </w:r>
      <w:proofErr w:type="spellEnd"/>
      <w:r w:rsidRPr="00FA30E6">
        <w:t xml:space="preserve"> contract, </w:t>
      </w:r>
      <w:proofErr w:type="spellStart"/>
      <w:r w:rsidRPr="00FA30E6">
        <w:t>în</w:t>
      </w:r>
      <w:proofErr w:type="spellEnd"/>
      <w:r w:rsidRPr="00FA30E6">
        <w:t xml:space="preserve"> </w:t>
      </w:r>
      <w:proofErr w:type="spellStart"/>
      <w:r w:rsidRPr="00FA30E6">
        <w:t>funcție</w:t>
      </w:r>
      <w:proofErr w:type="spellEnd"/>
      <w:r w:rsidRPr="00FA30E6">
        <w:t xml:space="preserve"> de </w:t>
      </w:r>
      <w:proofErr w:type="spellStart"/>
      <w:r w:rsidRPr="00FA30E6">
        <w:t>responsabilitatea</w:t>
      </w:r>
      <w:proofErr w:type="spellEnd"/>
      <w:r w:rsidRPr="00FA30E6">
        <w:t xml:space="preserve"> </w:t>
      </w:r>
      <w:proofErr w:type="spellStart"/>
      <w:r w:rsidRPr="00FA30E6">
        <w:t>operațională</w:t>
      </w:r>
      <w:proofErr w:type="spellEnd"/>
      <w:r w:rsidRPr="00FA30E6">
        <w:t xml:space="preserve"> </w:t>
      </w:r>
      <w:proofErr w:type="spellStart"/>
      <w:r w:rsidRPr="00FA30E6">
        <w:t>efectivă</w:t>
      </w:r>
      <w:proofErr w:type="spellEnd"/>
      <w:r w:rsidRPr="00FA30E6">
        <w:t>.</w:t>
      </w:r>
      <w:r w:rsidR="0025334A" w:rsidRPr="0025334A">
        <w:rPr>
          <w:lang w:val="fr-FR"/>
        </w:rPr>
        <w:t xml:space="preserve">  </w:t>
      </w:r>
    </w:p>
    <w:p w14:paraId="0BE41DD1" w14:textId="77777777" w:rsidR="0025334A" w:rsidRPr="0025334A" w:rsidRDefault="0025334A">
      <w:pPr>
        <w:spacing w:after="50" w:line="247" w:lineRule="auto"/>
      </w:pPr>
    </w:p>
    <w:p w14:paraId="64231E45" w14:textId="77777777" w:rsidR="000C4CB5" w:rsidRPr="0025334A" w:rsidRDefault="004E746A" w:rsidP="0025334A">
      <w:pPr>
        <w:pStyle w:val="Heading1"/>
      </w:pPr>
      <w:bookmarkStart w:id="43" w:name="_Toc242951484"/>
      <w:r w:rsidRPr="0025334A">
        <w:t>4. ATRIBUȚIILE ȘI RESPONSABILITĂȚILE PĂRȚILOR</w:t>
      </w:r>
      <w:bookmarkEnd w:id="43"/>
    </w:p>
    <w:p w14:paraId="324D26A4" w14:textId="77777777" w:rsidR="000C4CB5" w:rsidRPr="0025334A" w:rsidRDefault="004E746A" w:rsidP="0025334A">
      <w:pPr>
        <w:pStyle w:val="Heading2"/>
        <w:rPr>
          <w:color w:val="auto"/>
        </w:rPr>
      </w:pPr>
      <w:bookmarkStart w:id="44" w:name="_Toc242951485"/>
      <w:r w:rsidRPr="0025334A">
        <w:rPr>
          <w:color w:val="auto"/>
        </w:rPr>
        <w:t xml:space="preserve">4.1. </w:t>
      </w:r>
      <w:proofErr w:type="spellStart"/>
      <w:r w:rsidRPr="0025334A">
        <w:rPr>
          <w:color w:val="auto"/>
        </w:rPr>
        <w:t>Obligațiile</w:t>
      </w:r>
      <w:proofErr w:type="spellEnd"/>
      <w:r w:rsidRPr="0025334A">
        <w:rPr>
          <w:color w:val="auto"/>
        </w:rPr>
        <w:t xml:space="preserve"> </w:t>
      </w:r>
      <w:proofErr w:type="spellStart"/>
      <w:r w:rsidRPr="0025334A">
        <w:rPr>
          <w:color w:val="auto"/>
        </w:rPr>
        <w:t>Prestatorului</w:t>
      </w:r>
      <w:bookmarkEnd w:id="44"/>
      <w:proofErr w:type="spellEnd"/>
    </w:p>
    <w:p w14:paraId="5FD33346" w14:textId="77777777" w:rsidR="0025334A" w:rsidRPr="0025334A" w:rsidRDefault="0025334A" w:rsidP="0025334A"/>
    <w:p w14:paraId="54D038CB" w14:textId="77777777" w:rsidR="000C4CB5" w:rsidRPr="0025334A" w:rsidRDefault="004E746A">
      <w:pPr>
        <w:spacing w:after="50" w:line="247" w:lineRule="auto"/>
        <w:ind w:left="283" w:hanging="283"/>
      </w:pPr>
      <w:r w:rsidRPr="0025334A">
        <w:rPr>
          <w:b/>
        </w:rPr>
        <w:t xml:space="preserve">a) </w:t>
      </w:r>
      <w:proofErr w:type="spellStart"/>
      <w:r w:rsidRPr="0025334A">
        <w:t>să</w:t>
      </w:r>
      <w:proofErr w:type="spellEnd"/>
      <w:r w:rsidRPr="0025334A">
        <w:t xml:space="preserve"> </w:t>
      </w:r>
      <w:proofErr w:type="spellStart"/>
      <w:r w:rsidRPr="0025334A">
        <w:t>presteze</w:t>
      </w:r>
      <w:proofErr w:type="spellEnd"/>
      <w:r w:rsidRPr="0025334A">
        <w:t xml:space="preserve"> </w:t>
      </w:r>
      <w:proofErr w:type="spellStart"/>
      <w:r w:rsidRPr="0025334A">
        <w:t>serviciile</w:t>
      </w:r>
      <w:proofErr w:type="spellEnd"/>
      <w:r w:rsidRPr="0025334A">
        <w:t xml:space="preserve"> </w:t>
      </w:r>
      <w:proofErr w:type="spellStart"/>
      <w:r w:rsidRPr="0025334A">
        <w:t>zilnic</w:t>
      </w:r>
      <w:proofErr w:type="spellEnd"/>
      <w:r w:rsidRPr="0025334A">
        <w:t xml:space="preserve">, </w:t>
      </w:r>
      <w:proofErr w:type="spellStart"/>
      <w:r w:rsidRPr="0025334A">
        <w:t>continuu</w:t>
      </w:r>
      <w:proofErr w:type="spellEnd"/>
      <w:r w:rsidRPr="0025334A">
        <w:t xml:space="preserve">, cu </w:t>
      </w:r>
      <w:proofErr w:type="spellStart"/>
      <w:r w:rsidRPr="0025334A">
        <w:t>respectarea</w:t>
      </w:r>
      <w:proofErr w:type="spellEnd"/>
      <w:r w:rsidRPr="0025334A">
        <w:t xml:space="preserve"> </w:t>
      </w:r>
      <w:proofErr w:type="spellStart"/>
      <w:r w:rsidRPr="0025334A">
        <w:t>tuturor</w:t>
      </w:r>
      <w:proofErr w:type="spellEnd"/>
      <w:r w:rsidRPr="0025334A">
        <w:t xml:space="preserve"> </w:t>
      </w:r>
      <w:proofErr w:type="spellStart"/>
      <w:r w:rsidRPr="0025334A">
        <w:t>cerințelor</w:t>
      </w:r>
      <w:proofErr w:type="spellEnd"/>
      <w:r w:rsidRPr="0025334A">
        <w:t xml:space="preserve"> </w:t>
      </w:r>
      <w:proofErr w:type="spellStart"/>
      <w:r w:rsidRPr="0025334A">
        <w:t>caietului</w:t>
      </w:r>
      <w:proofErr w:type="spellEnd"/>
      <w:r w:rsidRPr="0025334A">
        <w:t xml:space="preserve"> de </w:t>
      </w:r>
      <w:proofErr w:type="spellStart"/>
      <w:r w:rsidRPr="0025334A">
        <w:t>sarcini</w:t>
      </w:r>
      <w:proofErr w:type="spellEnd"/>
      <w:r w:rsidRPr="0025334A">
        <w:t xml:space="preserve">, </w:t>
      </w:r>
      <w:proofErr w:type="spellStart"/>
      <w:r w:rsidRPr="0025334A">
        <w:t>contractului</w:t>
      </w:r>
      <w:proofErr w:type="spellEnd"/>
      <w:r w:rsidRPr="0025334A">
        <w:t xml:space="preserve"> </w:t>
      </w:r>
      <w:proofErr w:type="spellStart"/>
      <w:r w:rsidRPr="0025334A">
        <w:t>și</w:t>
      </w:r>
      <w:proofErr w:type="spellEnd"/>
      <w:r w:rsidRPr="0025334A">
        <w:t xml:space="preserve"> </w:t>
      </w:r>
      <w:proofErr w:type="spellStart"/>
      <w:r w:rsidRPr="0025334A">
        <w:t>legislației</w:t>
      </w:r>
      <w:proofErr w:type="spellEnd"/>
      <w:r w:rsidRPr="0025334A">
        <w:t xml:space="preserve"> </w:t>
      </w:r>
      <w:proofErr w:type="spellStart"/>
      <w:r w:rsidRPr="0025334A">
        <w:t>aplicabile</w:t>
      </w:r>
      <w:proofErr w:type="spellEnd"/>
      <w:r w:rsidRPr="0025334A">
        <w:t>;</w:t>
      </w:r>
    </w:p>
    <w:p w14:paraId="531FAE12" w14:textId="77777777" w:rsidR="000C4CB5" w:rsidRPr="0025334A" w:rsidRDefault="004E746A">
      <w:pPr>
        <w:spacing w:after="50" w:line="247" w:lineRule="auto"/>
        <w:ind w:left="283" w:hanging="283"/>
      </w:pPr>
      <w:r w:rsidRPr="0025334A">
        <w:t xml:space="preserve">b) </w:t>
      </w:r>
      <w:proofErr w:type="spellStart"/>
      <w:r w:rsidRPr="0025334A">
        <w:t>să</w:t>
      </w:r>
      <w:proofErr w:type="spellEnd"/>
      <w:r w:rsidRPr="0025334A">
        <w:t xml:space="preserve"> </w:t>
      </w:r>
      <w:proofErr w:type="spellStart"/>
      <w:r w:rsidRPr="0025334A">
        <w:t>mențină</w:t>
      </w:r>
      <w:proofErr w:type="spellEnd"/>
      <w:r w:rsidRPr="0025334A">
        <w:t xml:space="preserve"> </w:t>
      </w:r>
      <w:proofErr w:type="spellStart"/>
      <w:r w:rsidRPr="0025334A">
        <w:t>valabile</w:t>
      </w:r>
      <w:proofErr w:type="spellEnd"/>
      <w:r w:rsidRPr="0025334A">
        <w:t xml:space="preserve"> </w:t>
      </w:r>
      <w:proofErr w:type="spellStart"/>
      <w:r w:rsidRPr="0025334A">
        <w:t>toate</w:t>
      </w:r>
      <w:proofErr w:type="spellEnd"/>
      <w:r w:rsidRPr="0025334A">
        <w:t xml:space="preserve"> </w:t>
      </w:r>
      <w:proofErr w:type="spellStart"/>
      <w:r w:rsidRPr="0025334A">
        <w:t>autorizațiile</w:t>
      </w:r>
      <w:proofErr w:type="spellEnd"/>
      <w:r w:rsidRPr="0025334A">
        <w:t xml:space="preserve">, </w:t>
      </w:r>
      <w:proofErr w:type="spellStart"/>
      <w:r w:rsidRPr="0025334A">
        <w:t>avizele</w:t>
      </w:r>
      <w:proofErr w:type="spellEnd"/>
      <w:r w:rsidRPr="0025334A">
        <w:t xml:space="preserve">, </w:t>
      </w:r>
      <w:proofErr w:type="spellStart"/>
      <w:r w:rsidRPr="0025334A">
        <w:t>înregistrările</w:t>
      </w:r>
      <w:proofErr w:type="spellEnd"/>
      <w:r w:rsidRPr="0025334A">
        <w:t xml:space="preserve"> </w:t>
      </w:r>
      <w:proofErr w:type="spellStart"/>
      <w:r w:rsidRPr="0025334A">
        <w:t>și</w:t>
      </w:r>
      <w:proofErr w:type="spellEnd"/>
      <w:r w:rsidRPr="0025334A">
        <w:t xml:space="preserve"> </w:t>
      </w:r>
      <w:proofErr w:type="spellStart"/>
      <w:r w:rsidRPr="0025334A">
        <w:t>documentele</w:t>
      </w:r>
      <w:proofErr w:type="spellEnd"/>
      <w:r w:rsidRPr="0025334A">
        <w:t xml:space="preserve"> </w:t>
      </w:r>
      <w:proofErr w:type="spellStart"/>
      <w:r w:rsidRPr="0025334A">
        <w:t>profesionale</w:t>
      </w:r>
      <w:proofErr w:type="spellEnd"/>
      <w:r w:rsidRPr="0025334A">
        <w:t xml:space="preserve"> </w:t>
      </w:r>
      <w:proofErr w:type="spellStart"/>
      <w:r w:rsidRPr="0025334A">
        <w:t>obligatorii</w:t>
      </w:r>
      <w:proofErr w:type="spellEnd"/>
      <w:r w:rsidRPr="0025334A">
        <w:t xml:space="preserve"> </w:t>
      </w:r>
      <w:proofErr w:type="spellStart"/>
      <w:r w:rsidRPr="0025334A">
        <w:t>pentru</w:t>
      </w:r>
      <w:proofErr w:type="spellEnd"/>
      <w:r w:rsidRPr="0025334A">
        <w:t xml:space="preserve"> </w:t>
      </w:r>
      <w:proofErr w:type="spellStart"/>
      <w:r w:rsidRPr="0025334A">
        <w:t>unitatea</w:t>
      </w:r>
      <w:proofErr w:type="spellEnd"/>
      <w:r w:rsidRPr="0025334A">
        <w:t xml:space="preserve"> de </w:t>
      </w:r>
      <w:proofErr w:type="spellStart"/>
      <w:r w:rsidRPr="0025334A">
        <w:t>preparare</w:t>
      </w:r>
      <w:proofErr w:type="spellEnd"/>
      <w:r w:rsidRPr="0025334A">
        <w:t xml:space="preserve">, </w:t>
      </w:r>
      <w:proofErr w:type="spellStart"/>
      <w:r w:rsidRPr="0025334A">
        <w:t>mijloacele</w:t>
      </w:r>
      <w:proofErr w:type="spellEnd"/>
      <w:r w:rsidRPr="0025334A">
        <w:t xml:space="preserve"> de transport, </w:t>
      </w:r>
      <w:proofErr w:type="spellStart"/>
      <w:r w:rsidRPr="0025334A">
        <w:t>personalul</w:t>
      </w:r>
      <w:proofErr w:type="spellEnd"/>
      <w:r w:rsidRPr="0025334A">
        <w:t xml:space="preserve"> </w:t>
      </w:r>
      <w:proofErr w:type="spellStart"/>
      <w:r w:rsidRPr="0025334A">
        <w:t>și</w:t>
      </w:r>
      <w:proofErr w:type="spellEnd"/>
      <w:r w:rsidRPr="0025334A">
        <w:t xml:space="preserve"> </w:t>
      </w:r>
      <w:proofErr w:type="spellStart"/>
      <w:r w:rsidRPr="0025334A">
        <w:t>activitățile</w:t>
      </w:r>
      <w:proofErr w:type="spellEnd"/>
      <w:r w:rsidRPr="0025334A">
        <w:t xml:space="preserve"> </w:t>
      </w:r>
      <w:proofErr w:type="spellStart"/>
      <w:r w:rsidRPr="0025334A">
        <w:t>efectiv</w:t>
      </w:r>
      <w:proofErr w:type="spellEnd"/>
      <w:r w:rsidRPr="0025334A">
        <w:t xml:space="preserve"> </w:t>
      </w:r>
      <w:proofErr w:type="spellStart"/>
      <w:r w:rsidRPr="0025334A">
        <w:t>executate</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transmită</w:t>
      </w:r>
      <w:proofErr w:type="spellEnd"/>
      <w:r w:rsidRPr="0025334A">
        <w:t xml:space="preserve"> </w:t>
      </w:r>
      <w:proofErr w:type="spellStart"/>
      <w:r w:rsidRPr="0025334A">
        <w:t>documentele</w:t>
      </w:r>
      <w:proofErr w:type="spellEnd"/>
      <w:r w:rsidRPr="0025334A">
        <w:t xml:space="preserve"> </w:t>
      </w:r>
      <w:proofErr w:type="spellStart"/>
      <w:r w:rsidRPr="0025334A">
        <w:t>reînnoite</w:t>
      </w:r>
      <w:proofErr w:type="spellEnd"/>
      <w:r w:rsidRPr="0025334A">
        <w:t xml:space="preserve"> </w:t>
      </w:r>
      <w:proofErr w:type="spellStart"/>
      <w:r w:rsidRPr="0025334A">
        <w:t>înainte</w:t>
      </w:r>
      <w:proofErr w:type="spellEnd"/>
      <w:r w:rsidRPr="0025334A">
        <w:t xml:space="preserve"> de </w:t>
      </w:r>
      <w:proofErr w:type="spellStart"/>
      <w:r w:rsidRPr="0025334A">
        <w:t>expirarea</w:t>
      </w:r>
      <w:proofErr w:type="spellEnd"/>
      <w:r w:rsidRPr="0025334A">
        <w:t xml:space="preserve"> </w:t>
      </w:r>
      <w:proofErr w:type="spellStart"/>
      <w:r w:rsidRPr="0025334A">
        <w:t>celor</w:t>
      </w:r>
      <w:proofErr w:type="spellEnd"/>
      <w:r w:rsidRPr="0025334A">
        <w:t xml:space="preserve"> </w:t>
      </w:r>
      <w:proofErr w:type="spellStart"/>
      <w:r w:rsidRPr="0025334A">
        <w:t>existente</w:t>
      </w:r>
      <w:proofErr w:type="spellEnd"/>
      <w:r w:rsidRPr="0025334A">
        <w:t>;</w:t>
      </w:r>
    </w:p>
    <w:p w14:paraId="0165B8B7" w14:textId="77777777" w:rsidR="000C4CB5" w:rsidRPr="0025334A" w:rsidRDefault="004E746A">
      <w:pPr>
        <w:spacing w:after="50" w:line="247" w:lineRule="auto"/>
        <w:ind w:left="283" w:hanging="283"/>
      </w:pPr>
      <w:r w:rsidRPr="0025334A">
        <w:t xml:space="preserve">c) </w:t>
      </w:r>
      <w:proofErr w:type="spellStart"/>
      <w:r w:rsidRPr="0025334A">
        <w:t>să</w:t>
      </w:r>
      <w:proofErr w:type="spellEnd"/>
      <w:r w:rsidRPr="0025334A">
        <w:t xml:space="preserve"> </w:t>
      </w:r>
      <w:proofErr w:type="spellStart"/>
      <w:r w:rsidRPr="0025334A">
        <w:t>asigure</w:t>
      </w:r>
      <w:proofErr w:type="spellEnd"/>
      <w:r w:rsidRPr="0025334A">
        <w:t xml:space="preserve"> permanent personal </w:t>
      </w:r>
      <w:proofErr w:type="spellStart"/>
      <w:r w:rsidRPr="0025334A">
        <w:t>suficient</w:t>
      </w:r>
      <w:proofErr w:type="spellEnd"/>
      <w:r w:rsidRPr="0025334A">
        <w:t xml:space="preserve">, </w:t>
      </w:r>
      <w:proofErr w:type="spellStart"/>
      <w:r w:rsidRPr="0025334A">
        <w:t>calificat</w:t>
      </w:r>
      <w:proofErr w:type="spellEnd"/>
      <w:r w:rsidRPr="0025334A">
        <w:t>/</w:t>
      </w:r>
      <w:proofErr w:type="spellStart"/>
      <w:r w:rsidRPr="0025334A">
        <w:t>instruit</w:t>
      </w:r>
      <w:proofErr w:type="spellEnd"/>
      <w:r w:rsidRPr="0025334A">
        <w:t xml:space="preserve"> </w:t>
      </w:r>
      <w:proofErr w:type="spellStart"/>
      <w:r w:rsidRPr="0025334A">
        <w:t>și</w:t>
      </w:r>
      <w:proofErr w:type="spellEnd"/>
      <w:r w:rsidRPr="0025334A">
        <w:t xml:space="preserve"> apt </w:t>
      </w:r>
      <w:proofErr w:type="spellStart"/>
      <w:r w:rsidRPr="0025334A">
        <w:t>pentru</w:t>
      </w:r>
      <w:proofErr w:type="spellEnd"/>
      <w:r w:rsidRPr="0025334A">
        <w:t xml:space="preserve"> </w:t>
      </w:r>
      <w:proofErr w:type="spellStart"/>
      <w:r w:rsidRPr="0025334A">
        <w:t>activitățile</w:t>
      </w:r>
      <w:proofErr w:type="spellEnd"/>
      <w:r w:rsidRPr="0025334A">
        <w:t xml:space="preserve"> </w:t>
      </w:r>
      <w:proofErr w:type="spellStart"/>
      <w:r w:rsidRPr="0025334A">
        <w:t>efectiv</w:t>
      </w:r>
      <w:proofErr w:type="spellEnd"/>
      <w:r w:rsidRPr="0025334A">
        <w:t xml:space="preserve"> </w:t>
      </w:r>
      <w:proofErr w:type="spellStart"/>
      <w:r w:rsidRPr="0025334A">
        <w:t>executate</w:t>
      </w:r>
      <w:proofErr w:type="spellEnd"/>
      <w:r w:rsidRPr="0025334A">
        <w:t xml:space="preserve">, </w:t>
      </w:r>
      <w:proofErr w:type="spellStart"/>
      <w:r w:rsidRPr="0025334A">
        <w:t>inclusiv</w:t>
      </w:r>
      <w:proofErr w:type="spellEnd"/>
      <w:r w:rsidRPr="0025334A">
        <w:t xml:space="preserve"> </w:t>
      </w:r>
      <w:proofErr w:type="spellStart"/>
      <w:r w:rsidRPr="0025334A">
        <w:t>soluții</w:t>
      </w:r>
      <w:proofErr w:type="spellEnd"/>
      <w:r w:rsidRPr="0025334A">
        <w:t xml:space="preserve"> de </w:t>
      </w:r>
      <w:proofErr w:type="spellStart"/>
      <w:r w:rsidRPr="0025334A">
        <w:t>înlocuire</w:t>
      </w:r>
      <w:proofErr w:type="spellEnd"/>
      <w:r w:rsidRPr="0025334A">
        <w:t xml:space="preserve"> </w:t>
      </w:r>
      <w:proofErr w:type="spellStart"/>
      <w:r w:rsidRPr="0025334A">
        <w:t>pentru</w:t>
      </w:r>
      <w:proofErr w:type="spellEnd"/>
      <w:r w:rsidRPr="0025334A">
        <w:t xml:space="preserve"> </w:t>
      </w:r>
      <w:proofErr w:type="spellStart"/>
      <w:r w:rsidRPr="0025334A">
        <w:t>rolurile</w:t>
      </w:r>
      <w:proofErr w:type="spellEnd"/>
      <w:r w:rsidRPr="0025334A">
        <w:t xml:space="preserve"> </w:t>
      </w:r>
      <w:proofErr w:type="spellStart"/>
      <w:r w:rsidRPr="0025334A">
        <w:t>critice</w:t>
      </w:r>
      <w:proofErr w:type="spellEnd"/>
      <w:r w:rsidRPr="0025334A">
        <w:t>;</w:t>
      </w:r>
    </w:p>
    <w:p w14:paraId="366C0598" w14:textId="77777777" w:rsidR="000C4CB5" w:rsidRPr="0025334A" w:rsidRDefault="004E746A">
      <w:pPr>
        <w:spacing w:after="50" w:line="247" w:lineRule="auto"/>
        <w:ind w:left="283" w:hanging="283"/>
      </w:pPr>
      <w:r w:rsidRPr="0025334A">
        <w:rPr>
          <w:b/>
        </w:rPr>
        <w:t xml:space="preserve">d) </w:t>
      </w:r>
      <w:proofErr w:type="spellStart"/>
      <w:r w:rsidRPr="0025334A">
        <w:t>să</w:t>
      </w:r>
      <w:proofErr w:type="spellEnd"/>
      <w:r w:rsidRPr="0025334A">
        <w:t xml:space="preserve"> </w:t>
      </w:r>
      <w:proofErr w:type="spellStart"/>
      <w:r w:rsidRPr="0025334A">
        <w:t>asigure</w:t>
      </w:r>
      <w:proofErr w:type="spellEnd"/>
      <w:r w:rsidRPr="0025334A">
        <w:t xml:space="preserve"> </w:t>
      </w:r>
      <w:proofErr w:type="spellStart"/>
      <w:r w:rsidRPr="0025334A">
        <w:t>profesionistul</w:t>
      </w:r>
      <w:proofErr w:type="spellEnd"/>
      <w:r w:rsidRPr="0025334A">
        <w:t xml:space="preserve"> competent </w:t>
      </w:r>
      <w:proofErr w:type="spellStart"/>
      <w:r w:rsidRPr="0025334A">
        <w:t>pentru</w:t>
      </w:r>
      <w:proofErr w:type="spellEnd"/>
      <w:r w:rsidRPr="0025334A">
        <w:t xml:space="preserve"> </w:t>
      </w:r>
      <w:proofErr w:type="spellStart"/>
      <w:r w:rsidRPr="0025334A">
        <w:t>verificarea</w:t>
      </w:r>
      <w:proofErr w:type="spellEnd"/>
      <w:r w:rsidRPr="0025334A">
        <w:t xml:space="preserve"> </w:t>
      </w:r>
      <w:proofErr w:type="spellStart"/>
      <w:r w:rsidRPr="0025334A">
        <w:t>meniurilor</w:t>
      </w:r>
      <w:proofErr w:type="spellEnd"/>
      <w:r w:rsidRPr="0025334A">
        <w:t xml:space="preserve"> </w:t>
      </w:r>
      <w:proofErr w:type="spellStart"/>
      <w:r w:rsidRPr="0025334A">
        <w:t>și</w:t>
      </w:r>
      <w:proofErr w:type="spellEnd"/>
      <w:r w:rsidRPr="0025334A">
        <w:t xml:space="preserve"> </w:t>
      </w:r>
      <w:proofErr w:type="spellStart"/>
      <w:r w:rsidRPr="0025334A">
        <w:t>regimurilor</w:t>
      </w:r>
      <w:proofErr w:type="spellEnd"/>
      <w:r w:rsidRPr="0025334A">
        <w:t xml:space="preserve"> </w:t>
      </w:r>
      <w:proofErr w:type="spellStart"/>
      <w:r w:rsidRPr="0025334A">
        <w:t>și</w:t>
      </w:r>
      <w:proofErr w:type="spellEnd"/>
      <w:r w:rsidRPr="0025334A">
        <w:t xml:space="preserve"> un </w:t>
      </w:r>
      <w:proofErr w:type="spellStart"/>
      <w:r w:rsidRPr="0025334A">
        <w:t>coordonator</w:t>
      </w:r>
      <w:proofErr w:type="spellEnd"/>
      <w:r w:rsidRPr="0025334A">
        <w:t xml:space="preserve"> </w:t>
      </w:r>
      <w:proofErr w:type="spellStart"/>
      <w:r w:rsidRPr="0025334A">
        <w:t>operațional</w:t>
      </w:r>
      <w:proofErr w:type="spellEnd"/>
      <w:r w:rsidRPr="0025334A">
        <w:t>;</w:t>
      </w:r>
    </w:p>
    <w:p w14:paraId="691F6C23" w14:textId="77777777" w:rsidR="000C4CB5" w:rsidRPr="0025334A" w:rsidRDefault="004E746A">
      <w:pPr>
        <w:spacing w:after="50" w:line="247" w:lineRule="auto"/>
        <w:ind w:left="283" w:hanging="283"/>
      </w:pPr>
      <w:r w:rsidRPr="0025334A">
        <w:rPr>
          <w:b/>
        </w:rPr>
        <w:t xml:space="preserve">e) </w:t>
      </w:r>
      <w:proofErr w:type="spellStart"/>
      <w:r w:rsidRPr="0025334A">
        <w:t>să</w:t>
      </w:r>
      <w:proofErr w:type="spellEnd"/>
      <w:r w:rsidRPr="0025334A">
        <w:t xml:space="preserve"> </w:t>
      </w:r>
      <w:proofErr w:type="spellStart"/>
      <w:r w:rsidRPr="0025334A">
        <w:t>asigure</w:t>
      </w:r>
      <w:proofErr w:type="spellEnd"/>
      <w:r w:rsidRPr="0025334A">
        <w:t xml:space="preserve"> </w:t>
      </w:r>
      <w:proofErr w:type="spellStart"/>
      <w:r w:rsidRPr="0025334A">
        <w:t>materiile</w:t>
      </w:r>
      <w:proofErr w:type="spellEnd"/>
      <w:r w:rsidRPr="0025334A">
        <w:t xml:space="preserve"> prime, </w:t>
      </w:r>
      <w:proofErr w:type="spellStart"/>
      <w:r w:rsidRPr="0025334A">
        <w:t>prepararea</w:t>
      </w:r>
      <w:proofErr w:type="spellEnd"/>
      <w:r w:rsidRPr="0025334A">
        <w:t xml:space="preserve">, </w:t>
      </w:r>
      <w:proofErr w:type="spellStart"/>
      <w:r w:rsidRPr="0025334A">
        <w:t>ambalarea</w:t>
      </w:r>
      <w:proofErr w:type="spellEnd"/>
      <w:r w:rsidRPr="0025334A">
        <w:t xml:space="preserve">, </w:t>
      </w:r>
      <w:proofErr w:type="spellStart"/>
      <w:r w:rsidRPr="0025334A">
        <w:t>etichetarea</w:t>
      </w:r>
      <w:proofErr w:type="spellEnd"/>
      <w:r w:rsidRPr="0025334A">
        <w:t xml:space="preserve">, </w:t>
      </w:r>
      <w:proofErr w:type="spellStart"/>
      <w:r w:rsidRPr="0025334A">
        <w:t>transportul</w:t>
      </w:r>
      <w:proofErr w:type="spellEnd"/>
      <w:r w:rsidRPr="0025334A">
        <w:t xml:space="preserve"> </w:t>
      </w:r>
      <w:proofErr w:type="spellStart"/>
      <w:r w:rsidRPr="0025334A">
        <w:t>și</w:t>
      </w:r>
      <w:proofErr w:type="spellEnd"/>
      <w:r w:rsidRPr="0025334A">
        <w:t xml:space="preserve"> </w:t>
      </w:r>
      <w:proofErr w:type="spellStart"/>
      <w:r w:rsidRPr="0025334A">
        <w:t>documentarea</w:t>
      </w:r>
      <w:proofErr w:type="spellEnd"/>
      <w:r w:rsidRPr="0025334A">
        <w:t xml:space="preserve"> </w:t>
      </w:r>
      <w:proofErr w:type="spellStart"/>
      <w:r w:rsidRPr="0025334A">
        <w:t>fără</w:t>
      </w:r>
      <w:proofErr w:type="spellEnd"/>
      <w:r w:rsidRPr="0025334A">
        <w:t xml:space="preserve"> </w:t>
      </w:r>
      <w:proofErr w:type="spellStart"/>
      <w:r w:rsidRPr="0025334A">
        <w:t>costuri</w:t>
      </w:r>
      <w:proofErr w:type="spellEnd"/>
      <w:r w:rsidRPr="0025334A">
        <w:t xml:space="preserve"> </w:t>
      </w:r>
      <w:proofErr w:type="spellStart"/>
      <w:r w:rsidRPr="0025334A">
        <w:t>neprevăzute</w:t>
      </w:r>
      <w:proofErr w:type="spellEnd"/>
      <w:r w:rsidRPr="0025334A">
        <w:t xml:space="preserve"> </w:t>
      </w:r>
      <w:proofErr w:type="spellStart"/>
      <w:r w:rsidRPr="0025334A">
        <w:t>pentru</w:t>
      </w:r>
      <w:proofErr w:type="spellEnd"/>
      <w:r w:rsidRPr="0025334A">
        <w:t xml:space="preserve"> </w:t>
      </w:r>
      <w:proofErr w:type="spellStart"/>
      <w:r w:rsidRPr="0025334A">
        <w:t>autoritatea</w:t>
      </w:r>
      <w:proofErr w:type="spellEnd"/>
      <w:r w:rsidRPr="0025334A">
        <w:t xml:space="preserve"> </w:t>
      </w:r>
      <w:proofErr w:type="spellStart"/>
      <w:r w:rsidRPr="0025334A">
        <w:t>contractantă</w:t>
      </w:r>
      <w:proofErr w:type="spellEnd"/>
      <w:r w:rsidRPr="0025334A">
        <w:t>;</w:t>
      </w:r>
    </w:p>
    <w:p w14:paraId="758470CD" w14:textId="77777777" w:rsidR="000C4CB5" w:rsidRPr="0025334A" w:rsidRDefault="004E746A">
      <w:pPr>
        <w:spacing w:after="50" w:line="247" w:lineRule="auto"/>
        <w:ind w:left="283" w:hanging="283"/>
      </w:pPr>
      <w:r w:rsidRPr="0025334A">
        <w:rPr>
          <w:b/>
        </w:rPr>
        <w:t xml:space="preserve">f) </w:t>
      </w:r>
      <w:proofErr w:type="spellStart"/>
      <w:r w:rsidRPr="0025334A">
        <w:t>să</w:t>
      </w:r>
      <w:proofErr w:type="spellEnd"/>
      <w:r w:rsidRPr="0025334A">
        <w:t xml:space="preserve"> </w:t>
      </w:r>
      <w:proofErr w:type="spellStart"/>
      <w:r w:rsidRPr="0025334A">
        <w:t>respecte</w:t>
      </w:r>
      <w:proofErr w:type="spellEnd"/>
      <w:r w:rsidRPr="0025334A">
        <w:t xml:space="preserve"> </w:t>
      </w:r>
      <w:proofErr w:type="spellStart"/>
      <w:r w:rsidRPr="0025334A">
        <w:t>comenzile</w:t>
      </w:r>
      <w:proofErr w:type="spellEnd"/>
      <w:r w:rsidRPr="0025334A">
        <w:t xml:space="preserve">, </w:t>
      </w:r>
      <w:proofErr w:type="spellStart"/>
      <w:r w:rsidRPr="0025334A">
        <w:t>meniurile</w:t>
      </w:r>
      <w:proofErr w:type="spellEnd"/>
      <w:r w:rsidRPr="0025334A">
        <w:t xml:space="preserve">, </w:t>
      </w:r>
      <w:proofErr w:type="spellStart"/>
      <w:r w:rsidRPr="0025334A">
        <w:t>gramajele</w:t>
      </w:r>
      <w:proofErr w:type="spellEnd"/>
      <w:r w:rsidRPr="0025334A">
        <w:t xml:space="preserve">, </w:t>
      </w:r>
      <w:proofErr w:type="spellStart"/>
      <w:r w:rsidRPr="0025334A">
        <w:t>regimurile</w:t>
      </w:r>
      <w:proofErr w:type="spellEnd"/>
      <w:r w:rsidRPr="0025334A">
        <w:t xml:space="preserve"> </w:t>
      </w:r>
      <w:proofErr w:type="spellStart"/>
      <w:r w:rsidRPr="0025334A">
        <w:t>și</w:t>
      </w:r>
      <w:proofErr w:type="spellEnd"/>
      <w:r w:rsidRPr="0025334A">
        <w:t xml:space="preserve"> </w:t>
      </w:r>
      <w:proofErr w:type="spellStart"/>
      <w:r w:rsidRPr="0025334A">
        <w:t>texturile</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prevină</w:t>
      </w:r>
      <w:proofErr w:type="spellEnd"/>
      <w:r w:rsidRPr="0025334A">
        <w:t xml:space="preserve"> </w:t>
      </w:r>
      <w:proofErr w:type="spellStart"/>
      <w:r w:rsidRPr="0025334A">
        <w:t>contaminarea</w:t>
      </w:r>
      <w:proofErr w:type="spellEnd"/>
      <w:r w:rsidRPr="0025334A">
        <w:t xml:space="preserve"> </w:t>
      </w:r>
      <w:proofErr w:type="spellStart"/>
      <w:r w:rsidRPr="0025334A">
        <w:t>încrucișată</w:t>
      </w:r>
      <w:proofErr w:type="spellEnd"/>
      <w:r w:rsidRPr="0025334A">
        <w:t>;</w:t>
      </w:r>
    </w:p>
    <w:p w14:paraId="74E84C80" w14:textId="77777777" w:rsidR="000C4CB5" w:rsidRPr="0025334A" w:rsidRDefault="004E746A">
      <w:pPr>
        <w:spacing w:after="50" w:line="247" w:lineRule="auto"/>
        <w:ind w:left="283" w:hanging="283"/>
      </w:pPr>
      <w:r w:rsidRPr="0025334A">
        <w:rPr>
          <w:b/>
        </w:rPr>
        <w:t xml:space="preserve">g) </w:t>
      </w:r>
      <w:proofErr w:type="spellStart"/>
      <w:r w:rsidRPr="0025334A">
        <w:t>să</w:t>
      </w:r>
      <w:proofErr w:type="spellEnd"/>
      <w:r w:rsidRPr="0025334A">
        <w:t xml:space="preserve"> </w:t>
      </w:r>
      <w:proofErr w:type="spellStart"/>
      <w:r w:rsidRPr="0025334A">
        <w:t>mențină</w:t>
      </w:r>
      <w:proofErr w:type="spellEnd"/>
      <w:r w:rsidRPr="0025334A">
        <w:t xml:space="preserve"> </w:t>
      </w:r>
      <w:proofErr w:type="spellStart"/>
      <w:r w:rsidRPr="0025334A">
        <w:t>procedurile</w:t>
      </w:r>
      <w:proofErr w:type="spellEnd"/>
      <w:r w:rsidRPr="0025334A">
        <w:t xml:space="preserve"> HACCP, </w:t>
      </w:r>
      <w:proofErr w:type="spellStart"/>
      <w:r w:rsidRPr="0025334A">
        <w:t>trasabilitatea</w:t>
      </w:r>
      <w:proofErr w:type="spellEnd"/>
      <w:r w:rsidRPr="0025334A">
        <w:t xml:space="preserve">, </w:t>
      </w:r>
      <w:proofErr w:type="spellStart"/>
      <w:r w:rsidRPr="0025334A">
        <w:t>probele</w:t>
      </w:r>
      <w:proofErr w:type="spellEnd"/>
      <w:r w:rsidRPr="0025334A">
        <w:t xml:space="preserve"> </w:t>
      </w:r>
      <w:proofErr w:type="spellStart"/>
      <w:r w:rsidRPr="0025334A">
        <w:t>alimentare</w:t>
      </w:r>
      <w:proofErr w:type="spellEnd"/>
      <w:r w:rsidRPr="0025334A">
        <w:t xml:space="preserve"> </w:t>
      </w:r>
      <w:proofErr w:type="spellStart"/>
      <w:r w:rsidRPr="0025334A">
        <w:t>și</w:t>
      </w:r>
      <w:proofErr w:type="spellEnd"/>
      <w:r w:rsidRPr="0025334A">
        <w:t xml:space="preserve"> </w:t>
      </w:r>
      <w:proofErr w:type="spellStart"/>
      <w:r w:rsidRPr="0025334A">
        <w:t>registrele</w:t>
      </w:r>
      <w:proofErr w:type="spellEnd"/>
      <w:r w:rsidRPr="0025334A">
        <w:t xml:space="preserve"> de </w:t>
      </w:r>
      <w:proofErr w:type="spellStart"/>
      <w:r w:rsidRPr="0025334A">
        <w:t>igienă</w:t>
      </w:r>
      <w:proofErr w:type="spellEnd"/>
      <w:r w:rsidRPr="0025334A">
        <w:t>;</w:t>
      </w:r>
    </w:p>
    <w:p w14:paraId="0ECBB739" w14:textId="77777777" w:rsidR="000C4CB5" w:rsidRPr="0025334A" w:rsidRDefault="004E746A">
      <w:pPr>
        <w:spacing w:after="50" w:line="247" w:lineRule="auto"/>
        <w:ind w:left="283" w:hanging="283"/>
      </w:pPr>
      <w:r w:rsidRPr="0025334A">
        <w:rPr>
          <w:b/>
        </w:rPr>
        <w:t xml:space="preserve">h) </w:t>
      </w:r>
      <w:proofErr w:type="spellStart"/>
      <w:r w:rsidRPr="0025334A">
        <w:t>să</w:t>
      </w:r>
      <w:proofErr w:type="spellEnd"/>
      <w:r w:rsidRPr="0025334A">
        <w:t xml:space="preserve"> </w:t>
      </w:r>
      <w:proofErr w:type="spellStart"/>
      <w:r w:rsidRPr="0025334A">
        <w:t>remedieze</w:t>
      </w:r>
      <w:proofErr w:type="spellEnd"/>
      <w:r w:rsidRPr="0025334A">
        <w:t xml:space="preserve"> </w:t>
      </w:r>
      <w:proofErr w:type="spellStart"/>
      <w:r w:rsidRPr="0025334A">
        <w:t>neconformitățile</w:t>
      </w:r>
      <w:proofErr w:type="spellEnd"/>
      <w:r w:rsidRPr="0025334A">
        <w:t xml:space="preserve"> </w:t>
      </w:r>
      <w:proofErr w:type="spellStart"/>
      <w:r w:rsidRPr="0025334A">
        <w:t>în</w:t>
      </w:r>
      <w:proofErr w:type="spellEnd"/>
      <w:r w:rsidRPr="0025334A">
        <w:t xml:space="preserve"> </w:t>
      </w:r>
      <w:proofErr w:type="spellStart"/>
      <w:r w:rsidRPr="0025334A">
        <w:t>termenele</w:t>
      </w:r>
      <w:proofErr w:type="spellEnd"/>
      <w:r w:rsidRPr="0025334A">
        <w:t xml:space="preserve"> </w:t>
      </w:r>
      <w:proofErr w:type="spellStart"/>
      <w:r w:rsidRPr="0025334A">
        <w:t>stabilite</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suporte</w:t>
      </w:r>
      <w:proofErr w:type="spellEnd"/>
      <w:r w:rsidRPr="0025334A">
        <w:t xml:space="preserve"> </w:t>
      </w:r>
      <w:proofErr w:type="spellStart"/>
      <w:r w:rsidRPr="0025334A">
        <w:t>costurile</w:t>
      </w:r>
      <w:proofErr w:type="spellEnd"/>
      <w:r w:rsidRPr="0025334A">
        <w:t xml:space="preserve"> </w:t>
      </w:r>
      <w:proofErr w:type="spellStart"/>
      <w:r w:rsidRPr="0025334A">
        <w:t>înlocuirii</w:t>
      </w:r>
      <w:proofErr w:type="spellEnd"/>
      <w:r w:rsidRPr="0025334A">
        <w:t xml:space="preserve"> </w:t>
      </w:r>
      <w:proofErr w:type="spellStart"/>
      <w:r w:rsidRPr="0025334A">
        <w:t>produselor</w:t>
      </w:r>
      <w:proofErr w:type="spellEnd"/>
      <w:r w:rsidRPr="0025334A">
        <w:t>/</w:t>
      </w:r>
      <w:proofErr w:type="spellStart"/>
      <w:r w:rsidRPr="0025334A">
        <w:t>porțiilor</w:t>
      </w:r>
      <w:proofErr w:type="spellEnd"/>
      <w:r w:rsidRPr="0025334A">
        <w:t xml:space="preserve"> </w:t>
      </w:r>
      <w:proofErr w:type="spellStart"/>
      <w:r w:rsidRPr="0025334A">
        <w:t>neacceptate</w:t>
      </w:r>
      <w:proofErr w:type="spellEnd"/>
      <w:r w:rsidRPr="0025334A">
        <w:t>;</w:t>
      </w:r>
    </w:p>
    <w:p w14:paraId="3840CEC3" w14:textId="2919BBBB" w:rsidR="000C4CB5" w:rsidRPr="0025334A" w:rsidRDefault="004E746A">
      <w:pPr>
        <w:spacing w:after="50" w:line="247" w:lineRule="auto"/>
        <w:ind w:left="283" w:hanging="283"/>
      </w:pPr>
      <w:proofErr w:type="spellStart"/>
      <w:r w:rsidRPr="0025334A">
        <w:rPr>
          <w:b/>
        </w:rPr>
        <w:t>i</w:t>
      </w:r>
      <w:proofErr w:type="spellEnd"/>
      <w:r w:rsidRPr="0025334A">
        <w:rPr>
          <w:b/>
        </w:rPr>
        <w:t xml:space="preserve">) </w:t>
      </w:r>
      <w:proofErr w:type="spellStart"/>
      <w:r w:rsidRPr="0025334A">
        <w:t>să</w:t>
      </w:r>
      <w:proofErr w:type="spellEnd"/>
      <w:r w:rsidRPr="0025334A">
        <w:t xml:space="preserve"> </w:t>
      </w:r>
      <w:proofErr w:type="spellStart"/>
      <w:r w:rsidR="00250439">
        <w:t>asigure</w:t>
      </w:r>
      <w:proofErr w:type="spellEnd"/>
      <w:r w:rsidR="00250439">
        <w:t xml:space="preserve"> </w:t>
      </w:r>
      <w:proofErr w:type="spellStart"/>
      <w:r w:rsidR="00250439">
        <w:t>disponibilitatea</w:t>
      </w:r>
      <w:proofErr w:type="spellEnd"/>
      <w:r w:rsidR="00250439">
        <w:t xml:space="preserve"> </w:t>
      </w:r>
      <w:proofErr w:type="spellStart"/>
      <w:r w:rsidR="00250439">
        <w:t>resurselor</w:t>
      </w:r>
      <w:proofErr w:type="spellEnd"/>
      <w:r w:rsidR="00250439">
        <w:t xml:space="preserve"> alternative </w:t>
      </w:r>
      <w:proofErr w:type="spellStart"/>
      <w:r w:rsidR="00250439">
        <w:t>necesare</w:t>
      </w:r>
      <w:proofErr w:type="spellEnd"/>
      <w:r w:rsidR="00250439">
        <w:t xml:space="preserve"> </w:t>
      </w:r>
      <w:proofErr w:type="spellStart"/>
      <w:r w:rsidR="00250439">
        <w:t>desfasurarii</w:t>
      </w:r>
      <w:proofErr w:type="spellEnd"/>
      <w:r w:rsidR="00250439">
        <w:t xml:space="preserve"> </w:t>
      </w:r>
      <w:proofErr w:type="spellStart"/>
      <w:r w:rsidR="00250439">
        <w:t>serviciilor</w:t>
      </w:r>
      <w:proofErr w:type="spellEnd"/>
      <w:r w:rsidR="00250439">
        <w:t xml:space="preserve"> in </w:t>
      </w:r>
      <w:proofErr w:type="spellStart"/>
      <w:r w:rsidR="00250439">
        <w:t>conditii</w:t>
      </w:r>
      <w:proofErr w:type="spellEnd"/>
      <w:r w:rsidR="00250439">
        <w:t xml:space="preserve"> </w:t>
      </w:r>
      <w:proofErr w:type="spellStart"/>
      <w:r w:rsidR="00250439">
        <w:t>corespunzatoare</w:t>
      </w:r>
      <w:proofErr w:type="spellEnd"/>
      <w:r w:rsidR="00250439">
        <w:t xml:space="preserve">, inclusive </w:t>
      </w:r>
      <w:proofErr w:type="spellStart"/>
      <w:r w:rsidR="00250439">
        <w:t>pentru</w:t>
      </w:r>
      <w:proofErr w:type="spellEnd"/>
      <w:r w:rsidR="00250439">
        <w:t xml:space="preserve"> </w:t>
      </w:r>
      <w:proofErr w:type="spellStart"/>
      <w:r w:rsidR="00250439">
        <w:t>spatiile</w:t>
      </w:r>
      <w:proofErr w:type="spellEnd"/>
      <w:r w:rsidR="00250439">
        <w:t xml:space="preserve"> de </w:t>
      </w:r>
      <w:proofErr w:type="spellStart"/>
      <w:r w:rsidR="00250439">
        <w:t>lucru</w:t>
      </w:r>
      <w:proofErr w:type="spellEnd"/>
      <w:r w:rsidR="00250439">
        <w:t xml:space="preserve">, </w:t>
      </w:r>
      <w:proofErr w:type="spellStart"/>
      <w:r w:rsidR="00250439">
        <w:t>utilitati</w:t>
      </w:r>
      <w:proofErr w:type="spellEnd"/>
      <w:r w:rsidR="00250439">
        <w:t xml:space="preserve">, </w:t>
      </w:r>
      <w:proofErr w:type="spellStart"/>
      <w:r w:rsidR="00250439">
        <w:t>mijloace</w:t>
      </w:r>
      <w:proofErr w:type="spellEnd"/>
      <w:r w:rsidR="00250439">
        <w:t xml:space="preserve"> de transport, personal </w:t>
      </w:r>
      <w:proofErr w:type="spellStart"/>
      <w:r w:rsidR="00250439">
        <w:t>si</w:t>
      </w:r>
      <w:proofErr w:type="spellEnd"/>
      <w:r w:rsidR="00250439">
        <w:t xml:space="preserve"> </w:t>
      </w:r>
      <w:proofErr w:type="spellStart"/>
      <w:r w:rsidR="00250439">
        <w:t>furnizori</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notifice</w:t>
      </w:r>
      <w:proofErr w:type="spellEnd"/>
      <w:r w:rsidRPr="0025334A">
        <w:t xml:space="preserve"> </w:t>
      </w:r>
      <w:proofErr w:type="spellStart"/>
      <w:r w:rsidRPr="0025334A">
        <w:t>fără</w:t>
      </w:r>
      <w:proofErr w:type="spellEnd"/>
      <w:r w:rsidRPr="0025334A">
        <w:t xml:space="preserve"> </w:t>
      </w:r>
      <w:proofErr w:type="spellStart"/>
      <w:r w:rsidRPr="0025334A">
        <w:t>întârziere</w:t>
      </w:r>
      <w:proofErr w:type="spellEnd"/>
      <w:r w:rsidRPr="0025334A">
        <w:t xml:space="preserve"> </w:t>
      </w:r>
      <w:proofErr w:type="spellStart"/>
      <w:r w:rsidRPr="0025334A">
        <w:t>orice</w:t>
      </w:r>
      <w:proofErr w:type="spellEnd"/>
      <w:r w:rsidRPr="0025334A">
        <w:t xml:space="preserve"> </w:t>
      </w:r>
      <w:proofErr w:type="spellStart"/>
      <w:r w:rsidRPr="0025334A">
        <w:t>risc</w:t>
      </w:r>
      <w:proofErr w:type="spellEnd"/>
      <w:r w:rsidRPr="0025334A">
        <w:t xml:space="preserve"> de </w:t>
      </w:r>
      <w:proofErr w:type="spellStart"/>
      <w:r w:rsidRPr="0025334A">
        <w:t>întrerupere</w:t>
      </w:r>
      <w:proofErr w:type="spellEnd"/>
      <w:r w:rsidRPr="0025334A">
        <w:t>;</w:t>
      </w:r>
    </w:p>
    <w:p w14:paraId="2948EC80" w14:textId="77777777" w:rsidR="000C4CB5" w:rsidRPr="0025334A" w:rsidRDefault="004E746A">
      <w:pPr>
        <w:spacing w:after="50" w:line="247" w:lineRule="auto"/>
        <w:ind w:left="283" w:hanging="283"/>
      </w:pPr>
      <w:r w:rsidRPr="0025334A">
        <w:rPr>
          <w:b/>
        </w:rPr>
        <w:t xml:space="preserve">j) </w:t>
      </w:r>
      <w:proofErr w:type="spellStart"/>
      <w:r w:rsidRPr="0025334A">
        <w:t>să</w:t>
      </w:r>
      <w:proofErr w:type="spellEnd"/>
      <w:r w:rsidRPr="0025334A">
        <w:t xml:space="preserve"> </w:t>
      </w:r>
      <w:proofErr w:type="spellStart"/>
      <w:r w:rsidRPr="0025334A">
        <w:t>respecte</w:t>
      </w:r>
      <w:proofErr w:type="spellEnd"/>
      <w:r w:rsidRPr="0025334A">
        <w:t xml:space="preserve"> </w:t>
      </w:r>
      <w:proofErr w:type="spellStart"/>
      <w:r w:rsidRPr="0025334A">
        <w:t>obligațiile</w:t>
      </w:r>
      <w:proofErr w:type="spellEnd"/>
      <w:r w:rsidRPr="0025334A">
        <w:t xml:space="preserve"> </w:t>
      </w:r>
      <w:proofErr w:type="spellStart"/>
      <w:r w:rsidRPr="0025334A">
        <w:t>privind</w:t>
      </w:r>
      <w:proofErr w:type="spellEnd"/>
      <w:r w:rsidRPr="0025334A">
        <w:t xml:space="preserve"> </w:t>
      </w:r>
      <w:proofErr w:type="spellStart"/>
      <w:r w:rsidRPr="0025334A">
        <w:t>protecția</w:t>
      </w:r>
      <w:proofErr w:type="spellEnd"/>
      <w:r w:rsidRPr="0025334A">
        <w:t xml:space="preserve"> </w:t>
      </w:r>
      <w:proofErr w:type="spellStart"/>
      <w:r w:rsidRPr="0025334A">
        <w:t>datelor</w:t>
      </w:r>
      <w:proofErr w:type="spellEnd"/>
      <w:r w:rsidRPr="0025334A">
        <w:t xml:space="preserve">, </w:t>
      </w:r>
      <w:proofErr w:type="spellStart"/>
      <w:r w:rsidRPr="0025334A">
        <w:t>confidențialitatea</w:t>
      </w:r>
      <w:proofErr w:type="spellEnd"/>
      <w:r w:rsidRPr="0025334A">
        <w:t xml:space="preserve">, </w:t>
      </w:r>
      <w:proofErr w:type="spellStart"/>
      <w:r w:rsidRPr="0025334A">
        <w:t>securitatea</w:t>
      </w:r>
      <w:proofErr w:type="spellEnd"/>
      <w:r w:rsidRPr="0025334A">
        <w:t xml:space="preserve"> </w:t>
      </w:r>
      <w:proofErr w:type="spellStart"/>
      <w:r w:rsidRPr="0025334A">
        <w:t>și</w:t>
      </w:r>
      <w:proofErr w:type="spellEnd"/>
      <w:r w:rsidRPr="0025334A">
        <w:t xml:space="preserve"> </w:t>
      </w:r>
      <w:proofErr w:type="spellStart"/>
      <w:r w:rsidRPr="0025334A">
        <w:t>accesul</w:t>
      </w:r>
      <w:proofErr w:type="spellEnd"/>
      <w:r w:rsidRPr="0025334A">
        <w:t xml:space="preserve"> la </w:t>
      </w:r>
      <w:proofErr w:type="spellStart"/>
      <w:r w:rsidRPr="0025334A">
        <w:t>locațiile</w:t>
      </w:r>
      <w:proofErr w:type="spellEnd"/>
      <w:r w:rsidRPr="0025334A">
        <w:t xml:space="preserve"> </w:t>
      </w:r>
      <w:proofErr w:type="spellStart"/>
      <w:r w:rsidRPr="0025334A">
        <w:t>protejate</w:t>
      </w:r>
      <w:proofErr w:type="spellEnd"/>
      <w:r w:rsidRPr="0025334A">
        <w:t>;</w:t>
      </w:r>
    </w:p>
    <w:p w14:paraId="6DA5C649" w14:textId="77777777" w:rsidR="000C4CB5" w:rsidRPr="0025334A" w:rsidRDefault="004E746A">
      <w:pPr>
        <w:spacing w:after="50" w:line="247" w:lineRule="auto"/>
        <w:ind w:left="283" w:hanging="283"/>
      </w:pPr>
      <w:r w:rsidRPr="0025334A">
        <w:rPr>
          <w:b/>
        </w:rPr>
        <w:t xml:space="preserve">k) </w:t>
      </w:r>
      <w:proofErr w:type="spellStart"/>
      <w:r w:rsidRPr="0025334A">
        <w:t>să</w:t>
      </w:r>
      <w:proofErr w:type="spellEnd"/>
      <w:r w:rsidRPr="0025334A">
        <w:t xml:space="preserve"> </w:t>
      </w:r>
      <w:proofErr w:type="spellStart"/>
      <w:r w:rsidRPr="0025334A">
        <w:t>coopereze</w:t>
      </w:r>
      <w:proofErr w:type="spellEnd"/>
      <w:r w:rsidRPr="0025334A">
        <w:t xml:space="preserve"> cu </w:t>
      </w: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centrele</w:t>
      </w:r>
      <w:proofErr w:type="spellEnd"/>
      <w:r w:rsidRPr="0025334A">
        <w:t xml:space="preserve"> </w:t>
      </w:r>
      <w:proofErr w:type="spellStart"/>
      <w:r w:rsidRPr="0025334A">
        <w:t>și</w:t>
      </w:r>
      <w:proofErr w:type="spellEnd"/>
      <w:r w:rsidRPr="0025334A">
        <w:t xml:space="preserve"> </w:t>
      </w:r>
      <w:proofErr w:type="spellStart"/>
      <w:r w:rsidRPr="0025334A">
        <w:t>autoritățile</w:t>
      </w:r>
      <w:proofErr w:type="spellEnd"/>
      <w:r w:rsidRPr="0025334A">
        <w:t xml:space="preserve"> de control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furnizeze</w:t>
      </w:r>
      <w:proofErr w:type="spellEnd"/>
      <w:r w:rsidRPr="0025334A">
        <w:t xml:space="preserve"> </w:t>
      </w:r>
      <w:proofErr w:type="spellStart"/>
      <w:r w:rsidRPr="0025334A">
        <w:t>documentele</w:t>
      </w:r>
      <w:proofErr w:type="spellEnd"/>
      <w:r w:rsidRPr="0025334A">
        <w:t xml:space="preserve"> solicitate.</w:t>
      </w:r>
    </w:p>
    <w:p w14:paraId="0BB4CBEB" w14:textId="77777777" w:rsidR="000C4CB5" w:rsidRPr="0025334A" w:rsidRDefault="004E746A" w:rsidP="0025334A">
      <w:pPr>
        <w:pStyle w:val="Heading2"/>
        <w:rPr>
          <w:color w:val="auto"/>
        </w:rPr>
      </w:pPr>
      <w:bookmarkStart w:id="45" w:name="_Toc242951486"/>
      <w:r w:rsidRPr="0025334A">
        <w:rPr>
          <w:color w:val="auto"/>
        </w:rPr>
        <w:t xml:space="preserve">4.2. </w:t>
      </w:r>
      <w:proofErr w:type="spellStart"/>
      <w:r w:rsidRPr="0025334A">
        <w:rPr>
          <w:color w:val="auto"/>
        </w:rPr>
        <w:t>Obligațiile</w:t>
      </w:r>
      <w:proofErr w:type="spellEnd"/>
      <w:r w:rsidRPr="0025334A">
        <w:rPr>
          <w:color w:val="auto"/>
        </w:rPr>
        <w:t xml:space="preserve"> </w:t>
      </w:r>
      <w:proofErr w:type="spellStart"/>
      <w:r w:rsidRPr="0025334A">
        <w:rPr>
          <w:color w:val="auto"/>
        </w:rPr>
        <w:t>Autorității</w:t>
      </w:r>
      <w:proofErr w:type="spellEnd"/>
      <w:r w:rsidRPr="0025334A">
        <w:rPr>
          <w:color w:val="auto"/>
        </w:rPr>
        <w:t xml:space="preserve"> </w:t>
      </w:r>
      <w:proofErr w:type="spellStart"/>
      <w:r w:rsidRPr="0025334A">
        <w:rPr>
          <w:color w:val="auto"/>
        </w:rPr>
        <w:t>Contractante</w:t>
      </w:r>
      <w:proofErr w:type="spellEnd"/>
      <w:r w:rsidRPr="0025334A">
        <w:rPr>
          <w:color w:val="auto"/>
        </w:rPr>
        <w:t xml:space="preserve"> </w:t>
      </w:r>
      <w:proofErr w:type="spellStart"/>
      <w:r w:rsidRPr="0025334A">
        <w:rPr>
          <w:color w:val="auto"/>
        </w:rPr>
        <w:t>și</w:t>
      </w:r>
      <w:proofErr w:type="spellEnd"/>
      <w:r w:rsidRPr="0025334A">
        <w:rPr>
          <w:color w:val="auto"/>
        </w:rPr>
        <w:t xml:space="preserve"> ale </w:t>
      </w:r>
      <w:proofErr w:type="spellStart"/>
      <w:r w:rsidRPr="0025334A">
        <w:rPr>
          <w:color w:val="auto"/>
        </w:rPr>
        <w:t>centrelor</w:t>
      </w:r>
      <w:proofErr w:type="spellEnd"/>
      <w:r w:rsidRPr="0025334A">
        <w:rPr>
          <w:color w:val="auto"/>
        </w:rPr>
        <w:t xml:space="preserve"> </w:t>
      </w:r>
      <w:proofErr w:type="spellStart"/>
      <w:r w:rsidRPr="0025334A">
        <w:rPr>
          <w:color w:val="auto"/>
        </w:rPr>
        <w:t>beneficiare</w:t>
      </w:r>
      <w:bookmarkEnd w:id="45"/>
      <w:proofErr w:type="spellEnd"/>
    </w:p>
    <w:p w14:paraId="31FFB157" w14:textId="77777777" w:rsidR="000C4CB5" w:rsidRPr="0025334A" w:rsidRDefault="004E746A">
      <w:pPr>
        <w:spacing w:after="50" w:line="247" w:lineRule="auto"/>
        <w:ind w:left="283" w:hanging="283"/>
      </w:pPr>
      <w:r w:rsidRPr="0025334A">
        <w:rPr>
          <w:b/>
        </w:rPr>
        <w:t xml:space="preserve">a) </w:t>
      </w:r>
      <w:proofErr w:type="spellStart"/>
      <w:r w:rsidRPr="0025334A">
        <w:t>să</w:t>
      </w:r>
      <w:proofErr w:type="spellEnd"/>
      <w:r w:rsidRPr="0025334A">
        <w:t xml:space="preserve"> </w:t>
      </w:r>
      <w:proofErr w:type="spellStart"/>
      <w:r w:rsidRPr="0025334A">
        <w:t>transmită</w:t>
      </w:r>
      <w:proofErr w:type="spellEnd"/>
      <w:r w:rsidRPr="0025334A">
        <w:t xml:space="preserve"> </w:t>
      </w:r>
      <w:proofErr w:type="spellStart"/>
      <w:r w:rsidRPr="0025334A">
        <w:t>comenzile</w:t>
      </w:r>
      <w:proofErr w:type="spellEnd"/>
      <w:r w:rsidRPr="0025334A">
        <w:t xml:space="preserve"> </w:t>
      </w:r>
      <w:proofErr w:type="spellStart"/>
      <w:r w:rsidRPr="0025334A">
        <w:t>și</w:t>
      </w:r>
      <w:proofErr w:type="spellEnd"/>
      <w:r w:rsidRPr="0025334A">
        <w:t xml:space="preserve"> </w:t>
      </w:r>
      <w:proofErr w:type="spellStart"/>
      <w:r w:rsidRPr="0025334A">
        <w:t>informațiile</w:t>
      </w:r>
      <w:proofErr w:type="spellEnd"/>
      <w:r w:rsidRPr="0025334A">
        <w:t xml:space="preserve"> </w:t>
      </w:r>
      <w:proofErr w:type="spellStart"/>
      <w:r w:rsidRPr="0025334A">
        <w:t>necesare</w:t>
      </w:r>
      <w:proofErr w:type="spellEnd"/>
      <w:r w:rsidRPr="0025334A">
        <w:t xml:space="preserve"> </w:t>
      </w:r>
      <w:proofErr w:type="spellStart"/>
      <w:r w:rsidRPr="0025334A">
        <w:t>prestării</w:t>
      </w:r>
      <w:proofErr w:type="spellEnd"/>
      <w:r w:rsidRPr="0025334A">
        <w:t xml:space="preserve"> </w:t>
      </w:r>
      <w:proofErr w:type="spellStart"/>
      <w:r w:rsidRPr="0025334A">
        <w:t>în</w:t>
      </w:r>
      <w:proofErr w:type="spellEnd"/>
      <w:r w:rsidRPr="0025334A">
        <w:t xml:space="preserve"> </w:t>
      </w:r>
      <w:proofErr w:type="spellStart"/>
      <w:r w:rsidRPr="0025334A">
        <w:t>termenele</w:t>
      </w:r>
      <w:proofErr w:type="spellEnd"/>
      <w:r w:rsidRPr="0025334A">
        <w:t xml:space="preserve"> </w:t>
      </w:r>
      <w:proofErr w:type="spellStart"/>
      <w:r w:rsidRPr="0025334A">
        <w:t>operaționale</w:t>
      </w:r>
      <w:proofErr w:type="spellEnd"/>
      <w:r w:rsidRPr="0025334A">
        <w:t xml:space="preserve"> </w:t>
      </w:r>
      <w:proofErr w:type="spellStart"/>
      <w:r w:rsidRPr="0025334A">
        <w:t>stabilite</w:t>
      </w:r>
      <w:proofErr w:type="spellEnd"/>
      <w:r w:rsidRPr="0025334A">
        <w:t>;</w:t>
      </w:r>
    </w:p>
    <w:p w14:paraId="39432E92" w14:textId="77777777" w:rsidR="000C4CB5" w:rsidRPr="0025334A" w:rsidRDefault="004E746A">
      <w:pPr>
        <w:spacing w:after="50" w:line="247" w:lineRule="auto"/>
        <w:ind w:left="283" w:hanging="283"/>
      </w:pPr>
      <w:r w:rsidRPr="0025334A">
        <w:rPr>
          <w:b/>
        </w:rPr>
        <w:t xml:space="preserve">b) </w:t>
      </w:r>
      <w:proofErr w:type="spellStart"/>
      <w:r w:rsidRPr="0025334A">
        <w:t>să</w:t>
      </w:r>
      <w:proofErr w:type="spellEnd"/>
      <w:r w:rsidRPr="0025334A">
        <w:t xml:space="preserve"> </w:t>
      </w:r>
      <w:proofErr w:type="spellStart"/>
      <w:r w:rsidRPr="0025334A">
        <w:t>comunice</w:t>
      </w:r>
      <w:proofErr w:type="spellEnd"/>
      <w:r w:rsidRPr="0025334A">
        <w:t xml:space="preserve"> </w:t>
      </w:r>
      <w:proofErr w:type="spellStart"/>
      <w:r w:rsidRPr="0025334A">
        <w:t>regimurile</w:t>
      </w:r>
      <w:proofErr w:type="spellEnd"/>
      <w:r w:rsidRPr="0025334A">
        <w:t xml:space="preserve">, </w:t>
      </w:r>
      <w:proofErr w:type="spellStart"/>
      <w:r w:rsidRPr="0025334A">
        <w:t>texturile</w:t>
      </w:r>
      <w:proofErr w:type="spellEnd"/>
      <w:r w:rsidRPr="0025334A">
        <w:t xml:space="preserve">, </w:t>
      </w:r>
      <w:proofErr w:type="spellStart"/>
      <w:r w:rsidRPr="0025334A">
        <w:t>alergiile</w:t>
      </w:r>
      <w:proofErr w:type="spellEnd"/>
      <w:r w:rsidRPr="0025334A">
        <w:t xml:space="preserve"> </w:t>
      </w:r>
      <w:proofErr w:type="spellStart"/>
      <w:r w:rsidRPr="0025334A">
        <w:t>și</w:t>
      </w:r>
      <w:proofErr w:type="spellEnd"/>
      <w:r w:rsidRPr="0025334A">
        <w:t xml:space="preserve"> </w:t>
      </w:r>
      <w:proofErr w:type="spellStart"/>
      <w:r w:rsidRPr="0025334A">
        <w:t>modificările</w:t>
      </w:r>
      <w:proofErr w:type="spellEnd"/>
      <w:r w:rsidRPr="0025334A">
        <w:t xml:space="preserve"> </w:t>
      </w:r>
      <w:proofErr w:type="spellStart"/>
      <w:r w:rsidRPr="0025334A">
        <w:t>relevante</w:t>
      </w:r>
      <w:proofErr w:type="spellEnd"/>
      <w:r w:rsidRPr="0025334A">
        <w:t xml:space="preserve"> </w:t>
      </w:r>
      <w:proofErr w:type="spellStart"/>
      <w:r w:rsidRPr="0025334A">
        <w:t>în</w:t>
      </w:r>
      <w:proofErr w:type="spellEnd"/>
      <w:r w:rsidRPr="0025334A">
        <w:t xml:space="preserve"> </w:t>
      </w:r>
      <w:proofErr w:type="spellStart"/>
      <w:r w:rsidRPr="0025334A">
        <w:t>limita</w:t>
      </w:r>
      <w:proofErr w:type="spellEnd"/>
      <w:r w:rsidRPr="0025334A">
        <w:t xml:space="preserve"> </w:t>
      </w:r>
      <w:proofErr w:type="spellStart"/>
      <w:r w:rsidRPr="0025334A">
        <w:t>informațiilor</w:t>
      </w:r>
      <w:proofErr w:type="spellEnd"/>
      <w:r w:rsidRPr="0025334A">
        <w:t xml:space="preserve"> </w:t>
      </w:r>
      <w:proofErr w:type="spellStart"/>
      <w:r w:rsidRPr="0025334A">
        <w:t>necesare</w:t>
      </w:r>
      <w:proofErr w:type="spellEnd"/>
      <w:r w:rsidRPr="0025334A">
        <w:t xml:space="preserve"> </w:t>
      </w:r>
      <w:proofErr w:type="spellStart"/>
      <w:r w:rsidRPr="0025334A">
        <w:t>prestării</w:t>
      </w:r>
      <w:proofErr w:type="spellEnd"/>
      <w:r w:rsidRPr="0025334A">
        <w:t>;</w:t>
      </w:r>
    </w:p>
    <w:p w14:paraId="615E7A51" w14:textId="77777777" w:rsidR="000C4CB5" w:rsidRPr="0025334A" w:rsidRDefault="004E746A">
      <w:pPr>
        <w:spacing w:after="50" w:line="247" w:lineRule="auto"/>
        <w:ind w:left="283" w:hanging="283"/>
      </w:pPr>
      <w:r w:rsidRPr="0025334A">
        <w:rPr>
          <w:b/>
        </w:rPr>
        <w:lastRenderedPageBreak/>
        <w:t xml:space="preserve">c) </w:t>
      </w:r>
      <w:proofErr w:type="spellStart"/>
      <w:r w:rsidRPr="0025334A">
        <w:t>să</w:t>
      </w:r>
      <w:proofErr w:type="spellEnd"/>
      <w:r w:rsidRPr="0025334A">
        <w:t xml:space="preserve"> </w:t>
      </w:r>
      <w:proofErr w:type="spellStart"/>
      <w:r w:rsidRPr="0025334A">
        <w:t>desemneze</w:t>
      </w:r>
      <w:proofErr w:type="spellEnd"/>
      <w:r w:rsidRPr="0025334A">
        <w:t xml:space="preserve"> </w:t>
      </w:r>
      <w:proofErr w:type="spellStart"/>
      <w:r w:rsidRPr="0025334A">
        <w:t>persoanele</w:t>
      </w:r>
      <w:proofErr w:type="spellEnd"/>
      <w:r w:rsidRPr="0025334A">
        <w:t xml:space="preserve"> </w:t>
      </w:r>
      <w:proofErr w:type="spellStart"/>
      <w:r w:rsidRPr="0025334A">
        <w:t>responsabile</w:t>
      </w:r>
      <w:proofErr w:type="spellEnd"/>
      <w:r w:rsidRPr="0025334A">
        <w:t xml:space="preserve"> </w:t>
      </w:r>
      <w:proofErr w:type="spellStart"/>
      <w:r w:rsidRPr="0025334A">
        <w:t>pentru</w:t>
      </w:r>
      <w:proofErr w:type="spellEnd"/>
      <w:r w:rsidRPr="0025334A">
        <w:t xml:space="preserve"> </w:t>
      </w:r>
      <w:proofErr w:type="spellStart"/>
      <w:r w:rsidRPr="0025334A">
        <w:t>comandă</w:t>
      </w:r>
      <w:proofErr w:type="spellEnd"/>
      <w:r w:rsidRPr="0025334A">
        <w:t xml:space="preserve">, </w:t>
      </w:r>
      <w:proofErr w:type="spellStart"/>
      <w:r w:rsidRPr="0025334A">
        <w:t>recepție</w:t>
      </w:r>
      <w:proofErr w:type="spellEnd"/>
      <w:r w:rsidRPr="0025334A">
        <w:t xml:space="preserve">, </w:t>
      </w:r>
      <w:proofErr w:type="spellStart"/>
      <w:r w:rsidRPr="0025334A">
        <w:t>comunicare</w:t>
      </w:r>
      <w:proofErr w:type="spellEnd"/>
      <w:r w:rsidRPr="0025334A">
        <w:t xml:space="preserve"> </w:t>
      </w:r>
      <w:proofErr w:type="spellStart"/>
      <w:r w:rsidRPr="0025334A">
        <w:t>și</w:t>
      </w:r>
      <w:proofErr w:type="spellEnd"/>
      <w:r w:rsidRPr="0025334A">
        <w:t xml:space="preserve"> </w:t>
      </w:r>
      <w:proofErr w:type="spellStart"/>
      <w:r w:rsidRPr="0025334A">
        <w:t>validarea</w:t>
      </w:r>
      <w:proofErr w:type="spellEnd"/>
      <w:r w:rsidRPr="0025334A">
        <w:t xml:space="preserve"> </w:t>
      </w:r>
      <w:proofErr w:type="spellStart"/>
      <w:r w:rsidRPr="0025334A">
        <w:t>documentelor</w:t>
      </w:r>
      <w:proofErr w:type="spellEnd"/>
      <w:r w:rsidRPr="0025334A">
        <w:t>;</w:t>
      </w:r>
    </w:p>
    <w:p w14:paraId="0087691F" w14:textId="77777777" w:rsidR="000C4CB5" w:rsidRPr="0025334A" w:rsidRDefault="004E746A">
      <w:pPr>
        <w:spacing w:after="50" w:line="247" w:lineRule="auto"/>
        <w:ind w:left="283" w:hanging="283"/>
      </w:pPr>
      <w:r w:rsidRPr="0025334A">
        <w:rPr>
          <w:b/>
        </w:rPr>
        <w:t xml:space="preserve">d) </w:t>
      </w:r>
      <w:proofErr w:type="spellStart"/>
      <w:r w:rsidRPr="0025334A">
        <w:t>să</w:t>
      </w:r>
      <w:proofErr w:type="spellEnd"/>
      <w:r w:rsidRPr="0025334A">
        <w:t xml:space="preserve"> </w:t>
      </w:r>
      <w:proofErr w:type="spellStart"/>
      <w:r w:rsidRPr="0025334A">
        <w:t>asigure</w:t>
      </w:r>
      <w:proofErr w:type="spellEnd"/>
      <w:r w:rsidRPr="0025334A">
        <w:t xml:space="preserve"> </w:t>
      </w:r>
      <w:proofErr w:type="spellStart"/>
      <w:r w:rsidRPr="0025334A">
        <w:t>accesul</w:t>
      </w:r>
      <w:proofErr w:type="spellEnd"/>
      <w:r w:rsidRPr="0025334A">
        <w:t xml:space="preserve"> la </w:t>
      </w:r>
      <w:proofErr w:type="spellStart"/>
      <w:r w:rsidRPr="0025334A">
        <w:t>punctul</w:t>
      </w:r>
      <w:proofErr w:type="spellEnd"/>
      <w:r w:rsidRPr="0025334A">
        <w:t xml:space="preserve"> de </w:t>
      </w:r>
      <w:proofErr w:type="spellStart"/>
      <w:r w:rsidRPr="0025334A">
        <w:t>predare</w:t>
      </w:r>
      <w:proofErr w:type="spellEnd"/>
      <w:r w:rsidRPr="0025334A">
        <w:t xml:space="preserve"> </w:t>
      </w:r>
      <w:proofErr w:type="spellStart"/>
      <w:r w:rsidRPr="0025334A">
        <w:t>în</w:t>
      </w:r>
      <w:proofErr w:type="spellEnd"/>
      <w:r w:rsidRPr="0025334A">
        <w:t xml:space="preserve"> </w:t>
      </w:r>
      <w:proofErr w:type="spellStart"/>
      <w:r w:rsidRPr="0025334A">
        <w:t>intervalele</w:t>
      </w:r>
      <w:proofErr w:type="spellEnd"/>
      <w:r w:rsidRPr="0025334A">
        <w:t xml:space="preserve"> </w:t>
      </w:r>
      <w:proofErr w:type="spellStart"/>
      <w:r w:rsidRPr="0025334A">
        <w:t>convenite</w:t>
      </w:r>
      <w:proofErr w:type="spellEnd"/>
      <w:r w:rsidRPr="0025334A">
        <w:t xml:space="preserve"> </w:t>
      </w:r>
      <w:proofErr w:type="spellStart"/>
      <w:r w:rsidRPr="0025334A">
        <w:t>și</w:t>
      </w:r>
      <w:proofErr w:type="spellEnd"/>
      <w:r w:rsidRPr="0025334A">
        <w:t xml:space="preserve"> </w:t>
      </w:r>
      <w:proofErr w:type="spellStart"/>
      <w:r w:rsidRPr="0025334A">
        <w:t>condițiile</w:t>
      </w:r>
      <w:proofErr w:type="spellEnd"/>
      <w:r w:rsidRPr="0025334A">
        <w:t xml:space="preserve"> interne de </w:t>
      </w:r>
      <w:proofErr w:type="spellStart"/>
      <w:r w:rsidRPr="0025334A">
        <w:t>distribuție</w:t>
      </w:r>
      <w:proofErr w:type="spellEnd"/>
      <w:r w:rsidRPr="0025334A">
        <w:t>/</w:t>
      </w:r>
      <w:proofErr w:type="spellStart"/>
      <w:r w:rsidRPr="0025334A">
        <w:t>depozitare</w:t>
      </w:r>
      <w:proofErr w:type="spellEnd"/>
      <w:r w:rsidRPr="0025334A">
        <w:t xml:space="preserve"> </w:t>
      </w:r>
      <w:proofErr w:type="spellStart"/>
      <w:r w:rsidRPr="0025334A">
        <w:t>după</w:t>
      </w:r>
      <w:proofErr w:type="spellEnd"/>
      <w:r w:rsidRPr="0025334A">
        <w:t xml:space="preserve"> </w:t>
      </w:r>
      <w:proofErr w:type="spellStart"/>
      <w:r w:rsidRPr="0025334A">
        <w:t>recepție</w:t>
      </w:r>
      <w:proofErr w:type="spellEnd"/>
      <w:r w:rsidRPr="0025334A">
        <w:t>;</w:t>
      </w:r>
    </w:p>
    <w:p w14:paraId="65D868C1" w14:textId="77777777" w:rsidR="000C4CB5" w:rsidRPr="0025334A" w:rsidRDefault="004E746A">
      <w:pPr>
        <w:spacing w:after="50" w:line="247" w:lineRule="auto"/>
        <w:ind w:left="283" w:hanging="283"/>
      </w:pPr>
      <w:r w:rsidRPr="0025334A">
        <w:rPr>
          <w:b/>
        </w:rPr>
        <w:t xml:space="preserve">e) </w:t>
      </w:r>
      <w:proofErr w:type="spellStart"/>
      <w:r w:rsidRPr="0025334A">
        <w:t>să</w:t>
      </w:r>
      <w:proofErr w:type="spellEnd"/>
      <w:r w:rsidRPr="0025334A">
        <w:t xml:space="preserve"> </w:t>
      </w:r>
      <w:proofErr w:type="spellStart"/>
      <w:r w:rsidRPr="0025334A">
        <w:t>efectueze</w:t>
      </w:r>
      <w:proofErr w:type="spellEnd"/>
      <w:r w:rsidRPr="0025334A">
        <w:t xml:space="preserve"> </w:t>
      </w:r>
      <w:proofErr w:type="spellStart"/>
      <w:r w:rsidRPr="0025334A">
        <w:t>recepția</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comunice</w:t>
      </w:r>
      <w:proofErr w:type="spellEnd"/>
      <w:r w:rsidRPr="0025334A">
        <w:t xml:space="preserve"> prompt </w:t>
      </w:r>
      <w:proofErr w:type="spellStart"/>
      <w:r w:rsidRPr="0025334A">
        <w:t>neconformitățile</w:t>
      </w:r>
      <w:proofErr w:type="spellEnd"/>
      <w:r w:rsidRPr="0025334A">
        <w:t xml:space="preserve"> </w:t>
      </w:r>
      <w:proofErr w:type="spellStart"/>
      <w:r w:rsidRPr="0025334A">
        <w:t>constatate</w:t>
      </w:r>
      <w:proofErr w:type="spellEnd"/>
      <w:r w:rsidRPr="0025334A">
        <w:t>;</w:t>
      </w:r>
    </w:p>
    <w:p w14:paraId="3A37B18C" w14:textId="77777777" w:rsidR="000C4CB5" w:rsidRPr="0025334A" w:rsidRDefault="004E746A">
      <w:pPr>
        <w:spacing w:after="50" w:line="247" w:lineRule="auto"/>
        <w:ind w:left="283" w:hanging="283"/>
      </w:pPr>
      <w:r w:rsidRPr="0025334A">
        <w:rPr>
          <w:b/>
        </w:rPr>
        <w:t xml:space="preserve">f) </w:t>
      </w:r>
      <w:proofErr w:type="spellStart"/>
      <w:r w:rsidRPr="0025334A">
        <w:t>să</w:t>
      </w:r>
      <w:proofErr w:type="spellEnd"/>
      <w:r w:rsidRPr="0025334A">
        <w:t xml:space="preserve"> </w:t>
      </w:r>
      <w:proofErr w:type="spellStart"/>
      <w:r w:rsidRPr="0025334A">
        <w:t>achite</w:t>
      </w:r>
      <w:proofErr w:type="spellEnd"/>
      <w:r w:rsidRPr="0025334A">
        <w:t xml:space="preserve"> </w:t>
      </w:r>
      <w:proofErr w:type="spellStart"/>
      <w:r w:rsidRPr="0025334A">
        <w:t>prestațiile</w:t>
      </w:r>
      <w:proofErr w:type="spellEnd"/>
      <w:r w:rsidRPr="0025334A">
        <w:t xml:space="preserve"> </w:t>
      </w:r>
      <w:proofErr w:type="spellStart"/>
      <w:r w:rsidRPr="0025334A">
        <w:t>acceptate</w:t>
      </w:r>
      <w:proofErr w:type="spellEnd"/>
      <w:r w:rsidRPr="0025334A">
        <w:t xml:space="preserve"> </w:t>
      </w:r>
      <w:proofErr w:type="spellStart"/>
      <w:r w:rsidRPr="0025334A">
        <w:t>potrivit</w:t>
      </w:r>
      <w:proofErr w:type="spellEnd"/>
      <w:r w:rsidRPr="0025334A">
        <w:t xml:space="preserve"> </w:t>
      </w:r>
      <w:proofErr w:type="spellStart"/>
      <w:r w:rsidRPr="0025334A">
        <w:t>contractului</w:t>
      </w:r>
      <w:proofErr w:type="spellEnd"/>
      <w:r w:rsidRPr="0025334A">
        <w:t xml:space="preserve"> </w:t>
      </w:r>
      <w:proofErr w:type="spellStart"/>
      <w:r w:rsidRPr="0025334A">
        <w:t>și</w:t>
      </w:r>
      <w:proofErr w:type="spellEnd"/>
      <w:r w:rsidRPr="0025334A">
        <w:t xml:space="preserve"> </w:t>
      </w:r>
      <w:proofErr w:type="spellStart"/>
      <w:r w:rsidRPr="0025334A">
        <w:t>circuitului</w:t>
      </w:r>
      <w:proofErr w:type="spellEnd"/>
      <w:r w:rsidRPr="0025334A">
        <w:t xml:space="preserve"> </w:t>
      </w:r>
      <w:proofErr w:type="spellStart"/>
      <w:r w:rsidRPr="0025334A">
        <w:t>financiar</w:t>
      </w:r>
      <w:proofErr w:type="spellEnd"/>
      <w:r w:rsidRPr="0025334A">
        <w:t xml:space="preserve"> </w:t>
      </w:r>
      <w:proofErr w:type="spellStart"/>
      <w:r w:rsidRPr="0025334A">
        <w:t>aplicabil</w:t>
      </w:r>
      <w:proofErr w:type="spellEnd"/>
      <w:r w:rsidRPr="0025334A">
        <w:t>;</w:t>
      </w:r>
    </w:p>
    <w:p w14:paraId="05A3095A" w14:textId="77777777" w:rsidR="000C4CB5" w:rsidRPr="0025334A" w:rsidRDefault="004E746A">
      <w:pPr>
        <w:spacing w:after="50" w:line="247" w:lineRule="auto"/>
        <w:ind w:left="283" w:hanging="283"/>
      </w:pPr>
      <w:r w:rsidRPr="0025334A">
        <w:rPr>
          <w:b/>
        </w:rPr>
        <w:t xml:space="preserve">g) </w:t>
      </w:r>
      <w:proofErr w:type="spellStart"/>
      <w:r w:rsidRPr="0025334A">
        <w:t>să</w:t>
      </w:r>
      <w:proofErr w:type="spellEnd"/>
      <w:r w:rsidRPr="0025334A">
        <w:t xml:space="preserve"> </w:t>
      </w:r>
      <w:proofErr w:type="spellStart"/>
      <w:r w:rsidRPr="0025334A">
        <w:t>monitorizeze</w:t>
      </w:r>
      <w:proofErr w:type="spellEnd"/>
      <w:r w:rsidRPr="0025334A">
        <w:t xml:space="preserve"> </w:t>
      </w:r>
      <w:proofErr w:type="spellStart"/>
      <w:r w:rsidRPr="0025334A">
        <w:t>performanța</w:t>
      </w:r>
      <w:proofErr w:type="spellEnd"/>
      <w:r w:rsidRPr="0025334A">
        <w:t xml:space="preserve"> </w:t>
      </w:r>
      <w:proofErr w:type="spellStart"/>
      <w:r w:rsidRPr="0025334A">
        <w:t>și</w:t>
      </w:r>
      <w:proofErr w:type="spellEnd"/>
      <w:r w:rsidRPr="0025334A">
        <w:t xml:space="preserve"> </w:t>
      </w:r>
      <w:proofErr w:type="spellStart"/>
      <w:r w:rsidRPr="0025334A">
        <w:t>să</w:t>
      </w:r>
      <w:proofErr w:type="spellEnd"/>
      <w:r w:rsidRPr="0025334A">
        <w:t xml:space="preserve"> </w:t>
      </w:r>
      <w:proofErr w:type="spellStart"/>
      <w:r w:rsidRPr="0025334A">
        <w:t>aplice</w:t>
      </w:r>
      <w:proofErr w:type="spellEnd"/>
      <w:r w:rsidRPr="0025334A">
        <w:t xml:space="preserve"> </w:t>
      </w:r>
      <w:proofErr w:type="spellStart"/>
      <w:r w:rsidRPr="0025334A">
        <w:t>măsurile</w:t>
      </w:r>
      <w:proofErr w:type="spellEnd"/>
      <w:r w:rsidRPr="0025334A">
        <w:t xml:space="preserve"> </w:t>
      </w:r>
      <w:proofErr w:type="spellStart"/>
      <w:r w:rsidRPr="0025334A">
        <w:t>contractuale</w:t>
      </w:r>
      <w:proofErr w:type="spellEnd"/>
      <w:r w:rsidRPr="0025334A">
        <w:t xml:space="preserve"> </w:t>
      </w:r>
      <w:proofErr w:type="spellStart"/>
      <w:r w:rsidRPr="0025334A">
        <w:t>în</w:t>
      </w:r>
      <w:proofErr w:type="spellEnd"/>
      <w:r w:rsidRPr="0025334A">
        <w:t xml:space="preserve"> mod </w:t>
      </w:r>
      <w:proofErr w:type="spellStart"/>
      <w:r w:rsidRPr="0025334A">
        <w:t>proporțional</w:t>
      </w:r>
      <w:proofErr w:type="spellEnd"/>
      <w:r w:rsidRPr="0025334A">
        <w:t xml:space="preserve"> </w:t>
      </w:r>
      <w:proofErr w:type="spellStart"/>
      <w:r w:rsidRPr="0025334A">
        <w:t>și</w:t>
      </w:r>
      <w:proofErr w:type="spellEnd"/>
      <w:r w:rsidRPr="0025334A">
        <w:t xml:space="preserve"> </w:t>
      </w:r>
      <w:proofErr w:type="spellStart"/>
      <w:r w:rsidRPr="0025334A">
        <w:t>documentat</w:t>
      </w:r>
      <w:proofErr w:type="spellEnd"/>
      <w:r w:rsidRPr="0025334A">
        <w:t>.</w:t>
      </w:r>
    </w:p>
    <w:p w14:paraId="5AAA6BBB" w14:textId="77777777" w:rsidR="000C4CB5" w:rsidRPr="0025334A" w:rsidRDefault="004E746A" w:rsidP="0025334A">
      <w:pPr>
        <w:pStyle w:val="Heading2"/>
        <w:rPr>
          <w:color w:val="auto"/>
        </w:rPr>
      </w:pPr>
      <w:bookmarkStart w:id="46" w:name="_Toc242951487"/>
      <w:r w:rsidRPr="0025334A">
        <w:rPr>
          <w:color w:val="auto"/>
        </w:rPr>
        <w:t xml:space="preserve">4.3. </w:t>
      </w:r>
      <w:proofErr w:type="spellStart"/>
      <w:r w:rsidRPr="0025334A">
        <w:rPr>
          <w:color w:val="auto"/>
        </w:rPr>
        <w:t>Delimitarea</w:t>
      </w:r>
      <w:proofErr w:type="spellEnd"/>
      <w:r w:rsidRPr="0025334A">
        <w:rPr>
          <w:color w:val="auto"/>
        </w:rPr>
        <w:t xml:space="preserve"> </w:t>
      </w:r>
      <w:proofErr w:type="spellStart"/>
      <w:r w:rsidRPr="0025334A">
        <w:rPr>
          <w:color w:val="auto"/>
        </w:rPr>
        <w:t>responsabilităților</w:t>
      </w:r>
      <w:bookmarkEnd w:id="46"/>
      <w:proofErr w:type="spellEnd"/>
    </w:p>
    <w:p w14:paraId="56F3BAF3" w14:textId="188AF797" w:rsidR="000C4CB5" w:rsidRPr="0025334A" w:rsidRDefault="004E746A">
      <w:pPr>
        <w:spacing w:after="50" w:line="247" w:lineRule="auto"/>
      </w:pPr>
      <w:proofErr w:type="spellStart"/>
      <w:r w:rsidRPr="0025334A">
        <w:t>Distribuția</w:t>
      </w:r>
      <w:proofErr w:type="spellEnd"/>
      <w:r w:rsidRPr="0025334A">
        <w:t xml:space="preserve"> </w:t>
      </w:r>
      <w:proofErr w:type="spellStart"/>
      <w:r w:rsidRPr="0025334A">
        <w:t>internă</w:t>
      </w:r>
      <w:proofErr w:type="spellEnd"/>
      <w:r w:rsidRPr="0025334A">
        <w:t xml:space="preserve"> la </w:t>
      </w:r>
      <w:proofErr w:type="spellStart"/>
      <w:r w:rsidRPr="0025334A">
        <w:t>beneficiari</w:t>
      </w:r>
      <w:proofErr w:type="spellEnd"/>
      <w:r w:rsidRPr="0025334A">
        <w:t xml:space="preserve">, </w:t>
      </w:r>
      <w:proofErr w:type="spellStart"/>
      <w:r w:rsidRPr="0025334A">
        <w:t>după</w:t>
      </w:r>
      <w:proofErr w:type="spellEnd"/>
      <w:r w:rsidRPr="0025334A">
        <w:t xml:space="preserve"> </w:t>
      </w:r>
      <w:proofErr w:type="spellStart"/>
      <w:r w:rsidRPr="0025334A">
        <w:t>predarea</w:t>
      </w:r>
      <w:proofErr w:type="spellEnd"/>
      <w:r w:rsidRPr="0025334A">
        <w:t xml:space="preserve"> </w:t>
      </w:r>
      <w:proofErr w:type="spellStart"/>
      <w:r w:rsidRPr="0025334A">
        <w:t>și</w:t>
      </w:r>
      <w:proofErr w:type="spellEnd"/>
      <w:r w:rsidRPr="0025334A">
        <w:t xml:space="preserve"> </w:t>
      </w:r>
      <w:proofErr w:type="spellStart"/>
      <w:r w:rsidRPr="0025334A">
        <w:t>acceptarea</w:t>
      </w:r>
      <w:proofErr w:type="spellEnd"/>
      <w:r w:rsidRPr="0025334A">
        <w:t xml:space="preserve"> </w:t>
      </w:r>
      <w:proofErr w:type="spellStart"/>
      <w:r w:rsidRPr="0025334A">
        <w:t>hranei</w:t>
      </w:r>
      <w:proofErr w:type="spellEnd"/>
      <w:r w:rsidRPr="0025334A">
        <w:t xml:space="preserve"> la </w:t>
      </w:r>
      <w:proofErr w:type="spellStart"/>
      <w:r w:rsidRPr="0025334A">
        <w:t>punctul</w:t>
      </w:r>
      <w:proofErr w:type="spellEnd"/>
      <w:r w:rsidRPr="0025334A">
        <w:t xml:space="preserve"> </w:t>
      </w:r>
      <w:proofErr w:type="spellStart"/>
      <w:r w:rsidRPr="0025334A">
        <w:t>stabilit</w:t>
      </w:r>
      <w:proofErr w:type="spellEnd"/>
      <w:r w:rsidRPr="0025334A">
        <w:t xml:space="preserve"> de </w:t>
      </w:r>
      <w:proofErr w:type="spellStart"/>
      <w:r w:rsidRPr="0025334A">
        <w:t>centru</w:t>
      </w:r>
      <w:proofErr w:type="spellEnd"/>
      <w:r w:rsidRPr="0025334A">
        <w:t xml:space="preserve">, se </w:t>
      </w:r>
      <w:proofErr w:type="spellStart"/>
      <w:r w:rsidRPr="0025334A">
        <w:t>realizează</w:t>
      </w:r>
      <w:proofErr w:type="spellEnd"/>
      <w:r w:rsidRPr="0025334A">
        <w:t xml:space="preserve"> </w:t>
      </w:r>
      <w:proofErr w:type="spellStart"/>
      <w:r w:rsidRPr="0025334A">
        <w:t>potrivit</w:t>
      </w:r>
      <w:proofErr w:type="spellEnd"/>
      <w:r w:rsidRPr="0025334A">
        <w:t xml:space="preserve"> </w:t>
      </w:r>
      <w:proofErr w:type="spellStart"/>
      <w:r w:rsidRPr="0025334A">
        <w:t>organizării</w:t>
      </w:r>
      <w:proofErr w:type="spellEnd"/>
      <w:r w:rsidRPr="0025334A">
        <w:t xml:space="preserve"> </w:t>
      </w:r>
      <w:proofErr w:type="spellStart"/>
      <w:r w:rsidRPr="0025334A">
        <w:t>fiecărei</w:t>
      </w:r>
      <w:proofErr w:type="spellEnd"/>
      <w:r w:rsidRPr="0025334A">
        <w:t xml:space="preserve"> </w:t>
      </w:r>
      <w:proofErr w:type="spellStart"/>
      <w:r w:rsidRPr="0025334A">
        <w:t>structuri</w:t>
      </w:r>
      <w:proofErr w:type="spellEnd"/>
      <w:r w:rsidRPr="0025334A">
        <w:t xml:space="preserve">. </w:t>
      </w:r>
      <w:proofErr w:type="spellStart"/>
      <w:r w:rsidRPr="0025334A">
        <w:t>Prestatorul</w:t>
      </w:r>
      <w:proofErr w:type="spellEnd"/>
      <w:r w:rsidRPr="0025334A">
        <w:t xml:space="preserve"> </w:t>
      </w:r>
      <w:proofErr w:type="spellStart"/>
      <w:r w:rsidRPr="0025334A">
        <w:t>rămâne</w:t>
      </w:r>
      <w:proofErr w:type="spellEnd"/>
      <w:r w:rsidRPr="0025334A">
        <w:t xml:space="preserve"> </w:t>
      </w:r>
      <w:proofErr w:type="spellStart"/>
      <w:r w:rsidRPr="0025334A">
        <w:t>responsabil</w:t>
      </w:r>
      <w:proofErr w:type="spellEnd"/>
      <w:r w:rsidRPr="0025334A">
        <w:t xml:space="preserve"> </w:t>
      </w:r>
      <w:proofErr w:type="spellStart"/>
      <w:r w:rsidRPr="0025334A">
        <w:t>pentru</w:t>
      </w:r>
      <w:proofErr w:type="spellEnd"/>
      <w:r w:rsidRPr="0025334A">
        <w:t xml:space="preserve"> </w:t>
      </w:r>
      <w:proofErr w:type="spellStart"/>
      <w:r w:rsidRPr="0025334A">
        <w:t>conformitatea</w:t>
      </w:r>
      <w:proofErr w:type="spellEnd"/>
      <w:r w:rsidRPr="0025334A">
        <w:t xml:space="preserve"> </w:t>
      </w:r>
      <w:proofErr w:type="spellStart"/>
      <w:r w:rsidRPr="0025334A">
        <w:t>hranei</w:t>
      </w:r>
      <w:proofErr w:type="spellEnd"/>
      <w:r w:rsidRPr="0025334A">
        <w:t xml:space="preserve"> </w:t>
      </w:r>
      <w:proofErr w:type="spellStart"/>
      <w:r w:rsidRPr="0025334A">
        <w:t>până</w:t>
      </w:r>
      <w:proofErr w:type="spellEnd"/>
      <w:r w:rsidRPr="0025334A">
        <w:t xml:space="preserve"> la </w:t>
      </w:r>
      <w:proofErr w:type="spellStart"/>
      <w:r w:rsidRPr="0025334A">
        <w:t>momentul</w:t>
      </w:r>
      <w:proofErr w:type="spellEnd"/>
      <w:r w:rsidRPr="0025334A">
        <w:t xml:space="preserve"> </w:t>
      </w:r>
      <w:proofErr w:type="spellStart"/>
      <w:r w:rsidRPr="0025334A">
        <w:t>recepției</w:t>
      </w:r>
      <w:proofErr w:type="spellEnd"/>
      <w:r w:rsidRPr="0025334A">
        <w:t xml:space="preserve"> </w:t>
      </w:r>
      <w:proofErr w:type="spellStart"/>
      <w:r w:rsidRPr="0025334A">
        <w:t>și</w:t>
      </w:r>
      <w:proofErr w:type="spellEnd"/>
      <w:r w:rsidRPr="0025334A">
        <w:t xml:space="preserve"> </w:t>
      </w:r>
      <w:proofErr w:type="spellStart"/>
      <w:r w:rsidRPr="0025334A">
        <w:t>pentru</w:t>
      </w:r>
      <w:proofErr w:type="spellEnd"/>
      <w:r w:rsidRPr="0025334A">
        <w:t xml:space="preserve"> </w:t>
      </w:r>
      <w:proofErr w:type="spellStart"/>
      <w:r w:rsidRPr="0025334A">
        <w:t>toate</w:t>
      </w:r>
      <w:proofErr w:type="spellEnd"/>
      <w:r w:rsidRPr="0025334A">
        <w:t xml:space="preserve"> </w:t>
      </w:r>
      <w:proofErr w:type="spellStart"/>
      <w:r w:rsidRPr="0025334A">
        <w:t>operațiunile</w:t>
      </w:r>
      <w:proofErr w:type="spellEnd"/>
      <w:r w:rsidRPr="0025334A">
        <w:t xml:space="preserve"> pe care le </w:t>
      </w:r>
      <w:proofErr w:type="spellStart"/>
      <w:r w:rsidRPr="0025334A">
        <w:t>execută</w:t>
      </w:r>
      <w:proofErr w:type="spellEnd"/>
      <w:r w:rsidRPr="0025334A">
        <w:t xml:space="preserve"> direct </w:t>
      </w:r>
      <w:proofErr w:type="spellStart"/>
      <w:r w:rsidRPr="0025334A">
        <w:t>sau</w:t>
      </w:r>
      <w:proofErr w:type="spellEnd"/>
      <w:r w:rsidRPr="0025334A">
        <w:t xml:space="preserve"> </w:t>
      </w:r>
      <w:proofErr w:type="spellStart"/>
      <w:r w:rsidRPr="0025334A">
        <w:t>prin</w:t>
      </w:r>
      <w:proofErr w:type="spellEnd"/>
      <w:r w:rsidRPr="0025334A">
        <w:t xml:space="preserve"> </w:t>
      </w:r>
      <w:proofErr w:type="spellStart"/>
      <w:r w:rsidRPr="0025334A">
        <w:t>subcontractanți</w:t>
      </w:r>
      <w:proofErr w:type="spellEnd"/>
      <w:r w:rsidRPr="0025334A">
        <w:t>.</w:t>
      </w:r>
    </w:p>
    <w:p w14:paraId="5F57EA32" w14:textId="77777777" w:rsidR="000C4CB5" w:rsidRPr="0025334A" w:rsidRDefault="004E746A" w:rsidP="0025334A">
      <w:pPr>
        <w:pStyle w:val="Heading1"/>
      </w:pPr>
      <w:bookmarkStart w:id="47" w:name="_Toc242951488"/>
      <w:r w:rsidRPr="0025334A">
        <w:t>5. DOCUMENTAȚII ȘI EVIDENȚE CE TREBUIE FURNIZATE AUTORITĂȚII CONTRACTANTE</w:t>
      </w:r>
      <w:bookmarkEnd w:id="47"/>
    </w:p>
    <w:p w14:paraId="4AC06BE9" w14:textId="77777777" w:rsidR="000C4CB5" w:rsidRPr="0025334A" w:rsidRDefault="004E746A" w:rsidP="0025334A">
      <w:pPr>
        <w:pStyle w:val="Heading2"/>
        <w:rPr>
          <w:color w:val="auto"/>
        </w:rPr>
      </w:pPr>
      <w:bookmarkStart w:id="48" w:name="_Toc242951489"/>
      <w:r w:rsidRPr="0025334A">
        <w:rPr>
          <w:color w:val="auto"/>
        </w:rPr>
        <w:t xml:space="preserve">5.1. </w:t>
      </w:r>
      <w:proofErr w:type="spellStart"/>
      <w:r w:rsidRPr="0025334A">
        <w:rPr>
          <w:color w:val="auto"/>
        </w:rPr>
        <w:t>Documente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informații</w:t>
      </w:r>
      <w:proofErr w:type="spellEnd"/>
      <w:r w:rsidRPr="0025334A">
        <w:rPr>
          <w:color w:val="auto"/>
        </w:rPr>
        <w:t xml:space="preserve"> </w:t>
      </w:r>
      <w:proofErr w:type="spellStart"/>
      <w:r w:rsidRPr="0025334A">
        <w:rPr>
          <w:color w:val="auto"/>
        </w:rPr>
        <w:t>prezentate</w:t>
      </w:r>
      <w:proofErr w:type="spellEnd"/>
      <w:r w:rsidRPr="0025334A">
        <w:rPr>
          <w:color w:val="auto"/>
        </w:rPr>
        <w:t xml:space="preserve"> </w:t>
      </w:r>
      <w:proofErr w:type="spellStart"/>
      <w:r w:rsidRPr="0025334A">
        <w:rPr>
          <w:color w:val="auto"/>
        </w:rPr>
        <w:t>în</w:t>
      </w:r>
      <w:proofErr w:type="spellEnd"/>
      <w:r w:rsidRPr="0025334A">
        <w:rPr>
          <w:color w:val="auto"/>
        </w:rPr>
        <w:t xml:space="preserve"> </w:t>
      </w:r>
      <w:proofErr w:type="spellStart"/>
      <w:r w:rsidRPr="0025334A">
        <w:rPr>
          <w:color w:val="auto"/>
        </w:rPr>
        <w:t>ofertă</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înainte</w:t>
      </w:r>
      <w:proofErr w:type="spellEnd"/>
      <w:r w:rsidRPr="0025334A">
        <w:rPr>
          <w:color w:val="auto"/>
        </w:rPr>
        <w:t xml:space="preserve"> de </w:t>
      </w:r>
      <w:proofErr w:type="spellStart"/>
      <w:r w:rsidRPr="0025334A">
        <w:rPr>
          <w:color w:val="auto"/>
        </w:rPr>
        <w:t>începerea</w:t>
      </w:r>
      <w:proofErr w:type="spellEnd"/>
      <w:r w:rsidRPr="0025334A">
        <w:rPr>
          <w:color w:val="auto"/>
        </w:rPr>
        <w:t xml:space="preserve"> </w:t>
      </w:r>
      <w:proofErr w:type="spellStart"/>
      <w:r w:rsidRPr="0025334A">
        <w:rPr>
          <w:color w:val="auto"/>
        </w:rPr>
        <w:t>prestării</w:t>
      </w:r>
      <w:bookmarkEnd w:id="48"/>
      <w:proofErr w:type="spellEnd"/>
    </w:p>
    <w:p w14:paraId="52F8AB20" w14:textId="77777777" w:rsidR="000C4CB5" w:rsidRPr="0025334A" w:rsidRDefault="004E746A">
      <w:pPr>
        <w:spacing w:after="50" w:line="247" w:lineRule="auto"/>
      </w:pPr>
      <w:proofErr w:type="spellStart"/>
      <w:r w:rsidRPr="0025334A">
        <w:t>Documentele</w:t>
      </w:r>
      <w:proofErr w:type="spellEnd"/>
      <w:r w:rsidRPr="0025334A">
        <w:t xml:space="preserve"> </w:t>
      </w:r>
      <w:proofErr w:type="spellStart"/>
      <w:r w:rsidRPr="0025334A">
        <w:t>și</w:t>
      </w:r>
      <w:proofErr w:type="spellEnd"/>
      <w:r w:rsidRPr="0025334A">
        <w:t xml:space="preserve"> </w:t>
      </w:r>
      <w:proofErr w:type="spellStart"/>
      <w:r w:rsidRPr="0025334A">
        <w:t>informațiile</w:t>
      </w:r>
      <w:proofErr w:type="spellEnd"/>
      <w:r w:rsidRPr="0025334A">
        <w:t xml:space="preserve"> se </w:t>
      </w:r>
      <w:proofErr w:type="spellStart"/>
      <w:r w:rsidRPr="0025334A">
        <w:t>prezintă</w:t>
      </w:r>
      <w:proofErr w:type="spellEnd"/>
      <w:r w:rsidRPr="0025334A">
        <w:t xml:space="preserve"> la </w:t>
      </w:r>
      <w:proofErr w:type="spellStart"/>
      <w:r w:rsidRPr="0025334A">
        <w:t>momentul</w:t>
      </w:r>
      <w:proofErr w:type="spellEnd"/>
      <w:r w:rsidRPr="0025334A">
        <w:t xml:space="preserve"> </w:t>
      </w:r>
      <w:proofErr w:type="spellStart"/>
      <w:r w:rsidRPr="0025334A">
        <w:t>indicat</w:t>
      </w:r>
      <w:proofErr w:type="spellEnd"/>
      <w:r w:rsidRPr="0025334A">
        <w:t xml:space="preserve"> </w:t>
      </w:r>
      <w:proofErr w:type="spellStart"/>
      <w:r w:rsidRPr="0025334A">
        <w:t>în</w:t>
      </w:r>
      <w:proofErr w:type="spellEnd"/>
      <w:r w:rsidRPr="0025334A">
        <w:t xml:space="preserve"> </w:t>
      </w:r>
      <w:proofErr w:type="spellStart"/>
      <w:r w:rsidRPr="0025334A">
        <w:t>tabelul</w:t>
      </w:r>
      <w:proofErr w:type="spellEnd"/>
      <w:r w:rsidRPr="0025334A">
        <w:t xml:space="preserve"> de </w:t>
      </w:r>
      <w:proofErr w:type="spellStart"/>
      <w:r w:rsidRPr="0025334A">
        <w:t>mai</w:t>
      </w:r>
      <w:proofErr w:type="spellEnd"/>
      <w:r w:rsidRPr="0025334A">
        <w:t xml:space="preserve"> </w:t>
      </w:r>
      <w:proofErr w:type="spellStart"/>
      <w:r w:rsidRPr="0025334A">
        <w:t>jos.</w:t>
      </w:r>
      <w:proofErr w:type="spellEnd"/>
      <w:r w:rsidRPr="0025334A">
        <w:t xml:space="preserve"> </w:t>
      </w:r>
      <w:proofErr w:type="spellStart"/>
      <w:r w:rsidRPr="0025334A">
        <w:t>Cerințele</w:t>
      </w:r>
      <w:proofErr w:type="spellEnd"/>
      <w:r w:rsidRPr="0025334A">
        <w:t xml:space="preserve"> </w:t>
      </w:r>
      <w:proofErr w:type="spellStart"/>
      <w:r w:rsidRPr="0025334A">
        <w:t>privind</w:t>
      </w:r>
      <w:proofErr w:type="spellEnd"/>
      <w:r w:rsidRPr="0025334A">
        <w:t xml:space="preserve"> </w:t>
      </w:r>
      <w:proofErr w:type="spellStart"/>
      <w:r w:rsidRPr="0025334A">
        <w:t>personalul</w:t>
      </w:r>
      <w:proofErr w:type="spellEnd"/>
      <w:r w:rsidRPr="0025334A">
        <w:t xml:space="preserve"> se </w:t>
      </w:r>
      <w:proofErr w:type="spellStart"/>
      <w:r w:rsidRPr="0025334A">
        <w:t>corelează</w:t>
      </w:r>
      <w:proofErr w:type="spellEnd"/>
      <w:r w:rsidRPr="0025334A">
        <w:t xml:space="preserve"> cu cap. 3.13, </w:t>
      </w:r>
      <w:proofErr w:type="spellStart"/>
      <w:r w:rsidRPr="0025334A">
        <w:t>iar</w:t>
      </w:r>
      <w:proofErr w:type="spellEnd"/>
      <w:r w:rsidRPr="0025334A">
        <w:t xml:space="preserve"> </w:t>
      </w:r>
      <w:proofErr w:type="spellStart"/>
      <w:r w:rsidRPr="0025334A">
        <w:t>cerințele</w:t>
      </w:r>
      <w:proofErr w:type="spellEnd"/>
      <w:r w:rsidRPr="0025334A">
        <w:t xml:space="preserve"> </w:t>
      </w:r>
      <w:proofErr w:type="spellStart"/>
      <w:r w:rsidRPr="0025334A">
        <w:t>privind</w:t>
      </w:r>
      <w:proofErr w:type="spellEnd"/>
      <w:r w:rsidRPr="0025334A">
        <w:t xml:space="preserve"> </w:t>
      </w:r>
      <w:proofErr w:type="spellStart"/>
      <w:r w:rsidRPr="0025334A">
        <w:t>autorizațiile</w:t>
      </w:r>
      <w:proofErr w:type="spellEnd"/>
      <w:r w:rsidRPr="0025334A">
        <w:t xml:space="preserve">, </w:t>
      </w:r>
      <w:proofErr w:type="spellStart"/>
      <w:r w:rsidRPr="0025334A">
        <w:t>avizele</w:t>
      </w:r>
      <w:proofErr w:type="spellEnd"/>
      <w:r w:rsidRPr="0025334A">
        <w:t xml:space="preserve"> </w:t>
      </w:r>
      <w:proofErr w:type="spellStart"/>
      <w:r w:rsidRPr="0025334A">
        <w:t>și</w:t>
      </w:r>
      <w:proofErr w:type="spellEnd"/>
      <w:r w:rsidRPr="0025334A">
        <w:t xml:space="preserve"> </w:t>
      </w:r>
      <w:proofErr w:type="spellStart"/>
      <w:r w:rsidRPr="0025334A">
        <w:t>înregistrările</w:t>
      </w:r>
      <w:proofErr w:type="spellEnd"/>
      <w:r w:rsidRPr="0025334A">
        <w:t xml:space="preserve"> se </w:t>
      </w:r>
      <w:proofErr w:type="spellStart"/>
      <w:r w:rsidRPr="0025334A">
        <w:t>corelează</w:t>
      </w:r>
      <w:proofErr w:type="spellEnd"/>
      <w:r w:rsidRPr="0025334A">
        <w:t xml:space="preserve"> cu cap. 3.14 din </w:t>
      </w:r>
      <w:proofErr w:type="spellStart"/>
      <w:r w:rsidRPr="0025334A">
        <w:t>prezentul</w:t>
      </w:r>
      <w:proofErr w:type="spellEnd"/>
      <w:r w:rsidRPr="0025334A">
        <w:t xml:space="preserve"> </w:t>
      </w:r>
      <w:proofErr w:type="spellStart"/>
      <w:r w:rsidRPr="0025334A">
        <w:t>Caiet</w:t>
      </w:r>
      <w:proofErr w:type="spellEnd"/>
      <w:r w:rsidRPr="0025334A">
        <w:t xml:space="preserve"> de </w:t>
      </w:r>
      <w:proofErr w:type="spellStart"/>
      <w:r w:rsidRPr="0025334A">
        <w:t>sarcini</w:t>
      </w:r>
      <w:proofErr w:type="spellEnd"/>
      <w:r w:rsidRPr="0025334A">
        <w:t>.</w:t>
      </w:r>
    </w:p>
    <w:tbl>
      <w:tblPr>
        <w:tblStyle w:val="TableGrid"/>
        <w:tblW w:w="0" w:type="auto"/>
        <w:jc w:val="center"/>
        <w:tblLook w:val="04A0" w:firstRow="1" w:lastRow="0" w:firstColumn="1" w:lastColumn="0" w:noHBand="0" w:noVBand="1"/>
      </w:tblPr>
      <w:tblGrid>
        <w:gridCol w:w="1679"/>
        <w:gridCol w:w="8289"/>
      </w:tblGrid>
      <w:tr w:rsidR="0025334A" w:rsidRPr="0025334A" w14:paraId="145D41B5" w14:textId="77777777" w:rsidTr="0025334A">
        <w:trPr>
          <w:cantSplit/>
          <w:tblHeader/>
          <w:jc w:val="center"/>
        </w:trPr>
        <w:tc>
          <w:tcPr>
            <w:tcW w:w="0" w:type="auto"/>
            <w:vAlign w:val="center"/>
          </w:tcPr>
          <w:p w14:paraId="28C9D087" w14:textId="77777777" w:rsidR="000C4CB5" w:rsidRPr="0025334A" w:rsidRDefault="004E746A" w:rsidP="0025334A">
            <w:pPr>
              <w:ind w:firstLine="0"/>
              <w:jc w:val="center"/>
              <w:rPr>
                <w:sz w:val="22"/>
                <w:szCs w:val="32"/>
              </w:rPr>
            </w:pPr>
            <w:proofErr w:type="spellStart"/>
            <w:r w:rsidRPr="0025334A">
              <w:rPr>
                <w:b/>
                <w:sz w:val="22"/>
                <w:szCs w:val="32"/>
              </w:rPr>
              <w:t>Momentul</w:t>
            </w:r>
            <w:proofErr w:type="spellEnd"/>
            <w:r w:rsidRPr="0025334A">
              <w:rPr>
                <w:b/>
                <w:sz w:val="22"/>
                <w:szCs w:val="32"/>
              </w:rPr>
              <w:t xml:space="preserve"> </w:t>
            </w:r>
            <w:proofErr w:type="spellStart"/>
            <w:r w:rsidRPr="0025334A">
              <w:rPr>
                <w:b/>
                <w:sz w:val="22"/>
                <w:szCs w:val="32"/>
              </w:rPr>
              <w:t>prezentării</w:t>
            </w:r>
            <w:proofErr w:type="spellEnd"/>
          </w:p>
        </w:tc>
        <w:tc>
          <w:tcPr>
            <w:tcW w:w="0" w:type="auto"/>
            <w:vAlign w:val="center"/>
          </w:tcPr>
          <w:p w14:paraId="6151A614" w14:textId="77777777" w:rsidR="000C4CB5" w:rsidRPr="0025334A" w:rsidRDefault="004E746A" w:rsidP="0025334A">
            <w:pPr>
              <w:ind w:firstLine="0"/>
              <w:jc w:val="center"/>
              <w:rPr>
                <w:sz w:val="22"/>
                <w:szCs w:val="32"/>
              </w:rPr>
            </w:pPr>
            <w:proofErr w:type="spellStart"/>
            <w:r w:rsidRPr="0025334A">
              <w:rPr>
                <w:b/>
                <w:sz w:val="22"/>
                <w:szCs w:val="32"/>
              </w:rPr>
              <w:t>Documente</w:t>
            </w:r>
            <w:proofErr w:type="spellEnd"/>
            <w:r w:rsidRPr="0025334A">
              <w:rPr>
                <w:b/>
                <w:sz w:val="22"/>
                <w:szCs w:val="32"/>
              </w:rPr>
              <w:t>/</w:t>
            </w:r>
            <w:proofErr w:type="spellStart"/>
            <w:r w:rsidRPr="0025334A">
              <w:rPr>
                <w:b/>
                <w:sz w:val="22"/>
                <w:szCs w:val="32"/>
              </w:rPr>
              <w:t>informații</w:t>
            </w:r>
            <w:proofErr w:type="spellEnd"/>
          </w:p>
        </w:tc>
      </w:tr>
      <w:tr w:rsidR="0025334A" w:rsidRPr="0025334A" w14:paraId="14A04F1D" w14:textId="77777777" w:rsidTr="0025334A">
        <w:trPr>
          <w:cantSplit/>
          <w:jc w:val="center"/>
        </w:trPr>
        <w:tc>
          <w:tcPr>
            <w:tcW w:w="0" w:type="auto"/>
            <w:vAlign w:val="center"/>
          </w:tcPr>
          <w:p w14:paraId="58AE7A92" w14:textId="77777777" w:rsidR="000C4CB5" w:rsidRPr="0025334A" w:rsidRDefault="004E746A" w:rsidP="0025334A">
            <w:pPr>
              <w:ind w:firstLine="0"/>
              <w:jc w:val="left"/>
              <w:rPr>
                <w:sz w:val="22"/>
                <w:szCs w:val="32"/>
              </w:rPr>
            </w:pPr>
            <w:proofErr w:type="spellStart"/>
            <w:r w:rsidRPr="0025334A">
              <w:rPr>
                <w:sz w:val="22"/>
                <w:szCs w:val="32"/>
              </w:rPr>
              <w:t>În</w:t>
            </w:r>
            <w:proofErr w:type="spellEnd"/>
            <w:r w:rsidRPr="0025334A">
              <w:rPr>
                <w:sz w:val="22"/>
                <w:szCs w:val="32"/>
              </w:rPr>
              <w:t xml:space="preserve"> </w:t>
            </w:r>
            <w:proofErr w:type="spellStart"/>
            <w:r w:rsidRPr="0025334A">
              <w:rPr>
                <w:sz w:val="22"/>
                <w:szCs w:val="32"/>
              </w:rPr>
              <w:t>ofertă</w:t>
            </w:r>
            <w:proofErr w:type="spellEnd"/>
          </w:p>
        </w:tc>
        <w:tc>
          <w:tcPr>
            <w:tcW w:w="0" w:type="auto"/>
            <w:vAlign w:val="center"/>
          </w:tcPr>
          <w:p w14:paraId="38A10742" w14:textId="08F265B7" w:rsidR="000C4CB5" w:rsidRPr="0025334A" w:rsidRDefault="004E746A" w:rsidP="0025334A">
            <w:pPr>
              <w:ind w:firstLine="0"/>
              <w:jc w:val="left"/>
              <w:rPr>
                <w:sz w:val="22"/>
                <w:szCs w:val="32"/>
              </w:rPr>
            </w:pPr>
            <w:proofErr w:type="spellStart"/>
            <w:r w:rsidRPr="0025334A">
              <w:rPr>
                <w:sz w:val="22"/>
                <w:szCs w:val="32"/>
              </w:rPr>
              <w:t>Modelul</w:t>
            </w:r>
            <w:proofErr w:type="spellEnd"/>
            <w:r w:rsidRPr="0025334A">
              <w:rPr>
                <w:sz w:val="22"/>
                <w:szCs w:val="32"/>
              </w:rPr>
              <w:t xml:space="preserve"> de </w:t>
            </w:r>
            <w:proofErr w:type="spellStart"/>
            <w:r w:rsidRPr="0025334A">
              <w:rPr>
                <w:sz w:val="22"/>
                <w:szCs w:val="32"/>
              </w:rPr>
              <w:t>propunere</w:t>
            </w:r>
            <w:proofErr w:type="spellEnd"/>
            <w:r w:rsidRPr="0025334A">
              <w:rPr>
                <w:sz w:val="22"/>
                <w:szCs w:val="32"/>
              </w:rPr>
              <w:t xml:space="preserve"> </w:t>
            </w:r>
            <w:proofErr w:type="spellStart"/>
            <w:r w:rsidRPr="0025334A">
              <w:rPr>
                <w:sz w:val="22"/>
                <w:szCs w:val="32"/>
              </w:rPr>
              <w:t>tehnică</w:t>
            </w:r>
            <w:proofErr w:type="spellEnd"/>
            <w:r w:rsidRPr="0025334A">
              <w:rPr>
                <w:sz w:val="22"/>
                <w:szCs w:val="32"/>
              </w:rPr>
              <w:t xml:space="preserve"> </w:t>
            </w:r>
            <w:proofErr w:type="spellStart"/>
            <w:r w:rsidRPr="0025334A">
              <w:rPr>
                <w:sz w:val="22"/>
                <w:szCs w:val="32"/>
              </w:rPr>
              <w:t>completat</w:t>
            </w:r>
            <w:proofErr w:type="spellEnd"/>
            <w:r w:rsidRPr="0025334A">
              <w:rPr>
                <w:sz w:val="22"/>
                <w:szCs w:val="32"/>
              </w:rPr>
              <w:t xml:space="preserve">; </w:t>
            </w:r>
            <w:proofErr w:type="spellStart"/>
            <w:r w:rsidRPr="0025334A">
              <w:rPr>
                <w:sz w:val="22"/>
                <w:szCs w:val="32"/>
              </w:rPr>
              <w:t>identificarea</w:t>
            </w:r>
            <w:proofErr w:type="spellEnd"/>
            <w:r w:rsidRPr="0025334A">
              <w:rPr>
                <w:sz w:val="22"/>
                <w:szCs w:val="32"/>
              </w:rPr>
              <w:t xml:space="preserve"> </w:t>
            </w:r>
            <w:proofErr w:type="spellStart"/>
            <w:r w:rsidRPr="0025334A">
              <w:rPr>
                <w:sz w:val="22"/>
                <w:szCs w:val="32"/>
              </w:rPr>
              <w:t>unității</w:t>
            </w:r>
            <w:proofErr w:type="spellEnd"/>
            <w:r w:rsidRPr="0025334A">
              <w:rPr>
                <w:sz w:val="22"/>
                <w:szCs w:val="32"/>
              </w:rPr>
              <w:t xml:space="preserve"> de </w:t>
            </w:r>
            <w:proofErr w:type="spellStart"/>
            <w:r w:rsidRPr="0025334A">
              <w:rPr>
                <w:sz w:val="22"/>
                <w:szCs w:val="32"/>
              </w:rPr>
              <w:t>preparare</w:t>
            </w:r>
            <w:proofErr w:type="spellEnd"/>
            <w:r w:rsidRPr="0025334A">
              <w:rPr>
                <w:sz w:val="22"/>
                <w:szCs w:val="32"/>
              </w:rPr>
              <w:t xml:space="preserve">; </w:t>
            </w:r>
            <w:proofErr w:type="spellStart"/>
            <w:r w:rsidRPr="0025334A">
              <w:rPr>
                <w:sz w:val="22"/>
                <w:szCs w:val="32"/>
              </w:rPr>
              <w:t>documentul</w:t>
            </w:r>
            <w:proofErr w:type="spellEnd"/>
            <w:r w:rsidRPr="0025334A">
              <w:rPr>
                <w:sz w:val="22"/>
                <w:szCs w:val="32"/>
              </w:rPr>
              <w:t xml:space="preserve"> DSVSA al </w:t>
            </w:r>
            <w:proofErr w:type="spellStart"/>
            <w:r w:rsidRPr="0025334A">
              <w:rPr>
                <w:sz w:val="22"/>
                <w:szCs w:val="32"/>
              </w:rPr>
              <w:t>unității</w:t>
            </w:r>
            <w:proofErr w:type="spellEnd"/>
            <w:r w:rsidRPr="0025334A">
              <w:rPr>
                <w:sz w:val="22"/>
                <w:szCs w:val="32"/>
              </w:rPr>
              <w:t xml:space="preserve"> de catering; </w:t>
            </w:r>
            <w:proofErr w:type="spellStart"/>
            <w:r w:rsidRPr="0025334A">
              <w:rPr>
                <w:sz w:val="22"/>
                <w:szCs w:val="32"/>
              </w:rPr>
              <w:t>autorizația</w:t>
            </w:r>
            <w:proofErr w:type="spellEnd"/>
            <w:r w:rsidRPr="0025334A">
              <w:rPr>
                <w:sz w:val="22"/>
                <w:szCs w:val="32"/>
              </w:rPr>
              <w:t xml:space="preserve"> </w:t>
            </w:r>
            <w:proofErr w:type="spellStart"/>
            <w:r w:rsidRPr="0025334A">
              <w:rPr>
                <w:sz w:val="22"/>
                <w:szCs w:val="32"/>
              </w:rPr>
              <w:t>sanitară</w:t>
            </w:r>
            <w:proofErr w:type="spellEnd"/>
            <w:r w:rsidRPr="0025334A">
              <w:rPr>
                <w:sz w:val="22"/>
                <w:szCs w:val="32"/>
              </w:rPr>
              <w:t xml:space="preserve"> de </w:t>
            </w:r>
            <w:proofErr w:type="spellStart"/>
            <w:r w:rsidRPr="0025334A">
              <w:rPr>
                <w:sz w:val="22"/>
                <w:szCs w:val="32"/>
              </w:rPr>
              <w:t>funcționare</w:t>
            </w:r>
            <w:proofErr w:type="spellEnd"/>
            <w:r w:rsidRPr="0025334A">
              <w:rPr>
                <w:sz w:val="22"/>
                <w:szCs w:val="32"/>
              </w:rPr>
              <w:t>/</w:t>
            </w:r>
            <w:proofErr w:type="spellStart"/>
            <w:r w:rsidRPr="0025334A">
              <w:rPr>
                <w:sz w:val="22"/>
                <w:szCs w:val="32"/>
              </w:rPr>
              <w:t>documentul</w:t>
            </w:r>
            <w:proofErr w:type="spellEnd"/>
            <w:r w:rsidRPr="0025334A">
              <w:rPr>
                <w:sz w:val="22"/>
                <w:szCs w:val="32"/>
              </w:rPr>
              <w:t xml:space="preserve"> DSP </w:t>
            </w:r>
            <w:proofErr w:type="spellStart"/>
            <w:r w:rsidRPr="0025334A">
              <w:rPr>
                <w:sz w:val="22"/>
                <w:szCs w:val="32"/>
              </w:rPr>
              <w:t>aplicabil</w:t>
            </w:r>
            <w:proofErr w:type="spellEnd"/>
            <w:r w:rsidRPr="0025334A">
              <w:rPr>
                <w:sz w:val="22"/>
                <w:szCs w:val="32"/>
              </w:rPr>
              <w:t xml:space="preserve">; </w:t>
            </w:r>
            <w:proofErr w:type="spellStart"/>
            <w:r w:rsidRPr="0025334A">
              <w:rPr>
                <w:sz w:val="22"/>
                <w:szCs w:val="32"/>
              </w:rPr>
              <w:t>identificarea</w:t>
            </w:r>
            <w:proofErr w:type="spellEnd"/>
            <w:r w:rsidRPr="0025334A">
              <w:rPr>
                <w:sz w:val="22"/>
                <w:szCs w:val="32"/>
              </w:rPr>
              <w:t xml:space="preserve"> </w:t>
            </w:r>
            <w:proofErr w:type="spellStart"/>
            <w:r w:rsidRPr="0025334A">
              <w:rPr>
                <w:sz w:val="22"/>
                <w:szCs w:val="32"/>
              </w:rPr>
              <w:t>mijloacelor</w:t>
            </w:r>
            <w:proofErr w:type="spellEnd"/>
            <w:r w:rsidRPr="0025334A">
              <w:rPr>
                <w:sz w:val="22"/>
                <w:szCs w:val="32"/>
              </w:rPr>
              <w:t xml:space="preserve"> de transport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documentele</w:t>
            </w:r>
            <w:proofErr w:type="spellEnd"/>
            <w:r w:rsidRPr="0025334A">
              <w:rPr>
                <w:sz w:val="22"/>
                <w:szCs w:val="32"/>
              </w:rPr>
              <w:t xml:space="preserve"> </w:t>
            </w:r>
            <w:proofErr w:type="spellStart"/>
            <w:r w:rsidRPr="0025334A">
              <w:rPr>
                <w:sz w:val="22"/>
                <w:szCs w:val="32"/>
              </w:rPr>
              <w:t>sanitar-veterinare</w:t>
            </w:r>
            <w:proofErr w:type="spellEnd"/>
            <w:r w:rsidRPr="0025334A">
              <w:rPr>
                <w:sz w:val="22"/>
                <w:szCs w:val="32"/>
              </w:rPr>
              <w:t xml:space="preserve"> </w:t>
            </w:r>
            <w:proofErr w:type="spellStart"/>
            <w:r w:rsidRPr="0025334A">
              <w:rPr>
                <w:sz w:val="22"/>
                <w:szCs w:val="32"/>
              </w:rPr>
              <w:t>aplicabile</w:t>
            </w:r>
            <w:proofErr w:type="spellEnd"/>
            <w:r w:rsidRPr="0025334A">
              <w:rPr>
                <w:sz w:val="22"/>
                <w:szCs w:val="32"/>
              </w:rPr>
              <w:t xml:space="preserve"> </w:t>
            </w:r>
            <w:proofErr w:type="spellStart"/>
            <w:r w:rsidRPr="0025334A">
              <w:rPr>
                <w:sz w:val="22"/>
                <w:szCs w:val="32"/>
              </w:rPr>
              <w:t>vehiculelor</w:t>
            </w:r>
            <w:proofErr w:type="spellEnd"/>
            <w:r w:rsidRPr="0025334A">
              <w:rPr>
                <w:sz w:val="22"/>
                <w:szCs w:val="32"/>
              </w:rPr>
              <w:t xml:space="preserve"> </w:t>
            </w:r>
            <w:proofErr w:type="spellStart"/>
            <w:r w:rsidRPr="0025334A">
              <w:rPr>
                <w:sz w:val="22"/>
                <w:szCs w:val="32"/>
              </w:rPr>
              <w:t>declarate</w:t>
            </w:r>
            <w:proofErr w:type="spellEnd"/>
            <w:r w:rsidRPr="0025334A">
              <w:rPr>
                <w:sz w:val="22"/>
                <w:szCs w:val="32"/>
              </w:rPr>
              <w:t xml:space="preserve">; </w:t>
            </w:r>
            <w:proofErr w:type="spellStart"/>
            <w:r w:rsidRPr="0025334A">
              <w:rPr>
                <w:sz w:val="22"/>
                <w:szCs w:val="32"/>
              </w:rPr>
              <w:t>identificarea</w:t>
            </w:r>
            <w:proofErr w:type="spellEnd"/>
            <w:r w:rsidRPr="0025334A">
              <w:rPr>
                <w:sz w:val="22"/>
                <w:szCs w:val="32"/>
              </w:rPr>
              <w:t xml:space="preserve"> </w:t>
            </w:r>
            <w:proofErr w:type="spellStart"/>
            <w:r w:rsidRPr="0025334A">
              <w:rPr>
                <w:sz w:val="22"/>
                <w:szCs w:val="32"/>
              </w:rPr>
              <w:t>coordonatorului</w:t>
            </w:r>
            <w:proofErr w:type="spellEnd"/>
            <w:r w:rsidRPr="0025334A">
              <w:rPr>
                <w:sz w:val="22"/>
                <w:szCs w:val="32"/>
              </w:rPr>
              <w:t xml:space="preserve"> </w:t>
            </w:r>
            <w:proofErr w:type="spellStart"/>
            <w:r w:rsidRPr="0025334A">
              <w:rPr>
                <w:sz w:val="22"/>
                <w:szCs w:val="32"/>
              </w:rPr>
              <w:t>operațional</w:t>
            </w:r>
            <w:proofErr w:type="spellEnd"/>
            <w:r w:rsidRPr="0025334A">
              <w:rPr>
                <w:sz w:val="22"/>
                <w:szCs w:val="32"/>
              </w:rPr>
              <w:t xml:space="preserve">, a </w:t>
            </w:r>
            <w:proofErr w:type="spellStart"/>
            <w:r w:rsidRPr="0025334A">
              <w:rPr>
                <w:sz w:val="22"/>
                <w:szCs w:val="32"/>
              </w:rPr>
              <w:t>bucătarului</w:t>
            </w:r>
            <w:proofErr w:type="spellEnd"/>
            <w:r w:rsidRPr="0025334A">
              <w:rPr>
                <w:sz w:val="22"/>
                <w:szCs w:val="32"/>
              </w:rPr>
              <w:t xml:space="preserve"> </w:t>
            </w:r>
            <w:proofErr w:type="spellStart"/>
            <w:r w:rsidRPr="0025334A">
              <w:rPr>
                <w:sz w:val="22"/>
                <w:szCs w:val="32"/>
              </w:rPr>
              <w:t>responsabil</w:t>
            </w:r>
            <w:proofErr w:type="spellEnd"/>
            <w:r w:rsidRPr="0025334A">
              <w:rPr>
                <w:sz w:val="22"/>
                <w:szCs w:val="32"/>
              </w:rPr>
              <w:t xml:space="preserve">, a </w:t>
            </w:r>
            <w:proofErr w:type="spellStart"/>
            <w:r w:rsidRPr="0025334A">
              <w:rPr>
                <w:sz w:val="22"/>
                <w:szCs w:val="32"/>
              </w:rPr>
              <w:t>profesionistului</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meniuri</w:t>
            </w:r>
            <w:proofErr w:type="spellEnd"/>
            <w:r w:rsidRPr="0025334A">
              <w:rPr>
                <w:sz w:val="22"/>
                <w:szCs w:val="32"/>
              </w:rPr>
              <w:t>/</w:t>
            </w:r>
            <w:proofErr w:type="spellStart"/>
            <w:r w:rsidRPr="0025334A">
              <w:rPr>
                <w:sz w:val="22"/>
                <w:szCs w:val="32"/>
              </w:rPr>
              <w:t>regimuri</w:t>
            </w:r>
            <w:proofErr w:type="spellEnd"/>
            <w:r w:rsidRPr="0025334A">
              <w:rPr>
                <w:sz w:val="22"/>
                <w:szCs w:val="32"/>
              </w:rPr>
              <w:t xml:space="preserve">; </w:t>
            </w:r>
            <w:proofErr w:type="spellStart"/>
            <w:r w:rsidRPr="0025334A">
              <w:rPr>
                <w:sz w:val="22"/>
                <w:szCs w:val="32"/>
              </w:rPr>
              <w:t>documentele</w:t>
            </w:r>
            <w:proofErr w:type="spellEnd"/>
            <w:r w:rsidRPr="0025334A">
              <w:rPr>
                <w:sz w:val="22"/>
                <w:szCs w:val="32"/>
              </w:rPr>
              <w:t xml:space="preserve"> de </w:t>
            </w:r>
            <w:proofErr w:type="spellStart"/>
            <w:r w:rsidRPr="0025334A">
              <w:rPr>
                <w:sz w:val="22"/>
                <w:szCs w:val="32"/>
              </w:rPr>
              <w:t>calificare</w:t>
            </w:r>
            <w:proofErr w:type="spellEnd"/>
            <w:r w:rsidRPr="0025334A">
              <w:rPr>
                <w:sz w:val="22"/>
                <w:szCs w:val="32"/>
              </w:rPr>
              <w:t>/</w:t>
            </w:r>
            <w:proofErr w:type="spellStart"/>
            <w:r w:rsidRPr="0025334A">
              <w:rPr>
                <w:sz w:val="22"/>
                <w:szCs w:val="32"/>
              </w:rPr>
              <w:t>drept</w:t>
            </w:r>
            <w:proofErr w:type="spellEnd"/>
            <w:r w:rsidRPr="0025334A">
              <w:rPr>
                <w:sz w:val="22"/>
                <w:szCs w:val="32"/>
              </w:rPr>
              <w:t xml:space="preserve"> de </w:t>
            </w:r>
            <w:proofErr w:type="spellStart"/>
            <w:r w:rsidRPr="0025334A">
              <w:rPr>
                <w:sz w:val="22"/>
                <w:szCs w:val="32"/>
              </w:rPr>
              <w:t>practică</w:t>
            </w:r>
            <w:proofErr w:type="spellEnd"/>
            <w:r w:rsidRPr="0025334A">
              <w:rPr>
                <w:sz w:val="22"/>
                <w:szCs w:val="32"/>
              </w:rPr>
              <w:t xml:space="preserve"> solicitate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aceste</w:t>
            </w:r>
            <w:proofErr w:type="spellEnd"/>
            <w:r w:rsidRPr="0025334A">
              <w:rPr>
                <w:sz w:val="22"/>
                <w:szCs w:val="32"/>
              </w:rPr>
              <w:t xml:space="preserve"> </w:t>
            </w:r>
            <w:proofErr w:type="spellStart"/>
            <w:r w:rsidRPr="0025334A">
              <w:rPr>
                <w:sz w:val="22"/>
                <w:szCs w:val="32"/>
              </w:rPr>
              <w:t>roluri</w:t>
            </w:r>
            <w:proofErr w:type="spellEnd"/>
            <w:r w:rsidRPr="0025334A">
              <w:rPr>
                <w:sz w:val="22"/>
                <w:szCs w:val="32"/>
              </w:rPr>
              <w:t xml:space="preserve">; </w:t>
            </w:r>
            <w:proofErr w:type="spellStart"/>
            <w:r w:rsidRPr="0025334A">
              <w:rPr>
                <w:sz w:val="22"/>
                <w:szCs w:val="32"/>
              </w:rPr>
              <w:t>descrierea</w:t>
            </w:r>
            <w:proofErr w:type="spellEnd"/>
            <w:r w:rsidRPr="0025334A">
              <w:rPr>
                <w:sz w:val="22"/>
                <w:szCs w:val="32"/>
              </w:rPr>
              <w:t xml:space="preserve"> </w:t>
            </w:r>
            <w:proofErr w:type="spellStart"/>
            <w:r w:rsidRPr="0025334A">
              <w:rPr>
                <w:sz w:val="22"/>
                <w:szCs w:val="32"/>
              </w:rPr>
              <w:t>capacității</w:t>
            </w:r>
            <w:proofErr w:type="spellEnd"/>
            <w:r w:rsidRPr="0025334A">
              <w:rPr>
                <w:sz w:val="22"/>
                <w:szCs w:val="32"/>
              </w:rPr>
              <w:t xml:space="preserve"> de </w:t>
            </w:r>
            <w:proofErr w:type="spellStart"/>
            <w:r w:rsidRPr="0025334A">
              <w:rPr>
                <w:sz w:val="22"/>
                <w:szCs w:val="32"/>
              </w:rPr>
              <w:t>producție</w:t>
            </w:r>
            <w:proofErr w:type="spellEnd"/>
            <w:r w:rsidRPr="0025334A">
              <w:rPr>
                <w:sz w:val="22"/>
                <w:szCs w:val="32"/>
              </w:rPr>
              <w:t xml:space="preserve">, </w:t>
            </w:r>
            <w:proofErr w:type="spellStart"/>
            <w:r w:rsidRPr="0025334A">
              <w:rPr>
                <w:sz w:val="22"/>
                <w:szCs w:val="32"/>
              </w:rPr>
              <w:t>ambalare</w:t>
            </w:r>
            <w:proofErr w:type="spellEnd"/>
            <w:r w:rsidRPr="0025334A">
              <w:rPr>
                <w:sz w:val="22"/>
                <w:szCs w:val="32"/>
              </w:rPr>
              <w:t xml:space="preserve">, transport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continuitate</w:t>
            </w:r>
            <w:proofErr w:type="spellEnd"/>
            <w:r w:rsidRPr="0025334A">
              <w:rPr>
                <w:sz w:val="22"/>
                <w:szCs w:val="32"/>
              </w:rPr>
              <w:t>.</w:t>
            </w:r>
          </w:p>
        </w:tc>
      </w:tr>
      <w:tr w:rsidR="0025334A" w:rsidRPr="0025334A" w14:paraId="5B7F40B7" w14:textId="77777777" w:rsidTr="0025334A">
        <w:trPr>
          <w:cantSplit/>
          <w:jc w:val="center"/>
        </w:trPr>
        <w:tc>
          <w:tcPr>
            <w:tcW w:w="0" w:type="auto"/>
            <w:vAlign w:val="center"/>
          </w:tcPr>
          <w:p w14:paraId="6507C0BB" w14:textId="77777777" w:rsidR="000C4CB5" w:rsidRPr="0025334A" w:rsidRDefault="004E746A" w:rsidP="0025334A">
            <w:pPr>
              <w:ind w:firstLine="0"/>
              <w:jc w:val="left"/>
              <w:rPr>
                <w:sz w:val="22"/>
                <w:szCs w:val="32"/>
              </w:rPr>
            </w:pPr>
            <w:proofErr w:type="spellStart"/>
            <w:r w:rsidRPr="0025334A">
              <w:rPr>
                <w:sz w:val="22"/>
                <w:szCs w:val="32"/>
              </w:rPr>
              <w:t>Înainte</w:t>
            </w:r>
            <w:proofErr w:type="spellEnd"/>
            <w:r w:rsidRPr="0025334A">
              <w:rPr>
                <w:sz w:val="22"/>
                <w:szCs w:val="32"/>
              </w:rPr>
              <w:t xml:space="preserve"> de </w:t>
            </w:r>
            <w:proofErr w:type="spellStart"/>
            <w:r w:rsidRPr="0025334A">
              <w:rPr>
                <w:sz w:val="22"/>
                <w:szCs w:val="32"/>
              </w:rPr>
              <w:t>începerea</w:t>
            </w:r>
            <w:proofErr w:type="spellEnd"/>
            <w:r w:rsidRPr="0025334A">
              <w:rPr>
                <w:sz w:val="22"/>
                <w:szCs w:val="32"/>
              </w:rPr>
              <w:t xml:space="preserve"> </w:t>
            </w:r>
            <w:proofErr w:type="spellStart"/>
            <w:r w:rsidRPr="0025334A">
              <w:rPr>
                <w:sz w:val="22"/>
                <w:szCs w:val="32"/>
              </w:rPr>
              <w:t>prestării</w:t>
            </w:r>
            <w:proofErr w:type="spellEnd"/>
          </w:p>
        </w:tc>
        <w:tc>
          <w:tcPr>
            <w:tcW w:w="0" w:type="auto"/>
            <w:vAlign w:val="center"/>
          </w:tcPr>
          <w:p w14:paraId="7579C4C9" w14:textId="435257E6" w:rsidR="000C4CB5" w:rsidRPr="0025334A" w:rsidRDefault="004E746A" w:rsidP="0025334A">
            <w:pPr>
              <w:ind w:firstLine="0"/>
              <w:jc w:val="left"/>
              <w:rPr>
                <w:sz w:val="22"/>
                <w:szCs w:val="32"/>
              </w:rPr>
            </w:pPr>
            <w:r w:rsidRPr="0025334A">
              <w:rPr>
                <w:sz w:val="22"/>
                <w:szCs w:val="32"/>
              </w:rPr>
              <w:t xml:space="preserve">Lista </w:t>
            </w:r>
            <w:proofErr w:type="spellStart"/>
            <w:r w:rsidRPr="0025334A">
              <w:rPr>
                <w:sz w:val="22"/>
                <w:szCs w:val="32"/>
              </w:rPr>
              <w:t>personalului</w:t>
            </w:r>
            <w:proofErr w:type="spellEnd"/>
            <w:r w:rsidRPr="0025334A">
              <w:rPr>
                <w:sz w:val="22"/>
                <w:szCs w:val="32"/>
              </w:rPr>
              <w:t xml:space="preserve"> </w:t>
            </w:r>
            <w:proofErr w:type="spellStart"/>
            <w:r w:rsidRPr="0025334A">
              <w:rPr>
                <w:sz w:val="22"/>
                <w:szCs w:val="32"/>
              </w:rPr>
              <w:t>efectiv</w:t>
            </w:r>
            <w:proofErr w:type="spellEnd"/>
            <w:r w:rsidRPr="0025334A">
              <w:rPr>
                <w:sz w:val="22"/>
                <w:szCs w:val="32"/>
              </w:rPr>
              <w:t xml:space="preserve"> </w:t>
            </w:r>
            <w:proofErr w:type="spellStart"/>
            <w:r w:rsidRPr="0025334A">
              <w:rPr>
                <w:sz w:val="22"/>
                <w:szCs w:val="32"/>
              </w:rPr>
              <w:t>alocat</w:t>
            </w:r>
            <w:proofErr w:type="spellEnd"/>
            <w:r w:rsidRPr="0025334A">
              <w:rPr>
                <w:sz w:val="22"/>
                <w:szCs w:val="32"/>
              </w:rPr>
              <w:t xml:space="preserve">; </w:t>
            </w:r>
            <w:proofErr w:type="spellStart"/>
            <w:r w:rsidRPr="0025334A">
              <w:rPr>
                <w:sz w:val="22"/>
                <w:szCs w:val="32"/>
              </w:rPr>
              <w:t>fișele</w:t>
            </w:r>
            <w:proofErr w:type="spellEnd"/>
            <w:r w:rsidRPr="0025334A">
              <w:rPr>
                <w:sz w:val="22"/>
                <w:szCs w:val="32"/>
              </w:rPr>
              <w:t xml:space="preserve"> de </w:t>
            </w:r>
            <w:proofErr w:type="spellStart"/>
            <w:r w:rsidRPr="0025334A">
              <w:rPr>
                <w:sz w:val="22"/>
                <w:szCs w:val="32"/>
              </w:rPr>
              <w:t>aptitudine</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documentele</w:t>
            </w:r>
            <w:proofErr w:type="spellEnd"/>
            <w:r w:rsidRPr="0025334A">
              <w:rPr>
                <w:sz w:val="22"/>
                <w:szCs w:val="32"/>
              </w:rPr>
              <w:t xml:space="preserve"> de </w:t>
            </w:r>
            <w:proofErr w:type="spellStart"/>
            <w:r w:rsidRPr="0025334A">
              <w:rPr>
                <w:sz w:val="22"/>
                <w:szCs w:val="32"/>
              </w:rPr>
              <w:t>instruire</w:t>
            </w:r>
            <w:proofErr w:type="spellEnd"/>
            <w:r w:rsidRPr="0025334A">
              <w:rPr>
                <w:sz w:val="22"/>
                <w:szCs w:val="32"/>
              </w:rPr>
              <w:t xml:space="preserve"> </w:t>
            </w:r>
            <w:proofErr w:type="spellStart"/>
            <w:r w:rsidRPr="0025334A">
              <w:rPr>
                <w:sz w:val="22"/>
                <w:szCs w:val="32"/>
              </w:rPr>
              <w:t>în</w:t>
            </w:r>
            <w:proofErr w:type="spellEnd"/>
            <w:r w:rsidRPr="0025334A">
              <w:rPr>
                <w:sz w:val="22"/>
                <w:szCs w:val="32"/>
              </w:rPr>
              <w:t xml:space="preserve"> </w:t>
            </w:r>
            <w:proofErr w:type="spellStart"/>
            <w:r w:rsidRPr="0025334A">
              <w:rPr>
                <w:sz w:val="22"/>
                <w:szCs w:val="32"/>
              </w:rPr>
              <w:t>igienă</w:t>
            </w:r>
            <w:proofErr w:type="spellEnd"/>
            <w:r w:rsidRPr="0025334A">
              <w:rPr>
                <w:sz w:val="22"/>
                <w:szCs w:val="32"/>
              </w:rPr>
              <w:t xml:space="preserve"> </w:t>
            </w:r>
            <w:proofErr w:type="spellStart"/>
            <w:r w:rsidRPr="0025334A">
              <w:rPr>
                <w:sz w:val="22"/>
                <w:szCs w:val="32"/>
              </w:rPr>
              <w:t>aplicabile</w:t>
            </w:r>
            <w:proofErr w:type="spellEnd"/>
            <w:r w:rsidRPr="0025334A">
              <w:rPr>
                <w:sz w:val="22"/>
                <w:szCs w:val="32"/>
              </w:rPr>
              <w:t xml:space="preserve">; </w:t>
            </w:r>
            <w:proofErr w:type="spellStart"/>
            <w:r w:rsidRPr="0025334A">
              <w:rPr>
                <w:sz w:val="22"/>
                <w:szCs w:val="32"/>
              </w:rPr>
              <w:t>desemnările</w:t>
            </w:r>
            <w:proofErr w:type="spellEnd"/>
            <w:r w:rsidRPr="0025334A">
              <w:rPr>
                <w:sz w:val="22"/>
                <w:szCs w:val="32"/>
              </w:rPr>
              <w:t xml:space="preserve"> interne; </w:t>
            </w:r>
            <w:proofErr w:type="spellStart"/>
            <w:r w:rsidRPr="0025334A">
              <w:rPr>
                <w:sz w:val="22"/>
                <w:szCs w:val="32"/>
              </w:rPr>
              <w:t>meniurile</w:t>
            </w:r>
            <w:proofErr w:type="spellEnd"/>
            <w:r w:rsidRPr="0025334A">
              <w:rPr>
                <w:sz w:val="22"/>
                <w:szCs w:val="32"/>
              </w:rPr>
              <w:t>/</w:t>
            </w:r>
            <w:proofErr w:type="spellStart"/>
            <w:r w:rsidR="0025334A" w:rsidRPr="0025334A">
              <w:rPr>
                <w:sz w:val="22"/>
                <w:szCs w:val="32"/>
              </w:rPr>
              <w:t>seriile</w:t>
            </w:r>
            <w:proofErr w:type="spellEnd"/>
            <w:r w:rsidRPr="0025334A">
              <w:rPr>
                <w:sz w:val="22"/>
                <w:szCs w:val="32"/>
              </w:rPr>
              <w:t xml:space="preserve"> de </w:t>
            </w:r>
            <w:proofErr w:type="spellStart"/>
            <w:r w:rsidRPr="0025334A">
              <w:rPr>
                <w:sz w:val="22"/>
                <w:szCs w:val="32"/>
              </w:rPr>
              <w:t>meniu</w:t>
            </w:r>
            <w:proofErr w:type="spellEnd"/>
            <w:r w:rsidRPr="0025334A">
              <w:rPr>
                <w:sz w:val="22"/>
                <w:szCs w:val="32"/>
              </w:rPr>
              <w:t xml:space="preserve"> </w:t>
            </w:r>
            <w:proofErr w:type="spellStart"/>
            <w:r w:rsidRPr="0025334A">
              <w:rPr>
                <w:sz w:val="22"/>
                <w:szCs w:val="32"/>
              </w:rPr>
              <w:t>aprobate</w:t>
            </w:r>
            <w:proofErr w:type="spellEnd"/>
            <w:r w:rsidRPr="0025334A">
              <w:rPr>
                <w:sz w:val="22"/>
                <w:szCs w:val="32"/>
              </w:rPr>
              <w:t xml:space="preserve">; </w:t>
            </w:r>
            <w:proofErr w:type="spellStart"/>
            <w:r w:rsidRPr="0025334A">
              <w:rPr>
                <w:sz w:val="22"/>
                <w:szCs w:val="32"/>
              </w:rPr>
              <w:t>planul</w:t>
            </w:r>
            <w:proofErr w:type="spellEnd"/>
            <w:r w:rsidRPr="0025334A">
              <w:rPr>
                <w:sz w:val="22"/>
                <w:szCs w:val="32"/>
              </w:rPr>
              <w:t xml:space="preserve"> </w:t>
            </w:r>
            <w:proofErr w:type="spellStart"/>
            <w:r w:rsidRPr="0025334A">
              <w:rPr>
                <w:sz w:val="22"/>
                <w:szCs w:val="32"/>
              </w:rPr>
              <w:t>operațional</w:t>
            </w:r>
            <w:proofErr w:type="spellEnd"/>
            <w:r w:rsidRPr="0025334A">
              <w:rPr>
                <w:sz w:val="22"/>
                <w:szCs w:val="32"/>
              </w:rPr>
              <w:t xml:space="preserve"> de </w:t>
            </w:r>
            <w:proofErr w:type="spellStart"/>
            <w:r w:rsidRPr="0025334A">
              <w:rPr>
                <w:sz w:val="22"/>
                <w:szCs w:val="32"/>
              </w:rPr>
              <w:t>livrare</w:t>
            </w:r>
            <w:proofErr w:type="spellEnd"/>
            <w:r w:rsidRPr="0025334A">
              <w:rPr>
                <w:sz w:val="22"/>
                <w:szCs w:val="32"/>
              </w:rPr>
              <w:t xml:space="preserve">; </w:t>
            </w:r>
            <w:proofErr w:type="spellStart"/>
            <w:r w:rsidRPr="0025334A">
              <w:rPr>
                <w:sz w:val="22"/>
                <w:szCs w:val="32"/>
              </w:rPr>
              <w:t>documentele</w:t>
            </w:r>
            <w:proofErr w:type="spellEnd"/>
            <w:r w:rsidRPr="0025334A">
              <w:rPr>
                <w:sz w:val="22"/>
                <w:szCs w:val="32"/>
              </w:rPr>
              <w:t xml:space="preserve"> </w:t>
            </w:r>
            <w:proofErr w:type="spellStart"/>
            <w:r w:rsidRPr="0025334A">
              <w:rPr>
                <w:sz w:val="22"/>
                <w:szCs w:val="32"/>
              </w:rPr>
              <w:t>actualizate</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vehiculele</w:t>
            </w:r>
            <w:proofErr w:type="spellEnd"/>
            <w:r w:rsidRPr="0025334A">
              <w:rPr>
                <w:sz w:val="22"/>
                <w:szCs w:val="32"/>
              </w:rPr>
              <w:t xml:space="preserve"> de </w:t>
            </w:r>
            <w:proofErr w:type="spellStart"/>
            <w:r w:rsidRPr="0025334A">
              <w:rPr>
                <w:sz w:val="22"/>
                <w:szCs w:val="32"/>
              </w:rPr>
              <w:t>rezervă</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orice</w:t>
            </w:r>
            <w:proofErr w:type="spellEnd"/>
            <w:r w:rsidRPr="0025334A">
              <w:rPr>
                <w:sz w:val="22"/>
                <w:szCs w:val="32"/>
              </w:rPr>
              <w:t xml:space="preserve"> </w:t>
            </w:r>
            <w:proofErr w:type="spellStart"/>
            <w:r w:rsidRPr="0025334A">
              <w:rPr>
                <w:sz w:val="22"/>
                <w:szCs w:val="32"/>
              </w:rPr>
              <w:t>alte</w:t>
            </w:r>
            <w:proofErr w:type="spellEnd"/>
            <w:r w:rsidRPr="0025334A">
              <w:rPr>
                <w:sz w:val="22"/>
                <w:szCs w:val="32"/>
              </w:rPr>
              <w:t xml:space="preserve"> </w:t>
            </w:r>
            <w:proofErr w:type="spellStart"/>
            <w:r w:rsidRPr="0025334A">
              <w:rPr>
                <w:sz w:val="22"/>
                <w:szCs w:val="32"/>
              </w:rPr>
              <w:t>autorizații</w:t>
            </w:r>
            <w:proofErr w:type="spellEnd"/>
            <w:r w:rsidRPr="0025334A">
              <w:rPr>
                <w:sz w:val="22"/>
                <w:szCs w:val="32"/>
              </w:rPr>
              <w:t>/</w:t>
            </w:r>
            <w:proofErr w:type="spellStart"/>
            <w:r w:rsidRPr="0025334A">
              <w:rPr>
                <w:sz w:val="22"/>
                <w:szCs w:val="32"/>
              </w:rPr>
              <w:t>avize</w:t>
            </w:r>
            <w:proofErr w:type="spellEnd"/>
            <w:r w:rsidRPr="0025334A">
              <w:rPr>
                <w:sz w:val="22"/>
                <w:szCs w:val="32"/>
              </w:rPr>
              <w:t xml:space="preserve"> </w:t>
            </w:r>
            <w:proofErr w:type="spellStart"/>
            <w:r w:rsidRPr="0025334A">
              <w:rPr>
                <w:sz w:val="22"/>
                <w:szCs w:val="32"/>
              </w:rPr>
              <w:t>aplicabile</w:t>
            </w:r>
            <w:proofErr w:type="spellEnd"/>
            <w:r w:rsidRPr="0025334A">
              <w:rPr>
                <w:sz w:val="22"/>
                <w:szCs w:val="32"/>
              </w:rPr>
              <w:t xml:space="preserve"> </w:t>
            </w:r>
            <w:proofErr w:type="spellStart"/>
            <w:r w:rsidRPr="0025334A">
              <w:rPr>
                <w:sz w:val="22"/>
                <w:szCs w:val="32"/>
              </w:rPr>
              <w:t>punctului</w:t>
            </w:r>
            <w:proofErr w:type="spellEnd"/>
            <w:r w:rsidRPr="0025334A">
              <w:rPr>
                <w:sz w:val="22"/>
                <w:szCs w:val="32"/>
              </w:rPr>
              <w:t xml:space="preserve"> de </w:t>
            </w:r>
            <w:proofErr w:type="spellStart"/>
            <w:r w:rsidRPr="0025334A">
              <w:rPr>
                <w:sz w:val="22"/>
                <w:szCs w:val="32"/>
              </w:rPr>
              <w:t>lucru</w:t>
            </w:r>
            <w:proofErr w:type="spellEnd"/>
            <w:r w:rsidRPr="0025334A">
              <w:rPr>
                <w:sz w:val="22"/>
                <w:szCs w:val="32"/>
              </w:rPr>
              <w:t xml:space="preserve"> care nu au </w:t>
            </w:r>
            <w:proofErr w:type="spellStart"/>
            <w:r w:rsidRPr="0025334A">
              <w:rPr>
                <w:sz w:val="22"/>
                <w:szCs w:val="32"/>
              </w:rPr>
              <w:t>fost</w:t>
            </w:r>
            <w:proofErr w:type="spellEnd"/>
            <w:r w:rsidRPr="0025334A">
              <w:rPr>
                <w:sz w:val="22"/>
                <w:szCs w:val="32"/>
              </w:rPr>
              <w:t xml:space="preserve"> </w:t>
            </w:r>
            <w:proofErr w:type="spellStart"/>
            <w:r w:rsidRPr="0025334A">
              <w:rPr>
                <w:sz w:val="22"/>
                <w:szCs w:val="32"/>
              </w:rPr>
              <w:t>cerute</w:t>
            </w:r>
            <w:proofErr w:type="spellEnd"/>
            <w:r w:rsidRPr="0025334A">
              <w:rPr>
                <w:sz w:val="22"/>
                <w:szCs w:val="32"/>
              </w:rPr>
              <w:t xml:space="preserve"> la </w:t>
            </w:r>
            <w:proofErr w:type="spellStart"/>
            <w:r w:rsidRPr="0025334A">
              <w:rPr>
                <w:sz w:val="22"/>
                <w:szCs w:val="32"/>
              </w:rPr>
              <w:t>ofertare</w:t>
            </w:r>
            <w:proofErr w:type="spellEnd"/>
            <w:r w:rsidRPr="0025334A">
              <w:rPr>
                <w:sz w:val="22"/>
                <w:szCs w:val="32"/>
              </w:rPr>
              <w:t>.</w:t>
            </w:r>
          </w:p>
        </w:tc>
      </w:tr>
      <w:tr w:rsidR="0025334A" w:rsidRPr="0025334A" w14:paraId="2E0801A2" w14:textId="77777777" w:rsidTr="0025334A">
        <w:trPr>
          <w:cantSplit/>
          <w:jc w:val="center"/>
        </w:trPr>
        <w:tc>
          <w:tcPr>
            <w:tcW w:w="0" w:type="auto"/>
            <w:vAlign w:val="center"/>
          </w:tcPr>
          <w:p w14:paraId="3BE28353" w14:textId="77777777" w:rsidR="000C4CB5" w:rsidRPr="0025334A" w:rsidRDefault="004E746A" w:rsidP="0025334A">
            <w:pPr>
              <w:ind w:firstLine="0"/>
              <w:jc w:val="left"/>
              <w:rPr>
                <w:sz w:val="22"/>
                <w:szCs w:val="32"/>
              </w:rPr>
            </w:pPr>
            <w:r w:rsidRPr="0025334A">
              <w:rPr>
                <w:sz w:val="22"/>
                <w:szCs w:val="32"/>
              </w:rPr>
              <w:t xml:space="preserve">La </w:t>
            </w:r>
            <w:proofErr w:type="spellStart"/>
            <w:r w:rsidRPr="0025334A">
              <w:rPr>
                <w:sz w:val="22"/>
                <w:szCs w:val="32"/>
              </w:rPr>
              <w:t>fiecare</w:t>
            </w:r>
            <w:proofErr w:type="spellEnd"/>
            <w:r w:rsidRPr="0025334A">
              <w:rPr>
                <w:sz w:val="22"/>
                <w:szCs w:val="32"/>
              </w:rPr>
              <w:t xml:space="preserve"> </w:t>
            </w:r>
            <w:proofErr w:type="spellStart"/>
            <w:r w:rsidRPr="0025334A">
              <w:rPr>
                <w:sz w:val="22"/>
                <w:szCs w:val="32"/>
              </w:rPr>
              <w:t>livrare</w:t>
            </w:r>
            <w:proofErr w:type="spellEnd"/>
          </w:p>
        </w:tc>
        <w:tc>
          <w:tcPr>
            <w:tcW w:w="0" w:type="auto"/>
            <w:vAlign w:val="center"/>
          </w:tcPr>
          <w:p w14:paraId="7BD4CEA1" w14:textId="6F33010B" w:rsidR="000C4CB5" w:rsidRPr="0025334A" w:rsidRDefault="004E746A" w:rsidP="0025334A">
            <w:pPr>
              <w:ind w:firstLine="0"/>
              <w:jc w:val="left"/>
              <w:rPr>
                <w:sz w:val="22"/>
                <w:szCs w:val="32"/>
              </w:rPr>
            </w:pPr>
            <w:proofErr w:type="spellStart"/>
            <w:r w:rsidRPr="0025334A">
              <w:rPr>
                <w:sz w:val="22"/>
                <w:szCs w:val="32"/>
              </w:rPr>
              <w:t>Documentul</w:t>
            </w:r>
            <w:proofErr w:type="spellEnd"/>
            <w:r w:rsidRPr="0025334A">
              <w:rPr>
                <w:sz w:val="22"/>
                <w:szCs w:val="32"/>
              </w:rPr>
              <w:t xml:space="preserve"> de </w:t>
            </w:r>
            <w:proofErr w:type="spellStart"/>
            <w:r w:rsidRPr="0025334A">
              <w:rPr>
                <w:sz w:val="22"/>
                <w:szCs w:val="32"/>
              </w:rPr>
              <w:t>livrare</w:t>
            </w:r>
            <w:proofErr w:type="spellEnd"/>
            <w:r w:rsidRPr="0025334A">
              <w:rPr>
                <w:sz w:val="22"/>
                <w:szCs w:val="32"/>
              </w:rPr>
              <w:t>/</w:t>
            </w:r>
            <w:proofErr w:type="spellStart"/>
            <w:r w:rsidRPr="0025334A">
              <w:rPr>
                <w:sz w:val="22"/>
                <w:szCs w:val="32"/>
              </w:rPr>
              <w:t>avizul</w:t>
            </w:r>
            <w:proofErr w:type="spellEnd"/>
            <w:r w:rsidRPr="0025334A">
              <w:rPr>
                <w:sz w:val="22"/>
                <w:szCs w:val="32"/>
              </w:rPr>
              <w:t xml:space="preserve">, </w:t>
            </w:r>
            <w:proofErr w:type="spellStart"/>
            <w:r w:rsidRPr="0025334A">
              <w:rPr>
                <w:sz w:val="22"/>
                <w:szCs w:val="32"/>
              </w:rPr>
              <w:t>identificarea</w:t>
            </w:r>
            <w:proofErr w:type="spellEnd"/>
            <w:r w:rsidRPr="0025334A">
              <w:rPr>
                <w:sz w:val="22"/>
                <w:szCs w:val="32"/>
              </w:rPr>
              <w:t xml:space="preserve"> </w:t>
            </w:r>
            <w:proofErr w:type="spellStart"/>
            <w:r w:rsidRPr="0025334A">
              <w:rPr>
                <w:sz w:val="22"/>
                <w:szCs w:val="32"/>
              </w:rPr>
              <w:t>meniului</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regimurilor</w:t>
            </w:r>
            <w:proofErr w:type="spellEnd"/>
            <w:r w:rsidRPr="0025334A">
              <w:rPr>
                <w:sz w:val="22"/>
                <w:szCs w:val="32"/>
              </w:rPr>
              <w:t xml:space="preserve">, </w:t>
            </w:r>
            <w:proofErr w:type="spellStart"/>
            <w:r w:rsidRPr="0025334A">
              <w:rPr>
                <w:sz w:val="22"/>
                <w:szCs w:val="32"/>
              </w:rPr>
              <w:t>numărul</w:t>
            </w:r>
            <w:proofErr w:type="spellEnd"/>
            <w:r w:rsidRPr="0025334A">
              <w:rPr>
                <w:sz w:val="22"/>
                <w:szCs w:val="32"/>
              </w:rPr>
              <w:t xml:space="preserve"> de </w:t>
            </w:r>
            <w:proofErr w:type="spellStart"/>
            <w:r w:rsidRPr="0025334A">
              <w:rPr>
                <w:sz w:val="22"/>
                <w:szCs w:val="32"/>
              </w:rPr>
              <w:t>porții</w:t>
            </w:r>
            <w:proofErr w:type="spellEnd"/>
            <w:r w:rsidRPr="0025334A">
              <w:rPr>
                <w:sz w:val="22"/>
                <w:szCs w:val="32"/>
              </w:rPr>
              <w:t xml:space="preserve">, </w:t>
            </w:r>
            <w:proofErr w:type="spellStart"/>
            <w:r w:rsidRPr="0025334A">
              <w:rPr>
                <w:sz w:val="22"/>
                <w:szCs w:val="32"/>
              </w:rPr>
              <w:t>datele</w:t>
            </w:r>
            <w:proofErr w:type="spellEnd"/>
            <w:r w:rsidRPr="0025334A">
              <w:rPr>
                <w:sz w:val="22"/>
                <w:szCs w:val="32"/>
              </w:rPr>
              <w:t xml:space="preserve"> </w:t>
            </w:r>
            <w:proofErr w:type="spellStart"/>
            <w:r w:rsidRPr="0025334A">
              <w:rPr>
                <w:sz w:val="22"/>
                <w:szCs w:val="32"/>
              </w:rPr>
              <w:t>necesare</w:t>
            </w:r>
            <w:proofErr w:type="spellEnd"/>
            <w:r w:rsidRPr="0025334A">
              <w:rPr>
                <w:sz w:val="22"/>
                <w:szCs w:val="32"/>
              </w:rPr>
              <w:t xml:space="preserve"> </w:t>
            </w:r>
            <w:proofErr w:type="spellStart"/>
            <w:r w:rsidRPr="0025334A">
              <w:rPr>
                <w:sz w:val="22"/>
                <w:szCs w:val="32"/>
              </w:rPr>
              <w:t>recepției</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informațiile</w:t>
            </w:r>
            <w:proofErr w:type="spellEnd"/>
            <w:r w:rsidRPr="0025334A">
              <w:rPr>
                <w:sz w:val="22"/>
                <w:szCs w:val="32"/>
              </w:rPr>
              <w:t xml:space="preserve"> </w:t>
            </w:r>
            <w:proofErr w:type="spellStart"/>
            <w:r w:rsidRPr="0025334A">
              <w:rPr>
                <w:sz w:val="22"/>
                <w:szCs w:val="32"/>
              </w:rPr>
              <w:t>privind</w:t>
            </w:r>
            <w:proofErr w:type="spellEnd"/>
            <w:r w:rsidRPr="0025334A">
              <w:rPr>
                <w:sz w:val="22"/>
                <w:szCs w:val="32"/>
              </w:rPr>
              <w:t xml:space="preserve"> </w:t>
            </w:r>
            <w:proofErr w:type="spellStart"/>
            <w:r w:rsidRPr="0025334A">
              <w:rPr>
                <w:sz w:val="22"/>
                <w:szCs w:val="32"/>
              </w:rPr>
              <w:t>temperatura</w:t>
            </w:r>
            <w:proofErr w:type="spellEnd"/>
            <w:r w:rsidRPr="0025334A">
              <w:rPr>
                <w:sz w:val="22"/>
                <w:szCs w:val="32"/>
              </w:rPr>
              <w:t>/</w:t>
            </w:r>
            <w:proofErr w:type="spellStart"/>
            <w:r w:rsidRPr="0025334A">
              <w:rPr>
                <w:sz w:val="22"/>
                <w:szCs w:val="32"/>
              </w:rPr>
              <w:t>alergenii</w:t>
            </w:r>
            <w:proofErr w:type="spellEnd"/>
            <w:r w:rsidRPr="0025334A">
              <w:rPr>
                <w:sz w:val="22"/>
                <w:szCs w:val="32"/>
              </w:rPr>
              <w:t xml:space="preserve"> </w:t>
            </w:r>
            <w:proofErr w:type="spellStart"/>
            <w:r w:rsidRPr="0025334A">
              <w:rPr>
                <w:sz w:val="22"/>
                <w:szCs w:val="32"/>
              </w:rPr>
              <w:t>potrivit</w:t>
            </w:r>
            <w:proofErr w:type="spellEnd"/>
            <w:r w:rsidRPr="0025334A">
              <w:rPr>
                <w:sz w:val="22"/>
                <w:szCs w:val="32"/>
              </w:rPr>
              <w:t xml:space="preserve"> </w:t>
            </w:r>
            <w:proofErr w:type="spellStart"/>
            <w:r w:rsidRPr="0025334A">
              <w:rPr>
                <w:sz w:val="22"/>
                <w:szCs w:val="32"/>
              </w:rPr>
              <w:t>anexelor</w:t>
            </w:r>
            <w:proofErr w:type="spellEnd"/>
            <w:r w:rsidR="0025334A" w:rsidRPr="0025334A">
              <w:rPr>
                <w:sz w:val="22"/>
                <w:szCs w:val="32"/>
              </w:rPr>
              <w:t xml:space="preserve">, </w:t>
            </w:r>
            <w:proofErr w:type="spellStart"/>
            <w:r w:rsidR="0025334A" w:rsidRPr="0025334A">
              <w:rPr>
                <w:sz w:val="22"/>
                <w:szCs w:val="32"/>
              </w:rPr>
              <w:t>centralizatorul</w:t>
            </w:r>
            <w:proofErr w:type="spellEnd"/>
            <w:r w:rsidR="0025334A" w:rsidRPr="0025334A">
              <w:rPr>
                <w:sz w:val="22"/>
                <w:szCs w:val="32"/>
              </w:rPr>
              <w:t xml:space="preserve"> </w:t>
            </w:r>
            <w:proofErr w:type="spellStart"/>
            <w:r w:rsidR="0025334A" w:rsidRPr="0025334A">
              <w:rPr>
                <w:sz w:val="22"/>
                <w:szCs w:val="32"/>
              </w:rPr>
              <w:t>meniurilor</w:t>
            </w:r>
            <w:proofErr w:type="spellEnd"/>
            <w:r w:rsidRPr="0025334A">
              <w:rPr>
                <w:sz w:val="22"/>
                <w:szCs w:val="32"/>
              </w:rPr>
              <w:t>.</w:t>
            </w:r>
          </w:p>
        </w:tc>
      </w:tr>
      <w:tr w:rsidR="0025334A" w:rsidRPr="0025334A" w14:paraId="64BE7C8D" w14:textId="77777777" w:rsidTr="0025334A">
        <w:trPr>
          <w:cantSplit/>
          <w:jc w:val="center"/>
        </w:trPr>
        <w:tc>
          <w:tcPr>
            <w:tcW w:w="0" w:type="auto"/>
            <w:vAlign w:val="center"/>
          </w:tcPr>
          <w:p w14:paraId="0433632C" w14:textId="77777777" w:rsidR="000C4CB5" w:rsidRPr="00CE529E" w:rsidRDefault="004E746A" w:rsidP="0025334A">
            <w:pPr>
              <w:ind w:firstLine="0"/>
              <w:jc w:val="left"/>
              <w:rPr>
                <w:color w:val="FF0000"/>
                <w:sz w:val="22"/>
                <w:szCs w:val="32"/>
              </w:rPr>
            </w:pPr>
            <w:r w:rsidRPr="00CE529E">
              <w:rPr>
                <w:color w:val="FF0000"/>
                <w:sz w:val="22"/>
                <w:szCs w:val="32"/>
              </w:rPr>
              <w:t xml:space="preserve">La </w:t>
            </w:r>
            <w:proofErr w:type="spellStart"/>
            <w:r w:rsidRPr="00CE529E">
              <w:rPr>
                <w:color w:val="FF0000"/>
                <w:sz w:val="22"/>
                <w:szCs w:val="32"/>
              </w:rPr>
              <w:t>solicitarea</w:t>
            </w:r>
            <w:proofErr w:type="spellEnd"/>
            <w:r w:rsidRPr="00CE529E">
              <w:rPr>
                <w:color w:val="FF0000"/>
                <w:sz w:val="22"/>
                <w:szCs w:val="32"/>
              </w:rPr>
              <w:t xml:space="preserve"> DGASPC / la control</w:t>
            </w:r>
          </w:p>
        </w:tc>
        <w:tc>
          <w:tcPr>
            <w:tcW w:w="0" w:type="auto"/>
            <w:vAlign w:val="center"/>
          </w:tcPr>
          <w:p w14:paraId="42702EC1" w14:textId="7A6A85EE" w:rsidR="000C4CB5" w:rsidRPr="00CE529E" w:rsidRDefault="004E746A" w:rsidP="0025334A">
            <w:pPr>
              <w:ind w:firstLine="0"/>
              <w:jc w:val="left"/>
              <w:rPr>
                <w:color w:val="FF0000"/>
                <w:sz w:val="22"/>
                <w:szCs w:val="32"/>
              </w:rPr>
            </w:pPr>
            <w:proofErr w:type="spellStart"/>
            <w:r w:rsidRPr="00CE529E">
              <w:rPr>
                <w:color w:val="FF0000"/>
                <w:sz w:val="22"/>
                <w:szCs w:val="32"/>
              </w:rPr>
              <w:t>Fișe</w:t>
            </w:r>
            <w:proofErr w:type="spellEnd"/>
            <w:r w:rsidRPr="00CE529E">
              <w:rPr>
                <w:color w:val="FF0000"/>
                <w:sz w:val="22"/>
                <w:szCs w:val="32"/>
              </w:rPr>
              <w:t xml:space="preserve"> </w:t>
            </w:r>
            <w:proofErr w:type="spellStart"/>
            <w:r w:rsidRPr="00CE529E">
              <w:rPr>
                <w:color w:val="FF0000"/>
                <w:sz w:val="22"/>
                <w:szCs w:val="32"/>
              </w:rPr>
              <w:t>tehnologice</w:t>
            </w:r>
            <w:proofErr w:type="spellEnd"/>
            <w:r w:rsidRPr="00CE529E">
              <w:rPr>
                <w:color w:val="FF0000"/>
                <w:sz w:val="22"/>
                <w:szCs w:val="32"/>
              </w:rPr>
              <w:t xml:space="preserve">, </w:t>
            </w:r>
            <w:proofErr w:type="spellStart"/>
            <w:r w:rsidRPr="00CE529E">
              <w:rPr>
                <w:color w:val="FF0000"/>
                <w:sz w:val="22"/>
                <w:szCs w:val="32"/>
              </w:rPr>
              <w:t>documente</w:t>
            </w:r>
            <w:proofErr w:type="spellEnd"/>
            <w:r w:rsidRPr="00CE529E">
              <w:rPr>
                <w:color w:val="FF0000"/>
                <w:sz w:val="22"/>
                <w:szCs w:val="32"/>
              </w:rPr>
              <w:t xml:space="preserve"> de </w:t>
            </w:r>
            <w:proofErr w:type="spellStart"/>
            <w:r w:rsidRPr="00CE529E">
              <w:rPr>
                <w:color w:val="FF0000"/>
                <w:sz w:val="22"/>
                <w:szCs w:val="32"/>
              </w:rPr>
              <w:t>trasabilitate</w:t>
            </w:r>
            <w:proofErr w:type="spellEnd"/>
            <w:r w:rsidRPr="00CE529E">
              <w:rPr>
                <w:color w:val="FF0000"/>
                <w:sz w:val="22"/>
                <w:szCs w:val="32"/>
              </w:rPr>
              <w:t xml:space="preserve">, </w:t>
            </w:r>
            <w:proofErr w:type="spellStart"/>
            <w:r w:rsidRPr="00CE529E">
              <w:rPr>
                <w:color w:val="FF0000"/>
                <w:sz w:val="22"/>
                <w:szCs w:val="32"/>
              </w:rPr>
              <w:t>dovezi</w:t>
            </w:r>
            <w:proofErr w:type="spellEnd"/>
            <w:r w:rsidRPr="00CE529E">
              <w:rPr>
                <w:color w:val="FF0000"/>
                <w:sz w:val="22"/>
                <w:szCs w:val="32"/>
              </w:rPr>
              <w:t xml:space="preserve"> de </w:t>
            </w:r>
            <w:proofErr w:type="spellStart"/>
            <w:r w:rsidRPr="00CE529E">
              <w:rPr>
                <w:color w:val="FF0000"/>
                <w:sz w:val="22"/>
                <w:szCs w:val="32"/>
              </w:rPr>
              <w:t>igienizare</w:t>
            </w:r>
            <w:proofErr w:type="spellEnd"/>
            <w:r w:rsidRPr="00CE529E">
              <w:rPr>
                <w:color w:val="FF0000"/>
                <w:sz w:val="22"/>
                <w:szCs w:val="32"/>
              </w:rPr>
              <w:t xml:space="preserve">, </w:t>
            </w:r>
            <w:proofErr w:type="spellStart"/>
            <w:r w:rsidRPr="00CE529E">
              <w:rPr>
                <w:color w:val="FF0000"/>
                <w:sz w:val="22"/>
                <w:szCs w:val="32"/>
              </w:rPr>
              <w:t>verificări</w:t>
            </w:r>
            <w:proofErr w:type="spellEnd"/>
            <w:r w:rsidRPr="00CE529E">
              <w:rPr>
                <w:color w:val="FF0000"/>
                <w:sz w:val="22"/>
                <w:szCs w:val="32"/>
              </w:rPr>
              <w:t xml:space="preserve"> </w:t>
            </w:r>
            <w:proofErr w:type="spellStart"/>
            <w:r w:rsidRPr="00CE529E">
              <w:rPr>
                <w:color w:val="FF0000"/>
                <w:sz w:val="22"/>
                <w:szCs w:val="32"/>
              </w:rPr>
              <w:t>metrologice</w:t>
            </w:r>
            <w:proofErr w:type="spellEnd"/>
            <w:r w:rsidRPr="00CE529E">
              <w:rPr>
                <w:color w:val="FF0000"/>
                <w:sz w:val="22"/>
                <w:szCs w:val="32"/>
              </w:rPr>
              <w:t xml:space="preserve">, </w:t>
            </w:r>
            <w:proofErr w:type="spellStart"/>
            <w:r w:rsidRPr="00CE529E">
              <w:rPr>
                <w:color w:val="FF0000"/>
                <w:sz w:val="22"/>
                <w:szCs w:val="32"/>
              </w:rPr>
              <w:t>documente</w:t>
            </w:r>
            <w:proofErr w:type="spellEnd"/>
            <w:r w:rsidRPr="00CE529E">
              <w:rPr>
                <w:color w:val="FF0000"/>
                <w:sz w:val="22"/>
                <w:szCs w:val="32"/>
              </w:rPr>
              <w:t xml:space="preserve"> </w:t>
            </w:r>
            <w:proofErr w:type="spellStart"/>
            <w:r w:rsidRPr="00CE529E">
              <w:rPr>
                <w:color w:val="FF0000"/>
                <w:sz w:val="22"/>
                <w:szCs w:val="32"/>
              </w:rPr>
              <w:t>privind</w:t>
            </w:r>
            <w:proofErr w:type="spellEnd"/>
            <w:r w:rsidRPr="00CE529E">
              <w:rPr>
                <w:color w:val="FF0000"/>
                <w:sz w:val="22"/>
                <w:szCs w:val="32"/>
              </w:rPr>
              <w:t xml:space="preserve"> </w:t>
            </w:r>
            <w:proofErr w:type="spellStart"/>
            <w:r w:rsidRPr="00CE529E">
              <w:rPr>
                <w:color w:val="FF0000"/>
                <w:sz w:val="22"/>
                <w:szCs w:val="32"/>
              </w:rPr>
              <w:t>materiile</w:t>
            </w:r>
            <w:proofErr w:type="spellEnd"/>
            <w:r w:rsidRPr="00CE529E">
              <w:rPr>
                <w:color w:val="FF0000"/>
                <w:sz w:val="22"/>
                <w:szCs w:val="32"/>
              </w:rPr>
              <w:t xml:space="preserve"> prime </w:t>
            </w:r>
            <w:proofErr w:type="spellStart"/>
            <w:r w:rsidRPr="00CE529E">
              <w:rPr>
                <w:color w:val="FF0000"/>
                <w:sz w:val="22"/>
                <w:szCs w:val="32"/>
              </w:rPr>
              <w:t>și</w:t>
            </w:r>
            <w:proofErr w:type="spellEnd"/>
            <w:r w:rsidRPr="00CE529E">
              <w:rPr>
                <w:color w:val="FF0000"/>
                <w:sz w:val="22"/>
                <w:szCs w:val="32"/>
              </w:rPr>
              <w:t xml:space="preserve"> </w:t>
            </w:r>
            <w:proofErr w:type="spellStart"/>
            <w:r w:rsidRPr="00CE529E">
              <w:rPr>
                <w:color w:val="FF0000"/>
                <w:sz w:val="22"/>
                <w:szCs w:val="32"/>
              </w:rPr>
              <w:t>alte</w:t>
            </w:r>
            <w:proofErr w:type="spellEnd"/>
            <w:r w:rsidRPr="00CE529E">
              <w:rPr>
                <w:color w:val="FF0000"/>
                <w:sz w:val="22"/>
                <w:szCs w:val="32"/>
              </w:rPr>
              <w:t xml:space="preserve"> </w:t>
            </w:r>
            <w:proofErr w:type="spellStart"/>
            <w:r w:rsidRPr="00CE529E">
              <w:rPr>
                <w:color w:val="FF0000"/>
                <w:sz w:val="22"/>
                <w:szCs w:val="32"/>
              </w:rPr>
              <w:t>dovezi</w:t>
            </w:r>
            <w:proofErr w:type="spellEnd"/>
            <w:r w:rsidRPr="00CE529E">
              <w:rPr>
                <w:color w:val="FF0000"/>
                <w:sz w:val="22"/>
                <w:szCs w:val="32"/>
              </w:rPr>
              <w:t xml:space="preserve"> direct legate de </w:t>
            </w:r>
            <w:proofErr w:type="spellStart"/>
            <w:r w:rsidRPr="00CE529E">
              <w:rPr>
                <w:color w:val="FF0000"/>
                <w:sz w:val="22"/>
                <w:szCs w:val="32"/>
              </w:rPr>
              <w:t>cerința</w:t>
            </w:r>
            <w:proofErr w:type="spellEnd"/>
            <w:r w:rsidRPr="00CE529E">
              <w:rPr>
                <w:color w:val="FF0000"/>
                <w:sz w:val="22"/>
                <w:szCs w:val="32"/>
              </w:rPr>
              <w:t xml:space="preserve"> </w:t>
            </w:r>
            <w:proofErr w:type="spellStart"/>
            <w:r w:rsidRPr="00CE529E">
              <w:rPr>
                <w:color w:val="FF0000"/>
                <w:sz w:val="22"/>
                <w:szCs w:val="32"/>
              </w:rPr>
              <w:t>verificată</w:t>
            </w:r>
            <w:proofErr w:type="spellEnd"/>
            <w:r w:rsidRPr="00CE529E">
              <w:rPr>
                <w:color w:val="FF0000"/>
                <w:sz w:val="22"/>
                <w:szCs w:val="32"/>
              </w:rPr>
              <w:t>.</w:t>
            </w:r>
          </w:p>
        </w:tc>
      </w:tr>
    </w:tbl>
    <w:p w14:paraId="7ABD1046" w14:textId="77777777" w:rsidR="000C4CB5" w:rsidRPr="0025334A" w:rsidRDefault="004E746A" w:rsidP="0025334A">
      <w:pPr>
        <w:pStyle w:val="Heading2"/>
        <w:rPr>
          <w:color w:val="auto"/>
        </w:rPr>
      </w:pPr>
      <w:bookmarkStart w:id="49" w:name="_Toc242951490"/>
      <w:r w:rsidRPr="0025334A">
        <w:rPr>
          <w:color w:val="auto"/>
        </w:rPr>
        <w:t xml:space="preserve">5.2. </w:t>
      </w:r>
      <w:proofErr w:type="spellStart"/>
      <w:r w:rsidRPr="0025334A">
        <w:rPr>
          <w:color w:val="auto"/>
        </w:rPr>
        <w:t>Documente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evidențe</w:t>
      </w:r>
      <w:proofErr w:type="spellEnd"/>
      <w:r w:rsidRPr="0025334A">
        <w:rPr>
          <w:color w:val="auto"/>
        </w:rPr>
        <w:t xml:space="preserve"> </w:t>
      </w:r>
      <w:proofErr w:type="spellStart"/>
      <w:r w:rsidRPr="0025334A">
        <w:rPr>
          <w:color w:val="auto"/>
        </w:rPr>
        <w:t>operaționale</w:t>
      </w:r>
      <w:proofErr w:type="spellEnd"/>
      <w:r w:rsidRPr="0025334A">
        <w:rPr>
          <w:color w:val="auto"/>
        </w:rPr>
        <w:t xml:space="preserve"> pe </w:t>
      </w:r>
      <w:proofErr w:type="spellStart"/>
      <w:r w:rsidRPr="0025334A">
        <w:rPr>
          <w:color w:val="auto"/>
        </w:rPr>
        <w:t>durata</w:t>
      </w:r>
      <w:proofErr w:type="spellEnd"/>
      <w:r w:rsidRPr="0025334A">
        <w:rPr>
          <w:color w:val="auto"/>
        </w:rPr>
        <w:t xml:space="preserve"> </w:t>
      </w:r>
      <w:proofErr w:type="spellStart"/>
      <w:r w:rsidRPr="0025334A">
        <w:rPr>
          <w:color w:val="auto"/>
        </w:rPr>
        <w:t>executării</w:t>
      </w:r>
      <w:bookmarkEnd w:id="49"/>
      <w:proofErr w:type="spellEnd"/>
    </w:p>
    <w:tbl>
      <w:tblPr>
        <w:tblStyle w:val="TableGrid"/>
        <w:tblW w:w="5000" w:type="pct"/>
        <w:jc w:val="center"/>
        <w:tblLook w:val="04A0" w:firstRow="1" w:lastRow="0" w:firstColumn="1" w:lastColumn="0" w:noHBand="0" w:noVBand="1"/>
      </w:tblPr>
      <w:tblGrid>
        <w:gridCol w:w="2990"/>
        <w:gridCol w:w="2554"/>
        <w:gridCol w:w="4424"/>
      </w:tblGrid>
      <w:tr w:rsidR="0025334A" w:rsidRPr="0025334A" w14:paraId="6A0C6709" w14:textId="77777777" w:rsidTr="0025334A">
        <w:trPr>
          <w:tblHeader/>
          <w:jc w:val="center"/>
        </w:trPr>
        <w:tc>
          <w:tcPr>
            <w:tcW w:w="1500" w:type="pct"/>
            <w:vAlign w:val="center"/>
          </w:tcPr>
          <w:p w14:paraId="42265294" w14:textId="77777777" w:rsidR="000C4CB5" w:rsidRPr="0025334A" w:rsidRDefault="004E746A" w:rsidP="0025334A">
            <w:pPr>
              <w:ind w:firstLine="0"/>
              <w:jc w:val="center"/>
              <w:rPr>
                <w:sz w:val="22"/>
                <w:szCs w:val="28"/>
              </w:rPr>
            </w:pPr>
            <w:r w:rsidRPr="0025334A">
              <w:rPr>
                <w:b/>
                <w:sz w:val="22"/>
                <w:szCs w:val="28"/>
              </w:rPr>
              <w:t>Document</w:t>
            </w:r>
          </w:p>
        </w:tc>
        <w:tc>
          <w:tcPr>
            <w:tcW w:w="1281" w:type="pct"/>
            <w:vAlign w:val="center"/>
          </w:tcPr>
          <w:p w14:paraId="533AC910" w14:textId="77777777" w:rsidR="000C4CB5" w:rsidRPr="0025334A" w:rsidRDefault="004E746A" w:rsidP="0025334A">
            <w:pPr>
              <w:ind w:firstLine="0"/>
              <w:jc w:val="center"/>
              <w:rPr>
                <w:sz w:val="22"/>
                <w:szCs w:val="28"/>
              </w:rPr>
            </w:pPr>
            <w:r w:rsidRPr="0025334A">
              <w:rPr>
                <w:b/>
                <w:sz w:val="22"/>
                <w:szCs w:val="28"/>
              </w:rPr>
              <w:t xml:space="preserve">Moment / </w:t>
            </w:r>
            <w:proofErr w:type="spellStart"/>
            <w:r w:rsidRPr="0025334A">
              <w:rPr>
                <w:b/>
                <w:sz w:val="22"/>
                <w:szCs w:val="28"/>
              </w:rPr>
              <w:t>frecvență</w:t>
            </w:r>
            <w:proofErr w:type="spellEnd"/>
          </w:p>
        </w:tc>
        <w:tc>
          <w:tcPr>
            <w:tcW w:w="2219" w:type="pct"/>
            <w:vAlign w:val="center"/>
          </w:tcPr>
          <w:p w14:paraId="114047BA" w14:textId="576FC15B" w:rsidR="000C4CB5" w:rsidRPr="0025334A" w:rsidRDefault="0025334A" w:rsidP="0025334A">
            <w:pPr>
              <w:ind w:firstLine="0"/>
              <w:jc w:val="center"/>
              <w:rPr>
                <w:sz w:val="22"/>
                <w:szCs w:val="28"/>
              </w:rPr>
            </w:pPr>
            <w:r w:rsidRPr="0025334A">
              <w:rPr>
                <w:b/>
                <w:sz w:val="22"/>
                <w:szCs w:val="28"/>
              </w:rPr>
              <w:t>Rol</w:t>
            </w:r>
          </w:p>
        </w:tc>
      </w:tr>
      <w:tr w:rsidR="0025334A" w:rsidRPr="0025334A" w14:paraId="312BBEA5" w14:textId="77777777" w:rsidTr="0025334A">
        <w:trPr>
          <w:jc w:val="center"/>
        </w:trPr>
        <w:tc>
          <w:tcPr>
            <w:tcW w:w="1500" w:type="pct"/>
            <w:vAlign w:val="center"/>
          </w:tcPr>
          <w:p w14:paraId="78D9B482" w14:textId="77777777" w:rsidR="000C4CB5" w:rsidRPr="0025334A" w:rsidRDefault="004E746A" w:rsidP="0025334A">
            <w:pPr>
              <w:ind w:firstLine="0"/>
              <w:jc w:val="left"/>
              <w:rPr>
                <w:sz w:val="22"/>
                <w:szCs w:val="28"/>
              </w:rPr>
            </w:pPr>
            <w:proofErr w:type="spellStart"/>
            <w:r w:rsidRPr="0025334A">
              <w:rPr>
                <w:sz w:val="22"/>
                <w:szCs w:val="28"/>
              </w:rPr>
              <w:t>Meniu</w:t>
            </w:r>
            <w:proofErr w:type="spellEnd"/>
            <w:r w:rsidRPr="0025334A">
              <w:rPr>
                <w:sz w:val="22"/>
                <w:szCs w:val="28"/>
              </w:rPr>
              <w:t xml:space="preserve"> </w:t>
            </w:r>
            <w:proofErr w:type="spellStart"/>
            <w:r w:rsidRPr="0025334A">
              <w:rPr>
                <w:sz w:val="22"/>
                <w:szCs w:val="28"/>
              </w:rPr>
              <w:t>săptămânal</w:t>
            </w:r>
            <w:proofErr w:type="spellEnd"/>
            <w:r w:rsidRPr="0025334A">
              <w:rPr>
                <w:sz w:val="22"/>
                <w:szCs w:val="28"/>
              </w:rPr>
              <w:t xml:space="preserve"> </w:t>
            </w:r>
            <w:proofErr w:type="spellStart"/>
            <w:r w:rsidRPr="0025334A">
              <w:rPr>
                <w:sz w:val="22"/>
                <w:szCs w:val="28"/>
              </w:rPr>
              <w:t>aprobat</w:t>
            </w:r>
            <w:proofErr w:type="spellEnd"/>
          </w:p>
        </w:tc>
        <w:tc>
          <w:tcPr>
            <w:tcW w:w="1281" w:type="pct"/>
            <w:vAlign w:val="center"/>
          </w:tcPr>
          <w:p w14:paraId="52EEE32D" w14:textId="77777777" w:rsidR="000C4CB5" w:rsidRPr="0025334A" w:rsidRDefault="004E746A" w:rsidP="0025334A">
            <w:pPr>
              <w:ind w:firstLine="0"/>
              <w:jc w:val="left"/>
              <w:rPr>
                <w:sz w:val="22"/>
                <w:szCs w:val="28"/>
              </w:rPr>
            </w:pPr>
            <w:proofErr w:type="spellStart"/>
            <w:r w:rsidRPr="0025334A">
              <w:rPr>
                <w:sz w:val="22"/>
                <w:szCs w:val="28"/>
              </w:rPr>
              <w:t>Înainte</w:t>
            </w:r>
            <w:proofErr w:type="spellEnd"/>
            <w:r w:rsidRPr="0025334A">
              <w:rPr>
                <w:sz w:val="22"/>
                <w:szCs w:val="28"/>
              </w:rPr>
              <w:t xml:space="preserve"> de </w:t>
            </w:r>
            <w:proofErr w:type="spellStart"/>
            <w:r w:rsidRPr="0025334A">
              <w:rPr>
                <w:sz w:val="22"/>
                <w:szCs w:val="28"/>
              </w:rPr>
              <w:t>aplicare</w:t>
            </w:r>
            <w:proofErr w:type="spellEnd"/>
          </w:p>
        </w:tc>
        <w:tc>
          <w:tcPr>
            <w:tcW w:w="2219" w:type="pct"/>
            <w:vAlign w:val="center"/>
          </w:tcPr>
          <w:p w14:paraId="318E0A3E" w14:textId="77777777" w:rsidR="000C4CB5" w:rsidRPr="0025334A" w:rsidRDefault="004E746A" w:rsidP="0025334A">
            <w:pPr>
              <w:ind w:firstLine="0"/>
              <w:jc w:val="left"/>
              <w:rPr>
                <w:sz w:val="22"/>
                <w:szCs w:val="28"/>
              </w:rPr>
            </w:pPr>
            <w:proofErr w:type="spellStart"/>
            <w:r w:rsidRPr="0025334A">
              <w:rPr>
                <w:sz w:val="22"/>
                <w:szCs w:val="28"/>
              </w:rPr>
              <w:t>Planificarea</w:t>
            </w:r>
            <w:proofErr w:type="spellEnd"/>
            <w:r w:rsidRPr="0025334A">
              <w:rPr>
                <w:sz w:val="22"/>
                <w:szCs w:val="28"/>
              </w:rPr>
              <w:t xml:space="preserve"> </w:t>
            </w:r>
            <w:proofErr w:type="spellStart"/>
            <w:r w:rsidRPr="0025334A">
              <w:rPr>
                <w:sz w:val="22"/>
                <w:szCs w:val="28"/>
              </w:rPr>
              <w:t>alimentației</w:t>
            </w:r>
            <w:proofErr w:type="spellEnd"/>
            <w:r w:rsidRPr="0025334A">
              <w:rPr>
                <w:sz w:val="22"/>
                <w:szCs w:val="28"/>
              </w:rPr>
              <w:t xml:space="preserve">, </w:t>
            </w:r>
            <w:proofErr w:type="spellStart"/>
            <w:r w:rsidRPr="0025334A">
              <w:rPr>
                <w:sz w:val="22"/>
                <w:szCs w:val="28"/>
              </w:rPr>
              <w:t>regimurilor</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alergenilor</w:t>
            </w:r>
            <w:proofErr w:type="spellEnd"/>
          </w:p>
        </w:tc>
      </w:tr>
      <w:tr w:rsidR="0025334A" w:rsidRPr="0025334A" w14:paraId="694FC45B" w14:textId="77777777" w:rsidTr="0025334A">
        <w:trPr>
          <w:jc w:val="center"/>
        </w:trPr>
        <w:tc>
          <w:tcPr>
            <w:tcW w:w="1500" w:type="pct"/>
            <w:vAlign w:val="center"/>
          </w:tcPr>
          <w:p w14:paraId="763D9CC6" w14:textId="77777777" w:rsidR="000C4CB5" w:rsidRPr="0025334A" w:rsidRDefault="004E746A" w:rsidP="0025334A">
            <w:pPr>
              <w:ind w:firstLine="0"/>
              <w:jc w:val="left"/>
              <w:rPr>
                <w:sz w:val="22"/>
                <w:szCs w:val="28"/>
              </w:rPr>
            </w:pPr>
            <w:proofErr w:type="spellStart"/>
            <w:r w:rsidRPr="0025334A">
              <w:rPr>
                <w:sz w:val="22"/>
                <w:szCs w:val="28"/>
              </w:rPr>
              <w:t>Fișe</w:t>
            </w:r>
            <w:proofErr w:type="spellEnd"/>
            <w:r w:rsidRPr="0025334A">
              <w:rPr>
                <w:sz w:val="22"/>
                <w:szCs w:val="28"/>
              </w:rPr>
              <w:t xml:space="preserve"> </w:t>
            </w:r>
            <w:proofErr w:type="spellStart"/>
            <w:r w:rsidRPr="0025334A">
              <w:rPr>
                <w:sz w:val="22"/>
                <w:szCs w:val="28"/>
              </w:rPr>
              <w:t>tehnologice</w:t>
            </w:r>
            <w:proofErr w:type="spellEnd"/>
          </w:p>
        </w:tc>
        <w:tc>
          <w:tcPr>
            <w:tcW w:w="1281" w:type="pct"/>
            <w:vAlign w:val="center"/>
          </w:tcPr>
          <w:p w14:paraId="34B45A28" w14:textId="77777777" w:rsidR="000C4CB5" w:rsidRPr="0025334A" w:rsidRDefault="004E746A" w:rsidP="0025334A">
            <w:pPr>
              <w:ind w:firstLine="0"/>
              <w:jc w:val="left"/>
              <w:rPr>
                <w:sz w:val="22"/>
                <w:szCs w:val="28"/>
              </w:rPr>
            </w:pPr>
            <w:r w:rsidRPr="0025334A">
              <w:rPr>
                <w:sz w:val="22"/>
                <w:szCs w:val="28"/>
              </w:rPr>
              <w:t xml:space="preserve">La </w:t>
            </w:r>
            <w:proofErr w:type="spellStart"/>
            <w:r w:rsidRPr="0025334A">
              <w:rPr>
                <w:sz w:val="22"/>
                <w:szCs w:val="28"/>
              </w:rPr>
              <w:t>solicitare</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pentru</w:t>
            </w:r>
            <w:proofErr w:type="spellEnd"/>
            <w:r w:rsidRPr="0025334A">
              <w:rPr>
                <w:sz w:val="22"/>
                <w:szCs w:val="28"/>
              </w:rPr>
              <w:t xml:space="preserve"> </w:t>
            </w:r>
            <w:proofErr w:type="spellStart"/>
            <w:r w:rsidRPr="0025334A">
              <w:rPr>
                <w:sz w:val="22"/>
                <w:szCs w:val="28"/>
              </w:rPr>
              <w:t>preparatele</w:t>
            </w:r>
            <w:proofErr w:type="spellEnd"/>
            <w:r w:rsidRPr="0025334A">
              <w:rPr>
                <w:sz w:val="22"/>
                <w:szCs w:val="28"/>
              </w:rPr>
              <w:t xml:space="preserve"> </w:t>
            </w:r>
            <w:proofErr w:type="spellStart"/>
            <w:r w:rsidRPr="0025334A">
              <w:rPr>
                <w:sz w:val="22"/>
                <w:szCs w:val="28"/>
              </w:rPr>
              <w:t>contestate</w:t>
            </w:r>
            <w:proofErr w:type="spellEnd"/>
          </w:p>
        </w:tc>
        <w:tc>
          <w:tcPr>
            <w:tcW w:w="2219" w:type="pct"/>
            <w:vAlign w:val="center"/>
          </w:tcPr>
          <w:p w14:paraId="05F37EAF" w14:textId="77777777" w:rsidR="000C4CB5" w:rsidRPr="0025334A" w:rsidRDefault="004E746A" w:rsidP="0025334A">
            <w:pPr>
              <w:ind w:firstLine="0"/>
              <w:jc w:val="left"/>
              <w:rPr>
                <w:sz w:val="22"/>
                <w:szCs w:val="28"/>
              </w:rPr>
            </w:pPr>
            <w:proofErr w:type="spellStart"/>
            <w:r w:rsidRPr="0025334A">
              <w:rPr>
                <w:sz w:val="22"/>
                <w:szCs w:val="28"/>
              </w:rPr>
              <w:t>Verificarea</w:t>
            </w:r>
            <w:proofErr w:type="spellEnd"/>
            <w:r w:rsidRPr="0025334A">
              <w:rPr>
                <w:sz w:val="22"/>
                <w:szCs w:val="28"/>
              </w:rPr>
              <w:t xml:space="preserve"> </w:t>
            </w:r>
            <w:proofErr w:type="spellStart"/>
            <w:r w:rsidRPr="0025334A">
              <w:rPr>
                <w:sz w:val="22"/>
                <w:szCs w:val="28"/>
              </w:rPr>
              <w:t>gramajelor</w:t>
            </w:r>
            <w:proofErr w:type="spellEnd"/>
            <w:r w:rsidRPr="0025334A">
              <w:rPr>
                <w:sz w:val="22"/>
                <w:szCs w:val="28"/>
              </w:rPr>
              <w:t xml:space="preserve">, </w:t>
            </w:r>
            <w:proofErr w:type="spellStart"/>
            <w:r w:rsidRPr="0025334A">
              <w:rPr>
                <w:sz w:val="22"/>
                <w:szCs w:val="28"/>
              </w:rPr>
              <w:t>ingredientelor</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tehnologiei</w:t>
            </w:r>
            <w:proofErr w:type="spellEnd"/>
          </w:p>
        </w:tc>
      </w:tr>
      <w:tr w:rsidR="0025334A" w:rsidRPr="0025334A" w14:paraId="46B20D8D" w14:textId="77777777" w:rsidTr="0025334A">
        <w:trPr>
          <w:jc w:val="center"/>
        </w:trPr>
        <w:tc>
          <w:tcPr>
            <w:tcW w:w="1500" w:type="pct"/>
            <w:vAlign w:val="center"/>
          </w:tcPr>
          <w:p w14:paraId="342CCD85" w14:textId="77777777" w:rsidR="000C4CB5" w:rsidRPr="0025334A" w:rsidRDefault="004E746A" w:rsidP="0025334A">
            <w:pPr>
              <w:ind w:firstLine="0"/>
              <w:jc w:val="left"/>
              <w:rPr>
                <w:sz w:val="22"/>
                <w:szCs w:val="28"/>
              </w:rPr>
            </w:pPr>
            <w:proofErr w:type="spellStart"/>
            <w:r w:rsidRPr="0025334A">
              <w:rPr>
                <w:sz w:val="22"/>
                <w:szCs w:val="28"/>
              </w:rPr>
              <w:t>Comandă</w:t>
            </w:r>
            <w:proofErr w:type="spellEnd"/>
            <w:r w:rsidRPr="0025334A">
              <w:rPr>
                <w:sz w:val="22"/>
                <w:szCs w:val="28"/>
              </w:rPr>
              <w:t xml:space="preserve"> </w:t>
            </w:r>
            <w:proofErr w:type="spellStart"/>
            <w:r w:rsidRPr="0025334A">
              <w:rPr>
                <w:sz w:val="22"/>
                <w:szCs w:val="28"/>
              </w:rPr>
              <w:t>zilnică</w:t>
            </w:r>
            <w:proofErr w:type="spellEnd"/>
            <w:r w:rsidRPr="0025334A">
              <w:rPr>
                <w:sz w:val="22"/>
                <w:szCs w:val="28"/>
              </w:rPr>
              <w:t xml:space="preserve"> + </w:t>
            </w:r>
            <w:proofErr w:type="spellStart"/>
            <w:r w:rsidRPr="0025334A">
              <w:rPr>
                <w:sz w:val="22"/>
                <w:szCs w:val="28"/>
              </w:rPr>
              <w:t>confirmare</w:t>
            </w:r>
            <w:proofErr w:type="spellEnd"/>
          </w:p>
        </w:tc>
        <w:tc>
          <w:tcPr>
            <w:tcW w:w="1281" w:type="pct"/>
            <w:vAlign w:val="center"/>
          </w:tcPr>
          <w:p w14:paraId="35D547D3" w14:textId="77777777" w:rsidR="000C4CB5" w:rsidRPr="0025334A" w:rsidRDefault="004E746A" w:rsidP="0025334A">
            <w:pPr>
              <w:ind w:firstLine="0"/>
              <w:jc w:val="left"/>
              <w:rPr>
                <w:sz w:val="22"/>
                <w:szCs w:val="28"/>
              </w:rPr>
            </w:pPr>
            <w:proofErr w:type="spellStart"/>
            <w:r w:rsidRPr="0025334A">
              <w:rPr>
                <w:sz w:val="22"/>
                <w:szCs w:val="28"/>
              </w:rPr>
              <w:t>Zilnic</w:t>
            </w:r>
            <w:proofErr w:type="spellEnd"/>
          </w:p>
        </w:tc>
        <w:tc>
          <w:tcPr>
            <w:tcW w:w="2219" w:type="pct"/>
            <w:vAlign w:val="center"/>
          </w:tcPr>
          <w:p w14:paraId="523141B1" w14:textId="77777777" w:rsidR="000C4CB5" w:rsidRPr="0025334A" w:rsidRDefault="004E746A" w:rsidP="0025334A">
            <w:pPr>
              <w:ind w:firstLine="0"/>
              <w:jc w:val="left"/>
              <w:rPr>
                <w:sz w:val="22"/>
                <w:szCs w:val="28"/>
              </w:rPr>
            </w:pPr>
            <w:proofErr w:type="spellStart"/>
            <w:r w:rsidRPr="0025334A">
              <w:rPr>
                <w:sz w:val="22"/>
                <w:szCs w:val="28"/>
              </w:rPr>
              <w:t>Stabilirea</w:t>
            </w:r>
            <w:proofErr w:type="spellEnd"/>
            <w:r w:rsidRPr="0025334A">
              <w:rPr>
                <w:sz w:val="22"/>
                <w:szCs w:val="28"/>
              </w:rPr>
              <w:t xml:space="preserve"> </w:t>
            </w:r>
            <w:proofErr w:type="spellStart"/>
            <w:r w:rsidRPr="0025334A">
              <w:rPr>
                <w:sz w:val="22"/>
                <w:szCs w:val="28"/>
              </w:rPr>
              <w:t>cantității</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regimurilor</w:t>
            </w:r>
            <w:proofErr w:type="spellEnd"/>
          </w:p>
        </w:tc>
      </w:tr>
      <w:tr w:rsidR="0025334A" w:rsidRPr="0025334A" w14:paraId="3695B2E6" w14:textId="77777777" w:rsidTr="0025334A">
        <w:trPr>
          <w:jc w:val="center"/>
        </w:trPr>
        <w:tc>
          <w:tcPr>
            <w:tcW w:w="1500" w:type="pct"/>
            <w:vAlign w:val="center"/>
          </w:tcPr>
          <w:p w14:paraId="37BEA36E" w14:textId="77777777" w:rsidR="000C4CB5" w:rsidRPr="0025334A" w:rsidRDefault="004E746A" w:rsidP="0025334A">
            <w:pPr>
              <w:ind w:firstLine="0"/>
              <w:jc w:val="left"/>
              <w:rPr>
                <w:sz w:val="22"/>
                <w:szCs w:val="28"/>
              </w:rPr>
            </w:pPr>
            <w:r w:rsidRPr="0025334A">
              <w:rPr>
                <w:sz w:val="22"/>
                <w:szCs w:val="28"/>
              </w:rPr>
              <w:t xml:space="preserve">Document de </w:t>
            </w:r>
            <w:proofErr w:type="spellStart"/>
            <w:r w:rsidRPr="0025334A">
              <w:rPr>
                <w:sz w:val="22"/>
                <w:szCs w:val="28"/>
              </w:rPr>
              <w:t>livrare</w:t>
            </w:r>
            <w:proofErr w:type="spellEnd"/>
          </w:p>
        </w:tc>
        <w:tc>
          <w:tcPr>
            <w:tcW w:w="1281" w:type="pct"/>
            <w:vAlign w:val="center"/>
          </w:tcPr>
          <w:p w14:paraId="27907832" w14:textId="77777777" w:rsidR="000C4CB5" w:rsidRPr="0025334A" w:rsidRDefault="004E746A" w:rsidP="0025334A">
            <w:pPr>
              <w:ind w:firstLine="0"/>
              <w:jc w:val="left"/>
              <w:rPr>
                <w:sz w:val="22"/>
                <w:szCs w:val="28"/>
              </w:rPr>
            </w:pPr>
            <w:r w:rsidRPr="0025334A">
              <w:rPr>
                <w:sz w:val="22"/>
                <w:szCs w:val="28"/>
              </w:rPr>
              <w:t xml:space="preserve">La </w:t>
            </w:r>
            <w:proofErr w:type="spellStart"/>
            <w:r w:rsidRPr="0025334A">
              <w:rPr>
                <w:sz w:val="22"/>
                <w:szCs w:val="28"/>
              </w:rPr>
              <w:t>fiecare</w:t>
            </w:r>
            <w:proofErr w:type="spellEnd"/>
            <w:r w:rsidRPr="0025334A">
              <w:rPr>
                <w:sz w:val="22"/>
                <w:szCs w:val="28"/>
              </w:rPr>
              <w:t xml:space="preserve"> </w:t>
            </w:r>
            <w:proofErr w:type="spellStart"/>
            <w:r w:rsidRPr="0025334A">
              <w:rPr>
                <w:sz w:val="22"/>
                <w:szCs w:val="28"/>
              </w:rPr>
              <w:t>livrare</w:t>
            </w:r>
            <w:proofErr w:type="spellEnd"/>
          </w:p>
        </w:tc>
        <w:tc>
          <w:tcPr>
            <w:tcW w:w="2219" w:type="pct"/>
            <w:vAlign w:val="center"/>
          </w:tcPr>
          <w:p w14:paraId="6C5FE9B5" w14:textId="1C97E427" w:rsidR="000C4CB5" w:rsidRPr="0025334A" w:rsidRDefault="004E746A" w:rsidP="0025334A">
            <w:pPr>
              <w:ind w:firstLine="0"/>
              <w:jc w:val="left"/>
              <w:rPr>
                <w:sz w:val="22"/>
                <w:szCs w:val="28"/>
              </w:rPr>
            </w:pPr>
            <w:proofErr w:type="spellStart"/>
            <w:r w:rsidRPr="0025334A">
              <w:rPr>
                <w:sz w:val="22"/>
                <w:szCs w:val="28"/>
              </w:rPr>
              <w:t>Identificarea</w:t>
            </w:r>
            <w:proofErr w:type="spellEnd"/>
            <w:r w:rsidRPr="0025334A">
              <w:rPr>
                <w:sz w:val="22"/>
                <w:szCs w:val="28"/>
              </w:rPr>
              <w:t xml:space="preserve"> </w:t>
            </w:r>
            <w:proofErr w:type="spellStart"/>
            <w:r w:rsidRPr="0025334A">
              <w:rPr>
                <w:sz w:val="22"/>
                <w:szCs w:val="28"/>
              </w:rPr>
              <w:t>centrului</w:t>
            </w:r>
            <w:proofErr w:type="spellEnd"/>
            <w:r w:rsidRPr="0025334A">
              <w:rPr>
                <w:sz w:val="22"/>
                <w:szCs w:val="28"/>
              </w:rPr>
              <w:t xml:space="preserve">, </w:t>
            </w:r>
            <w:proofErr w:type="spellStart"/>
            <w:r w:rsidRPr="0025334A">
              <w:rPr>
                <w:sz w:val="22"/>
                <w:szCs w:val="28"/>
              </w:rPr>
              <w:t>mesei</w:t>
            </w:r>
            <w:proofErr w:type="spellEnd"/>
            <w:r w:rsidR="0025334A" w:rsidRPr="0025334A">
              <w:rPr>
                <w:sz w:val="22"/>
                <w:szCs w:val="28"/>
              </w:rPr>
              <w:t xml:space="preserve">, </w:t>
            </w:r>
            <w:proofErr w:type="spellStart"/>
            <w:r w:rsidR="0025334A" w:rsidRPr="0025334A">
              <w:rPr>
                <w:sz w:val="22"/>
                <w:szCs w:val="28"/>
              </w:rPr>
              <w:t>regimului</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cantității</w:t>
            </w:r>
            <w:proofErr w:type="spellEnd"/>
          </w:p>
        </w:tc>
      </w:tr>
      <w:tr w:rsidR="0025334A" w:rsidRPr="0025334A" w14:paraId="4D268E32" w14:textId="77777777" w:rsidTr="0025334A">
        <w:trPr>
          <w:jc w:val="center"/>
        </w:trPr>
        <w:tc>
          <w:tcPr>
            <w:tcW w:w="1500" w:type="pct"/>
            <w:vAlign w:val="center"/>
          </w:tcPr>
          <w:p w14:paraId="27FCFBFF" w14:textId="77777777" w:rsidR="000C4CB5" w:rsidRPr="0025334A" w:rsidRDefault="004E746A" w:rsidP="0025334A">
            <w:pPr>
              <w:ind w:firstLine="0"/>
              <w:jc w:val="left"/>
              <w:rPr>
                <w:sz w:val="22"/>
                <w:szCs w:val="28"/>
              </w:rPr>
            </w:pPr>
            <w:proofErr w:type="spellStart"/>
            <w:r w:rsidRPr="0025334A">
              <w:rPr>
                <w:sz w:val="22"/>
                <w:szCs w:val="28"/>
              </w:rPr>
              <w:t>Fișă</w:t>
            </w:r>
            <w:proofErr w:type="spellEnd"/>
            <w:r w:rsidRPr="0025334A">
              <w:rPr>
                <w:sz w:val="22"/>
                <w:szCs w:val="28"/>
              </w:rPr>
              <w:t xml:space="preserve"> </w:t>
            </w:r>
            <w:proofErr w:type="spellStart"/>
            <w:r w:rsidRPr="0025334A">
              <w:rPr>
                <w:sz w:val="22"/>
                <w:szCs w:val="28"/>
              </w:rPr>
              <w:t>temperatură</w:t>
            </w:r>
            <w:proofErr w:type="spellEnd"/>
          </w:p>
        </w:tc>
        <w:tc>
          <w:tcPr>
            <w:tcW w:w="1281" w:type="pct"/>
            <w:vAlign w:val="center"/>
          </w:tcPr>
          <w:p w14:paraId="2F5C2254" w14:textId="77777777" w:rsidR="000C4CB5" w:rsidRPr="0025334A" w:rsidRDefault="004E746A" w:rsidP="0025334A">
            <w:pPr>
              <w:ind w:firstLine="0"/>
              <w:jc w:val="left"/>
              <w:rPr>
                <w:sz w:val="22"/>
                <w:szCs w:val="28"/>
              </w:rPr>
            </w:pPr>
            <w:r w:rsidRPr="0025334A">
              <w:rPr>
                <w:sz w:val="22"/>
                <w:szCs w:val="28"/>
              </w:rPr>
              <w:t xml:space="preserve">La </w:t>
            </w:r>
            <w:proofErr w:type="spellStart"/>
            <w:r w:rsidRPr="0025334A">
              <w:rPr>
                <w:sz w:val="22"/>
                <w:szCs w:val="28"/>
              </w:rPr>
              <w:t>fiecare</w:t>
            </w:r>
            <w:proofErr w:type="spellEnd"/>
            <w:r w:rsidRPr="0025334A">
              <w:rPr>
                <w:sz w:val="22"/>
                <w:szCs w:val="28"/>
              </w:rPr>
              <w:t xml:space="preserve"> </w:t>
            </w:r>
            <w:proofErr w:type="spellStart"/>
            <w:r w:rsidRPr="0025334A">
              <w:rPr>
                <w:sz w:val="22"/>
                <w:szCs w:val="28"/>
              </w:rPr>
              <w:t>livrare</w:t>
            </w:r>
            <w:proofErr w:type="spellEnd"/>
            <w:r w:rsidRPr="0025334A">
              <w:rPr>
                <w:sz w:val="22"/>
                <w:szCs w:val="28"/>
              </w:rPr>
              <w:t xml:space="preserve"> </w:t>
            </w:r>
            <w:proofErr w:type="spellStart"/>
            <w:r w:rsidRPr="0025334A">
              <w:rPr>
                <w:sz w:val="22"/>
                <w:szCs w:val="28"/>
              </w:rPr>
              <w:t>relevantă</w:t>
            </w:r>
            <w:proofErr w:type="spellEnd"/>
          </w:p>
        </w:tc>
        <w:tc>
          <w:tcPr>
            <w:tcW w:w="2219" w:type="pct"/>
            <w:vAlign w:val="center"/>
          </w:tcPr>
          <w:p w14:paraId="7C9DCF4C" w14:textId="77777777" w:rsidR="000C4CB5" w:rsidRPr="0025334A" w:rsidRDefault="004E746A" w:rsidP="0025334A">
            <w:pPr>
              <w:ind w:firstLine="0"/>
              <w:jc w:val="left"/>
              <w:rPr>
                <w:sz w:val="22"/>
                <w:szCs w:val="28"/>
              </w:rPr>
            </w:pPr>
            <w:proofErr w:type="spellStart"/>
            <w:r w:rsidRPr="0025334A">
              <w:rPr>
                <w:sz w:val="22"/>
                <w:szCs w:val="28"/>
              </w:rPr>
              <w:t>Controlul</w:t>
            </w:r>
            <w:proofErr w:type="spellEnd"/>
            <w:r w:rsidRPr="0025334A">
              <w:rPr>
                <w:sz w:val="22"/>
                <w:szCs w:val="28"/>
              </w:rPr>
              <w:t xml:space="preserve"> </w:t>
            </w:r>
            <w:proofErr w:type="spellStart"/>
            <w:r w:rsidRPr="0025334A">
              <w:rPr>
                <w:sz w:val="22"/>
                <w:szCs w:val="28"/>
              </w:rPr>
              <w:t>lanțului</w:t>
            </w:r>
            <w:proofErr w:type="spellEnd"/>
            <w:r w:rsidRPr="0025334A">
              <w:rPr>
                <w:sz w:val="22"/>
                <w:szCs w:val="28"/>
              </w:rPr>
              <w:t xml:space="preserve"> </w:t>
            </w:r>
            <w:proofErr w:type="spellStart"/>
            <w:r w:rsidRPr="0025334A">
              <w:rPr>
                <w:sz w:val="22"/>
                <w:szCs w:val="28"/>
              </w:rPr>
              <w:t>termic</w:t>
            </w:r>
            <w:proofErr w:type="spellEnd"/>
          </w:p>
        </w:tc>
      </w:tr>
      <w:tr w:rsidR="0025334A" w:rsidRPr="0025334A" w14:paraId="6B425F26" w14:textId="77777777" w:rsidTr="0025334A">
        <w:trPr>
          <w:jc w:val="center"/>
        </w:trPr>
        <w:tc>
          <w:tcPr>
            <w:tcW w:w="1500" w:type="pct"/>
            <w:vAlign w:val="center"/>
          </w:tcPr>
          <w:p w14:paraId="5B29EA1B" w14:textId="77777777" w:rsidR="000C4CB5" w:rsidRPr="0025334A" w:rsidRDefault="004E746A" w:rsidP="0025334A">
            <w:pPr>
              <w:ind w:firstLine="0"/>
              <w:jc w:val="left"/>
              <w:rPr>
                <w:sz w:val="22"/>
                <w:szCs w:val="28"/>
              </w:rPr>
            </w:pPr>
            <w:proofErr w:type="spellStart"/>
            <w:r w:rsidRPr="0025334A">
              <w:rPr>
                <w:sz w:val="22"/>
                <w:szCs w:val="28"/>
              </w:rPr>
              <w:t>Documente</w:t>
            </w:r>
            <w:proofErr w:type="spellEnd"/>
            <w:r w:rsidRPr="0025334A">
              <w:rPr>
                <w:sz w:val="22"/>
                <w:szCs w:val="28"/>
              </w:rPr>
              <w:t xml:space="preserve"> </w:t>
            </w:r>
            <w:proofErr w:type="spellStart"/>
            <w:r w:rsidRPr="0025334A">
              <w:rPr>
                <w:sz w:val="22"/>
                <w:szCs w:val="28"/>
              </w:rPr>
              <w:t>trasabilitate</w:t>
            </w:r>
            <w:proofErr w:type="spellEnd"/>
          </w:p>
        </w:tc>
        <w:tc>
          <w:tcPr>
            <w:tcW w:w="1281" w:type="pct"/>
            <w:vAlign w:val="center"/>
          </w:tcPr>
          <w:p w14:paraId="7206F4C2" w14:textId="77777777" w:rsidR="000C4CB5" w:rsidRPr="0025334A" w:rsidRDefault="004E746A" w:rsidP="0025334A">
            <w:pPr>
              <w:ind w:firstLine="0"/>
              <w:jc w:val="left"/>
              <w:rPr>
                <w:sz w:val="22"/>
                <w:szCs w:val="28"/>
              </w:rPr>
            </w:pPr>
            <w:r w:rsidRPr="0025334A">
              <w:rPr>
                <w:sz w:val="22"/>
                <w:szCs w:val="28"/>
              </w:rPr>
              <w:t xml:space="preserve">La </w:t>
            </w:r>
            <w:proofErr w:type="spellStart"/>
            <w:r w:rsidRPr="0025334A">
              <w:rPr>
                <w:sz w:val="22"/>
                <w:szCs w:val="28"/>
              </w:rPr>
              <w:t>solicitare</w:t>
            </w:r>
            <w:proofErr w:type="spellEnd"/>
            <w:r w:rsidRPr="0025334A">
              <w:rPr>
                <w:sz w:val="22"/>
                <w:szCs w:val="28"/>
              </w:rPr>
              <w:t xml:space="preserve"> / incident</w:t>
            </w:r>
          </w:p>
        </w:tc>
        <w:tc>
          <w:tcPr>
            <w:tcW w:w="2219" w:type="pct"/>
            <w:vAlign w:val="center"/>
          </w:tcPr>
          <w:p w14:paraId="0FE8A659" w14:textId="170430E0" w:rsidR="000C4CB5" w:rsidRPr="0025334A" w:rsidRDefault="004E746A" w:rsidP="0025334A">
            <w:pPr>
              <w:ind w:firstLine="0"/>
              <w:jc w:val="left"/>
              <w:rPr>
                <w:sz w:val="22"/>
                <w:szCs w:val="28"/>
              </w:rPr>
            </w:pPr>
            <w:proofErr w:type="spellStart"/>
            <w:r w:rsidRPr="0025334A">
              <w:rPr>
                <w:sz w:val="22"/>
                <w:szCs w:val="28"/>
              </w:rPr>
              <w:t>Identificarea</w:t>
            </w:r>
            <w:proofErr w:type="spellEnd"/>
            <w:r w:rsidRPr="0025334A">
              <w:rPr>
                <w:sz w:val="22"/>
                <w:szCs w:val="28"/>
              </w:rPr>
              <w:t xml:space="preserve"> </w:t>
            </w:r>
            <w:proofErr w:type="spellStart"/>
            <w:r w:rsidRPr="0025334A">
              <w:rPr>
                <w:sz w:val="22"/>
                <w:szCs w:val="28"/>
              </w:rPr>
              <w:t>loturilor</w:t>
            </w:r>
            <w:proofErr w:type="spellEnd"/>
            <w:r w:rsidR="0025334A" w:rsidRPr="0025334A">
              <w:rPr>
                <w:sz w:val="22"/>
                <w:szCs w:val="28"/>
              </w:rPr>
              <w:t xml:space="preserve">, </w:t>
            </w:r>
            <w:proofErr w:type="spellStart"/>
            <w:r w:rsidRPr="0025334A">
              <w:rPr>
                <w:sz w:val="22"/>
                <w:szCs w:val="28"/>
              </w:rPr>
              <w:t>furnizorilor</w:t>
            </w:r>
            <w:proofErr w:type="spellEnd"/>
            <w:r w:rsidR="0025334A" w:rsidRPr="0025334A">
              <w:t xml:space="preserve"> </w:t>
            </w:r>
            <w:proofErr w:type="spellStart"/>
            <w:r w:rsidR="0025334A" w:rsidRPr="0025334A">
              <w:rPr>
                <w:sz w:val="22"/>
                <w:szCs w:val="28"/>
              </w:rPr>
              <w:t>și</w:t>
            </w:r>
            <w:proofErr w:type="spellEnd"/>
            <w:r w:rsidR="0025334A" w:rsidRPr="0025334A">
              <w:rPr>
                <w:sz w:val="22"/>
                <w:szCs w:val="28"/>
              </w:rPr>
              <w:t xml:space="preserve"> </w:t>
            </w:r>
            <w:proofErr w:type="spellStart"/>
            <w:r w:rsidR="0025334A" w:rsidRPr="0025334A">
              <w:rPr>
                <w:sz w:val="22"/>
                <w:szCs w:val="28"/>
              </w:rPr>
              <w:t>legătura</w:t>
            </w:r>
            <w:proofErr w:type="spellEnd"/>
            <w:r w:rsidR="0025334A" w:rsidRPr="0025334A">
              <w:rPr>
                <w:sz w:val="22"/>
                <w:szCs w:val="28"/>
              </w:rPr>
              <w:t xml:space="preserve"> cu </w:t>
            </w:r>
            <w:proofErr w:type="spellStart"/>
            <w:r w:rsidR="0025334A" w:rsidRPr="0025334A">
              <w:rPr>
                <w:sz w:val="22"/>
                <w:szCs w:val="28"/>
              </w:rPr>
              <w:t>preparatul</w:t>
            </w:r>
            <w:proofErr w:type="spellEnd"/>
            <w:r w:rsidR="0025334A" w:rsidRPr="0025334A">
              <w:rPr>
                <w:sz w:val="22"/>
                <w:szCs w:val="28"/>
              </w:rPr>
              <w:t xml:space="preserve"> </w:t>
            </w:r>
            <w:proofErr w:type="spellStart"/>
            <w:r w:rsidR="0025334A" w:rsidRPr="0025334A">
              <w:rPr>
                <w:sz w:val="22"/>
                <w:szCs w:val="28"/>
              </w:rPr>
              <w:t>livrat</w:t>
            </w:r>
            <w:proofErr w:type="spellEnd"/>
          </w:p>
        </w:tc>
      </w:tr>
      <w:tr w:rsidR="0025334A" w:rsidRPr="0025334A" w14:paraId="35C799BA" w14:textId="77777777" w:rsidTr="0025334A">
        <w:trPr>
          <w:jc w:val="center"/>
        </w:trPr>
        <w:tc>
          <w:tcPr>
            <w:tcW w:w="1500" w:type="pct"/>
            <w:vAlign w:val="center"/>
          </w:tcPr>
          <w:p w14:paraId="6C492532" w14:textId="77777777" w:rsidR="000C4CB5" w:rsidRPr="0025334A" w:rsidRDefault="004E746A" w:rsidP="0025334A">
            <w:pPr>
              <w:ind w:firstLine="0"/>
              <w:jc w:val="left"/>
              <w:rPr>
                <w:sz w:val="22"/>
                <w:szCs w:val="28"/>
              </w:rPr>
            </w:pPr>
            <w:proofErr w:type="spellStart"/>
            <w:r w:rsidRPr="0025334A">
              <w:rPr>
                <w:sz w:val="22"/>
                <w:szCs w:val="28"/>
              </w:rPr>
              <w:lastRenderedPageBreak/>
              <w:t>Registru</w:t>
            </w:r>
            <w:proofErr w:type="spellEnd"/>
            <w:r w:rsidRPr="0025334A">
              <w:rPr>
                <w:sz w:val="22"/>
                <w:szCs w:val="28"/>
              </w:rPr>
              <w:t xml:space="preserve"> probe </w:t>
            </w:r>
            <w:proofErr w:type="spellStart"/>
            <w:r w:rsidRPr="0025334A">
              <w:rPr>
                <w:sz w:val="22"/>
                <w:szCs w:val="28"/>
              </w:rPr>
              <w:t>alimentare</w:t>
            </w:r>
            <w:proofErr w:type="spellEnd"/>
          </w:p>
        </w:tc>
        <w:tc>
          <w:tcPr>
            <w:tcW w:w="1281" w:type="pct"/>
            <w:vAlign w:val="center"/>
          </w:tcPr>
          <w:p w14:paraId="4D24DAB0" w14:textId="77777777" w:rsidR="000C4CB5" w:rsidRPr="0025334A" w:rsidRDefault="004E746A" w:rsidP="0025334A">
            <w:pPr>
              <w:ind w:firstLine="0"/>
              <w:jc w:val="left"/>
              <w:rPr>
                <w:sz w:val="22"/>
                <w:szCs w:val="28"/>
              </w:rPr>
            </w:pPr>
            <w:proofErr w:type="spellStart"/>
            <w:r w:rsidRPr="0025334A">
              <w:rPr>
                <w:sz w:val="22"/>
                <w:szCs w:val="28"/>
              </w:rPr>
              <w:t>Zilnic</w:t>
            </w:r>
            <w:proofErr w:type="spellEnd"/>
          </w:p>
        </w:tc>
        <w:tc>
          <w:tcPr>
            <w:tcW w:w="2219" w:type="pct"/>
            <w:vAlign w:val="center"/>
          </w:tcPr>
          <w:p w14:paraId="19E65E97" w14:textId="77777777" w:rsidR="000C4CB5" w:rsidRPr="0025334A" w:rsidRDefault="004E746A" w:rsidP="0025334A">
            <w:pPr>
              <w:ind w:firstLine="0"/>
              <w:jc w:val="left"/>
              <w:rPr>
                <w:sz w:val="22"/>
                <w:szCs w:val="28"/>
              </w:rPr>
            </w:pPr>
            <w:proofErr w:type="spellStart"/>
            <w:r w:rsidRPr="0025334A">
              <w:rPr>
                <w:sz w:val="22"/>
                <w:szCs w:val="28"/>
              </w:rPr>
              <w:t>Legătura</w:t>
            </w:r>
            <w:proofErr w:type="spellEnd"/>
            <w:r w:rsidRPr="0025334A">
              <w:rPr>
                <w:sz w:val="22"/>
                <w:szCs w:val="28"/>
              </w:rPr>
              <w:t xml:space="preserve"> </w:t>
            </w:r>
            <w:proofErr w:type="spellStart"/>
            <w:r w:rsidRPr="0025334A">
              <w:rPr>
                <w:sz w:val="22"/>
                <w:szCs w:val="28"/>
              </w:rPr>
              <w:t>între</w:t>
            </w:r>
            <w:proofErr w:type="spellEnd"/>
            <w:r w:rsidRPr="0025334A">
              <w:rPr>
                <w:sz w:val="22"/>
                <w:szCs w:val="28"/>
              </w:rPr>
              <w:t xml:space="preserve"> </w:t>
            </w:r>
            <w:proofErr w:type="spellStart"/>
            <w:r w:rsidRPr="0025334A">
              <w:rPr>
                <w:sz w:val="22"/>
                <w:szCs w:val="28"/>
              </w:rPr>
              <w:t>probă</w:t>
            </w:r>
            <w:proofErr w:type="spellEnd"/>
            <w:r w:rsidRPr="0025334A">
              <w:rPr>
                <w:sz w:val="22"/>
                <w:szCs w:val="28"/>
              </w:rPr>
              <w:t xml:space="preserve">, </w:t>
            </w:r>
            <w:proofErr w:type="spellStart"/>
            <w:r w:rsidRPr="0025334A">
              <w:rPr>
                <w:sz w:val="22"/>
                <w:szCs w:val="28"/>
              </w:rPr>
              <w:t>preparat</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lot</w:t>
            </w:r>
          </w:p>
        </w:tc>
      </w:tr>
      <w:tr w:rsidR="0025334A" w:rsidRPr="0025334A" w14:paraId="10C7E0B4" w14:textId="77777777" w:rsidTr="0025334A">
        <w:trPr>
          <w:jc w:val="center"/>
        </w:trPr>
        <w:tc>
          <w:tcPr>
            <w:tcW w:w="1500" w:type="pct"/>
            <w:vAlign w:val="center"/>
          </w:tcPr>
          <w:p w14:paraId="45614A5D" w14:textId="77777777" w:rsidR="000C4CB5" w:rsidRPr="0025334A" w:rsidRDefault="004E746A" w:rsidP="0025334A">
            <w:pPr>
              <w:ind w:firstLine="0"/>
              <w:jc w:val="left"/>
              <w:rPr>
                <w:sz w:val="22"/>
                <w:szCs w:val="28"/>
              </w:rPr>
            </w:pPr>
            <w:proofErr w:type="spellStart"/>
            <w:r w:rsidRPr="0025334A">
              <w:rPr>
                <w:sz w:val="22"/>
                <w:szCs w:val="28"/>
              </w:rPr>
              <w:t>Fișă</w:t>
            </w:r>
            <w:proofErr w:type="spellEnd"/>
            <w:r w:rsidRPr="0025334A">
              <w:rPr>
                <w:sz w:val="22"/>
                <w:szCs w:val="28"/>
              </w:rPr>
              <w:t xml:space="preserve"> </w:t>
            </w:r>
            <w:proofErr w:type="spellStart"/>
            <w:r w:rsidRPr="0025334A">
              <w:rPr>
                <w:sz w:val="22"/>
                <w:szCs w:val="28"/>
              </w:rPr>
              <w:t>recepție</w:t>
            </w:r>
            <w:proofErr w:type="spellEnd"/>
            <w:r w:rsidRPr="0025334A">
              <w:rPr>
                <w:sz w:val="22"/>
                <w:szCs w:val="28"/>
              </w:rPr>
              <w:t xml:space="preserve"> / </w:t>
            </w:r>
            <w:proofErr w:type="spellStart"/>
            <w:r w:rsidRPr="0025334A">
              <w:rPr>
                <w:sz w:val="22"/>
                <w:szCs w:val="28"/>
              </w:rPr>
              <w:t>proces</w:t>
            </w:r>
            <w:proofErr w:type="spellEnd"/>
            <w:r w:rsidRPr="0025334A">
              <w:rPr>
                <w:sz w:val="22"/>
                <w:szCs w:val="28"/>
              </w:rPr>
              <w:t>-verbal</w:t>
            </w:r>
          </w:p>
        </w:tc>
        <w:tc>
          <w:tcPr>
            <w:tcW w:w="1281" w:type="pct"/>
            <w:vAlign w:val="center"/>
          </w:tcPr>
          <w:p w14:paraId="406EAACD" w14:textId="77777777" w:rsidR="000C4CB5" w:rsidRPr="0025334A" w:rsidRDefault="004E746A" w:rsidP="0025334A">
            <w:pPr>
              <w:ind w:firstLine="0"/>
              <w:jc w:val="left"/>
              <w:rPr>
                <w:sz w:val="22"/>
                <w:szCs w:val="28"/>
              </w:rPr>
            </w:pPr>
            <w:r w:rsidRPr="0025334A">
              <w:rPr>
                <w:sz w:val="22"/>
                <w:szCs w:val="28"/>
              </w:rPr>
              <w:t xml:space="preserve">La </w:t>
            </w:r>
            <w:proofErr w:type="spellStart"/>
            <w:r w:rsidRPr="0025334A">
              <w:rPr>
                <w:sz w:val="22"/>
                <w:szCs w:val="28"/>
              </w:rPr>
              <w:t>fiecare</w:t>
            </w:r>
            <w:proofErr w:type="spellEnd"/>
            <w:r w:rsidRPr="0025334A">
              <w:rPr>
                <w:sz w:val="22"/>
                <w:szCs w:val="28"/>
              </w:rPr>
              <w:t xml:space="preserve"> </w:t>
            </w:r>
            <w:proofErr w:type="spellStart"/>
            <w:r w:rsidRPr="0025334A">
              <w:rPr>
                <w:sz w:val="22"/>
                <w:szCs w:val="28"/>
              </w:rPr>
              <w:t>livrare</w:t>
            </w:r>
            <w:proofErr w:type="spellEnd"/>
            <w:r w:rsidRPr="0025334A">
              <w:rPr>
                <w:sz w:val="22"/>
                <w:szCs w:val="28"/>
              </w:rPr>
              <w:t xml:space="preserve"> </w:t>
            </w:r>
            <w:proofErr w:type="spellStart"/>
            <w:r w:rsidRPr="0025334A">
              <w:rPr>
                <w:sz w:val="22"/>
                <w:szCs w:val="28"/>
              </w:rPr>
              <w:t>sau</w:t>
            </w:r>
            <w:proofErr w:type="spellEnd"/>
            <w:r w:rsidRPr="0025334A">
              <w:rPr>
                <w:sz w:val="22"/>
                <w:szCs w:val="28"/>
              </w:rPr>
              <w:t xml:space="preserve"> </w:t>
            </w:r>
            <w:proofErr w:type="spellStart"/>
            <w:r w:rsidRPr="0025334A">
              <w:rPr>
                <w:sz w:val="22"/>
                <w:szCs w:val="28"/>
              </w:rPr>
              <w:t>potrivit</w:t>
            </w:r>
            <w:proofErr w:type="spellEnd"/>
            <w:r w:rsidRPr="0025334A">
              <w:rPr>
                <w:sz w:val="22"/>
                <w:szCs w:val="28"/>
              </w:rPr>
              <w:t xml:space="preserve"> </w:t>
            </w:r>
            <w:proofErr w:type="spellStart"/>
            <w:r w:rsidRPr="0025334A">
              <w:rPr>
                <w:sz w:val="22"/>
                <w:szCs w:val="28"/>
              </w:rPr>
              <w:t>procedurii</w:t>
            </w:r>
            <w:proofErr w:type="spellEnd"/>
            <w:r w:rsidRPr="0025334A">
              <w:rPr>
                <w:sz w:val="22"/>
                <w:szCs w:val="28"/>
              </w:rPr>
              <w:t xml:space="preserve"> </w:t>
            </w:r>
            <w:proofErr w:type="spellStart"/>
            <w:r w:rsidRPr="0025334A">
              <w:rPr>
                <w:sz w:val="22"/>
                <w:szCs w:val="28"/>
              </w:rPr>
              <w:t>centrului</w:t>
            </w:r>
            <w:proofErr w:type="spellEnd"/>
          </w:p>
        </w:tc>
        <w:tc>
          <w:tcPr>
            <w:tcW w:w="2219" w:type="pct"/>
            <w:vAlign w:val="center"/>
          </w:tcPr>
          <w:p w14:paraId="709B4C37" w14:textId="5C2DC38B" w:rsidR="000C4CB5" w:rsidRPr="0025334A" w:rsidRDefault="004E746A" w:rsidP="0025334A">
            <w:pPr>
              <w:ind w:firstLine="0"/>
              <w:jc w:val="left"/>
              <w:rPr>
                <w:sz w:val="22"/>
                <w:szCs w:val="28"/>
              </w:rPr>
            </w:pPr>
            <w:proofErr w:type="spellStart"/>
            <w:r w:rsidRPr="0025334A">
              <w:rPr>
                <w:sz w:val="22"/>
                <w:szCs w:val="28"/>
              </w:rPr>
              <w:t>Acceptarea</w:t>
            </w:r>
            <w:proofErr w:type="spellEnd"/>
            <w:r w:rsidR="0025334A" w:rsidRPr="0025334A">
              <w:rPr>
                <w:sz w:val="22"/>
                <w:szCs w:val="28"/>
              </w:rPr>
              <w:t xml:space="preserve">, </w:t>
            </w:r>
            <w:proofErr w:type="spellStart"/>
            <w:r w:rsidR="0025334A" w:rsidRPr="0025334A">
              <w:rPr>
                <w:rFonts w:cs="Times New Roman"/>
                <w:sz w:val="22"/>
              </w:rPr>
              <w:t>acceptare</w:t>
            </w:r>
            <w:proofErr w:type="spellEnd"/>
            <w:r w:rsidR="0025334A" w:rsidRPr="0025334A">
              <w:rPr>
                <w:rFonts w:cs="Times New Roman"/>
                <w:sz w:val="22"/>
              </w:rPr>
              <w:t xml:space="preserve"> </w:t>
            </w:r>
            <w:proofErr w:type="spellStart"/>
            <w:r w:rsidR="0025334A" w:rsidRPr="0025334A">
              <w:rPr>
                <w:rFonts w:cs="Times New Roman"/>
                <w:sz w:val="22"/>
              </w:rPr>
              <w:t>parțială</w:t>
            </w:r>
            <w:proofErr w:type="spellEnd"/>
            <w:r w:rsidR="0025334A" w:rsidRPr="0025334A">
              <w:rPr>
                <w:rFonts w:cs="Times New Roman"/>
                <w:sz w:val="22"/>
              </w:rPr>
              <w:t xml:space="preserve"> </w:t>
            </w:r>
            <w:proofErr w:type="spellStart"/>
            <w:r w:rsidR="0025334A" w:rsidRPr="0025334A">
              <w:rPr>
                <w:rFonts w:cs="Times New Roman"/>
                <w:sz w:val="22"/>
              </w:rPr>
              <w:t>sau</w:t>
            </w:r>
            <w:proofErr w:type="spellEnd"/>
            <w:r w:rsidR="0025334A" w:rsidRPr="0025334A">
              <w:rPr>
                <w:rFonts w:cs="Times New Roman"/>
                <w:sz w:val="22"/>
              </w:rPr>
              <w:t xml:space="preserve"> </w:t>
            </w:r>
            <w:proofErr w:type="spellStart"/>
            <w:r w:rsidR="0025334A" w:rsidRPr="0025334A">
              <w:rPr>
                <w:rFonts w:cs="Times New Roman"/>
                <w:sz w:val="22"/>
              </w:rPr>
              <w:t>respingere</w:t>
            </w:r>
            <w:r w:rsidRPr="0025334A">
              <w:rPr>
                <w:sz w:val="22"/>
                <w:szCs w:val="28"/>
              </w:rPr>
              <w:t>a</w:t>
            </w:r>
            <w:proofErr w:type="spellEnd"/>
            <w:r w:rsidRPr="0025334A">
              <w:rPr>
                <w:sz w:val="22"/>
                <w:szCs w:val="28"/>
              </w:rPr>
              <w:t xml:space="preserve"> </w:t>
            </w:r>
            <w:proofErr w:type="spellStart"/>
            <w:r w:rsidRPr="0025334A">
              <w:rPr>
                <w:sz w:val="22"/>
                <w:szCs w:val="28"/>
              </w:rPr>
              <w:t>neconformităților</w:t>
            </w:r>
            <w:proofErr w:type="spellEnd"/>
          </w:p>
        </w:tc>
      </w:tr>
      <w:tr w:rsidR="0025334A" w:rsidRPr="0025334A" w14:paraId="48E82994" w14:textId="77777777" w:rsidTr="0025334A">
        <w:trPr>
          <w:jc w:val="center"/>
        </w:trPr>
        <w:tc>
          <w:tcPr>
            <w:tcW w:w="1500" w:type="pct"/>
            <w:vAlign w:val="center"/>
          </w:tcPr>
          <w:p w14:paraId="5F0423A5" w14:textId="77777777" w:rsidR="000C4CB5" w:rsidRPr="0025334A" w:rsidRDefault="004E746A" w:rsidP="0025334A">
            <w:pPr>
              <w:ind w:firstLine="0"/>
              <w:jc w:val="left"/>
              <w:rPr>
                <w:sz w:val="22"/>
                <w:szCs w:val="28"/>
              </w:rPr>
            </w:pPr>
            <w:proofErr w:type="spellStart"/>
            <w:r w:rsidRPr="0025334A">
              <w:rPr>
                <w:sz w:val="22"/>
                <w:szCs w:val="28"/>
              </w:rPr>
              <w:t>Raport</w:t>
            </w:r>
            <w:proofErr w:type="spellEnd"/>
            <w:r w:rsidRPr="0025334A">
              <w:rPr>
                <w:sz w:val="22"/>
                <w:szCs w:val="28"/>
              </w:rPr>
              <w:t xml:space="preserve"> </w:t>
            </w:r>
            <w:proofErr w:type="spellStart"/>
            <w:r w:rsidRPr="0025334A">
              <w:rPr>
                <w:sz w:val="22"/>
                <w:szCs w:val="28"/>
              </w:rPr>
              <w:t>neconformitate</w:t>
            </w:r>
            <w:proofErr w:type="spellEnd"/>
            <w:r w:rsidRPr="0025334A">
              <w:rPr>
                <w:sz w:val="22"/>
                <w:szCs w:val="28"/>
              </w:rPr>
              <w:t xml:space="preserve"> / incident</w:t>
            </w:r>
          </w:p>
        </w:tc>
        <w:tc>
          <w:tcPr>
            <w:tcW w:w="1281" w:type="pct"/>
            <w:vAlign w:val="center"/>
          </w:tcPr>
          <w:p w14:paraId="3CD84B01" w14:textId="77777777" w:rsidR="000C4CB5" w:rsidRPr="0025334A" w:rsidRDefault="004E746A" w:rsidP="0025334A">
            <w:pPr>
              <w:ind w:firstLine="0"/>
              <w:jc w:val="left"/>
              <w:rPr>
                <w:sz w:val="22"/>
                <w:szCs w:val="28"/>
              </w:rPr>
            </w:pPr>
            <w:r w:rsidRPr="0025334A">
              <w:rPr>
                <w:sz w:val="22"/>
                <w:szCs w:val="28"/>
              </w:rPr>
              <w:t xml:space="preserve">Ori de </w:t>
            </w:r>
            <w:proofErr w:type="spellStart"/>
            <w:r w:rsidRPr="0025334A">
              <w:rPr>
                <w:sz w:val="22"/>
                <w:szCs w:val="28"/>
              </w:rPr>
              <w:t>câte</w:t>
            </w:r>
            <w:proofErr w:type="spellEnd"/>
            <w:r w:rsidRPr="0025334A">
              <w:rPr>
                <w:sz w:val="22"/>
                <w:szCs w:val="28"/>
              </w:rPr>
              <w:t xml:space="preserve"> </w:t>
            </w:r>
            <w:proofErr w:type="spellStart"/>
            <w:r w:rsidRPr="0025334A">
              <w:rPr>
                <w:sz w:val="22"/>
                <w:szCs w:val="28"/>
              </w:rPr>
              <w:t>ori</w:t>
            </w:r>
            <w:proofErr w:type="spellEnd"/>
            <w:r w:rsidRPr="0025334A">
              <w:rPr>
                <w:sz w:val="22"/>
                <w:szCs w:val="28"/>
              </w:rPr>
              <w:t xml:space="preserve"> </w:t>
            </w:r>
            <w:proofErr w:type="spellStart"/>
            <w:r w:rsidRPr="0025334A">
              <w:rPr>
                <w:sz w:val="22"/>
                <w:szCs w:val="28"/>
              </w:rPr>
              <w:t>este</w:t>
            </w:r>
            <w:proofErr w:type="spellEnd"/>
            <w:r w:rsidRPr="0025334A">
              <w:rPr>
                <w:sz w:val="22"/>
                <w:szCs w:val="28"/>
              </w:rPr>
              <w:t xml:space="preserve"> </w:t>
            </w:r>
            <w:proofErr w:type="spellStart"/>
            <w:r w:rsidRPr="0025334A">
              <w:rPr>
                <w:sz w:val="22"/>
                <w:szCs w:val="28"/>
              </w:rPr>
              <w:t>cazul</w:t>
            </w:r>
            <w:proofErr w:type="spellEnd"/>
          </w:p>
        </w:tc>
        <w:tc>
          <w:tcPr>
            <w:tcW w:w="2219" w:type="pct"/>
            <w:vAlign w:val="center"/>
          </w:tcPr>
          <w:p w14:paraId="50C24BF0" w14:textId="77777777" w:rsidR="000C4CB5" w:rsidRPr="0025334A" w:rsidRDefault="004E746A" w:rsidP="0025334A">
            <w:pPr>
              <w:ind w:firstLine="0"/>
              <w:jc w:val="left"/>
              <w:rPr>
                <w:sz w:val="22"/>
                <w:szCs w:val="28"/>
              </w:rPr>
            </w:pPr>
            <w:proofErr w:type="spellStart"/>
            <w:r w:rsidRPr="0025334A">
              <w:rPr>
                <w:sz w:val="22"/>
                <w:szCs w:val="28"/>
              </w:rPr>
              <w:t>Cauză</w:t>
            </w:r>
            <w:proofErr w:type="spellEnd"/>
            <w:r w:rsidRPr="0025334A">
              <w:rPr>
                <w:sz w:val="22"/>
                <w:szCs w:val="28"/>
              </w:rPr>
              <w:t xml:space="preserve">, </w:t>
            </w:r>
            <w:proofErr w:type="spellStart"/>
            <w:r w:rsidRPr="0025334A">
              <w:rPr>
                <w:sz w:val="22"/>
                <w:szCs w:val="28"/>
              </w:rPr>
              <w:t>acțiune</w:t>
            </w:r>
            <w:proofErr w:type="spellEnd"/>
            <w:r w:rsidRPr="0025334A">
              <w:rPr>
                <w:sz w:val="22"/>
                <w:szCs w:val="28"/>
              </w:rPr>
              <w:t xml:space="preserve"> </w:t>
            </w:r>
            <w:proofErr w:type="spellStart"/>
            <w:r w:rsidRPr="0025334A">
              <w:rPr>
                <w:sz w:val="22"/>
                <w:szCs w:val="28"/>
              </w:rPr>
              <w:t>corectivă</w:t>
            </w:r>
            <w:proofErr w:type="spellEnd"/>
            <w:r w:rsidRPr="0025334A">
              <w:rPr>
                <w:sz w:val="22"/>
                <w:szCs w:val="28"/>
              </w:rPr>
              <w:t xml:space="preserve">, termen, </w:t>
            </w:r>
            <w:proofErr w:type="spellStart"/>
            <w:r w:rsidRPr="0025334A">
              <w:rPr>
                <w:sz w:val="22"/>
                <w:szCs w:val="28"/>
              </w:rPr>
              <w:t>rezultat</w:t>
            </w:r>
            <w:proofErr w:type="spellEnd"/>
          </w:p>
        </w:tc>
      </w:tr>
      <w:tr w:rsidR="0025334A" w:rsidRPr="0025334A" w14:paraId="04DB163E" w14:textId="77777777" w:rsidTr="0025334A">
        <w:trPr>
          <w:jc w:val="center"/>
        </w:trPr>
        <w:tc>
          <w:tcPr>
            <w:tcW w:w="1500" w:type="pct"/>
            <w:vAlign w:val="center"/>
          </w:tcPr>
          <w:p w14:paraId="0D8FE21E" w14:textId="77777777" w:rsidR="000C4CB5" w:rsidRPr="0025334A" w:rsidRDefault="004E746A" w:rsidP="0025334A">
            <w:pPr>
              <w:ind w:firstLine="0"/>
              <w:jc w:val="left"/>
              <w:rPr>
                <w:sz w:val="22"/>
                <w:szCs w:val="28"/>
              </w:rPr>
            </w:pPr>
            <w:proofErr w:type="spellStart"/>
            <w:r w:rsidRPr="0025334A">
              <w:rPr>
                <w:sz w:val="22"/>
                <w:szCs w:val="28"/>
              </w:rPr>
              <w:t>Centralizator</w:t>
            </w:r>
            <w:proofErr w:type="spellEnd"/>
            <w:r w:rsidRPr="0025334A">
              <w:rPr>
                <w:sz w:val="22"/>
                <w:szCs w:val="28"/>
              </w:rPr>
              <w:t xml:space="preserve"> lunar</w:t>
            </w:r>
          </w:p>
        </w:tc>
        <w:tc>
          <w:tcPr>
            <w:tcW w:w="1281" w:type="pct"/>
            <w:vAlign w:val="center"/>
          </w:tcPr>
          <w:p w14:paraId="63E25A16" w14:textId="77777777" w:rsidR="000C4CB5" w:rsidRPr="0025334A" w:rsidRDefault="004E746A" w:rsidP="0025334A">
            <w:pPr>
              <w:ind w:firstLine="0"/>
              <w:jc w:val="left"/>
              <w:rPr>
                <w:sz w:val="22"/>
                <w:szCs w:val="28"/>
              </w:rPr>
            </w:pPr>
            <w:r w:rsidRPr="0025334A">
              <w:rPr>
                <w:sz w:val="22"/>
                <w:szCs w:val="28"/>
              </w:rPr>
              <w:t>Lunar</w:t>
            </w:r>
          </w:p>
        </w:tc>
        <w:tc>
          <w:tcPr>
            <w:tcW w:w="2219" w:type="pct"/>
            <w:vAlign w:val="center"/>
          </w:tcPr>
          <w:p w14:paraId="7DA6D8E0" w14:textId="77777777" w:rsidR="000C4CB5" w:rsidRPr="0025334A" w:rsidRDefault="004E746A" w:rsidP="0025334A">
            <w:pPr>
              <w:ind w:firstLine="0"/>
              <w:jc w:val="left"/>
              <w:rPr>
                <w:sz w:val="22"/>
                <w:szCs w:val="28"/>
              </w:rPr>
            </w:pPr>
            <w:r w:rsidRPr="0025334A">
              <w:rPr>
                <w:sz w:val="22"/>
                <w:szCs w:val="28"/>
              </w:rPr>
              <w:t xml:space="preserve">Baza </w:t>
            </w:r>
            <w:proofErr w:type="spellStart"/>
            <w:r w:rsidRPr="0025334A">
              <w:rPr>
                <w:sz w:val="22"/>
                <w:szCs w:val="28"/>
              </w:rPr>
              <w:t>cantitativă</w:t>
            </w:r>
            <w:proofErr w:type="spellEnd"/>
            <w:r w:rsidRPr="0025334A">
              <w:rPr>
                <w:sz w:val="22"/>
                <w:szCs w:val="28"/>
              </w:rPr>
              <w:t xml:space="preserve"> </w:t>
            </w:r>
            <w:proofErr w:type="spellStart"/>
            <w:r w:rsidRPr="0025334A">
              <w:rPr>
                <w:sz w:val="22"/>
                <w:szCs w:val="28"/>
              </w:rPr>
              <w:t>pentru</w:t>
            </w:r>
            <w:proofErr w:type="spellEnd"/>
            <w:r w:rsidRPr="0025334A">
              <w:rPr>
                <w:sz w:val="22"/>
                <w:szCs w:val="28"/>
              </w:rPr>
              <w:t xml:space="preserve"> </w:t>
            </w:r>
            <w:proofErr w:type="spellStart"/>
            <w:r w:rsidRPr="0025334A">
              <w:rPr>
                <w:sz w:val="22"/>
                <w:szCs w:val="28"/>
              </w:rPr>
              <w:t>recepție</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facturare</w:t>
            </w:r>
            <w:proofErr w:type="spellEnd"/>
          </w:p>
        </w:tc>
      </w:tr>
    </w:tbl>
    <w:p w14:paraId="4F5B599C" w14:textId="77777777" w:rsidR="00B84401" w:rsidRDefault="00B84401" w:rsidP="00B84401"/>
    <w:p w14:paraId="1946AE36" w14:textId="3DAA751B" w:rsidR="000C4CB5" w:rsidRPr="0025334A" w:rsidRDefault="004E746A" w:rsidP="0025334A">
      <w:pPr>
        <w:pStyle w:val="Heading1"/>
      </w:pPr>
      <w:bookmarkStart w:id="50" w:name="_Toc242951491"/>
      <w:r w:rsidRPr="0025334A">
        <w:t>6. RECEPȚIA, VERIFICAREA ȘI GESTIONAREA NECONFORMITĂȚILOR</w:t>
      </w:r>
      <w:bookmarkEnd w:id="50"/>
    </w:p>
    <w:p w14:paraId="479611E0" w14:textId="77777777" w:rsidR="000C4CB5" w:rsidRPr="0025334A" w:rsidRDefault="004E746A" w:rsidP="0025334A">
      <w:pPr>
        <w:pStyle w:val="Heading2"/>
        <w:rPr>
          <w:color w:val="auto"/>
        </w:rPr>
      </w:pPr>
      <w:bookmarkStart w:id="51" w:name="_Toc242951492"/>
      <w:r w:rsidRPr="0025334A">
        <w:rPr>
          <w:color w:val="auto"/>
        </w:rPr>
        <w:t xml:space="preserve">6.1. </w:t>
      </w:r>
      <w:proofErr w:type="spellStart"/>
      <w:r w:rsidRPr="0025334A">
        <w:rPr>
          <w:color w:val="auto"/>
        </w:rPr>
        <w:t>Recepția</w:t>
      </w:r>
      <w:proofErr w:type="spellEnd"/>
      <w:r w:rsidRPr="0025334A">
        <w:rPr>
          <w:color w:val="auto"/>
        </w:rPr>
        <w:t xml:space="preserve"> </w:t>
      </w:r>
      <w:proofErr w:type="spellStart"/>
      <w:r w:rsidRPr="0025334A">
        <w:rPr>
          <w:color w:val="auto"/>
        </w:rPr>
        <w:t>zilnică</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verificarea</w:t>
      </w:r>
      <w:proofErr w:type="spellEnd"/>
      <w:r w:rsidRPr="0025334A">
        <w:rPr>
          <w:color w:val="auto"/>
        </w:rPr>
        <w:t xml:space="preserve"> </w:t>
      </w:r>
      <w:proofErr w:type="spellStart"/>
      <w:r w:rsidRPr="0025334A">
        <w:rPr>
          <w:color w:val="auto"/>
        </w:rPr>
        <w:t>cantitativă</w:t>
      </w:r>
      <w:proofErr w:type="spellEnd"/>
      <w:r w:rsidRPr="0025334A">
        <w:rPr>
          <w:color w:val="auto"/>
        </w:rPr>
        <w:t>/</w:t>
      </w:r>
      <w:proofErr w:type="spellStart"/>
      <w:r w:rsidRPr="0025334A">
        <w:rPr>
          <w:color w:val="auto"/>
        </w:rPr>
        <w:t>calitatativă</w:t>
      </w:r>
      <w:bookmarkEnd w:id="51"/>
      <w:proofErr w:type="spellEnd"/>
    </w:p>
    <w:p w14:paraId="6338AA6B" w14:textId="0EAB301D" w:rsidR="000C4CB5" w:rsidRPr="0025334A" w:rsidRDefault="00E23360" w:rsidP="00E23360">
      <w:pPr>
        <w:spacing w:after="50" w:line="247" w:lineRule="auto"/>
      </w:pPr>
      <w:r w:rsidRPr="00E23360">
        <w:rPr>
          <w:lang w:val="ro-RO"/>
        </w:rPr>
        <w:t>Recepția hranei se va realiza zilnic</w:t>
      </w:r>
      <w:r>
        <w:rPr>
          <w:lang w:val="ro-RO"/>
        </w:rPr>
        <w:t>,</w:t>
      </w:r>
      <w:r w:rsidRPr="00E23360">
        <w:rPr>
          <w:lang w:val="ro-RO"/>
        </w:rPr>
        <w:t xml:space="preserve"> </w:t>
      </w:r>
      <w:r w:rsidRPr="0025334A">
        <w:t xml:space="preserve">la </w:t>
      </w:r>
      <w:proofErr w:type="spellStart"/>
      <w:r w:rsidRPr="0025334A">
        <w:t>fiecare</w:t>
      </w:r>
      <w:proofErr w:type="spellEnd"/>
      <w:r w:rsidRPr="0025334A">
        <w:t xml:space="preserve"> </w:t>
      </w:r>
      <w:proofErr w:type="spellStart"/>
      <w:r w:rsidRPr="0025334A">
        <w:t>livrare</w:t>
      </w:r>
      <w:proofErr w:type="spellEnd"/>
      <w:r>
        <w:t>,</w:t>
      </w:r>
      <w:r w:rsidRPr="0025334A">
        <w:t xml:space="preserve"> </w:t>
      </w:r>
      <w:r w:rsidRPr="00E23360">
        <w:rPr>
          <w:lang w:val="ro-RO"/>
        </w:rPr>
        <w:t>de către achizitor prin persoanele desemnate de șeful de centru.</w:t>
      </w:r>
      <w:r w:rsidR="004E746A" w:rsidRPr="0025334A">
        <w:t xml:space="preserve"> </w:t>
      </w:r>
      <w:proofErr w:type="spellStart"/>
      <w:r w:rsidR="004E746A" w:rsidRPr="0025334A">
        <w:t>Verificarea</w:t>
      </w:r>
      <w:proofErr w:type="spellEnd"/>
      <w:r w:rsidR="004E746A" w:rsidRPr="0025334A">
        <w:t xml:space="preserve"> are </w:t>
      </w:r>
      <w:proofErr w:type="spellStart"/>
      <w:r w:rsidR="004E746A" w:rsidRPr="0025334A">
        <w:t>caracter</w:t>
      </w:r>
      <w:proofErr w:type="spellEnd"/>
      <w:r w:rsidR="004E746A" w:rsidRPr="0025334A">
        <w:t xml:space="preserve"> </w:t>
      </w:r>
      <w:proofErr w:type="spellStart"/>
      <w:r w:rsidR="004E746A" w:rsidRPr="0025334A">
        <w:t>cantitativ</w:t>
      </w:r>
      <w:proofErr w:type="spellEnd"/>
      <w:r w:rsidR="004E746A" w:rsidRPr="0025334A">
        <w:t xml:space="preserve">, </w:t>
      </w:r>
      <w:proofErr w:type="spellStart"/>
      <w:r w:rsidR="004E746A" w:rsidRPr="0025334A">
        <w:t>calitativ</w:t>
      </w:r>
      <w:proofErr w:type="spellEnd"/>
      <w:r w:rsidR="004E746A" w:rsidRPr="0025334A">
        <w:t xml:space="preserve"> </w:t>
      </w:r>
      <w:proofErr w:type="spellStart"/>
      <w:r w:rsidR="004E746A" w:rsidRPr="0025334A">
        <w:t>și</w:t>
      </w:r>
      <w:proofErr w:type="spellEnd"/>
      <w:r w:rsidR="004E746A" w:rsidRPr="0025334A">
        <w:t xml:space="preserve"> </w:t>
      </w:r>
      <w:proofErr w:type="spellStart"/>
      <w:r w:rsidR="004E746A" w:rsidRPr="0025334A">
        <w:t>documentar</w:t>
      </w:r>
      <w:proofErr w:type="spellEnd"/>
      <w:r w:rsidR="004E746A" w:rsidRPr="0025334A">
        <w:t xml:space="preserve"> </w:t>
      </w:r>
      <w:proofErr w:type="spellStart"/>
      <w:r w:rsidR="004E746A" w:rsidRPr="0025334A">
        <w:t>și</w:t>
      </w:r>
      <w:proofErr w:type="spellEnd"/>
      <w:r w:rsidR="004E746A" w:rsidRPr="0025334A">
        <w:t xml:space="preserve"> nu </w:t>
      </w:r>
      <w:proofErr w:type="spellStart"/>
      <w:r w:rsidR="004E746A" w:rsidRPr="0025334A">
        <w:t>limitează</w:t>
      </w:r>
      <w:proofErr w:type="spellEnd"/>
      <w:r w:rsidR="004E746A" w:rsidRPr="0025334A">
        <w:t xml:space="preserve"> </w:t>
      </w:r>
      <w:proofErr w:type="spellStart"/>
      <w:r w:rsidR="004E746A" w:rsidRPr="0025334A">
        <w:t>dreptul</w:t>
      </w:r>
      <w:proofErr w:type="spellEnd"/>
      <w:r w:rsidR="004E746A" w:rsidRPr="0025334A">
        <w:t xml:space="preserve"> </w:t>
      </w:r>
      <w:proofErr w:type="spellStart"/>
      <w:r w:rsidR="004E746A" w:rsidRPr="0025334A">
        <w:t>autorității</w:t>
      </w:r>
      <w:proofErr w:type="spellEnd"/>
      <w:r w:rsidR="004E746A" w:rsidRPr="0025334A">
        <w:t xml:space="preserve"> </w:t>
      </w:r>
      <w:proofErr w:type="spellStart"/>
      <w:r w:rsidR="004E746A" w:rsidRPr="0025334A">
        <w:t>contractante</w:t>
      </w:r>
      <w:proofErr w:type="spellEnd"/>
      <w:r w:rsidR="004E746A" w:rsidRPr="0025334A">
        <w:t xml:space="preserve"> de a </w:t>
      </w:r>
      <w:proofErr w:type="spellStart"/>
      <w:r w:rsidR="004E746A" w:rsidRPr="0025334A">
        <w:t>constata</w:t>
      </w:r>
      <w:proofErr w:type="spellEnd"/>
      <w:r w:rsidR="004E746A" w:rsidRPr="0025334A">
        <w:t xml:space="preserve"> ulterior </w:t>
      </w:r>
      <w:proofErr w:type="spellStart"/>
      <w:r w:rsidR="004E746A" w:rsidRPr="0025334A">
        <w:t>neconformități</w:t>
      </w:r>
      <w:proofErr w:type="spellEnd"/>
      <w:r w:rsidR="004E746A" w:rsidRPr="0025334A">
        <w:t xml:space="preserve"> </w:t>
      </w:r>
      <w:proofErr w:type="spellStart"/>
      <w:r w:rsidR="004E746A" w:rsidRPr="0025334A">
        <w:t>sau</w:t>
      </w:r>
      <w:proofErr w:type="spellEnd"/>
      <w:r w:rsidR="004E746A" w:rsidRPr="0025334A">
        <w:t xml:space="preserve"> </w:t>
      </w:r>
      <w:proofErr w:type="spellStart"/>
      <w:r w:rsidR="004E746A" w:rsidRPr="0025334A">
        <w:t>incidente</w:t>
      </w:r>
      <w:proofErr w:type="spellEnd"/>
      <w:r w:rsidR="004E746A" w:rsidRPr="0025334A">
        <w:t xml:space="preserve"> care nu </w:t>
      </w:r>
      <w:proofErr w:type="spellStart"/>
      <w:r w:rsidR="004E746A" w:rsidRPr="0025334A">
        <w:t>puteau</w:t>
      </w:r>
      <w:proofErr w:type="spellEnd"/>
      <w:r w:rsidR="004E746A" w:rsidRPr="0025334A">
        <w:t xml:space="preserve"> fi </w:t>
      </w:r>
      <w:proofErr w:type="spellStart"/>
      <w:r w:rsidR="004E746A" w:rsidRPr="0025334A">
        <w:t>identificate</w:t>
      </w:r>
      <w:proofErr w:type="spellEnd"/>
      <w:r w:rsidR="004E746A" w:rsidRPr="0025334A">
        <w:t xml:space="preserve"> la </w:t>
      </w:r>
      <w:proofErr w:type="spellStart"/>
      <w:r w:rsidR="004E746A" w:rsidRPr="0025334A">
        <w:t>predare</w:t>
      </w:r>
      <w:proofErr w:type="spellEnd"/>
      <w:r w:rsidR="004E746A" w:rsidRPr="0025334A">
        <w:t>.</w:t>
      </w:r>
      <w:r w:rsidR="0025334A" w:rsidRPr="0025334A">
        <w:t xml:space="preserve"> </w:t>
      </w:r>
    </w:p>
    <w:p w14:paraId="0FEEC83B" w14:textId="25CD4A99" w:rsidR="000C4CB5" w:rsidRPr="0025334A" w:rsidRDefault="004E746A">
      <w:pPr>
        <w:spacing w:after="50" w:line="247" w:lineRule="auto"/>
      </w:pPr>
      <w:proofErr w:type="spellStart"/>
      <w:r w:rsidRPr="0025334A">
        <w:t>Verificarea</w:t>
      </w:r>
      <w:proofErr w:type="spellEnd"/>
      <w:r w:rsidRPr="0025334A">
        <w:t xml:space="preserve"> se </w:t>
      </w:r>
      <w:proofErr w:type="spellStart"/>
      <w:r w:rsidRPr="0025334A">
        <w:t>efectuează</w:t>
      </w:r>
      <w:proofErr w:type="spellEnd"/>
      <w:r w:rsidRPr="0025334A">
        <w:t xml:space="preserve"> </w:t>
      </w:r>
      <w:proofErr w:type="spellStart"/>
      <w:r w:rsidRPr="0025334A">
        <w:t>fără</w:t>
      </w:r>
      <w:proofErr w:type="spellEnd"/>
      <w:r w:rsidRPr="0025334A">
        <w:t xml:space="preserve"> a </w:t>
      </w:r>
      <w:proofErr w:type="spellStart"/>
      <w:r w:rsidRPr="0025334A">
        <w:t>întârzia</w:t>
      </w:r>
      <w:proofErr w:type="spellEnd"/>
      <w:r w:rsidRPr="0025334A">
        <w:t xml:space="preserve"> </w:t>
      </w:r>
      <w:proofErr w:type="spellStart"/>
      <w:r w:rsidRPr="0025334A">
        <w:t>nejustificat</w:t>
      </w:r>
      <w:proofErr w:type="spellEnd"/>
      <w:r w:rsidRPr="0025334A">
        <w:t xml:space="preserve"> </w:t>
      </w:r>
      <w:proofErr w:type="spellStart"/>
      <w:r w:rsidRPr="0025334A">
        <w:t>distribuirea</w:t>
      </w:r>
      <w:proofErr w:type="spellEnd"/>
      <w:r w:rsidRPr="0025334A">
        <w:t xml:space="preserve"> </w:t>
      </w:r>
      <w:proofErr w:type="spellStart"/>
      <w:r w:rsidRPr="0025334A">
        <w:t>hranei</w:t>
      </w:r>
      <w:proofErr w:type="spellEnd"/>
      <w:r w:rsidRPr="0025334A">
        <w:t xml:space="preserve">. </w:t>
      </w:r>
      <w:proofErr w:type="spellStart"/>
      <w:r w:rsidRPr="0025334A">
        <w:t>Centrul</w:t>
      </w:r>
      <w:proofErr w:type="spellEnd"/>
      <w:r w:rsidRPr="0025334A">
        <w:t xml:space="preserve"> </w:t>
      </w:r>
      <w:proofErr w:type="spellStart"/>
      <w:r w:rsidRPr="0025334A">
        <w:t>utiliza</w:t>
      </w:r>
      <w:proofErr w:type="spellEnd"/>
      <w:r w:rsidRPr="0025334A">
        <w:t xml:space="preserve"> un </w:t>
      </w:r>
      <w:proofErr w:type="spellStart"/>
      <w:r w:rsidRPr="0025334A">
        <w:t>cântar</w:t>
      </w:r>
      <w:proofErr w:type="spellEnd"/>
      <w:r w:rsidRPr="0025334A">
        <w:t xml:space="preserve"> </w:t>
      </w:r>
      <w:proofErr w:type="spellStart"/>
      <w:r w:rsidRPr="0025334A">
        <w:t>verificat</w:t>
      </w:r>
      <w:proofErr w:type="spellEnd"/>
      <w:r w:rsidRPr="0025334A">
        <w:t xml:space="preserve"> </w:t>
      </w:r>
      <w:proofErr w:type="spellStart"/>
      <w:r w:rsidRPr="0025334A">
        <w:t>metrologic</w:t>
      </w:r>
      <w:proofErr w:type="spellEnd"/>
      <w:r w:rsidRPr="0025334A">
        <w:t xml:space="preserve"> </w:t>
      </w:r>
      <w:proofErr w:type="spellStart"/>
      <w:r w:rsidRPr="0025334A">
        <w:t>și</w:t>
      </w:r>
      <w:proofErr w:type="spellEnd"/>
      <w:r w:rsidRPr="0025334A">
        <w:t xml:space="preserve"> un </w:t>
      </w:r>
      <w:proofErr w:type="spellStart"/>
      <w:r w:rsidRPr="0025334A">
        <w:t>termometru</w:t>
      </w:r>
      <w:proofErr w:type="spellEnd"/>
      <w:r w:rsidRPr="0025334A">
        <w:t xml:space="preserve"> </w:t>
      </w:r>
      <w:proofErr w:type="spellStart"/>
      <w:r w:rsidRPr="0025334A">
        <w:t>alimentar</w:t>
      </w:r>
      <w:proofErr w:type="spellEnd"/>
      <w:r w:rsidRPr="0025334A">
        <w:t xml:space="preserve"> </w:t>
      </w:r>
      <w:proofErr w:type="spellStart"/>
      <w:r w:rsidRPr="0025334A">
        <w:t>propriu</w:t>
      </w:r>
      <w:proofErr w:type="spellEnd"/>
      <w:r w:rsidRPr="0025334A">
        <w:t xml:space="preserve"> </w:t>
      </w:r>
      <w:proofErr w:type="spellStart"/>
      <w:r w:rsidRPr="0025334A">
        <w:t>sau</w:t>
      </w:r>
      <w:proofErr w:type="spellEnd"/>
      <w:r w:rsidRPr="0025334A">
        <w:t xml:space="preserve"> </w:t>
      </w:r>
      <w:proofErr w:type="spellStart"/>
      <w:r w:rsidRPr="0025334A">
        <w:t>poate</w:t>
      </w:r>
      <w:proofErr w:type="spellEnd"/>
      <w:r w:rsidRPr="0025334A">
        <w:t xml:space="preserve"> </w:t>
      </w:r>
      <w:proofErr w:type="spellStart"/>
      <w:r w:rsidRPr="0025334A">
        <w:t>verifica</w:t>
      </w:r>
      <w:proofErr w:type="spellEnd"/>
      <w:r w:rsidRPr="0025334A">
        <w:t xml:space="preserve"> </w:t>
      </w:r>
      <w:proofErr w:type="spellStart"/>
      <w:r w:rsidRPr="0025334A">
        <w:t>valorile</w:t>
      </w:r>
      <w:proofErr w:type="spellEnd"/>
      <w:r w:rsidRPr="0025334A">
        <w:t xml:space="preserve"> cu </w:t>
      </w:r>
      <w:proofErr w:type="spellStart"/>
      <w:r w:rsidRPr="0025334A">
        <w:t>echipamentele</w:t>
      </w:r>
      <w:proofErr w:type="spellEnd"/>
      <w:r w:rsidRPr="0025334A">
        <w:t xml:space="preserve"> </w:t>
      </w:r>
      <w:proofErr w:type="spellStart"/>
      <w:r w:rsidRPr="0025334A">
        <w:t>puse</w:t>
      </w:r>
      <w:proofErr w:type="spellEnd"/>
      <w:r w:rsidRPr="0025334A">
        <w:t xml:space="preserve"> la </w:t>
      </w:r>
      <w:proofErr w:type="spellStart"/>
      <w:r w:rsidRPr="0025334A">
        <w:t>dispoziție</w:t>
      </w:r>
      <w:proofErr w:type="spellEnd"/>
      <w:r w:rsidRPr="0025334A">
        <w:t xml:space="preserve"> de </w:t>
      </w:r>
      <w:proofErr w:type="spellStart"/>
      <w:r w:rsidRPr="0025334A">
        <w:t>Prestator</w:t>
      </w:r>
      <w:proofErr w:type="spellEnd"/>
      <w:r w:rsidRPr="0025334A">
        <w:t>.</w:t>
      </w:r>
    </w:p>
    <w:p w14:paraId="56842E7D" w14:textId="77777777" w:rsidR="000C4CB5" w:rsidRPr="0025334A" w:rsidRDefault="004E746A">
      <w:pPr>
        <w:spacing w:after="50" w:line="247" w:lineRule="auto"/>
        <w:ind w:left="283" w:hanging="283"/>
      </w:pPr>
      <w:r w:rsidRPr="0025334A">
        <w:rPr>
          <w:b/>
        </w:rPr>
        <w:t xml:space="preserve">a) </w:t>
      </w:r>
      <w:proofErr w:type="spellStart"/>
      <w:r w:rsidRPr="0025334A">
        <w:t>numărul</w:t>
      </w:r>
      <w:proofErr w:type="spellEnd"/>
      <w:r w:rsidRPr="0025334A">
        <w:t xml:space="preserve"> de </w:t>
      </w:r>
      <w:proofErr w:type="spellStart"/>
      <w:r w:rsidRPr="0025334A">
        <w:t>porții</w:t>
      </w:r>
      <w:proofErr w:type="spellEnd"/>
      <w:r w:rsidRPr="0025334A">
        <w:t xml:space="preserve"> </w:t>
      </w:r>
      <w:proofErr w:type="spellStart"/>
      <w:r w:rsidRPr="0025334A">
        <w:t>și</w:t>
      </w:r>
      <w:proofErr w:type="spellEnd"/>
      <w:r w:rsidRPr="0025334A">
        <w:t xml:space="preserve"> </w:t>
      </w:r>
      <w:proofErr w:type="spellStart"/>
      <w:r w:rsidRPr="0025334A">
        <w:t>corespondența</w:t>
      </w:r>
      <w:proofErr w:type="spellEnd"/>
      <w:r w:rsidRPr="0025334A">
        <w:t xml:space="preserve"> cu </w:t>
      </w:r>
      <w:proofErr w:type="spellStart"/>
      <w:r w:rsidRPr="0025334A">
        <w:t>comanda</w:t>
      </w:r>
      <w:proofErr w:type="spellEnd"/>
      <w:r w:rsidRPr="0025334A">
        <w:t>;</w:t>
      </w:r>
    </w:p>
    <w:p w14:paraId="27F84DF3" w14:textId="77777777" w:rsidR="000C4CB5" w:rsidRPr="0025334A" w:rsidRDefault="004E746A">
      <w:pPr>
        <w:spacing w:after="50" w:line="247" w:lineRule="auto"/>
        <w:ind w:left="283" w:hanging="283"/>
      </w:pPr>
      <w:r w:rsidRPr="0025334A">
        <w:rPr>
          <w:b/>
        </w:rPr>
        <w:t xml:space="preserve">b) </w:t>
      </w:r>
      <w:proofErr w:type="spellStart"/>
      <w:r w:rsidRPr="0025334A">
        <w:t>meniul</w:t>
      </w:r>
      <w:proofErr w:type="spellEnd"/>
      <w:r w:rsidRPr="0025334A">
        <w:t xml:space="preserve">, </w:t>
      </w:r>
      <w:proofErr w:type="spellStart"/>
      <w:r w:rsidRPr="0025334A">
        <w:t>regimul</w:t>
      </w:r>
      <w:proofErr w:type="spellEnd"/>
      <w:r w:rsidRPr="0025334A">
        <w:t xml:space="preserve">, </w:t>
      </w:r>
      <w:proofErr w:type="spellStart"/>
      <w:r w:rsidRPr="0025334A">
        <w:t>textura</w:t>
      </w:r>
      <w:proofErr w:type="spellEnd"/>
      <w:r w:rsidRPr="0025334A">
        <w:t xml:space="preserve"> </w:t>
      </w:r>
      <w:proofErr w:type="spellStart"/>
      <w:r w:rsidRPr="0025334A">
        <w:t>și</w:t>
      </w:r>
      <w:proofErr w:type="spellEnd"/>
      <w:r w:rsidRPr="0025334A">
        <w:t xml:space="preserve"> </w:t>
      </w:r>
      <w:proofErr w:type="spellStart"/>
      <w:r w:rsidRPr="0025334A">
        <w:t>identificarea</w:t>
      </w:r>
      <w:proofErr w:type="spellEnd"/>
      <w:r w:rsidRPr="0025334A">
        <w:t xml:space="preserve"> </w:t>
      </w:r>
      <w:proofErr w:type="spellStart"/>
      <w:r w:rsidRPr="0025334A">
        <w:t>corectă</w:t>
      </w:r>
      <w:proofErr w:type="spellEnd"/>
      <w:r w:rsidRPr="0025334A">
        <w:t xml:space="preserve"> a </w:t>
      </w:r>
      <w:proofErr w:type="spellStart"/>
      <w:r w:rsidRPr="0025334A">
        <w:t>porțiilor</w:t>
      </w:r>
      <w:proofErr w:type="spellEnd"/>
      <w:r w:rsidRPr="0025334A">
        <w:t xml:space="preserve"> </w:t>
      </w:r>
      <w:proofErr w:type="spellStart"/>
      <w:r w:rsidRPr="0025334A">
        <w:t>speciale</w:t>
      </w:r>
      <w:proofErr w:type="spellEnd"/>
      <w:r w:rsidRPr="0025334A">
        <w:t>;</w:t>
      </w:r>
    </w:p>
    <w:p w14:paraId="7BD32343" w14:textId="77777777" w:rsidR="000C4CB5" w:rsidRPr="0025334A" w:rsidRDefault="004E746A">
      <w:pPr>
        <w:spacing w:after="50" w:line="247" w:lineRule="auto"/>
        <w:ind w:left="283" w:hanging="283"/>
      </w:pPr>
      <w:r w:rsidRPr="0025334A">
        <w:rPr>
          <w:b/>
        </w:rPr>
        <w:t xml:space="preserve">c) </w:t>
      </w:r>
      <w:proofErr w:type="spellStart"/>
      <w:r w:rsidRPr="0025334A">
        <w:t>gramajul</w:t>
      </w:r>
      <w:proofErr w:type="spellEnd"/>
      <w:r w:rsidRPr="0025334A">
        <w:t xml:space="preserve"> </w:t>
      </w:r>
      <w:proofErr w:type="spellStart"/>
      <w:r w:rsidRPr="0025334A">
        <w:t>prin</w:t>
      </w:r>
      <w:proofErr w:type="spellEnd"/>
      <w:r w:rsidRPr="0025334A">
        <w:t xml:space="preserve"> </w:t>
      </w:r>
      <w:proofErr w:type="spellStart"/>
      <w:r w:rsidRPr="0025334A">
        <w:t>verificări</w:t>
      </w:r>
      <w:proofErr w:type="spellEnd"/>
      <w:r w:rsidRPr="0025334A">
        <w:t xml:space="preserve"> selective </w:t>
      </w:r>
      <w:proofErr w:type="spellStart"/>
      <w:r w:rsidRPr="0025334A">
        <w:t>sau</w:t>
      </w:r>
      <w:proofErr w:type="spellEnd"/>
      <w:r w:rsidRPr="0025334A">
        <w:t xml:space="preserve"> </w:t>
      </w:r>
      <w:proofErr w:type="spellStart"/>
      <w:r w:rsidRPr="0025334A">
        <w:t>integrale</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w:t>
      </w:r>
    </w:p>
    <w:p w14:paraId="6DFCC62F" w14:textId="77777777" w:rsidR="000C4CB5" w:rsidRPr="0025334A" w:rsidRDefault="004E746A">
      <w:pPr>
        <w:spacing w:after="50" w:line="247" w:lineRule="auto"/>
        <w:ind w:left="283" w:hanging="283"/>
      </w:pPr>
      <w:r w:rsidRPr="0025334A">
        <w:rPr>
          <w:b/>
        </w:rPr>
        <w:t xml:space="preserve">d) </w:t>
      </w:r>
      <w:proofErr w:type="spellStart"/>
      <w:r w:rsidRPr="0025334A">
        <w:t>integritatea</w:t>
      </w:r>
      <w:proofErr w:type="spellEnd"/>
      <w:r w:rsidRPr="0025334A">
        <w:t xml:space="preserve"> </w:t>
      </w:r>
      <w:proofErr w:type="spellStart"/>
      <w:r w:rsidRPr="0025334A">
        <w:t>ambalajelor</w:t>
      </w:r>
      <w:proofErr w:type="spellEnd"/>
      <w:r w:rsidRPr="0025334A">
        <w:t xml:space="preserve"> </w:t>
      </w:r>
      <w:proofErr w:type="spellStart"/>
      <w:r w:rsidRPr="0025334A">
        <w:t>și</w:t>
      </w:r>
      <w:proofErr w:type="spellEnd"/>
      <w:r w:rsidRPr="0025334A">
        <w:t xml:space="preserve"> </w:t>
      </w:r>
      <w:proofErr w:type="spellStart"/>
      <w:r w:rsidRPr="0025334A">
        <w:t>etichetarea</w:t>
      </w:r>
      <w:proofErr w:type="spellEnd"/>
      <w:r w:rsidRPr="0025334A">
        <w:t>;</w:t>
      </w:r>
    </w:p>
    <w:p w14:paraId="154BFB3A" w14:textId="77777777" w:rsidR="000C4CB5" w:rsidRPr="0025334A" w:rsidRDefault="004E746A">
      <w:pPr>
        <w:spacing w:after="50" w:line="247" w:lineRule="auto"/>
        <w:ind w:left="283" w:hanging="283"/>
      </w:pPr>
      <w:r w:rsidRPr="0025334A">
        <w:rPr>
          <w:b/>
        </w:rPr>
        <w:t xml:space="preserve">e) </w:t>
      </w:r>
      <w:proofErr w:type="spellStart"/>
      <w:r w:rsidRPr="0025334A">
        <w:t>temperatura</w:t>
      </w:r>
      <w:proofErr w:type="spellEnd"/>
      <w:r w:rsidRPr="0025334A">
        <w:t xml:space="preserve"> </w:t>
      </w:r>
      <w:proofErr w:type="spellStart"/>
      <w:r w:rsidRPr="0025334A">
        <w:t>produselor</w:t>
      </w:r>
      <w:proofErr w:type="spellEnd"/>
      <w:r w:rsidRPr="0025334A">
        <w:t xml:space="preserve"> care </w:t>
      </w:r>
      <w:proofErr w:type="spellStart"/>
      <w:r w:rsidRPr="0025334A">
        <w:t>necesită</w:t>
      </w:r>
      <w:proofErr w:type="spellEnd"/>
      <w:r w:rsidRPr="0025334A">
        <w:t xml:space="preserve"> control </w:t>
      </w:r>
      <w:proofErr w:type="spellStart"/>
      <w:r w:rsidRPr="0025334A">
        <w:t>termic</w:t>
      </w:r>
      <w:proofErr w:type="spellEnd"/>
      <w:r w:rsidRPr="0025334A">
        <w:t>;</w:t>
      </w:r>
    </w:p>
    <w:p w14:paraId="1EF1A72E" w14:textId="022C98C3" w:rsidR="000C4CB5" w:rsidRPr="0025334A" w:rsidRDefault="004E746A">
      <w:pPr>
        <w:spacing w:after="50" w:line="247" w:lineRule="auto"/>
        <w:ind w:left="283" w:hanging="283"/>
      </w:pPr>
      <w:r w:rsidRPr="0025334A">
        <w:rPr>
          <w:b/>
        </w:rPr>
        <w:t xml:space="preserve">f) </w:t>
      </w:r>
      <w:proofErr w:type="spellStart"/>
      <w:r w:rsidRPr="0025334A">
        <w:t>aspectul</w:t>
      </w:r>
      <w:proofErr w:type="spellEnd"/>
      <w:r w:rsidRPr="0025334A">
        <w:t xml:space="preserve">, </w:t>
      </w:r>
      <w:proofErr w:type="spellStart"/>
      <w:r w:rsidRPr="0025334A">
        <w:t>mirosul</w:t>
      </w:r>
      <w:proofErr w:type="spellEnd"/>
      <w:r w:rsidRPr="0025334A">
        <w:t xml:space="preserve">, </w:t>
      </w:r>
      <w:r w:rsidR="00BE5687">
        <w:rPr>
          <w:color w:val="0000FF"/>
        </w:rPr>
        <w:t xml:space="preserve">gust, </w:t>
      </w:r>
      <w:proofErr w:type="spellStart"/>
      <w:r w:rsidR="00BE5687">
        <w:rPr>
          <w:color w:val="0000FF"/>
        </w:rPr>
        <w:t>culoare</w:t>
      </w:r>
      <w:proofErr w:type="spellEnd"/>
      <w:r w:rsidR="00BE5687">
        <w:rPr>
          <w:color w:val="0000FF"/>
        </w:rPr>
        <w:t>,</w:t>
      </w:r>
      <w:r w:rsidR="00BE5687" w:rsidRPr="0025334A">
        <w:t xml:space="preserve"> </w:t>
      </w:r>
      <w:proofErr w:type="spellStart"/>
      <w:r w:rsidRPr="0025334A">
        <w:t>consistența</w:t>
      </w:r>
      <w:proofErr w:type="spellEnd"/>
      <w:r w:rsidRPr="0025334A">
        <w:t xml:space="preserve"> </w:t>
      </w:r>
      <w:proofErr w:type="spellStart"/>
      <w:r w:rsidRPr="0025334A">
        <w:t>și</w:t>
      </w:r>
      <w:proofErr w:type="spellEnd"/>
      <w:r w:rsidRPr="0025334A">
        <w:t xml:space="preserve"> </w:t>
      </w:r>
      <w:proofErr w:type="spellStart"/>
      <w:r w:rsidRPr="0025334A">
        <w:t>alte</w:t>
      </w:r>
      <w:proofErr w:type="spellEnd"/>
      <w:r w:rsidRPr="0025334A">
        <w:t xml:space="preserve"> </w:t>
      </w:r>
      <w:proofErr w:type="spellStart"/>
      <w:r w:rsidRPr="0025334A">
        <w:t>caracteristici</w:t>
      </w:r>
      <w:proofErr w:type="spellEnd"/>
      <w:r w:rsidRPr="0025334A">
        <w:t xml:space="preserve"> </w:t>
      </w:r>
      <w:proofErr w:type="spellStart"/>
      <w:r w:rsidRPr="0025334A">
        <w:t>organoleptice</w:t>
      </w:r>
      <w:proofErr w:type="spellEnd"/>
      <w:r w:rsidRPr="0025334A">
        <w:t xml:space="preserve"> </w:t>
      </w:r>
      <w:proofErr w:type="spellStart"/>
      <w:r w:rsidRPr="0025334A">
        <w:t>relevante</w:t>
      </w:r>
      <w:proofErr w:type="spellEnd"/>
      <w:r w:rsidRPr="0025334A">
        <w:t>;</w:t>
      </w:r>
    </w:p>
    <w:p w14:paraId="37A751A6" w14:textId="77777777" w:rsidR="000C4CB5" w:rsidRPr="0025334A" w:rsidRDefault="004E746A">
      <w:pPr>
        <w:spacing w:after="50" w:line="247" w:lineRule="auto"/>
        <w:ind w:left="283" w:hanging="283"/>
      </w:pPr>
      <w:r w:rsidRPr="0025334A">
        <w:rPr>
          <w:b/>
        </w:rPr>
        <w:t xml:space="preserve">g) </w:t>
      </w:r>
      <w:proofErr w:type="spellStart"/>
      <w:r w:rsidRPr="0025334A">
        <w:t>existența</w:t>
      </w:r>
      <w:proofErr w:type="spellEnd"/>
      <w:r w:rsidRPr="0025334A">
        <w:t xml:space="preserve"> </w:t>
      </w:r>
      <w:proofErr w:type="spellStart"/>
      <w:r w:rsidRPr="0025334A">
        <w:t>documentelor</w:t>
      </w:r>
      <w:proofErr w:type="spellEnd"/>
      <w:r w:rsidRPr="0025334A">
        <w:t xml:space="preserve"> de </w:t>
      </w:r>
      <w:proofErr w:type="spellStart"/>
      <w:r w:rsidRPr="0025334A">
        <w:t>livrare</w:t>
      </w:r>
      <w:proofErr w:type="spellEnd"/>
      <w:r w:rsidRPr="0025334A">
        <w:t xml:space="preserve"> </w:t>
      </w:r>
      <w:proofErr w:type="spellStart"/>
      <w:r w:rsidRPr="0025334A">
        <w:t>și</w:t>
      </w:r>
      <w:proofErr w:type="spellEnd"/>
      <w:r w:rsidRPr="0025334A">
        <w:t xml:space="preserve"> a </w:t>
      </w:r>
      <w:proofErr w:type="spellStart"/>
      <w:r w:rsidRPr="0025334A">
        <w:t>informațiilor</w:t>
      </w:r>
      <w:proofErr w:type="spellEnd"/>
      <w:r w:rsidRPr="0025334A">
        <w:t xml:space="preserve"> </w:t>
      </w:r>
      <w:proofErr w:type="spellStart"/>
      <w:r w:rsidRPr="0025334A">
        <w:t>privind</w:t>
      </w:r>
      <w:proofErr w:type="spellEnd"/>
      <w:r w:rsidRPr="0025334A">
        <w:t xml:space="preserve"> </w:t>
      </w:r>
      <w:proofErr w:type="spellStart"/>
      <w:r w:rsidRPr="0025334A">
        <w:t>alergenii</w:t>
      </w:r>
      <w:proofErr w:type="spellEnd"/>
      <w:r w:rsidRPr="0025334A">
        <w:t>.</w:t>
      </w:r>
    </w:p>
    <w:p w14:paraId="777F4892" w14:textId="3551ADE8" w:rsidR="00E23360" w:rsidRDefault="00E23360" w:rsidP="0025334A">
      <w:pPr>
        <w:spacing w:after="50" w:line="247" w:lineRule="auto"/>
        <w:rPr>
          <w:lang w:val="ro-RO"/>
        </w:rPr>
      </w:pPr>
      <w:r w:rsidRPr="00E23360">
        <w:rPr>
          <w:lang w:val="ro-RO"/>
        </w:rPr>
        <w:t>Nu se va distribui hrana fara avizul personalului desemnat de șeful de centru</w:t>
      </w:r>
      <w:r>
        <w:rPr>
          <w:lang w:val="ro-RO"/>
        </w:rPr>
        <w:t>.</w:t>
      </w:r>
      <w:r w:rsidRPr="00E23360">
        <w:rPr>
          <w:lang w:val="ro-RO"/>
        </w:rPr>
        <w:t xml:space="preserve"> </w:t>
      </w:r>
    </w:p>
    <w:p w14:paraId="40C47837" w14:textId="77777777" w:rsidR="002D3144" w:rsidRDefault="002D3144" w:rsidP="002D3144">
      <w:pPr>
        <w:spacing w:after="50" w:line="247" w:lineRule="auto"/>
        <w:rPr>
          <w:lang w:val="fr-FR"/>
        </w:rPr>
      </w:pPr>
      <w:r w:rsidRPr="0025334A">
        <w:t xml:space="preserve">In </w:t>
      </w:r>
      <w:proofErr w:type="spellStart"/>
      <w:r w:rsidRPr="0025334A">
        <w:t>cazul</w:t>
      </w:r>
      <w:proofErr w:type="spellEnd"/>
      <w:r w:rsidRPr="0025334A">
        <w:t xml:space="preserve"> </w:t>
      </w:r>
      <w:proofErr w:type="spellStart"/>
      <w:r w:rsidRPr="0025334A">
        <w:t>constatarii</w:t>
      </w:r>
      <w:proofErr w:type="spellEnd"/>
      <w:r w:rsidRPr="0025334A">
        <w:t xml:space="preserve"> </w:t>
      </w:r>
      <w:proofErr w:type="spellStart"/>
      <w:r w:rsidRPr="0025334A">
        <w:t>unor</w:t>
      </w:r>
      <w:proofErr w:type="spellEnd"/>
      <w:r w:rsidRPr="0025334A">
        <w:t xml:space="preserve"> </w:t>
      </w:r>
      <w:proofErr w:type="spellStart"/>
      <w:r w:rsidRPr="0025334A">
        <w:t>deficiente</w:t>
      </w:r>
      <w:proofErr w:type="spellEnd"/>
      <w:r w:rsidRPr="0025334A">
        <w:t xml:space="preserve"> in </w:t>
      </w:r>
      <w:proofErr w:type="spellStart"/>
      <w:r w:rsidRPr="0025334A">
        <w:t>prestarea</w:t>
      </w:r>
      <w:proofErr w:type="spellEnd"/>
      <w:r w:rsidRPr="0025334A">
        <w:t xml:space="preserve"> </w:t>
      </w:r>
      <w:proofErr w:type="spellStart"/>
      <w:r w:rsidRPr="0025334A">
        <w:t>serviciilor</w:t>
      </w:r>
      <w:proofErr w:type="spellEnd"/>
      <w:r w:rsidRPr="0025334A">
        <w:t xml:space="preserve">, </w:t>
      </w:r>
      <w:proofErr w:type="spellStart"/>
      <w:r w:rsidRPr="0025334A">
        <w:t>acestea</w:t>
      </w:r>
      <w:proofErr w:type="spellEnd"/>
      <w:r w:rsidRPr="0025334A">
        <w:t xml:space="preserve"> se </w:t>
      </w:r>
      <w:proofErr w:type="spellStart"/>
      <w:r w:rsidRPr="0025334A">
        <w:t>comunica</w:t>
      </w:r>
      <w:proofErr w:type="spellEnd"/>
      <w:r w:rsidRPr="0025334A">
        <w:t xml:space="preserve"> </w:t>
      </w:r>
      <w:proofErr w:type="spellStart"/>
      <w:r w:rsidRPr="0025334A">
        <w:t>imediat</w:t>
      </w:r>
      <w:proofErr w:type="spellEnd"/>
      <w:r w:rsidRPr="0025334A">
        <w:t xml:space="preserve">, in </w:t>
      </w:r>
      <w:proofErr w:type="spellStart"/>
      <w:r w:rsidRPr="0025334A">
        <w:t>scris</w:t>
      </w:r>
      <w:proofErr w:type="spellEnd"/>
      <w:r w:rsidRPr="0025334A">
        <w:t xml:space="preserve">, </w:t>
      </w:r>
      <w:proofErr w:type="spellStart"/>
      <w:r w:rsidRPr="0025334A">
        <w:t>prestatorului</w:t>
      </w:r>
      <w:proofErr w:type="spellEnd"/>
      <w:r w:rsidRPr="0025334A">
        <w:t>.</w:t>
      </w:r>
      <w:r w:rsidRPr="0025334A">
        <w:rPr>
          <w:rFonts w:cs="Times New Roman"/>
          <w:szCs w:val="24"/>
          <w:lang w:val="fr-FR"/>
        </w:rPr>
        <w:t xml:space="preserve"> </w:t>
      </w:r>
      <w:proofErr w:type="spellStart"/>
      <w:r w:rsidRPr="0025334A">
        <w:rPr>
          <w:lang w:val="fr-FR"/>
        </w:rPr>
        <w:t>Prestatorul</w:t>
      </w:r>
      <w:proofErr w:type="spellEnd"/>
      <w:r w:rsidRPr="0025334A">
        <w:rPr>
          <w:lang w:val="fr-FR"/>
        </w:rPr>
        <w:t xml:space="preserve"> are </w:t>
      </w:r>
      <w:proofErr w:type="spellStart"/>
      <w:r w:rsidRPr="0025334A">
        <w:rPr>
          <w:lang w:val="fr-FR"/>
        </w:rPr>
        <w:t>obligatia</w:t>
      </w:r>
      <w:proofErr w:type="spellEnd"/>
      <w:r w:rsidRPr="0025334A">
        <w:rPr>
          <w:lang w:val="fr-FR"/>
        </w:rPr>
        <w:t xml:space="preserve"> de a </w:t>
      </w:r>
      <w:proofErr w:type="spellStart"/>
      <w:r w:rsidRPr="0025334A">
        <w:rPr>
          <w:lang w:val="fr-FR"/>
        </w:rPr>
        <w:t>remedia</w:t>
      </w:r>
      <w:proofErr w:type="spellEnd"/>
      <w:r w:rsidRPr="0025334A">
        <w:rPr>
          <w:lang w:val="fr-FR"/>
        </w:rPr>
        <w:t xml:space="preserve"> </w:t>
      </w:r>
      <w:proofErr w:type="spellStart"/>
      <w:r w:rsidRPr="0025334A">
        <w:rPr>
          <w:lang w:val="fr-FR"/>
        </w:rPr>
        <w:t>deficientele</w:t>
      </w:r>
      <w:proofErr w:type="spellEnd"/>
      <w:r w:rsidRPr="0025334A">
        <w:rPr>
          <w:lang w:val="fr-FR"/>
        </w:rPr>
        <w:t xml:space="preserve"> </w:t>
      </w:r>
      <w:proofErr w:type="spellStart"/>
      <w:r w:rsidRPr="0025334A">
        <w:rPr>
          <w:lang w:val="fr-FR"/>
        </w:rPr>
        <w:t>constatate</w:t>
      </w:r>
      <w:proofErr w:type="spellEnd"/>
      <w:r w:rsidRPr="0025334A">
        <w:rPr>
          <w:lang w:val="fr-FR"/>
        </w:rPr>
        <w:t xml:space="preserve"> de </w:t>
      </w:r>
      <w:proofErr w:type="spellStart"/>
      <w:r w:rsidRPr="0025334A">
        <w:rPr>
          <w:lang w:val="fr-FR"/>
        </w:rPr>
        <w:t>catre</w:t>
      </w:r>
      <w:proofErr w:type="spellEnd"/>
      <w:r w:rsidRPr="0025334A">
        <w:rPr>
          <w:lang w:val="fr-FR"/>
        </w:rPr>
        <w:t xml:space="preserve"> </w:t>
      </w:r>
      <w:proofErr w:type="spellStart"/>
      <w:r w:rsidRPr="0025334A">
        <w:rPr>
          <w:lang w:val="fr-FR"/>
        </w:rPr>
        <w:t>autoritatea</w:t>
      </w:r>
      <w:proofErr w:type="spellEnd"/>
      <w:r w:rsidRPr="0025334A">
        <w:rPr>
          <w:lang w:val="fr-FR"/>
        </w:rPr>
        <w:t xml:space="preserve"> </w:t>
      </w:r>
      <w:proofErr w:type="spellStart"/>
      <w:r w:rsidRPr="0025334A">
        <w:rPr>
          <w:lang w:val="fr-FR"/>
        </w:rPr>
        <w:t>contractanta</w:t>
      </w:r>
      <w:proofErr w:type="spellEnd"/>
      <w:r w:rsidRPr="0025334A">
        <w:rPr>
          <w:lang w:val="fr-FR"/>
        </w:rPr>
        <w:t xml:space="preserve"> </w:t>
      </w:r>
      <w:proofErr w:type="spellStart"/>
      <w:r w:rsidRPr="0025334A">
        <w:rPr>
          <w:lang w:val="fr-FR"/>
        </w:rPr>
        <w:t>sau</w:t>
      </w:r>
      <w:proofErr w:type="spellEnd"/>
      <w:r w:rsidRPr="0025334A">
        <w:rPr>
          <w:lang w:val="fr-FR"/>
        </w:rPr>
        <w:t xml:space="preserve"> de </w:t>
      </w:r>
      <w:proofErr w:type="spellStart"/>
      <w:r w:rsidRPr="0025334A">
        <w:rPr>
          <w:lang w:val="fr-FR"/>
        </w:rPr>
        <w:t>catre</w:t>
      </w:r>
      <w:proofErr w:type="spellEnd"/>
      <w:r w:rsidRPr="0025334A">
        <w:rPr>
          <w:lang w:val="fr-FR"/>
        </w:rPr>
        <w:t xml:space="preserve"> un </w:t>
      </w:r>
      <w:proofErr w:type="spellStart"/>
      <w:r w:rsidRPr="0025334A">
        <w:rPr>
          <w:lang w:val="fr-FR"/>
        </w:rPr>
        <w:t>reprezentant</w:t>
      </w:r>
      <w:proofErr w:type="spellEnd"/>
      <w:r w:rsidRPr="0025334A">
        <w:rPr>
          <w:lang w:val="fr-FR"/>
        </w:rPr>
        <w:t xml:space="preserve"> al </w:t>
      </w:r>
      <w:proofErr w:type="spellStart"/>
      <w:r w:rsidRPr="0025334A">
        <w:rPr>
          <w:lang w:val="fr-FR"/>
        </w:rPr>
        <w:t>esalonului</w:t>
      </w:r>
      <w:proofErr w:type="spellEnd"/>
      <w:r w:rsidRPr="0025334A">
        <w:rPr>
          <w:lang w:val="fr-FR"/>
        </w:rPr>
        <w:t xml:space="preserve"> </w:t>
      </w:r>
      <w:proofErr w:type="spellStart"/>
      <w:r w:rsidRPr="0025334A">
        <w:rPr>
          <w:lang w:val="fr-FR"/>
        </w:rPr>
        <w:t>superior</w:t>
      </w:r>
      <w:proofErr w:type="spellEnd"/>
      <w:r w:rsidRPr="0025334A">
        <w:rPr>
          <w:lang w:val="fr-FR"/>
        </w:rPr>
        <w:t xml:space="preserve"> al </w:t>
      </w:r>
      <w:proofErr w:type="spellStart"/>
      <w:r w:rsidRPr="0025334A">
        <w:rPr>
          <w:lang w:val="fr-FR"/>
        </w:rPr>
        <w:t>acesteia</w:t>
      </w:r>
      <w:proofErr w:type="spellEnd"/>
      <w:r w:rsidRPr="0025334A">
        <w:rPr>
          <w:lang w:val="fr-FR"/>
        </w:rPr>
        <w:t xml:space="preserve"> </w:t>
      </w:r>
      <w:r w:rsidRPr="0025334A">
        <w:rPr>
          <w:b/>
          <w:lang w:val="fr-FR"/>
        </w:rPr>
        <w:t xml:space="preserve">in </w:t>
      </w:r>
      <w:proofErr w:type="spellStart"/>
      <w:r w:rsidRPr="0025334A">
        <w:rPr>
          <w:b/>
          <w:lang w:val="fr-FR"/>
        </w:rPr>
        <w:t>termen</w:t>
      </w:r>
      <w:proofErr w:type="spellEnd"/>
      <w:r w:rsidRPr="0025334A">
        <w:rPr>
          <w:b/>
          <w:lang w:val="fr-FR"/>
        </w:rPr>
        <w:t xml:space="preserve"> de 2 </w:t>
      </w:r>
      <w:proofErr w:type="spellStart"/>
      <w:r w:rsidRPr="0025334A">
        <w:rPr>
          <w:b/>
          <w:lang w:val="fr-FR"/>
        </w:rPr>
        <w:t>zile</w:t>
      </w:r>
      <w:proofErr w:type="spellEnd"/>
      <w:r w:rsidRPr="0025334A">
        <w:rPr>
          <w:b/>
          <w:lang w:val="fr-FR"/>
        </w:rPr>
        <w:t xml:space="preserve">, </w:t>
      </w:r>
      <w:proofErr w:type="spellStart"/>
      <w:r w:rsidRPr="0025334A">
        <w:rPr>
          <w:lang w:val="fr-FR"/>
        </w:rPr>
        <w:t>iar</w:t>
      </w:r>
      <w:proofErr w:type="spellEnd"/>
      <w:r w:rsidRPr="0025334A">
        <w:rPr>
          <w:b/>
          <w:lang w:val="fr-FR"/>
        </w:rPr>
        <w:t xml:space="preserve"> </w:t>
      </w:r>
      <w:proofErr w:type="spellStart"/>
      <w:r w:rsidRPr="0025334A">
        <w:rPr>
          <w:b/>
          <w:lang w:val="fr-FR"/>
        </w:rPr>
        <w:t>inlocuirea</w:t>
      </w:r>
      <w:proofErr w:type="spellEnd"/>
      <w:r w:rsidRPr="0025334A">
        <w:rPr>
          <w:b/>
          <w:lang w:val="fr-FR"/>
        </w:rPr>
        <w:t xml:space="preserve"> </w:t>
      </w:r>
      <w:proofErr w:type="spellStart"/>
      <w:r w:rsidRPr="0025334A">
        <w:rPr>
          <w:b/>
          <w:lang w:val="fr-FR"/>
        </w:rPr>
        <w:t>alimentelor</w:t>
      </w:r>
      <w:proofErr w:type="spellEnd"/>
      <w:r w:rsidRPr="0025334A">
        <w:rPr>
          <w:b/>
          <w:lang w:val="fr-FR"/>
        </w:rPr>
        <w:t xml:space="preserve"> </w:t>
      </w:r>
      <w:proofErr w:type="spellStart"/>
      <w:r w:rsidRPr="0025334A">
        <w:rPr>
          <w:b/>
          <w:lang w:val="fr-FR"/>
        </w:rPr>
        <w:t>necorespunzatoare</w:t>
      </w:r>
      <w:proofErr w:type="spellEnd"/>
      <w:r w:rsidRPr="0025334A">
        <w:rPr>
          <w:b/>
          <w:lang w:val="fr-FR"/>
        </w:rPr>
        <w:t xml:space="preserve"> se va face in </w:t>
      </w:r>
      <w:proofErr w:type="spellStart"/>
      <w:r w:rsidRPr="0025334A">
        <w:rPr>
          <w:b/>
          <w:lang w:val="fr-FR"/>
        </w:rPr>
        <w:t>termen</w:t>
      </w:r>
      <w:proofErr w:type="spellEnd"/>
      <w:r w:rsidRPr="0025334A">
        <w:rPr>
          <w:b/>
          <w:lang w:val="fr-FR"/>
        </w:rPr>
        <w:t xml:space="preserve"> de 2 ore</w:t>
      </w:r>
      <w:r w:rsidRPr="0025334A">
        <w:rPr>
          <w:lang w:val="fr-FR"/>
        </w:rPr>
        <w:t xml:space="preserve">. In </w:t>
      </w:r>
      <w:proofErr w:type="spellStart"/>
      <w:r w:rsidRPr="0025334A">
        <w:rPr>
          <w:lang w:val="fr-FR"/>
        </w:rPr>
        <w:t>cazul</w:t>
      </w:r>
      <w:proofErr w:type="spellEnd"/>
      <w:r w:rsidRPr="0025334A">
        <w:rPr>
          <w:lang w:val="fr-FR"/>
        </w:rPr>
        <w:t xml:space="preserve"> in care </w:t>
      </w:r>
      <w:proofErr w:type="spellStart"/>
      <w:r w:rsidRPr="0025334A">
        <w:rPr>
          <w:lang w:val="fr-FR"/>
        </w:rPr>
        <w:t>deficientele</w:t>
      </w:r>
      <w:proofErr w:type="spellEnd"/>
      <w:r w:rsidRPr="0025334A">
        <w:rPr>
          <w:lang w:val="fr-FR"/>
        </w:rPr>
        <w:t xml:space="preserve"> </w:t>
      </w:r>
      <w:proofErr w:type="spellStart"/>
      <w:r w:rsidRPr="0025334A">
        <w:rPr>
          <w:lang w:val="fr-FR"/>
        </w:rPr>
        <w:t>constatate</w:t>
      </w:r>
      <w:proofErr w:type="spellEnd"/>
      <w:r w:rsidRPr="0025334A">
        <w:rPr>
          <w:lang w:val="fr-FR"/>
        </w:rPr>
        <w:t xml:space="preserve"> nu </w:t>
      </w:r>
      <w:proofErr w:type="spellStart"/>
      <w:r w:rsidRPr="0025334A">
        <w:rPr>
          <w:lang w:val="fr-FR"/>
        </w:rPr>
        <w:t>sunt</w:t>
      </w:r>
      <w:proofErr w:type="spellEnd"/>
      <w:r w:rsidRPr="0025334A">
        <w:rPr>
          <w:lang w:val="fr-FR"/>
        </w:rPr>
        <w:t xml:space="preserve"> </w:t>
      </w:r>
      <w:proofErr w:type="spellStart"/>
      <w:r w:rsidRPr="0025334A">
        <w:rPr>
          <w:lang w:val="fr-FR"/>
        </w:rPr>
        <w:t>remediate</w:t>
      </w:r>
      <w:proofErr w:type="spellEnd"/>
      <w:r w:rsidRPr="0025334A">
        <w:rPr>
          <w:lang w:val="fr-FR"/>
        </w:rPr>
        <w:t xml:space="preserve"> in </w:t>
      </w:r>
      <w:proofErr w:type="spellStart"/>
      <w:r w:rsidRPr="0025334A">
        <w:rPr>
          <w:lang w:val="fr-FR"/>
        </w:rPr>
        <w:t>termenul</w:t>
      </w:r>
      <w:proofErr w:type="spellEnd"/>
      <w:r w:rsidRPr="0025334A">
        <w:rPr>
          <w:lang w:val="fr-FR"/>
        </w:rPr>
        <w:t xml:space="preserve"> </w:t>
      </w:r>
      <w:proofErr w:type="spellStart"/>
      <w:r w:rsidRPr="0025334A">
        <w:rPr>
          <w:lang w:val="fr-FR"/>
        </w:rPr>
        <w:t>stabilit</w:t>
      </w:r>
      <w:proofErr w:type="spellEnd"/>
      <w:r w:rsidRPr="0025334A">
        <w:rPr>
          <w:lang w:val="fr-FR"/>
        </w:rPr>
        <w:t xml:space="preserve"> se va </w:t>
      </w:r>
      <w:proofErr w:type="spellStart"/>
      <w:r w:rsidRPr="0025334A">
        <w:rPr>
          <w:lang w:val="fr-FR"/>
        </w:rPr>
        <w:t>declansa</w:t>
      </w:r>
      <w:proofErr w:type="spellEnd"/>
      <w:r w:rsidRPr="0025334A">
        <w:rPr>
          <w:lang w:val="fr-FR"/>
        </w:rPr>
        <w:t xml:space="preserve"> </w:t>
      </w:r>
      <w:proofErr w:type="spellStart"/>
      <w:r w:rsidRPr="0025334A">
        <w:rPr>
          <w:lang w:val="fr-FR"/>
        </w:rPr>
        <w:t>procedura</w:t>
      </w:r>
      <w:proofErr w:type="spellEnd"/>
      <w:r w:rsidRPr="0025334A">
        <w:rPr>
          <w:lang w:val="fr-FR"/>
        </w:rPr>
        <w:t xml:space="preserve"> de </w:t>
      </w:r>
      <w:proofErr w:type="spellStart"/>
      <w:r w:rsidRPr="0025334A">
        <w:rPr>
          <w:lang w:val="fr-FR"/>
        </w:rPr>
        <w:t>reziliere</w:t>
      </w:r>
      <w:proofErr w:type="spellEnd"/>
      <w:r w:rsidRPr="0025334A">
        <w:rPr>
          <w:lang w:val="fr-FR"/>
        </w:rPr>
        <w:t xml:space="preserve"> a </w:t>
      </w:r>
      <w:proofErr w:type="spellStart"/>
      <w:r w:rsidRPr="0025334A">
        <w:rPr>
          <w:lang w:val="fr-FR"/>
        </w:rPr>
        <w:t>contractului</w:t>
      </w:r>
      <w:proofErr w:type="spellEnd"/>
      <w:r w:rsidRPr="0025334A">
        <w:rPr>
          <w:lang w:val="fr-FR"/>
        </w:rPr>
        <w:t xml:space="preserve">, </w:t>
      </w:r>
      <w:proofErr w:type="spellStart"/>
      <w:r w:rsidRPr="0025334A">
        <w:rPr>
          <w:lang w:val="fr-FR"/>
        </w:rPr>
        <w:t>cu</w:t>
      </w:r>
      <w:proofErr w:type="spellEnd"/>
      <w:r w:rsidRPr="0025334A">
        <w:rPr>
          <w:lang w:val="fr-FR"/>
        </w:rPr>
        <w:t xml:space="preserve"> </w:t>
      </w:r>
      <w:proofErr w:type="spellStart"/>
      <w:r w:rsidRPr="0025334A">
        <w:rPr>
          <w:lang w:val="fr-FR"/>
        </w:rPr>
        <w:t>toate</w:t>
      </w:r>
      <w:proofErr w:type="spellEnd"/>
      <w:r w:rsidRPr="0025334A">
        <w:rPr>
          <w:lang w:val="fr-FR"/>
        </w:rPr>
        <w:t xml:space="preserve"> </w:t>
      </w:r>
      <w:proofErr w:type="spellStart"/>
      <w:r w:rsidRPr="0025334A">
        <w:rPr>
          <w:lang w:val="fr-FR"/>
        </w:rPr>
        <w:t>consecintele</w:t>
      </w:r>
      <w:proofErr w:type="spellEnd"/>
      <w:r w:rsidRPr="0025334A">
        <w:rPr>
          <w:lang w:val="fr-FR"/>
        </w:rPr>
        <w:t xml:space="preserve"> ce </w:t>
      </w:r>
      <w:proofErr w:type="spellStart"/>
      <w:r w:rsidRPr="0025334A">
        <w:rPr>
          <w:lang w:val="fr-FR"/>
        </w:rPr>
        <w:t>decurg</w:t>
      </w:r>
      <w:proofErr w:type="spellEnd"/>
      <w:r w:rsidRPr="0025334A">
        <w:rPr>
          <w:lang w:val="fr-FR"/>
        </w:rPr>
        <w:t xml:space="preserve"> </w:t>
      </w:r>
      <w:proofErr w:type="spellStart"/>
      <w:r w:rsidRPr="0025334A">
        <w:rPr>
          <w:lang w:val="fr-FR"/>
        </w:rPr>
        <w:t>din</w:t>
      </w:r>
      <w:proofErr w:type="spellEnd"/>
      <w:r w:rsidRPr="0025334A">
        <w:rPr>
          <w:lang w:val="fr-FR"/>
        </w:rPr>
        <w:t xml:space="preserve"> </w:t>
      </w:r>
      <w:proofErr w:type="spellStart"/>
      <w:r w:rsidRPr="0025334A">
        <w:rPr>
          <w:lang w:val="fr-FR"/>
        </w:rPr>
        <w:t>aceasta</w:t>
      </w:r>
      <w:proofErr w:type="spellEnd"/>
      <w:r w:rsidRPr="0025334A">
        <w:rPr>
          <w:lang w:val="fr-FR"/>
        </w:rPr>
        <w:t>.</w:t>
      </w:r>
    </w:p>
    <w:p w14:paraId="3500688B" w14:textId="65138165" w:rsidR="002D3144" w:rsidRDefault="0025334A" w:rsidP="002D3144">
      <w:pPr>
        <w:pStyle w:val="ListParagraph"/>
        <w:numPr>
          <w:ilvl w:val="0"/>
          <w:numId w:val="33"/>
        </w:numPr>
        <w:spacing w:after="50" w:line="247" w:lineRule="auto"/>
      </w:pPr>
      <w:proofErr w:type="spellStart"/>
      <w:r w:rsidRPr="0025334A">
        <w:t>Livrarea</w:t>
      </w:r>
      <w:proofErr w:type="spellEnd"/>
      <w:r w:rsidRPr="0025334A">
        <w:t xml:space="preserve"> </w:t>
      </w:r>
      <w:proofErr w:type="spellStart"/>
      <w:r w:rsidRPr="0025334A">
        <w:t>conformă</w:t>
      </w:r>
      <w:proofErr w:type="spellEnd"/>
      <w:r w:rsidRPr="0025334A">
        <w:t xml:space="preserve"> se </w:t>
      </w:r>
      <w:proofErr w:type="spellStart"/>
      <w:r w:rsidRPr="0025334A">
        <w:t>acceptă</w:t>
      </w:r>
      <w:proofErr w:type="spellEnd"/>
      <w:r w:rsidRPr="0025334A">
        <w:t xml:space="preserve"> integral. </w:t>
      </w:r>
    </w:p>
    <w:p w14:paraId="551F1DCB" w14:textId="4197B045" w:rsidR="0025334A" w:rsidRPr="0025334A" w:rsidRDefault="0025334A" w:rsidP="002D3144">
      <w:pPr>
        <w:pStyle w:val="ListParagraph"/>
        <w:numPr>
          <w:ilvl w:val="0"/>
          <w:numId w:val="33"/>
        </w:numPr>
        <w:spacing w:after="50" w:line="247" w:lineRule="auto"/>
      </w:pP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unei</w:t>
      </w:r>
      <w:proofErr w:type="spellEnd"/>
      <w:r w:rsidRPr="0025334A">
        <w:t xml:space="preserve"> </w:t>
      </w:r>
      <w:proofErr w:type="spellStart"/>
      <w:r w:rsidRPr="0025334A">
        <w:t>neconformități</w:t>
      </w:r>
      <w:proofErr w:type="spellEnd"/>
      <w:r w:rsidRPr="0025334A">
        <w:t xml:space="preserve"> </w:t>
      </w:r>
      <w:proofErr w:type="spellStart"/>
      <w:r w:rsidRPr="0025334A">
        <w:t>parțiale</w:t>
      </w:r>
      <w:proofErr w:type="spellEnd"/>
      <w:r w:rsidRPr="0025334A">
        <w:t xml:space="preserve">, </w:t>
      </w:r>
      <w:proofErr w:type="spellStart"/>
      <w:r w:rsidRPr="0025334A">
        <w:t>centrul</w:t>
      </w:r>
      <w:proofErr w:type="spellEnd"/>
      <w:r w:rsidRPr="0025334A">
        <w:t xml:space="preserve"> </w:t>
      </w:r>
      <w:proofErr w:type="spellStart"/>
      <w:r w:rsidRPr="0025334A">
        <w:t>acceptă</w:t>
      </w:r>
      <w:proofErr w:type="spellEnd"/>
      <w:r w:rsidRPr="0025334A">
        <w:t xml:space="preserve"> </w:t>
      </w:r>
      <w:proofErr w:type="spellStart"/>
      <w:r w:rsidRPr="0025334A">
        <w:t>partea</w:t>
      </w:r>
      <w:proofErr w:type="spellEnd"/>
      <w:r w:rsidRPr="0025334A">
        <w:t xml:space="preserve"> </w:t>
      </w:r>
      <w:proofErr w:type="spellStart"/>
      <w:r w:rsidRPr="0025334A">
        <w:t>conformă</w:t>
      </w:r>
      <w:proofErr w:type="spellEnd"/>
      <w:r w:rsidRPr="0025334A">
        <w:t xml:space="preserve"> </w:t>
      </w:r>
      <w:proofErr w:type="spellStart"/>
      <w:r w:rsidRPr="0025334A">
        <w:t>și</w:t>
      </w:r>
      <w:proofErr w:type="spellEnd"/>
      <w:r w:rsidRPr="0025334A">
        <w:t xml:space="preserve"> </w:t>
      </w:r>
      <w:proofErr w:type="spellStart"/>
      <w:r w:rsidRPr="0025334A">
        <w:t>consemnează</w:t>
      </w:r>
      <w:proofErr w:type="spellEnd"/>
      <w:r w:rsidRPr="0025334A">
        <w:t xml:space="preserve"> </w:t>
      </w:r>
      <w:proofErr w:type="spellStart"/>
      <w:r w:rsidRPr="0025334A">
        <w:t>separat</w:t>
      </w:r>
      <w:proofErr w:type="spellEnd"/>
      <w:r w:rsidRPr="0025334A">
        <w:t xml:space="preserve"> </w:t>
      </w:r>
      <w:proofErr w:type="spellStart"/>
      <w:r w:rsidRPr="0025334A">
        <w:t>porțiile</w:t>
      </w:r>
      <w:proofErr w:type="spellEnd"/>
      <w:r w:rsidRPr="0025334A">
        <w:t xml:space="preserve"> </w:t>
      </w:r>
      <w:proofErr w:type="spellStart"/>
      <w:r w:rsidRPr="0025334A">
        <w:t>afectate</w:t>
      </w:r>
      <w:proofErr w:type="spellEnd"/>
      <w:r w:rsidRPr="0025334A">
        <w:t xml:space="preserve"> </w:t>
      </w:r>
      <w:proofErr w:type="spellStart"/>
      <w:r w:rsidRPr="0025334A">
        <w:t>pentru</w:t>
      </w:r>
      <w:proofErr w:type="spellEnd"/>
      <w:r w:rsidRPr="0025334A">
        <w:t xml:space="preserve"> </w:t>
      </w:r>
      <w:proofErr w:type="spellStart"/>
      <w:r w:rsidRPr="0025334A">
        <w:t>înlocuire</w:t>
      </w:r>
      <w:proofErr w:type="spellEnd"/>
      <w:r w:rsidRPr="0025334A">
        <w:t xml:space="preserve">. </w:t>
      </w:r>
      <w:proofErr w:type="spellStart"/>
      <w:r w:rsidRPr="0025334A">
        <w:t>Atunci</w:t>
      </w:r>
      <w:proofErr w:type="spellEnd"/>
      <w:r w:rsidRPr="0025334A">
        <w:t xml:space="preserve"> </w:t>
      </w:r>
      <w:proofErr w:type="spellStart"/>
      <w:r w:rsidRPr="0025334A">
        <w:t>când</w:t>
      </w:r>
      <w:proofErr w:type="spellEnd"/>
      <w:r w:rsidRPr="0025334A">
        <w:t xml:space="preserve"> </w:t>
      </w:r>
      <w:proofErr w:type="spellStart"/>
      <w:r w:rsidRPr="0025334A">
        <w:t>neconformitatea</w:t>
      </w:r>
      <w:proofErr w:type="spellEnd"/>
      <w:r w:rsidRPr="0025334A">
        <w:t xml:space="preserve"> </w:t>
      </w:r>
      <w:proofErr w:type="spellStart"/>
      <w:r w:rsidRPr="0025334A">
        <w:t>poate</w:t>
      </w:r>
      <w:proofErr w:type="spellEnd"/>
      <w:r w:rsidRPr="0025334A">
        <w:t xml:space="preserve"> </w:t>
      </w:r>
      <w:proofErr w:type="spellStart"/>
      <w:r w:rsidRPr="0025334A">
        <w:t>afecta</w:t>
      </w:r>
      <w:proofErr w:type="spellEnd"/>
      <w:r w:rsidRPr="0025334A">
        <w:t xml:space="preserve"> </w:t>
      </w:r>
      <w:proofErr w:type="spellStart"/>
      <w:r w:rsidRPr="0025334A">
        <w:t>siguranța</w:t>
      </w:r>
      <w:proofErr w:type="spellEnd"/>
      <w:r w:rsidRPr="0025334A">
        <w:t xml:space="preserve"> </w:t>
      </w:r>
      <w:proofErr w:type="spellStart"/>
      <w:r w:rsidRPr="0025334A">
        <w:t>întregului</w:t>
      </w:r>
      <w:proofErr w:type="spellEnd"/>
      <w:r w:rsidRPr="0025334A">
        <w:t xml:space="preserve"> lot, </w:t>
      </w:r>
      <w:proofErr w:type="spellStart"/>
      <w:r w:rsidRPr="0025334A">
        <w:t>distribuirea</w:t>
      </w:r>
      <w:proofErr w:type="spellEnd"/>
      <w:r w:rsidRPr="0025334A">
        <w:t xml:space="preserve"> se </w:t>
      </w:r>
      <w:proofErr w:type="spellStart"/>
      <w:r w:rsidRPr="0025334A">
        <w:t>suspendă</w:t>
      </w:r>
      <w:proofErr w:type="spellEnd"/>
      <w:r w:rsidRPr="0025334A">
        <w:t xml:space="preserve"> </w:t>
      </w:r>
      <w:proofErr w:type="spellStart"/>
      <w:r w:rsidRPr="0025334A">
        <w:t>până</w:t>
      </w:r>
      <w:proofErr w:type="spellEnd"/>
      <w:r w:rsidRPr="0025334A">
        <w:t xml:space="preserve"> la </w:t>
      </w:r>
      <w:proofErr w:type="spellStart"/>
      <w:r w:rsidRPr="0025334A">
        <w:t>clarificarea</w:t>
      </w:r>
      <w:proofErr w:type="spellEnd"/>
      <w:r w:rsidRPr="0025334A">
        <w:t xml:space="preserve"> </w:t>
      </w:r>
      <w:proofErr w:type="spellStart"/>
      <w:r w:rsidRPr="0025334A">
        <w:t>situației</w:t>
      </w:r>
      <w:proofErr w:type="spellEnd"/>
      <w:r w:rsidRPr="0025334A">
        <w:t xml:space="preserve">. </w:t>
      </w:r>
    </w:p>
    <w:p w14:paraId="295F5720" w14:textId="4985D3BF" w:rsidR="0025334A" w:rsidRDefault="0025334A" w:rsidP="0025334A">
      <w:pPr>
        <w:spacing w:after="50" w:line="247" w:lineRule="auto"/>
      </w:pPr>
      <w:proofErr w:type="spellStart"/>
      <w:r w:rsidRPr="0025334A">
        <w:t>Semnarea</w:t>
      </w:r>
      <w:proofErr w:type="spellEnd"/>
      <w:r w:rsidRPr="0025334A">
        <w:t xml:space="preserve"> </w:t>
      </w:r>
      <w:proofErr w:type="spellStart"/>
      <w:r w:rsidRPr="0025334A">
        <w:t>documentului</w:t>
      </w:r>
      <w:proofErr w:type="spellEnd"/>
      <w:r w:rsidRPr="0025334A">
        <w:t xml:space="preserve"> de </w:t>
      </w:r>
      <w:proofErr w:type="spellStart"/>
      <w:r w:rsidRPr="0025334A">
        <w:t>livrare</w:t>
      </w:r>
      <w:proofErr w:type="spellEnd"/>
      <w:r w:rsidRPr="0025334A">
        <w:t xml:space="preserve"> </w:t>
      </w:r>
      <w:proofErr w:type="spellStart"/>
      <w:r w:rsidRPr="0025334A">
        <w:t>confirmă</w:t>
      </w:r>
      <w:proofErr w:type="spellEnd"/>
      <w:r w:rsidRPr="0025334A">
        <w:t xml:space="preserve"> </w:t>
      </w:r>
      <w:proofErr w:type="spellStart"/>
      <w:r w:rsidRPr="0025334A">
        <w:t>constatările</w:t>
      </w:r>
      <w:proofErr w:type="spellEnd"/>
      <w:r w:rsidRPr="0025334A">
        <w:t xml:space="preserve"> de la </w:t>
      </w:r>
      <w:proofErr w:type="spellStart"/>
      <w:r w:rsidRPr="0025334A">
        <w:t>predare</w:t>
      </w:r>
      <w:proofErr w:type="spellEnd"/>
      <w:r w:rsidRPr="0025334A">
        <w:t xml:space="preserve">, </w:t>
      </w:r>
      <w:proofErr w:type="spellStart"/>
      <w:r w:rsidRPr="0025334A">
        <w:t>fără</w:t>
      </w:r>
      <w:proofErr w:type="spellEnd"/>
      <w:r w:rsidRPr="0025334A">
        <w:t xml:space="preserve"> a </w:t>
      </w:r>
      <w:proofErr w:type="spellStart"/>
      <w:r w:rsidRPr="0025334A">
        <w:t>împiedica</w:t>
      </w:r>
      <w:proofErr w:type="spellEnd"/>
      <w:r w:rsidRPr="0025334A">
        <w:t xml:space="preserve"> </w:t>
      </w:r>
      <w:proofErr w:type="spellStart"/>
      <w:r w:rsidRPr="0025334A">
        <w:t>identificarea</w:t>
      </w:r>
      <w:proofErr w:type="spellEnd"/>
      <w:r w:rsidRPr="0025334A">
        <w:t xml:space="preserve"> </w:t>
      </w:r>
      <w:proofErr w:type="spellStart"/>
      <w:r w:rsidRPr="0025334A">
        <w:t>ulterioară</w:t>
      </w:r>
      <w:proofErr w:type="spellEnd"/>
      <w:r w:rsidRPr="0025334A">
        <w:t xml:space="preserve"> a </w:t>
      </w:r>
      <w:proofErr w:type="spellStart"/>
      <w:r w:rsidRPr="0025334A">
        <w:t>unor</w:t>
      </w:r>
      <w:proofErr w:type="spellEnd"/>
      <w:r w:rsidRPr="0025334A">
        <w:t xml:space="preserve"> </w:t>
      </w:r>
      <w:proofErr w:type="spellStart"/>
      <w:r w:rsidRPr="0025334A">
        <w:t>neconformități</w:t>
      </w:r>
      <w:proofErr w:type="spellEnd"/>
      <w:r w:rsidRPr="0025334A">
        <w:t xml:space="preserve"> care nu </w:t>
      </w:r>
      <w:proofErr w:type="spellStart"/>
      <w:r w:rsidRPr="0025334A">
        <w:t>puteau</w:t>
      </w:r>
      <w:proofErr w:type="spellEnd"/>
      <w:r w:rsidRPr="0025334A">
        <w:t xml:space="preserve"> fi </w:t>
      </w:r>
      <w:proofErr w:type="spellStart"/>
      <w:r w:rsidRPr="0025334A">
        <w:t>observate</w:t>
      </w:r>
      <w:proofErr w:type="spellEnd"/>
      <w:r w:rsidRPr="0025334A">
        <w:t xml:space="preserve"> </w:t>
      </w:r>
      <w:proofErr w:type="spellStart"/>
      <w:r w:rsidRPr="0025334A">
        <w:t>imediat</w:t>
      </w:r>
      <w:proofErr w:type="spellEnd"/>
      <w:r w:rsidRPr="0025334A">
        <w:t>.</w:t>
      </w:r>
    </w:p>
    <w:p w14:paraId="31935E0E" w14:textId="77777777" w:rsidR="0025334A" w:rsidRPr="0025334A" w:rsidRDefault="0025334A" w:rsidP="0025334A">
      <w:pPr>
        <w:spacing w:after="50" w:line="247" w:lineRule="auto"/>
        <w:rPr>
          <w:b/>
          <w:lang w:val="fr-FR"/>
        </w:rPr>
      </w:pPr>
      <w:proofErr w:type="spellStart"/>
      <w:r w:rsidRPr="0025334A">
        <w:rPr>
          <w:b/>
          <w:lang w:val="fr-FR"/>
        </w:rPr>
        <w:t>Pentru</w:t>
      </w:r>
      <w:proofErr w:type="spellEnd"/>
      <w:r w:rsidRPr="0025334A">
        <w:rPr>
          <w:b/>
          <w:lang w:val="fr-FR"/>
        </w:rPr>
        <w:t xml:space="preserve"> </w:t>
      </w:r>
      <w:proofErr w:type="spellStart"/>
      <w:r w:rsidRPr="0025334A">
        <w:rPr>
          <w:b/>
          <w:lang w:val="fr-FR"/>
        </w:rPr>
        <w:t>controlul</w:t>
      </w:r>
      <w:proofErr w:type="spellEnd"/>
      <w:r w:rsidRPr="0025334A">
        <w:rPr>
          <w:b/>
          <w:lang w:val="fr-FR"/>
        </w:rPr>
        <w:t xml:space="preserve"> </w:t>
      </w:r>
      <w:proofErr w:type="spellStart"/>
      <w:r w:rsidRPr="0025334A">
        <w:rPr>
          <w:b/>
          <w:lang w:val="fr-FR"/>
        </w:rPr>
        <w:t>portionarii</w:t>
      </w:r>
      <w:proofErr w:type="spellEnd"/>
      <w:r w:rsidRPr="0025334A">
        <w:rPr>
          <w:b/>
          <w:lang w:val="fr-FR"/>
        </w:rPr>
        <w:t xml:space="preserve"> si al </w:t>
      </w:r>
      <w:proofErr w:type="spellStart"/>
      <w:r w:rsidRPr="0025334A">
        <w:rPr>
          <w:b/>
          <w:lang w:val="fr-FR"/>
        </w:rPr>
        <w:t>temperaturii</w:t>
      </w:r>
      <w:proofErr w:type="spellEnd"/>
      <w:r w:rsidRPr="0025334A">
        <w:rPr>
          <w:b/>
          <w:lang w:val="fr-FR"/>
        </w:rPr>
        <w:t xml:space="preserve"> </w:t>
      </w:r>
      <w:proofErr w:type="spellStart"/>
      <w:r w:rsidRPr="0025334A">
        <w:rPr>
          <w:b/>
          <w:lang w:val="fr-FR"/>
        </w:rPr>
        <w:t>alimentelor</w:t>
      </w:r>
      <w:proofErr w:type="spellEnd"/>
      <w:r w:rsidRPr="0025334A">
        <w:rPr>
          <w:b/>
          <w:lang w:val="fr-FR"/>
        </w:rPr>
        <w:t xml:space="preserve"> si </w:t>
      </w:r>
      <w:proofErr w:type="spellStart"/>
      <w:r w:rsidRPr="0025334A">
        <w:rPr>
          <w:b/>
          <w:lang w:val="fr-FR"/>
        </w:rPr>
        <w:t>produselor</w:t>
      </w:r>
      <w:proofErr w:type="spellEnd"/>
      <w:r w:rsidRPr="0025334A">
        <w:rPr>
          <w:b/>
          <w:lang w:val="fr-FR"/>
        </w:rPr>
        <w:t xml:space="preserve"> </w:t>
      </w:r>
      <w:proofErr w:type="spellStart"/>
      <w:r w:rsidRPr="0025334A">
        <w:rPr>
          <w:b/>
          <w:lang w:val="fr-FR"/>
        </w:rPr>
        <w:t>culinare</w:t>
      </w:r>
      <w:proofErr w:type="spellEnd"/>
      <w:r w:rsidRPr="0025334A">
        <w:rPr>
          <w:b/>
          <w:lang w:val="fr-FR"/>
        </w:rPr>
        <w:t xml:space="preserve"> la </w:t>
      </w:r>
      <w:proofErr w:type="spellStart"/>
      <w:r w:rsidRPr="0025334A">
        <w:rPr>
          <w:b/>
          <w:lang w:val="fr-FR"/>
        </w:rPr>
        <w:t>predarea</w:t>
      </w:r>
      <w:proofErr w:type="spellEnd"/>
      <w:r w:rsidRPr="0025334A">
        <w:rPr>
          <w:b/>
          <w:lang w:val="fr-FR"/>
        </w:rPr>
        <w:t xml:space="preserve"> </w:t>
      </w:r>
      <w:proofErr w:type="spellStart"/>
      <w:r w:rsidRPr="0025334A">
        <w:rPr>
          <w:b/>
          <w:lang w:val="fr-FR"/>
        </w:rPr>
        <w:t>acestora</w:t>
      </w:r>
      <w:proofErr w:type="spellEnd"/>
      <w:r w:rsidRPr="0025334A">
        <w:rPr>
          <w:b/>
          <w:lang w:val="fr-FR"/>
        </w:rPr>
        <w:t xml:space="preserve">, </w:t>
      </w:r>
      <w:proofErr w:type="spellStart"/>
      <w:r w:rsidRPr="0025334A">
        <w:rPr>
          <w:b/>
          <w:lang w:val="fr-FR"/>
        </w:rPr>
        <w:t>prestatorul</w:t>
      </w:r>
      <w:proofErr w:type="spellEnd"/>
      <w:r w:rsidRPr="0025334A">
        <w:rPr>
          <w:b/>
          <w:lang w:val="fr-FR"/>
        </w:rPr>
        <w:t xml:space="preserve"> va </w:t>
      </w:r>
      <w:proofErr w:type="spellStart"/>
      <w:r w:rsidRPr="0025334A">
        <w:rPr>
          <w:b/>
          <w:lang w:val="fr-FR"/>
        </w:rPr>
        <w:t>avea</w:t>
      </w:r>
      <w:proofErr w:type="spellEnd"/>
      <w:r w:rsidRPr="0025334A">
        <w:rPr>
          <w:b/>
          <w:lang w:val="fr-FR"/>
        </w:rPr>
        <w:t xml:space="preserve"> </w:t>
      </w:r>
      <w:proofErr w:type="spellStart"/>
      <w:r w:rsidRPr="0025334A">
        <w:rPr>
          <w:b/>
          <w:lang w:val="fr-FR"/>
        </w:rPr>
        <w:t>obligatia</w:t>
      </w:r>
      <w:proofErr w:type="spellEnd"/>
      <w:r w:rsidRPr="0025334A">
        <w:rPr>
          <w:b/>
          <w:lang w:val="fr-FR"/>
        </w:rPr>
        <w:t xml:space="preserve"> sa </w:t>
      </w:r>
      <w:proofErr w:type="spellStart"/>
      <w:r w:rsidRPr="0025334A">
        <w:rPr>
          <w:b/>
          <w:lang w:val="fr-FR"/>
        </w:rPr>
        <w:t>detina</w:t>
      </w:r>
      <w:proofErr w:type="spellEnd"/>
      <w:r w:rsidRPr="0025334A">
        <w:rPr>
          <w:b/>
          <w:lang w:val="fr-FR"/>
        </w:rPr>
        <w:t xml:space="preserve"> un </w:t>
      </w:r>
      <w:proofErr w:type="spellStart"/>
      <w:r w:rsidRPr="0025334A">
        <w:rPr>
          <w:b/>
          <w:lang w:val="fr-FR"/>
        </w:rPr>
        <w:t>cantar</w:t>
      </w:r>
      <w:proofErr w:type="spellEnd"/>
      <w:r w:rsidRPr="0025334A">
        <w:rPr>
          <w:b/>
          <w:lang w:val="fr-FR"/>
        </w:rPr>
        <w:t xml:space="preserve"> </w:t>
      </w:r>
      <w:proofErr w:type="spellStart"/>
      <w:r w:rsidRPr="0025334A">
        <w:rPr>
          <w:b/>
          <w:lang w:val="fr-FR"/>
        </w:rPr>
        <w:t>verificat</w:t>
      </w:r>
      <w:proofErr w:type="spellEnd"/>
      <w:r w:rsidRPr="0025334A">
        <w:rPr>
          <w:b/>
          <w:lang w:val="fr-FR"/>
        </w:rPr>
        <w:t xml:space="preserve"> </w:t>
      </w:r>
      <w:proofErr w:type="spellStart"/>
      <w:r w:rsidRPr="0025334A">
        <w:rPr>
          <w:b/>
          <w:lang w:val="fr-FR"/>
        </w:rPr>
        <w:t>metrologic</w:t>
      </w:r>
      <w:proofErr w:type="spellEnd"/>
      <w:r w:rsidRPr="0025334A">
        <w:rPr>
          <w:b/>
          <w:lang w:val="fr-FR"/>
        </w:rPr>
        <w:t xml:space="preserve"> si un </w:t>
      </w:r>
      <w:proofErr w:type="spellStart"/>
      <w:r w:rsidRPr="0025334A">
        <w:rPr>
          <w:b/>
          <w:lang w:val="fr-FR"/>
        </w:rPr>
        <w:t>termometru</w:t>
      </w:r>
      <w:proofErr w:type="spellEnd"/>
      <w:r w:rsidRPr="0025334A">
        <w:rPr>
          <w:b/>
          <w:lang w:val="fr-FR"/>
        </w:rPr>
        <w:t xml:space="preserve"> </w:t>
      </w:r>
      <w:proofErr w:type="spellStart"/>
      <w:r w:rsidRPr="0025334A">
        <w:rPr>
          <w:b/>
          <w:lang w:val="fr-FR"/>
        </w:rPr>
        <w:t>alimentar</w:t>
      </w:r>
      <w:proofErr w:type="spellEnd"/>
      <w:r w:rsidRPr="0025334A">
        <w:rPr>
          <w:b/>
          <w:lang w:val="fr-FR"/>
        </w:rPr>
        <w:t>.</w:t>
      </w:r>
    </w:p>
    <w:p w14:paraId="7D8C0A29" w14:textId="0D188989" w:rsidR="0025334A" w:rsidRPr="0025334A" w:rsidRDefault="0025334A" w:rsidP="0025334A">
      <w:pPr>
        <w:spacing w:after="50" w:line="247" w:lineRule="auto"/>
      </w:pPr>
      <w:r w:rsidRPr="0025334A">
        <w:rPr>
          <w:lang w:val="fr-FR"/>
        </w:rPr>
        <w:tab/>
      </w:r>
      <w:proofErr w:type="spellStart"/>
      <w:r w:rsidR="00FA30E6" w:rsidRPr="00FA30E6">
        <w:t>Cantitățile</w:t>
      </w:r>
      <w:proofErr w:type="spellEnd"/>
      <w:r w:rsidR="00FA30E6" w:rsidRPr="00FA30E6">
        <w:t xml:space="preserve"> </w:t>
      </w:r>
      <w:proofErr w:type="spellStart"/>
      <w:r w:rsidR="00FA30E6" w:rsidRPr="00FA30E6">
        <w:t>lipsă</w:t>
      </w:r>
      <w:proofErr w:type="spellEnd"/>
      <w:r w:rsidR="00FA30E6" w:rsidRPr="00FA30E6">
        <w:t xml:space="preserve"> </w:t>
      </w:r>
      <w:proofErr w:type="spellStart"/>
      <w:r w:rsidR="00FA30E6" w:rsidRPr="00FA30E6">
        <w:t>și</w:t>
      </w:r>
      <w:proofErr w:type="spellEnd"/>
      <w:r w:rsidR="00FA30E6" w:rsidRPr="00FA30E6">
        <w:t xml:space="preserve"> </w:t>
      </w:r>
      <w:proofErr w:type="spellStart"/>
      <w:r w:rsidR="00FA30E6" w:rsidRPr="00FA30E6">
        <w:t>necompletate</w:t>
      </w:r>
      <w:proofErr w:type="spellEnd"/>
      <w:r w:rsidR="00FA30E6" w:rsidRPr="00FA30E6">
        <w:t xml:space="preserve">, precum </w:t>
      </w:r>
      <w:proofErr w:type="spellStart"/>
      <w:r w:rsidR="00FA30E6" w:rsidRPr="00FA30E6">
        <w:t>și</w:t>
      </w:r>
      <w:proofErr w:type="spellEnd"/>
      <w:r w:rsidR="00FA30E6" w:rsidRPr="00FA30E6">
        <w:t xml:space="preserve"> </w:t>
      </w:r>
      <w:proofErr w:type="spellStart"/>
      <w:r w:rsidR="00FA30E6" w:rsidRPr="00FA30E6">
        <w:t>porțiile</w:t>
      </w:r>
      <w:proofErr w:type="spellEnd"/>
      <w:r w:rsidR="00FA30E6" w:rsidRPr="00FA30E6">
        <w:t xml:space="preserve"> </w:t>
      </w:r>
      <w:proofErr w:type="spellStart"/>
      <w:r w:rsidR="00FA30E6" w:rsidRPr="00FA30E6">
        <w:t>respinse</w:t>
      </w:r>
      <w:proofErr w:type="spellEnd"/>
      <w:r w:rsidR="00FA30E6" w:rsidRPr="00FA30E6">
        <w:t xml:space="preserve"> </w:t>
      </w:r>
      <w:proofErr w:type="spellStart"/>
      <w:r w:rsidR="00FA30E6" w:rsidRPr="00FA30E6">
        <w:t>și</w:t>
      </w:r>
      <w:proofErr w:type="spellEnd"/>
      <w:r w:rsidR="00FA30E6" w:rsidRPr="00FA30E6">
        <w:t xml:space="preserve"> </w:t>
      </w:r>
      <w:proofErr w:type="spellStart"/>
      <w:r w:rsidR="00FA30E6" w:rsidRPr="00FA30E6">
        <w:t>neînlocuite</w:t>
      </w:r>
      <w:proofErr w:type="spellEnd"/>
      <w:r w:rsidR="00FA30E6" w:rsidRPr="00FA30E6">
        <w:t xml:space="preserve">, nu se </w:t>
      </w:r>
      <w:proofErr w:type="spellStart"/>
      <w:r w:rsidR="00FA30E6" w:rsidRPr="00FA30E6">
        <w:t>includ</w:t>
      </w:r>
      <w:proofErr w:type="spellEnd"/>
      <w:r w:rsidR="00FA30E6" w:rsidRPr="00FA30E6">
        <w:t xml:space="preserve"> </w:t>
      </w:r>
      <w:proofErr w:type="spellStart"/>
      <w:r w:rsidR="00FA30E6" w:rsidRPr="00FA30E6">
        <w:t>în</w:t>
      </w:r>
      <w:proofErr w:type="spellEnd"/>
      <w:r w:rsidR="00FA30E6" w:rsidRPr="00FA30E6">
        <w:t xml:space="preserve"> </w:t>
      </w:r>
      <w:proofErr w:type="spellStart"/>
      <w:r w:rsidR="00FA30E6" w:rsidRPr="00FA30E6">
        <w:t>cantitatea</w:t>
      </w:r>
      <w:proofErr w:type="spellEnd"/>
      <w:r w:rsidR="00FA30E6" w:rsidRPr="00FA30E6">
        <w:t xml:space="preserve"> </w:t>
      </w:r>
      <w:proofErr w:type="spellStart"/>
      <w:r w:rsidR="00FA30E6" w:rsidRPr="00FA30E6">
        <w:t>acceptată</w:t>
      </w:r>
      <w:proofErr w:type="spellEnd"/>
      <w:r w:rsidR="00FA30E6" w:rsidRPr="00FA30E6">
        <w:t xml:space="preserve"> la </w:t>
      </w:r>
      <w:proofErr w:type="spellStart"/>
      <w:r w:rsidR="00FA30E6" w:rsidRPr="00FA30E6">
        <w:t>decontare</w:t>
      </w:r>
      <w:proofErr w:type="spellEnd"/>
      <w:r w:rsidR="00FA30E6" w:rsidRPr="00FA30E6">
        <w:t>.</w:t>
      </w:r>
    </w:p>
    <w:p w14:paraId="28F42127" w14:textId="77777777" w:rsidR="000C4CB5" w:rsidRPr="0025334A" w:rsidRDefault="004E746A" w:rsidP="0025334A">
      <w:pPr>
        <w:pStyle w:val="Heading2"/>
        <w:rPr>
          <w:color w:val="auto"/>
        </w:rPr>
      </w:pPr>
      <w:bookmarkStart w:id="52" w:name="_Toc242951493"/>
      <w:r w:rsidRPr="0025334A">
        <w:rPr>
          <w:color w:val="auto"/>
        </w:rPr>
        <w:t xml:space="preserve">6.2. </w:t>
      </w:r>
      <w:proofErr w:type="spellStart"/>
      <w:r w:rsidRPr="0025334A">
        <w:rPr>
          <w:color w:val="auto"/>
        </w:rPr>
        <w:t>Recepția</w:t>
      </w:r>
      <w:proofErr w:type="spellEnd"/>
      <w:r w:rsidRPr="0025334A">
        <w:rPr>
          <w:color w:val="auto"/>
        </w:rPr>
        <w:t xml:space="preserve"> </w:t>
      </w:r>
      <w:proofErr w:type="spellStart"/>
      <w:r w:rsidRPr="0025334A">
        <w:rPr>
          <w:color w:val="auto"/>
        </w:rPr>
        <w:t>lunară</w:t>
      </w:r>
      <w:bookmarkEnd w:id="52"/>
      <w:proofErr w:type="spellEnd"/>
    </w:p>
    <w:p w14:paraId="38A89276" w14:textId="77777777" w:rsidR="000C4CB5" w:rsidRPr="0025334A" w:rsidRDefault="004E746A">
      <w:pPr>
        <w:spacing w:after="50" w:line="247" w:lineRule="auto"/>
      </w:pPr>
      <w:r w:rsidRPr="0025334A">
        <w:t xml:space="preserve">La </w:t>
      </w:r>
      <w:proofErr w:type="spellStart"/>
      <w:r w:rsidRPr="0025334A">
        <w:t>sfârșitul</w:t>
      </w:r>
      <w:proofErr w:type="spellEnd"/>
      <w:r w:rsidRPr="0025334A">
        <w:t xml:space="preserve"> </w:t>
      </w:r>
      <w:proofErr w:type="spellStart"/>
      <w:r w:rsidRPr="0025334A">
        <w:t>fiecărei</w:t>
      </w:r>
      <w:proofErr w:type="spellEnd"/>
      <w:r w:rsidRPr="0025334A">
        <w:t xml:space="preserve"> </w:t>
      </w:r>
      <w:proofErr w:type="spellStart"/>
      <w:r w:rsidRPr="0025334A">
        <w:t>luni</w:t>
      </w:r>
      <w:proofErr w:type="spellEnd"/>
      <w:r w:rsidRPr="0025334A">
        <w:t xml:space="preserve">, </w:t>
      </w:r>
      <w:proofErr w:type="spellStart"/>
      <w:r w:rsidRPr="0025334A">
        <w:t>centrul</w:t>
      </w:r>
      <w:proofErr w:type="spellEnd"/>
      <w:r w:rsidRPr="0025334A">
        <w:t xml:space="preserve"> </w:t>
      </w:r>
      <w:proofErr w:type="spellStart"/>
      <w:r w:rsidRPr="0025334A">
        <w:t>și</w:t>
      </w:r>
      <w:proofErr w:type="spellEnd"/>
      <w:r w:rsidRPr="0025334A">
        <w:t xml:space="preserve"> </w:t>
      </w:r>
      <w:proofErr w:type="spellStart"/>
      <w:r w:rsidRPr="0025334A">
        <w:t>prestatorul</w:t>
      </w:r>
      <w:proofErr w:type="spellEnd"/>
      <w:r w:rsidRPr="0025334A">
        <w:t xml:space="preserve"> </w:t>
      </w:r>
      <w:proofErr w:type="spellStart"/>
      <w:r w:rsidRPr="0025334A">
        <w:t>centralizează</w:t>
      </w:r>
      <w:proofErr w:type="spellEnd"/>
      <w:r w:rsidRPr="0025334A">
        <w:t xml:space="preserve"> </w:t>
      </w:r>
      <w:proofErr w:type="spellStart"/>
      <w:r w:rsidRPr="0025334A">
        <w:t>meniurile</w:t>
      </w:r>
      <w:proofErr w:type="spellEnd"/>
      <w:r w:rsidRPr="0025334A">
        <w:t xml:space="preserve"> </w:t>
      </w:r>
      <w:proofErr w:type="spellStart"/>
      <w:r w:rsidRPr="0025334A">
        <w:t>comandate</w:t>
      </w:r>
      <w:proofErr w:type="spellEnd"/>
      <w:r w:rsidRPr="0025334A">
        <w:t xml:space="preserve">, </w:t>
      </w:r>
      <w:proofErr w:type="spellStart"/>
      <w:r w:rsidRPr="0025334A">
        <w:t>livrate</w:t>
      </w:r>
      <w:proofErr w:type="spellEnd"/>
      <w:r w:rsidRPr="0025334A">
        <w:t xml:space="preserve">, </w:t>
      </w:r>
      <w:proofErr w:type="spellStart"/>
      <w:r w:rsidRPr="0025334A">
        <w:t>acceptate</w:t>
      </w:r>
      <w:proofErr w:type="spellEnd"/>
      <w:r w:rsidRPr="0025334A">
        <w:t xml:space="preserve">, </w:t>
      </w:r>
      <w:proofErr w:type="spellStart"/>
      <w:r w:rsidRPr="0025334A">
        <w:t>înlocuite</w:t>
      </w:r>
      <w:proofErr w:type="spellEnd"/>
      <w:r w:rsidRPr="0025334A">
        <w:t xml:space="preserve"> </w:t>
      </w:r>
      <w:proofErr w:type="spellStart"/>
      <w:r w:rsidRPr="0025334A">
        <w:t>sau</w:t>
      </w:r>
      <w:proofErr w:type="spellEnd"/>
      <w:r w:rsidRPr="0025334A">
        <w:t xml:space="preserve"> </w:t>
      </w:r>
      <w:proofErr w:type="spellStart"/>
      <w:r w:rsidRPr="0025334A">
        <w:t>respinse</w:t>
      </w:r>
      <w:proofErr w:type="spellEnd"/>
      <w:r w:rsidRPr="0025334A">
        <w:t xml:space="preserve">, precum </w:t>
      </w:r>
      <w:proofErr w:type="spellStart"/>
      <w:r w:rsidRPr="0025334A">
        <w:t>și</w:t>
      </w:r>
      <w:proofErr w:type="spellEnd"/>
      <w:r w:rsidRPr="0025334A">
        <w:t xml:space="preserve"> </w:t>
      </w:r>
      <w:proofErr w:type="spellStart"/>
      <w:r w:rsidRPr="0025334A">
        <w:t>incidentele</w:t>
      </w:r>
      <w:proofErr w:type="spellEnd"/>
      <w:r w:rsidRPr="0025334A">
        <w:t xml:space="preserve"> </w:t>
      </w:r>
      <w:proofErr w:type="spellStart"/>
      <w:r w:rsidRPr="0025334A">
        <w:t>și</w:t>
      </w:r>
      <w:proofErr w:type="spellEnd"/>
      <w:r w:rsidRPr="0025334A">
        <w:t xml:space="preserve"> </w:t>
      </w:r>
      <w:proofErr w:type="spellStart"/>
      <w:r w:rsidRPr="0025334A">
        <w:t>eventualele</w:t>
      </w:r>
      <w:proofErr w:type="spellEnd"/>
      <w:r w:rsidRPr="0025334A">
        <w:t xml:space="preserve"> </w:t>
      </w:r>
      <w:proofErr w:type="spellStart"/>
      <w:r w:rsidRPr="0025334A">
        <w:t>deduceri</w:t>
      </w:r>
      <w:proofErr w:type="spellEnd"/>
      <w:r w:rsidRPr="0025334A">
        <w:t>/</w:t>
      </w:r>
      <w:proofErr w:type="spellStart"/>
      <w:r w:rsidRPr="0025334A">
        <w:t>penalități</w:t>
      </w:r>
      <w:proofErr w:type="spellEnd"/>
      <w:r w:rsidRPr="0025334A">
        <w:t xml:space="preserve">. </w:t>
      </w:r>
      <w:proofErr w:type="spellStart"/>
      <w:r w:rsidRPr="0025334A">
        <w:t>Procesul</w:t>
      </w:r>
      <w:proofErr w:type="spellEnd"/>
      <w:r w:rsidRPr="0025334A">
        <w:t>-</w:t>
      </w:r>
      <w:r w:rsidRPr="0025334A">
        <w:lastRenderedPageBreak/>
        <w:t xml:space="preserve">verbal de </w:t>
      </w:r>
      <w:proofErr w:type="spellStart"/>
      <w:r w:rsidRPr="0025334A">
        <w:t>recepție</w:t>
      </w:r>
      <w:proofErr w:type="spellEnd"/>
      <w:r w:rsidRPr="0025334A">
        <w:t xml:space="preserve"> </w:t>
      </w:r>
      <w:proofErr w:type="spellStart"/>
      <w:r w:rsidRPr="0025334A">
        <w:t>lunară</w:t>
      </w:r>
      <w:proofErr w:type="spellEnd"/>
      <w:r w:rsidRPr="0025334A">
        <w:t xml:space="preserve"> </w:t>
      </w:r>
      <w:proofErr w:type="spellStart"/>
      <w:r w:rsidRPr="0025334A">
        <w:t>și</w:t>
      </w:r>
      <w:proofErr w:type="spellEnd"/>
      <w:r w:rsidRPr="0025334A">
        <w:t xml:space="preserve"> </w:t>
      </w:r>
      <w:proofErr w:type="spellStart"/>
      <w:r w:rsidRPr="0025334A">
        <w:t>centralizatorul</w:t>
      </w:r>
      <w:proofErr w:type="spellEnd"/>
      <w:r w:rsidRPr="0025334A">
        <w:t xml:space="preserve"> </w:t>
      </w:r>
      <w:proofErr w:type="spellStart"/>
      <w:r w:rsidRPr="0025334A">
        <w:t>cantitativ</w:t>
      </w:r>
      <w:proofErr w:type="spellEnd"/>
      <w:r w:rsidRPr="0025334A">
        <w:t xml:space="preserve"> </w:t>
      </w:r>
      <w:proofErr w:type="spellStart"/>
      <w:r w:rsidRPr="0025334A">
        <w:t>constituie</w:t>
      </w:r>
      <w:proofErr w:type="spellEnd"/>
      <w:r w:rsidRPr="0025334A">
        <w:t xml:space="preserve"> </w:t>
      </w:r>
      <w:proofErr w:type="spellStart"/>
      <w:r w:rsidRPr="0025334A">
        <w:t>documente</w:t>
      </w:r>
      <w:proofErr w:type="spellEnd"/>
      <w:r w:rsidRPr="0025334A">
        <w:t xml:space="preserve"> </w:t>
      </w:r>
      <w:proofErr w:type="spellStart"/>
      <w:r w:rsidRPr="0025334A">
        <w:t>suport</w:t>
      </w:r>
      <w:proofErr w:type="spellEnd"/>
      <w:r w:rsidRPr="0025334A">
        <w:t xml:space="preserve"> </w:t>
      </w:r>
      <w:proofErr w:type="spellStart"/>
      <w:r w:rsidRPr="0025334A">
        <w:t>pentru</w:t>
      </w:r>
      <w:proofErr w:type="spellEnd"/>
      <w:r w:rsidRPr="0025334A">
        <w:t xml:space="preserve"> </w:t>
      </w:r>
      <w:proofErr w:type="spellStart"/>
      <w:r w:rsidRPr="0025334A">
        <w:t>facturare</w:t>
      </w:r>
      <w:proofErr w:type="spellEnd"/>
      <w:r w:rsidRPr="0025334A">
        <w:t xml:space="preserve">, </w:t>
      </w:r>
      <w:proofErr w:type="spellStart"/>
      <w:r w:rsidRPr="0025334A">
        <w:t>fără</w:t>
      </w:r>
      <w:proofErr w:type="spellEnd"/>
      <w:r w:rsidRPr="0025334A">
        <w:t xml:space="preserve"> a </w:t>
      </w:r>
      <w:proofErr w:type="spellStart"/>
      <w:r w:rsidRPr="0025334A">
        <w:t>înlătura</w:t>
      </w:r>
      <w:proofErr w:type="spellEnd"/>
      <w:r w:rsidRPr="0025334A">
        <w:t xml:space="preserve"> </w:t>
      </w:r>
      <w:proofErr w:type="spellStart"/>
      <w:r w:rsidRPr="0025334A">
        <w:t>alte</w:t>
      </w:r>
      <w:proofErr w:type="spellEnd"/>
      <w:r w:rsidRPr="0025334A">
        <w:t xml:space="preserve"> </w:t>
      </w:r>
      <w:proofErr w:type="spellStart"/>
      <w:r w:rsidRPr="0025334A">
        <w:t>documente</w:t>
      </w:r>
      <w:proofErr w:type="spellEnd"/>
      <w:r w:rsidRPr="0025334A">
        <w:t xml:space="preserve"> </w:t>
      </w:r>
      <w:proofErr w:type="spellStart"/>
      <w:r w:rsidRPr="0025334A">
        <w:t>cerute</w:t>
      </w:r>
      <w:proofErr w:type="spellEnd"/>
      <w:r w:rsidRPr="0025334A">
        <w:t xml:space="preserve"> de contract </w:t>
      </w:r>
      <w:proofErr w:type="spellStart"/>
      <w:r w:rsidRPr="0025334A">
        <w:t>sau</w:t>
      </w:r>
      <w:proofErr w:type="spellEnd"/>
      <w:r w:rsidRPr="0025334A">
        <w:t xml:space="preserve"> de </w:t>
      </w:r>
      <w:proofErr w:type="spellStart"/>
      <w:r w:rsidRPr="0025334A">
        <w:t>circuitul</w:t>
      </w:r>
      <w:proofErr w:type="spellEnd"/>
      <w:r w:rsidRPr="0025334A">
        <w:t xml:space="preserve"> </w:t>
      </w:r>
      <w:proofErr w:type="spellStart"/>
      <w:r w:rsidRPr="0025334A">
        <w:t>financiar</w:t>
      </w:r>
      <w:proofErr w:type="spellEnd"/>
      <w:r w:rsidRPr="0025334A">
        <w:t>.</w:t>
      </w:r>
    </w:p>
    <w:p w14:paraId="360782AC" w14:textId="77777777" w:rsidR="000C4CB5" w:rsidRPr="0025334A" w:rsidRDefault="004E746A" w:rsidP="0025334A">
      <w:pPr>
        <w:pStyle w:val="Heading2"/>
        <w:rPr>
          <w:color w:val="auto"/>
        </w:rPr>
      </w:pPr>
      <w:bookmarkStart w:id="53" w:name="_Toc242951494"/>
      <w:r w:rsidRPr="0025334A">
        <w:rPr>
          <w:color w:val="auto"/>
        </w:rPr>
        <w:t xml:space="preserve">6.3. </w:t>
      </w:r>
      <w:proofErr w:type="spellStart"/>
      <w:r w:rsidRPr="0025334A">
        <w:rPr>
          <w:color w:val="auto"/>
        </w:rPr>
        <w:t>Verificări</w:t>
      </w:r>
      <w:proofErr w:type="spellEnd"/>
      <w:r w:rsidRPr="0025334A">
        <w:rPr>
          <w:color w:val="auto"/>
        </w:rPr>
        <w:t xml:space="preserve"> </w:t>
      </w:r>
      <w:proofErr w:type="spellStart"/>
      <w:r w:rsidRPr="0025334A">
        <w:rPr>
          <w:color w:val="auto"/>
        </w:rPr>
        <w:t>suplimentare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controlul</w:t>
      </w:r>
      <w:proofErr w:type="spellEnd"/>
      <w:r w:rsidRPr="0025334A">
        <w:rPr>
          <w:color w:val="auto"/>
        </w:rPr>
        <w:t xml:space="preserve"> </w:t>
      </w:r>
      <w:proofErr w:type="spellStart"/>
      <w:r w:rsidRPr="0025334A">
        <w:rPr>
          <w:color w:val="auto"/>
        </w:rPr>
        <w:t>conformității</w:t>
      </w:r>
      <w:bookmarkEnd w:id="53"/>
      <w:proofErr w:type="spellEnd"/>
    </w:p>
    <w:p w14:paraId="592CD71A" w14:textId="329EFA0B" w:rsidR="000C4CB5" w:rsidRPr="006C4A75" w:rsidRDefault="004E746A">
      <w:pPr>
        <w:spacing w:after="50" w:line="247" w:lineRule="auto"/>
        <w:rPr>
          <w:color w:val="FF0000"/>
        </w:rPr>
      </w:pPr>
      <w:proofErr w:type="spellStart"/>
      <w:r w:rsidRPr="006C4A75">
        <w:rPr>
          <w:color w:val="FF0000"/>
        </w:rPr>
        <w:t>Autoritatea</w:t>
      </w:r>
      <w:proofErr w:type="spellEnd"/>
      <w:r w:rsidRPr="006C4A75">
        <w:rPr>
          <w:color w:val="FF0000"/>
        </w:rPr>
        <w:t xml:space="preserve"> </w:t>
      </w:r>
      <w:proofErr w:type="spellStart"/>
      <w:r w:rsidRPr="006C4A75">
        <w:rPr>
          <w:color w:val="FF0000"/>
        </w:rPr>
        <w:t>contractantă</w:t>
      </w:r>
      <w:proofErr w:type="spellEnd"/>
      <w:r w:rsidRPr="006C4A75">
        <w:rPr>
          <w:color w:val="FF0000"/>
        </w:rPr>
        <w:t xml:space="preserve"> </w:t>
      </w:r>
      <w:proofErr w:type="spellStart"/>
      <w:r w:rsidRPr="006C4A75">
        <w:rPr>
          <w:color w:val="FF0000"/>
        </w:rPr>
        <w:t>poate</w:t>
      </w:r>
      <w:proofErr w:type="spellEnd"/>
      <w:r w:rsidRPr="006C4A75">
        <w:rPr>
          <w:color w:val="FF0000"/>
        </w:rPr>
        <w:t xml:space="preserve"> </w:t>
      </w:r>
      <w:proofErr w:type="spellStart"/>
      <w:r w:rsidRPr="006C4A75">
        <w:rPr>
          <w:color w:val="FF0000"/>
        </w:rPr>
        <w:t>solicita</w:t>
      </w:r>
      <w:proofErr w:type="spellEnd"/>
      <w:r w:rsidRPr="006C4A75">
        <w:rPr>
          <w:color w:val="FF0000"/>
        </w:rPr>
        <w:t xml:space="preserve"> </w:t>
      </w:r>
      <w:proofErr w:type="spellStart"/>
      <w:r w:rsidRPr="006C4A75">
        <w:rPr>
          <w:color w:val="FF0000"/>
        </w:rPr>
        <w:t>verificări</w:t>
      </w:r>
      <w:proofErr w:type="spellEnd"/>
      <w:r w:rsidRPr="006C4A75">
        <w:rPr>
          <w:color w:val="FF0000"/>
        </w:rPr>
        <w:t xml:space="preserve"> de </w:t>
      </w:r>
      <w:proofErr w:type="spellStart"/>
      <w:r w:rsidRPr="006C4A75">
        <w:rPr>
          <w:color w:val="FF0000"/>
        </w:rPr>
        <w:t>gramaj</w:t>
      </w:r>
      <w:proofErr w:type="spellEnd"/>
      <w:r w:rsidRPr="006C4A75">
        <w:rPr>
          <w:color w:val="FF0000"/>
        </w:rPr>
        <w:t xml:space="preserve">, </w:t>
      </w:r>
      <w:proofErr w:type="spellStart"/>
      <w:r w:rsidRPr="006C4A75">
        <w:rPr>
          <w:color w:val="FF0000"/>
        </w:rPr>
        <w:t>documente</w:t>
      </w:r>
      <w:proofErr w:type="spellEnd"/>
      <w:r w:rsidRPr="006C4A75">
        <w:rPr>
          <w:color w:val="FF0000"/>
        </w:rPr>
        <w:t xml:space="preserve"> de </w:t>
      </w:r>
      <w:proofErr w:type="spellStart"/>
      <w:r w:rsidRPr="006C4A75">
        <w:rPr>
          <w:color w:val="FF0000"/>
        </w:rPr>
        <w:t>trasabilitate</w:t>
      </w:r>
      <w:proofErr w:type="spellEnd"/>
      <w:r w:rsidRPr="006C4A75">
        <w:rPr>
          <w:color w:val="FF0000"/>
        </w:rPr>
        <w:t xml:space="preserve">, </w:t>
      </w:r>
      <w:proofErr w:type="spellStart"/>
      <w:r w:rsidRPr="006C4A75">
        <w:rPr>
          <w:color w:val="FF0000"/>
        </w:rPr>
        <w:t>fișe</w:t>
      </w:r>
      <w:proofErr w:type="spellEnd"/>
      <w:r w:rsidRPr="006C4A75">
        <w:rPr>
          <w:color w:val="FF0000"/>
        </w:rPr>
        <w:t xml:space="preserve"> </w:t>
      </w:r>
      <w:proofErr w:type="spellStart"/>
      <w:r w:rsidRPr="006C4A75">
        <w:rPr>
          <w:color w:val="FF0000"/>
        </w:rPr>
        <w:t>tehnologice</w:t>
      </w:r>
      <w:proofErr w:type="spellEnd"/>
      <w:r w:rsidRPr="006C4A75">
        <w:rPr>
          <w:color w:val="FF0000"/>
        </w:rPr>
        <w:t xml:space="preserve">, </w:t>
      </w:r>
      <w:proofErr w:type="spellStart"/>
      <w:r w:rsidRPr="006C4A75">
        <w:rPr>
          <w:color w:val="FF0000"/>
        </w:rPr>
        <w:t>dovezi</w:t>
      </w:r>
      <w:proofErr w:type="spellEnd"/>
      <w:r w:rsidRPr="006C4A75">
        <w:rPr>
          <w:color w:val="FF0000"/>
        </w:rPr>
        <w:t xml:space="preserve"> de </w:t>
      </w:r>
      <w:proofErr w:type="spellStart"/>
      <w:r w:rsidRPr="006C4A75">
        <w:rPr>
          <w:color w:val="FF0000"/>
        </w:rPr>
        <w:t>igienizare</w:t>
      </w:r>
      <w:proofErr w:type="spellEnd"/>
      <w:r w:rsidRPr="006C4A75">
        <w:rPr>
          <w:color w:val="FF0000"/>
        </w:rPr>
        <w:t xml:space="preserve">, </w:t>
      </w:r>
      <w:proofErr w:type="spellStart"/>
      <w:r w:rsidRPr="006C4A75">
        <w:rPr>
          <w:color w:val="FF0000"/>
        </w:rPr>
        <w:t>documente</w:t>
      </w:r>
      <w:proofErr w:type="spellEnd"/>
      <w:r w:rsidRPr="006C4A75">
        <w:rPr>
          <w:color w:val="FF0000"/>
        </w:rPr>
        <w:t xml:space="preserve"> </w:t>
      </w:r>
      <w:proofErr w:type="spellStart"/>
      <w:r w:rsidRPr="006C4A75">
        <w:rPr>
          <w:color w:val="FF0000"/>
        </w:rPr>
        <w:t>privind</w:t>
      </w:r>
      <w:proofErr w:type="spellEnd"/>
      <w:r w:rsidRPr="006C4A75">
        <w:rPr>
          <w:color w:val="FF0000"/>
        </w:rPr>
        <w:t xml:space="preserve"> </w:t>
      </w:r>
      <w:proofErr w:type="spellStart"/>
      <w:r w:rsidRPr="006C4A75">
        <w:rPr>
          <w:color w:val="FF0000"/>
        </w:rPr>
        <w:t>unitatea</w:t>
      </w:r>
      <w:proofErr w:type="spellEnd"/>
      <w:r w:rsidRPr="006C4A75">
        <w:rPr>
          <w:color w:val="FF0000"/>
        </w:rPr>
        <w:t xml:space="preserve"> de </w:t>
      </w:r>
      <w:proofErr w:type="spellStart"/>
      <w:r w:rsidRPr="006C4A75">
        <w:rPr>
          <w:color w:val="FF0000"/>
        </w:rPr>
        <w:t>preparare</w:t>
      </w:r>
      <w:proofErr w:type="spellEnd"/>
      <w:r w:rsidRPr="006C4A75">
        <w:rPr>
          <w:color w:val="FF0000"/>
        </w:rPr>
        <w:t xml:space="preserve"> </w:t>
      </w:r>
      <w:proofErr w:type="spellStart"/>
      <w:r w:rsidRPr="006C4A75">
        <w:rPr>
          <w:color w:val="FF0000"/>
        </w:rPr>
        <w:t>și</w:t>
      </w:r>
      <w:proofErr w:type="spellEnd"/>
      <w:r w:rsidRPr="006C4A75">
        <w:rPr>
          <w:color w:val="FF0000"/>
        </w:rPr>
        <w:t xml:space="preserve"> </w:t>
      </w:r>
      <w:proofErr w:type="spellStart"/>
      <w:r w:rsidRPr="006C4A75">
        <w:rPr>
          <w:color w:val="FF0000"/>
        </w:rPr>
        <w:t>mijloacele</w:t>
      </w:r>
      <w:proofErr w:type="spellEnd"/>
      <w:r w:rsidRPr="006C4A75">
        <w:rPr>
          <w:color w:val="FF0000"/>
        </w:rPr>
        <w:t xml:space="preserve"> de transport. </w:t>
      </w:r>
      <w:proofErr w:type="spellStart"/>
      <w:r w:rsidRPr="006C4A75">
        <w:rPr>
          <w:color w:val="FF0000"/>
        </w:rPr>
        <w:t>În</w:t>
      </w:r>
      <w:proofErr w:type="spellEnd"/>
      <w:r w:rsidRPr="006C4A75">
        <w:rPr>
          <w:color w:val="FF0000"/>
        </w:rPr>
        <w:t xml:space="preserve"> </w:t>
      </w:r>
      <w:proofErr w:type="spellStart"/>
      <w:r w:rsidRPr="006C4A75">
        <w:rPr>
          <w:color w:val="FF0000"/>
        </w:rPr>
        <w:t>limitele</w:t>
      </w:r>
      <w:proofErr w:type="spellEnd"/>
      <w:r w:rsidRPr="006C4A75">
        <w:rPr>
          <w:color w:val="FF0000"/>
        </w:rPr>
        <w:t xml:space="preserve"> </w:t>
      </w:r>
      <w:proofErr w:type="spellStart"/>
      <w:r w:rsidRPr="006C4A75">
        <w:rPr>
          <w:color w:val="FF0000"/>
        </w:rPr>
        <w:t>competențelor</w:t>
      </w:r>
      <w:proofErr w:type="spellEnd"/>
      <w:r w:rsidRPr="006C4A75">
        <w:rPr>
          <w:color w:val="FF0000"/>
        </w:rPr>
        <w:t xml:space="preserve"> </w:t>
      </w:r>
      <w:proofErr w:type="spellStart"/>
      <w:r w:rsidRPr="006C4A75">
        <w:rPr>
          <w:color w:val="FF0000"/>
        </w:rPr>
        <w:t>și</w:t>
      </w:r>
      <w:proofErr w:type="spellEnd"/>
      <w:r w:rsidRPr="006C4A75">
        <w:rPr>
          <w:color w:val="FF0000"/>
        </w:rPr>
        <w:t xml:space="preserve"> cu </w:t>
      </w:r>
      <w:proofErr w:type="spellStart"/>
      <w:r w:rsidRPr="006C4A75">
        <w:rPr>
          <w:color w:val="FF0000"/>
        </w:rPr>
        <w:t>respectarea</w:t>
      </w:r>
      <w:proofErr w:type="spellEnd"/>
      <w:r w:rsidRPr="006C4A75">
        <w:rPr>
          <w:color w:val="FF0000"/>
        </w:rPr>
        <w:t xml:space="preserve"> </w:t>
      </w:r>
      <w:proofErr w:type="spellStart"/>
      <w:r w:rsidRPr="006C4A75">
        <w:rPr>
          <w:color w:val="FF0000"/>
        </w:rPr>
        <w:t>regulilor</w:t>
      </w:r>
      <w:proofErr w:type="spellEnd"/>
      <w:r w:rsidRPr="006C4A75">
        <w:rPr>
          <w:color w:val="FF0000"/>
        </w:rPr>
        <w:t xml:space="preserve"> de </w:t>
      </w:r>
      <w:proofErr w:type="spellStart"/>
      <w:r w:rsidRPr="006C4A75">
        <w:rPr>
          <w:color w:val="FF0000"/>
        </w:rPr>
        <w:t>acces</w:t>
      </w:r>
      <w:proofErr w:type="spellEnd"/>
      <w:r w:rsidRPr="006C4A75">
        <w:rPr>
          <w:color w:val="FF0000"/>
        </w:rPr>
        <w:t xml:space="preserve">, pot fi </w:t>
      </w:r>
      <w:proofErr w:type="spellStart"/>
      <w:r w:rsidRPr="006C4A75">
        <w:rPr>
          <w:color w:val="FF0000"/>
        </w:rPr>
        <w:t>efectuate</w:t>
      </w:r>
      <w:proofErr w:type="spellEnd"/>
      <w:r w:rsidRPr="006C4A75">
        <w:rPr>
          <w:color w:val="FF0000"/>
        </w:rPr>
        <w:t xml:space="preserve"> </w:t>
      </w:r>
      <w:proofErr w:type="spellStart"/>
      <w:r w:rsidRPr="006C4A75">
        <w:rPr>
          <w:color w:val="FF0000"/>
        </w:rPr>
        <w:t>vizite</w:t>
      </w:r>
      <w:proofErr w:type="spellEnd"/>
      <w:r w:rsidRPr="006C4A75">
        <w:rPr>
          <w:color w:val="FF0000"/>
        </w:rPr>
        <w:t xml:space="preserve"> de </w:t>
      </w:r>
      <w:proofErr w:type="spellStart"/>
      <w:r w:rsidRPr="006C4A75">
        <w:rPr>
          <w:color w:val="FF0000"/>
        </w:rPr>
        <w:t>verificare</w:t>
      </w:r>
      <w:proofErr w:type="spellEnd"/>
      <w:r w:rsidRPr="006C4A75">
        <w:rPr>
          <w:color w:val="FF0000"/>
        </w:rPr>
        <w:t xml:space="preserve"> </w:t>
      </w:r>
      <w:proofErr w:type="spellStart"/>
      <w:r w:rsidRPr="006C4A75">
        <w:rPr>
          <w:color w:val="FF0000"/>
        </w:rPr>
        <w:t>sau</w:t>
      </w:r>
      <w:proofErr w:type="spellEnd"/>
      <w:r w:rsidRPr="006C4A75">
        <w:rPr>
          <w:color w:val="FF0000"/>
        </w:rPr>
        <w:t xml:space="preserve"> pot fi solicitate </w:t>
      </w:r>
      <w:proofErr w:type="spellStart"/>
      <w:r w:rsidRPr="006C4A75">
        <w:rPr>
          <w:color w:val="FF0000"/>
        </w:rPr>
        <w:t>controale</w:t>
      </w:r>
      <w:proofErr w:type="spellEnd"/>
      <w:r w:rsidRPr="006C4A75">
        <w:rPr>
          <w:color w:val="FF0000"/>
        </w:rPr>
        <w:t xml:space="preserve"> ale </w:t>
      </w:r>
      <w:proofErr w:type="spellStart"/>
      <w:r w:rsidRPr="006C4A75">
        <w:rPr>
          <w:color w:val="FF0000"/>
        </w:rPr>
        <w:t>autorităților</w:t>
      </w:r>
      <w:proofErr w:type="spellEnd"/>
      <w:r w:rsidRPr="006C4A75">
        <w:rPr>
          <w:color w:val="FF0000"/>
        </w:rPr>
        <w:t xml:space="preserve"> </w:t>
      </w:r>
      <w:proofErr w:type="spellStart"/>
      <w:r w:rsidRPr="006C4A75">
        <w:rPr>
          <w:color w:val="FF0000"/>
        </w:rPr>
        <w:t>competente</w:t>
      </w:r>
      <w:proofErr w:type="spellEnd"/>
      <w:r w:rsidRPr="006C4A75">
        <w:rPr>
          <w:color w:val="FF0000"/>
        </w:rPr>
        <w:t>.</w:t>
      </w:r>
    </w:p>
    <w:p w14:paraId="2844D963" w14:textId="77777777" w:rsidR="000C4CB5" w:rsidRPr="0025334A" w:rsidRDefault="004E746A" w:rsidP="0025334A">
      <w:pPr>
        <w:pStyle w:val="Heading2"/>
        <w:rPr>
          <w:color w:val="auto"/>
        </w:rPr>
      </w:pPr>
      <w:bookmarkStart w:id="54" w:name="_Toc242951495"/>
      <w:r w:rsidRPr="0025334A">
        <w:rPr>
          <w:color w:val="auto"/>
        </w:rPr>
        <w:t xml:space="preserve">6.4. </w:t>
      </w:r>
      <w:proofErr w:type="spellStart"/>
      <w:r w:rsidRPr="0025334A">
        <w:rPr>
          <w:color w:val="auto"/>
        </w:rPr>
        <w:t>Neconformități</w:t>
      </w:r>
      <w:proofErr w:type="spellEnd"/>
      <w:r w:rsidRPr="0025334A">
        <w:rPr>
          <w:color w:val="auto"/>
        </w:rPr>
        <w:t xml:space="preserve">, </w:t>
      </w:r>
      <w:proofErr w:type="spellStart"/>
      <w:r w:rsidRPr="0025334A">
        <w:rPr>
          <w:color w:val="auto"/>
        </w:rPr>
        <w:t>refuz</w:t>
      </w:r>
      <w:proofErr w:type="spellEnd"/>
      <w:r w:rsidRPr="0025334A">
        <w:rPr>
          <w:color w:val="auto"/>
        </w:rPr>
        <w:t xml:space="preserve">, </w:t>
      </w:r>
      <w:proofErr w:type="spellStart"/>
      <w:r w:rsidRPr="0025334A">
        <w:rPr>
          <w:color w:val="auto"/>
        </w:rPr>
        <w:t>remediere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incidente</w:t>
      </w:r>
      <w:bookmarkEnd w:id="54"/>
      <w:proofErr w:type="spellEnd"/>
    </w:p>
    <w:p w14:paraId="745475BE" w14:textId="77777777" w:rsidR="000C4CB5" w:rsidRPr="0025334A" w:rsidRDefault="004E746A">
      <w:pPr>
        <w:spacing w:after="50" w:line="247" w:lineRule="auto"/>
      </w:pPr>
      <w:r w:rsidRPr="0025334A">
        <w:t xml:space="preserve">Prin </w:t>
      </w:r>
      <w:proofErr w:type="spellStart"/>
      <w:r w:rsidRPr="0025334A">
        <w:t>neconformitate</w:t>
      </w:r>
      <w:proofErr w:type="spellEnd"/>
      <w:r w:rsidRPr="0025334A">
        <w:t xml:space="preserve"> se </w:t>
      </w:r>
      <w:proofErr w:type="spellStart"/>
      <w:r w:rsidRPr="0025334A">
        <w:t>înțelege</w:t>
      </w:r>
      <w:proofErr w:type="spellEnd"/>
      <w:r w:rsidRPr="0025334A">
        <w:t xml:space="preserve"> </w:t>
      </w:r>
      <w:proofErr w:type="spellStart"/>
      <w:r w:rsidRPr="0025334A">
        <w:t>orice</w:t>
      </w:r>
      <w:proofErr w:type="spellEnd"/>
      <w:r w:rsidRPr="0025334A">
        <w:t xml:space="preserve"> </w:t>
      </w:r>
      <w:proofErr w:type="spellStart"/>
      <w:r w:rsidRPr="0025334A">
        <w:t>abatere</w:t>
      </w:r>
      <w:proofErr w:type="spellEnd"/>
      <w:r w:rsidRPr="0025334A">
        <w:t xml:space="preserve"> de la </w:t>
      </w:r>
      <w:proofErr w:type="spellStart"/>
      <w:r w:rsidRPr="0025334A">
        <w:t>caietul</w:t>
      </w:r>
      <w:proofErr w:type="spellEnd"/>
      <w:r w:rsidRPr="0025334A">
        <w:t xml:space="preserve"> de </w:t>
      </w:r>
      <w:proofErr w:type="spellStart"/>
      <w:r w:rsidRPr="0025334A">
        <w:t>sarcini</w:t>
      </w:r>
      <w:proofErr w:type="spellEnd"/>
      <w:r w:rsidRPr="0025334A">
        <w:t xml:space="preserve">, </w:t>
      </w:r>
      <w:proofErr w:type="spellStart"/>
      <w:r w:rsidRPr="0025334A">
        <w:t>meniul</w:t>
      </w:r>
      <w:proofErr w:type="spellEnd"/>
      <w:r w:rsidRPr="0025334A">
        <w:t xml:space="preserve"> </w:t>
      </w:r>
      <w:proofErr w:type="spellStart"/>
      <w:r w:rsidRPr="0025334A">
        <w:t>aprobat</w:t>
      </w:r>
      <w:proofErr w:type="spellEnd"/>
      <w:r w:rsidRPr="0025334A">
        <w:t xml:space="preserve">, </w:t>
      </w:r>
      <w:proofErr w:type="spellStart"/>
      <w:r w:rsidRPr="0025334A">
        <w:t>comanda</w:t>
      </w:r>
      <w:proofErr w:type="spellEnd"/>
      <w:r w:rsidRPr="0025334A">
        <w:t xml:space="preserve"> </w:t>
      </w:r>
      <w:proofErr w:type="spellStart"/>
      <w:r w:rsidRPr="0025334A">
        <w:t>zilnică</w:t>
      </w:r>
      <w:proofErr w:type="spellEnd"/>
      <w:r w:rsidRPr="0025334A">
        <w:t xml:space="preserve">, </w:t>
      </w:r>
      <w:proofErr w:type="spellStart"/>
      <w:r w:rsidRPr="0025334A">
        <w:t>regimul</w:t>
      </w:r>
      <w:proofErr w:type="spellEnd"/>
      <w:r w:rsidRPr="0025334A">
        <w:t xml:space="preserve"> </w:t>
      </w:r>
      <w:proofErr w:type="spellStart"/>
      <w:r w:rsidRPr="0025334A">
        <w:t>comunicat</w:t>
      </w:r>
      <w:proofErr w:type="spellEnd"/>
      <w:r w:rsidRPr="0025334A">
        <w:t xml:space="preserve">, </w:t>
      </w:r>
      <w:proofErr w:type="spellStart"/>
      <w:r w:rsidRPr="0025334A">
        <w:t>oferta</w:t>
      </w:r>
      <w:proofErr w:type="spellEnd"/>
      <w:r w:rsidRPr="0025334A">
        <w:t xml:space="preserve"> </w:t>
      </w:r>
      <w:proofErr w:type="spellStart"/>
      <w:r w:rsidRPr="0025334A">
        <w:t>tehnică</w:t>
      </w:r>
      <w:proofErr w:type="spellEnd"/>
      <w:r w:rsidRPr="0025334A">
        <w:t xml:space="preserve"> </w:t>
      </w:r>
      <w:proofErr w:type="spellStart"/>
      <w:r w:rsidRPr="0025334A">
        <w:t>acceptată</w:t>
      </w:r>
      <w:proofErr w:type="spellEnd"/>
      <w:r w:rsidRPr="0025334A">
        <w:t xml:space="preserve"> </w:t>
      </w:r>
      <w:proofErr w:type="spellStart"/>
      <w:r w:rsidRPr="0025334A">
        <w:t>sau</w:t>
      </w:r>
      <w:proofErr w:type="spellEnd"/>
      <w:r w:rsidRPr="0025334A">
        <w:t xml:space="preserve"> </w:t>
      </w:r>
      <w:proofErr w:type="spellStart"/>
      <w:r w:rsidRPr="0025334A">
        <w:t>normele</w:t>
      </w:r>
      <w:proofErr w:type="spellEnd"/>
      <w:r w:rsidRPr="0025334A">
        <w:t xml:space="preserve"> </w:t>
      </w:r>
      <w:proofErr w:type="spellStart"/>
      <w:r w:rsidRPr="0025334A">
        <w:t>legale</w:t>
      </w:r>
      <w:proofErr w:type="spellEnd"/>
      <w:r w:rsidRPr="0025334A">
        <w:t xml:space="preserve"> </w:t>
      </w:r>
      <w:proofErr w:type="spellStart"/>
      <w:r w:rsidRPr="0025334A">
        <w:t>aplicabile</w:t>
      </w:r>
      <w:proofErr w:type="spellEnd"/>
      <w:r w:rsidRPr="0025334A">
        <w:t xml:space="preserve">. </w:t>
      </w:r>
      <w:proofErr w:type="spellStart"/>
      <w:r w:rsidRPr="0025334A">
        <w:t>Neconformitățile</w:t>
      </w:r>
      <w:proofErr w:type="spellEnd"/>
      <w:r w:rsidRPr="0025334A">
        <w:t xml:space="preserve"> se </w:t>
      </w:r>
      <w:proofErr w:type="spellStart"/>
      <w:r w:rsidRPr="0025334A">
        <w:t>clasifică</w:t>
      </w:r>
      <w:proofErr w:type="spellEnd"/>
      <w:r w:rsidRPr="0025334A">
        <w:t xml:space="preserve"> </w:t>
      </w:r>
      <w:proofErr w:type="spellStart"/>
      <w:r w:rsidRPr="0025334A">
        <w:t>operațional</w:t>
      </w:r>
      <w:proofErr w:type="spellEnd"/>
      <w:r w:rsidRPr="0025334A">
        <w:t xml:space="preserve"> </w:t>
      </w:r>
      <w:proofErr w:type="spellStart"/>
      <w:r w:rsidRPr="0025334A">
        <w:t>în</w:t>
      </w:r>
      <w:proofErr w:type="spellEnd"/>
      <w:r w:rsidRPr="0025334A">
        <w:t xml:space="preserve"> </w:t>
      </w:r>
      <w:proofErr w:type="spellStart"/>
      <w:r w:rsidRPr="0025334A">
        <w:t>minore</w:t>
      </w:r>
      <w:proofErr w:type="spellEnd"/>
      <w:r w:rsidRPr="0025334A">
        <w:t xml:space="preserve">, </w:t>
      </w:r>
      <w:proofErr w:type="spellStart"/>
      <w:r w:rsidRPr="0025334A">
        <w:t>majore</w:t>
      </w:r>
      <w:proofErr w:type="spellEnd"/>
      <w:r w:rsidRPr="0025334A">
        <w:t xml:space="preserve"> </w:t>
      </w:r>
      <w:proofErr w:type="spellStart"/>
      <w:r w:rsidRPr="0025334A">
        <w:t>și</w:t>
      </w:r>
      <w:proofErr w:type="spellEnd"/>
      <w:r w:rsidRPr="0025334A">
        <w:t xml:space="preserve"> </w:t>
      </w:r>
      <w:proofErr w:type="spellStart"/>
      <w:r w:rsidRPr="0025334A">
        <w:t>critice</w:t>
      </w:r>
      <w:proofErr w:type="spellEnd"/>
      <w:r w:rsidRPr="0025334A">
        <w:t xml:space="preserve"> </w:t>
      </w:r>
      <w:proofErr w:type="spellStart"/>
      <w:r w:rsidRPr="0025334A">
        <w:t>în</w:t>
      </w:r>
      <w:proofErr w:type="spellEnd"/>
      <w:r w:rsidRPr="0025334A">
        <w:t xml:space="preserve"> </w:t>
      </w:r>
      <w:proofErr w:type="spellStart"/>
      <w:r w:rsidRPr="0025334A">
        <w:t>funcție</w:t>
      </w:r>
      <w:proofErr w:type="spellEnd"/>
      <w:r w:rsidRPr="0025334A">
        <w:t xml:space="preserve"> de </w:t>
      </w:r>
      <w:proofErr w:type="spellStart"/>
      <w:r w:rsidRPr="0025334A">
        <w:t>impactul</w:t>
      </w:r>
      <w:proofErr w:type="spellEnd"/>
      <w:r w:rsidRPr="0025334A">
        <w:t xml:space="preserve"> </w:t>
      </w:r>
      <w:proofErr w:type="spellStart"/>
      <w:r w:rsidRPr="0025334A">
        <w:t>asupra</w:t>
      </w:r>
      <w:proofErr w:type="spellEnd"/>
      <w:r w:rsidRPr="0025334A">
        <w:t xml:space="preserve"> </w:t>
      </w:r>
      <w:proofErr w:type="spellStart"/>
      <w:r w:rsidRPr="0025334A">
        <w:t>serviciului</w:t>
      </w:r>
      <w:proofErr w:type="spellEnd"/>
      <w:r w:rsidRPr="0025334A">
        <w:t xml:space="preserve"> </w:t>
      </w:r>
      <w:proofErr w:type="spellStart"/>
      <w:r w:rsidRPr="0025334A">
        <w:t>și</w:t>
      </w:r>
      <w:proofErr w:type="spellEnd"/>
      <w:r w:rsidRPr="0025334A">
        <w:t xml:space="preserve"> </w:t>
      </w:r>
      <w:proofErr w:type="spellStart"/>
      <w:r w:rsidRPr="0025334A">
        <w:t>siguranței</w:t>
      </w:r>
      <w:proofErr w:type="spellEnd"/>
      <w:r w:rsidRPr="0025334A">
        <w:t xml:space="preserve"> </w:t>
      </w:r>
      <w:proofErr w:type="spellStart"/>
      <w:r w:rsidRPr="0025334A">
        <w:t>beneficiarilor</w:t>
      </w:r>
      <w:proofErr w:type="spellEnd"/>
      <w:r w:rsidRPr="0025334A">
        <w:t>.</w:t>
      </w:r>
    </w:p>
    <w:tbl>
      <w:tblPr>
        <w:tblStyle w:val="TableGrid"/>
        <w:tblW w:w="0" w:type="auto"/>
        <w:tblLook w:val="04A0" w:firstRow="1" w:lastRow="0" w:firstColumn="1" w:lastColumn="0" w:noHBand="0" w:noVBand="1"/>
      </w:tblPr>
      <w:tblGrid>
        <w:gridCol w:w="2607"/>
        <w:gridCol w:w="7361"/>
      </w:tblGrid>
      <w:tr w:rsidR="0025334A" w:rsidRPr="0025334A" w14:paraId="26D2A8F9" w14:textId="77777777" w:rsidTr="0025334A">
        <w:tc>
          <w:tcPr>
            <w:tcW w:w="0" w:type="auto"/>
          </w:tcPr>
          <w:p w14:paraId="027EC90E" w14:textId="253094DD" w:rsidR="0025334A" w:rsidRPr="0025334A" w:rsidRDefault="0025334A" w:rsidP="0025334A">
            <w:pPr>
              <w:spacing w:after="50"/>
              <w:ind w:firstLine="0"/>
              <w:contextualSpacing/>
              <w:jc w:val="left"/>
              <w:rPr>
                <w:b/>
                <w:sz w:val="22"/>
              </w:rPr>
            </w:pPr>
            <w:proofErr w:type="spellStart"/>
            <w:r w:rsidRPr="0025334A">
              <w:rPr>
                <w:b/>
                <w:sz w:val="22"/>
              </w:rPr>
              <w:t>Neconformitate</w:t>
            </w:r>
            <w:proofErr w:type="spellEnd"/>
          </w:p>
        </w:tc>
        <w:tc>
          <w:tcPr>
            <w:tcW w:w="0" w:type="auto"/>
          </w:tcPr>
          <w:p w14:paraId="54F3C4D3" w14:textId="2BFEE45E" w:rsidR="0025334A" w:rsidRPr="0025334A" w:rsidRDefault="0025334A" w:rsidP="0025334A">
            <w:pPr>
              <w:spacing w:after="50"/>
              <w:ind w:firstLine="0"/>
              <w:contextualSpacing/>
              <w:jc w:val="left"/>
              <w:rPr>
                <w:b/>
              </w:rPr>
            </w:pPr>
            <w:proofErr w:type="spellStart"/>
            <w:r w:rsidRPr="0025334A">
              <w:rPr>
                <w:b/>
              </w:rPr>
              <w:t>Măsura</w:t>
            </w:r>
            <w:proofErr w:type="spellEnd"/>
            <w:r w:rsidRPr="0025334A">
              <w:rPr>
                <w:b/>
              </w:rPr>
              <w:t xml:space="preserve"> </w:t>
            </w:r>
            <w:proofErr w:type="spellStart"/>
            <w:r w:rsidRPr="0025334A">
              <w:rPr>
                <w:b/>
              </w:rPr>
              <w:t>minimă</w:t>
            </w:r>
            <w:proofErr w:type="spellEnd"/>
            <w:r w:rsidRPr="0025334A">
              <w:rPr>
                <w:b/>
                <w:sz w:val="20"/>
              </w:rPr>
              <w:t xml:space="preserve"> </w:t>
            </w:r>
            <w:r w:rsidRPr="0025334A">
              <w:rPr>
                <w:b/>
              </w:rPr>
              <w:t xml:space="preserve">de </w:t>
            </w:r>
            <w:proofErr w:type="spellStart"/>
            <w:r w:rsidRPr="0025334A">
              <w:rPr>
                <w:b/>
              </w:rPr>
              <w:t>remediere</w:t>
            </w:r>
            <w:proofErr w:type="spellEnd"/>
          </w:p>
        </w:tc>
      </w:tr>
      <w:tr w:rsidR="0025334A" w:rsidRPr="0025334A" w14:paraId="66554D0A" w14:textId="77777777" w:rsidTr="0025334A">
        <w:tc>
          <w:tcPr>
            <w:tcW w:w="0" w:type="auto"/>
          </w:tcPr>
          <w:p w14:paraId="7AA92C86" w14:textId="77777777" w:rsidR="0025334A" w:rsidRPr="0025334A" w:rsidRDefault="0025334A" w:rsidP="0025334A">
            <w:pPr>
              <w:spacing w:after="50"/>
              <w:ind w:firstLine="0"/>
              <w:contextualSpacing/>
              <w:jc w:val="left"/>
              <w:rPr>
                <w:bCs/>
                <w:sz w:val="22"/>
              </w:rPr>
            </w:pPr>
            <w:proofErr w:type="spellStart"/>
            <w:r w:rsidRPr="0025334A">
              <w:rPr>
                <w:bCs/>
                <w:sz w:val="22"/>
              </w:rPr>
              <w:t>Lipsă</w:t>
            </w:r>
            <w:proofErr w:type="spellEnd"/>
            <w:r w:rsidRPr="0025334A">
              <w:rPr>
                <w:bCs/>
                <w:sz w:val="22"/>
              </w:rPr>
              <w:t xml:space="preserve"> </w:t>
            </w:r>
            <w:proofErr w:type="spellStart"/>
            <w:r w:rsidRPr="0025334A">
              <w:rPr>
                <w:bCs/>
                <w:sz w:val="22"/>
              </w:rPr>
              <w:t>porții</w:t>
            </w:r>
            <w:proofErr w:type="spellEnd"/>
            <w:r w:rsidRPr="0025334A">
              <w:rPr>
                <w:bCs/>
                <w:sz w:val="22"/>
              </w:rPr>
              <w:t xml:space="preserve"> / </w:t>
            </w:r>
            <w:proofErr w:type="spellStart"/>
            <w:r w:rsidRPr="0025334A">
              <w:rPr>
                <w:bCs/>
                <w:sz w:val="22"/>
              </w:rPr>
              <w:t>gramaj</w:t>
            </w:r>
            <w:proofErr w:type="spellEnd"/>
            <w:r w:rsidRPr="0025334A">
              <w:rPr>
                <w:bCs/>
                <w:sz w:val="22"/>
              </w:rPr>
              <w:t xml:space="preserve"> </w:t>
            </w:r>
            <w:proofErr w:type="spellStart"/>
            <w:r w:rsidRPr="0025334A">
              <w:rPr>
                <w:bCs/>
                <w:sz w:val="22"/>
              </w:rPr>
              <w:t>insuficient</w:t>
            </w:r>
            <w:proofErr w:type="spellEnd"/>
          </w:p>
        </w:tc>
        <w:tc>
          <w:tcPr>
            <w:tcW w:w="0" w:type="auto"/>
          </w:tcPr>
          <w:p w14:paraId="471E093D" w14:textId="77777777" w:rsidR="0025334A" w:rsidRPr="0025334A" w:rsidRDefault="0025334A" w:rsidP="0025334A">
            <w:pPr>
              <w:spacing w:after="50"/>
              <w:ind w:firstLine="0"/>
              <w:contextualSpacing/>
              <w:jc w:val="left"/>
              <w:rPr>
                <w:bCs/>
              </w:rPr>
            </w:pPr>
            <w:proofErr w:type="spellStart"/>
            <w:r w:rsidRPr="0025334A">
              <w:rPr>
                <w:bCs/>
              </w:rPr>
              <w:t>Completare</w:t>
            </w:r>
            <w:proofErr w:type="spellEnd"/>
            <w:r w:rsidRPr="0025334A">
              <w:rPr>
                <w:bCs/>
              </w:rPr>
              <w:t xml:space="preserve"> </w:t>
            </w:r>
            <w:proofErr w:type="spellStart"/>
            <w:r w:rsidRPr="0025334A">
              <w:rPr>
                <w:bCs/>
              </w:rPr>
              <w:t>sau</w:t>
            </w:r>
            <w:proofErr w:type="spellEnd"/>
            <w:r w:rsidRPr="0025334A">
              <w:rPr>
                <w:bCs/>
              </w:rPr>
              <w:t xml:space="preserve"> </w:t>
            </w:r>
            <w:proofErr w:type="spellStart"/>
            <w:r w:rsidRPr="0025334A">
              <w:rPr>
                <w:bCs/>
              </w:rPr>
              <w:t>înlocuire</w:t>
            </w:r>
            <w:proofErr w:type="spellEnd"/>
            <w:r w:rsidRPr="0025334A">
              <w:rPr>
                <w:bCs/>
              </w:rPr>
              <w:t xml:space="preserve"> </w:t>
            </w:r>
            <w:proofErr w:type="spellStart"/>
            <w:r w:rsidRPr="0025334A">
              <w:rPr>
                <w:bCs/>
              </w:rPr>
              <w:t>în</w:t>
            </w:r>
            <w:proofErr w:type="spellEnd"/>
            <w:r w:rsidRPr="0025334A">
              <w:rPr>
                <w:bCs/>
              </w:rPr>
              <w:t xml:space="preserve"> </w:t>
            </w:r>
            <w:proofErr w:type="spellStart"/>
            <w:r w:rsidRPr="0025334A">
              <w:rPr>
                <w:bCs/>
              </w:rPr>
              <w:t>regim</w:t>
            </w:r>
            <w:proofErr w:type="spellEnd"/>
            <w:r w:rsidRPr="0025334A">
              <w:rPr>
                <w:bCs/>
              </w:rPr>
              <w:t xml:space="preserve"> de </w:t>
            </w:r>
            <w:proofErr w:type="spellStart"/>
            <w:r w:rsidRPr="0025334A">
              <w:rPr>
                <w:bCs/>
              </w:rPr>
              <w:t>urgență</w:t>
            </w:r>
            <w:proofErr w:type="spellEnd"/>
            <w:r w:rsidRPr="0025334A">
              <w:rPr>
                <w:bCs/>
              </w:rPr>
              <w:t xml:space="preserve">, </w:t>
            </w:r>
            <w:proofErr w:type="spellStart"/>
            <w:r w:rsidRPr="0025334A">
              <w:rPr>
                <w:bCs/>
              </w:rPr>
              <w:t>fără</w:t>
            </w:r>
            <w:proofErr w:type="spellEnd"/>
            <w:r w:rsidRPr="0025334A">
              <w:rPr>
                <w:bCs/>
              </w:rPr>
              <w:t xml:space="preserve"> cost </w:t>
            </w:r>
            <w:proofErr w:type="spellStart"/>
            <w:r w:rsidRPr="0025334A">
              <w:rPr>
                <w:bCs/>
              </w:rPr>
              <w:t>suplimentar</w:t>
            </w:r>
            <w:proofErr w:type="spellEnd"/>
            <w:r w:rsidRPr="0025334A">
              <w:rPr>
                <w:bCs/>
              </w:rPr>
              <w:t>.</w:t>
            </w:r>
          </w:p>
        </w:tc>
      </w:tr>
      <w:tr w:rsidR="0025334A" w:rsidRPr="0025334A" w14:paraId="652185D8" w14:textId="77777777" w:rsidTr="0025334A">
        <w:tc>
          <w:tcPr>
            <w:tcW w:w="0" w:type="auto"/>
          </w:tcPr>
          <w:p w14:paraId="71795757" w14:textId="77777777" w:rsidR="0025334A" w:rsidRPr="0025334A" w:rsidRDefault="0025334A" w:rsidP="0025334A">
            <w:pPr>
              <w:spacing w:after="50"/>
              <w:ind w:firstLine="0"/>
              <w:contextualSpacing/>
              <w:jc w:val="left"/>
              <w:rPr>
                <w:bCs/>
                <w:sz w:val="22"/>
              </w:rPr>
            </w:pPr>
            <w:proofErr w:type="spellStart"/>
            <w:r w:rsidRPr="0025334A">
              <w:rPr>
                <w:bCs/>
                <w:sz w:val="22"/>
              </w:rPr>
              <w:t>Regim</w:t>
            </w:r>
            <w:proofErr w:type="spellEnd"/>
            <w:r w:rsidRPr="0025334A">
              <w:rPr>
                <w:bCs/>
                <w:sz w:val="22"/>
              </w:rPr>
              <w:t xml:space="preserve"> </w:t>
            </w:r>
            <w:proofErr w:type="spellStart"/>
            <w:r w:rsidRPr="0025334A">
              <w:rPr>
                <w:bCs/>
                <w:sz w:val="22"/>
              </w:rPr>
              <w:t>ori</w:t>
            </w:r>
            <w:proofErr w:type="spellEnd"/>
            <w:r w:rsidRPr="0025334A">
              <w:rPr>
                <w:bCs/>
                <w:sz w:val="22"/>
              </w:rPr>
              <w:t xml:space="preserve"> </w:t>
            </w:r>
            <w:proofErr w:type="spellStart"/>
            <w:r w:rsidRPr="0025334A">
              <w:rPr>
                <w:bCs/>
                <w:sz w:val="22"/>
              </w:rPr>
              <w:t>textură</w:t>
            </w:r>
            <w:proofErr w:type="spellEnd"/>
            <w:r w:rsidRPr="0025334A">
              <w:rPr>
                <w:bCs/>
                <w:sz w:val="22"/>
              </w:rPr>
              <w:t xml:space="preserve"> </w:t>
            </w:r>
            <w:proofErr w:type="spellStart"/>
            <w:r w:rsidRPr="0025334A">
              <w:rPr>
                <w:bCs/>
                <w:sz w:val="22"/>
              </w:rPr>
              <w:t>greșită</w:t>
            </w:r>
            <w:proofErr w:type="spellEnd"/>
          </w:p>
        </w:tc>
        <w:tc>
          <w:tcPr>
            <w:tcW w:w="0" w:type="auto"/>
          </w:tcPr>
          <w:p w14:paraId="57189539" w14:textId="77777777" w:rsidR="0025334A" w:rsidRPr="0025334A" w:rsidRDefault="0025334A" w:rsidP="0025334A">
            <w:pPr>
              <w:spacing w:after="50"/>
              <w:ind w:firstLine="0"/>
              <w:contextualSpacing/>
              <w:jc w:val="left"/>
              <w:rPr>
                <w:bCs/>
              </w:rPr>
            </w:pPr>
            <w:proofErr w:type="spellStart"/>
            <w:r w:rsidRPr="0025334A">
              <w:rPr>
                <w:bCs/>
              </w:rPr>
              <w:t>Oprirea</w:t>
            </w:r>
            <w:proofErr w:type="spellEnd"/>
            <w:r w:rsidRPr="0025334A">
              <w:rPr>
                <w:bCs/>
              </w:rPr>
              <w:t xml:space="preserve"> </w:t>
            </w:r>
            <w:proofErr w:type="spellStart"/>
            <w:r w:rsidRPr="0025334A">
              <w:rPr>
                <w:bCs/>
              </w:rPr>
              <w:t>distribuirii</w:t>
            </w:r>
            <w:proofErr w:type="spellEnd"/>
            <w:r w:rsidRPr="0025334A">
              <w:rPr>
                <w:bCs/>
              </w:rPr>
              <w:t xml:space="preserve"> </w:t>
            </w:r>
            <w:proofErr w:type="spellStart"/>
            <w:r w:rsidRPr="0025334A">
              <w:rPr>
                <w:bCs/>
              </w:rPr>
              <w:t>porției</w:t>
            </w:r>
            <w:proofErr w:type="spellEnd"/>
            <w:r w:rsidRPr="0025334A">
              <w:rPr>
                <w:bCs/>
              </w:rPr>
              <w:t xml:space="preserve"> </w:t>
            </w:r>
            <w:proofErr w:type="spellStart"/>
            <w:r w:rsidRPr="0025334A">
              <w:rPr>
                <w:bCs/>
              </w:rPr>
              <w:t>greșite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înlocuirea</w:t>
            </w:r>
            <w:proofErr w:type="spellEnd"/>
            <w:r w:rsidRPr="0025334A">
              <w:rPr>
                <w:bCs/>
              </w:rPr>
              <w:t xml:space="preserve"> cu </w:t>
            </w:r>
            <w:proofErr w:type="spellStart"/>
            <w:r w:rsidRPr="0025334A">
              <w:rPr>
                <w:bCs/>
              </w:rPr>
              <w:t>porția</w:t>
            </w:r>
            <w:proofErr w:type="spellEnd"/>
            <w:r w:rsidRPr="0025334A">
              <w:rPr>
                <w:bCs/>
              </w:rPr>
              <w:t xml:space="preserve"> </w:t>
            </w:r>
            <w:proofErr w:type="spellStart"/>
            <w:r w:rsidRPr="0025334A">
              <w:rPr>
                <w:bCs/>
              </w:rPr>
              <w:t>corectă</w:t>
            </w:r>
            <w:proofErr w:type="spellEnd"/>
            <w:r w:rsidRPr="0025334A">
              <w:rPr>
                <w:bCs/>
              </w:rPr>
              <w:t>.</w:t>
            </w:r>
          </w:p>
        </w:tc>
      </w:tr>
      <w:tr w:rsidR="0025334A" w:rsidRPr="0025334A" w14:paraId="2FBF7826" w14:textId="77777777" w:rsidTr="0025334A">
        <w:tc>
          <w:tcPr>
            <w:tcW w:w="0" w:type="auto"/>
          </w:tcPr>
          <w:p w14:paraId="52189D03" w14:textId="77777777" w:rsidR="0025334A" w:rsidRPr="0025334A" w:rsidRDefault="0025334A" w:rsidP="0025334A">
            <w:pPr>
              <w:spacing w:after="50"/>
              <w:ind w:firstLine="0"/>
              <w:contextualSpacing/>
              <w:jc w:val="left"/>
              <w:rPr>
                <w:bCs/>
                <w:sz w:val="22"/>
              </w:rPr>
            </w:pPr>
            <w:proofErr w:type="spellStart"/>
            <w:r w:rsidRPr="0025334A">
              <w:rPr>
                <w:bCs/>
                <w:sz w:val="22"/>
              </w:rPr>
              <w:t>Temperatură</w:t>
            </w:r>
            <w:proofErr w:type="spellEnd"/>
            <w:r w:rsidRPr="0025334A">
              <w:rPr>
                <w:bCs/>
                <w:sz w:val="22"/>
              </w:rPr>
              <w:t xml:space="preserve"> </w:t>
            </w:r>
            <w:proofErr w:type="spellStart"/>
            <w:r w:rsidRPr="0025334A">
              <w:rPr>
                <w:bCs/>
                <w:sz w:val="22"/>
              </w:rPr>
              <w:t>neconformă</w:t>
            </w:r>
            <w:proofErr w:type="spellEnd"/>
          </w:p>
        </w:tc>
        <w:tc>
          <w:tcPr>
            <w:tcW w:w="0" w:type="auto"/>
          </w:tcPr>
          <w:p w14:paraId="154C6B5C" w14:textId="77777777" w:rsidR="0025334A" w:rsidRPr="0025334A" w:rsidRDefault="0025334A" w:rsidP="0025334A">
            <w:pPr>
              <w:spacing w:after="50"/>
              <w:ind w:firstLine="0"/>
              <w:contextualSpacing/>
              <w:jc w:val="left"/>
              <w:rPr>
                <w:bCs/>
              </w:rPr>
            </w:pPr>
            <w:proofErr w:type="spellStart"/>
            <w:r w:rsidRPr="0025334A">
              <w:rPr>
                <w:bCs/>
              </w:rPr>
              <w:t>Respingere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înlocuire</w:t>
            </w:r>
            <w:proofErr w:type="spellEnd"/>
            <w:r w:rsidRPr="0025334A">
              <w:rPr>
                <w:bCs/>
              </w:rPr>
              <w:t xml:space="preserve"> </w:t>
            </w:r>
            <w:proofErr w:type="spellStart"/>
            <w:r w:rsidRPr="0025334A">
              <w:rPr>
                <w:bCs/>
              </w:rPr>
              <w:t>dacă</w:t>
            </w:r>
            <w:proofErr w:type="spellEnd"/>
            <w:r w:rsidRPr="0025334A">
              <w:rPr>
                <w:bCs/>
              </w:rPr>
              <w:t xml:space="preserve"> </w:t>
            </w:r>
            <w:proofErr w:type="spellStart"/>
            <w:r w:rsidRPr="0025334A">
              <w:rPr>
                <w:bCs/>
              </w:rPr>
              <w:t>siguranța</w:t>
            </w:r>
            <w:proofErr w:type="spellEnd"/>
            <w:r w:rsidRPr="0025334A">
              <w:rPr>
                <w:bCs/>
              </w:rPr>
              <w:t xml:space="preserve"> </w:t>
            </w:r>
            <w:proofErr w:type="spellStart"/>
            <w:r w:rsidRPr="0025334A">
              <w:rPr>
                <w:bCs/>
              </w:rPr>
              <w:t>poate</w:t>
            </w:r>
            <w:proofErr w:type="spellEnd"/>
            <w:r w:rsidRPr="0025334A">
              <w:rPr>
                <w:bCs/>
              </w:rPr>
              <w:t xml:space="preserve"> fi </w:t>
            </w:r>
            <w:proofErr w:type="spellStart"/>
            <w:r w:rsidRPr="0025334A">
              <w:rPr>
                <w:bCs/>
              </w:rPr>
              <w:t>afectată</w:t>
            </w:r>
            <w:proofErr w:type="spellEnd"/>
            <w:r w:rsidRPr="0025334A">
              <w:rPr>
                <w:bCs/>
              </w:rPr>
              <w:t xml:space="preserve">; </w:t>
            </w:r>
            <w:proofErr w:type="spellStart"/>
            <w:r w:rsidRPr="0025334A">
              <w:rPr>
                <w:bCs/>
              </w:rPr>
              <w:t>investigarea</w:t>
            </w:r>
            <w:proofErr w:type="spellEnd"/>
            <w:r w:rsidRPr="0025334A">
              <w:rPr>
                <w:bCs/>
              </w:rPr>
              <w:t xml:space="preserve"> </w:t>
            </w:r>
            <w:proofErr w:type="spellStart"/>
            <w:r w:rsidRPr="0025334A">
              <w:rPr>
                <w:bCs/>
              </w:rPr>
              <w:t>cauzei</w:t>
            </w:r>
            <w:proofErr w:type="spellEnd"/>
            <w:r w:rsidRPr="0025334A">
              <w:rPr>
                <w:bCs/>
              </w:rPr>
              <w:t>.</w:t>
            </w:r>
          </w:p>
        </w:tc>
      </w:tr>
      <w:tr w:rsidR="0025334A" w:rsidRPr="0025334A" w14:paraId="26A9D38A" w14:textId="77777777" w:rsidTr="0025334A">
        <w:tc>
          <w:tcPr>
            <w:tcW w:w="0" w:type="auto"/>
          </w:tcPr>
          <w:p w14:paraId="5F710778" w14:textId="77777777" w:rsidR="0025334A" w:rsidRPr="0025334A" w:rsidRDefault="0025334A" w:rsidP="0025334A">
            <w:pPr>
              <w:spacing w:after="50"/>
              <w:ind w:firstLine="0"/>
              <w:contextualSpacing/>
              <w:jc w:val="left"/>
              <w:rPr>
                <w:bCs/>
                <w:sz w:val="22"/>
              </w:rPr>
            </w:pPr>
            <w:proofErr w:type="spellStart"/>
            <w:r w:rsidRPr="0025334A">
              <w:rPr>
                <w:bCs/>
                <w:sz w:val="22"/>
              </w:rPr>
              <w:t>Ambalaj</w:t>
            </w:r>
            <w:proofErr w:type="spellEnd"/>
            <w:r w:rsidRPr="0025334A">
              <w:rPr>
                <w:bCs/>
                <w:sz w:val="22"/>
              </w:rPr>
              <w:t xml:space="preserve"> </w:t>
            </w:r>
            <w:proofErr w:type="spellStart"/>
            <w:r w:rsidRPr="0025334A">
              <w:rPr>
                <w:bCs/>
                <w:sz w:val="22"/>
              </w:rPr>
              <w:t>deteriorat</w:t>
            </w:r>
            <w:proofErr w:type="spellEnd"/>
            <w:r w:rsidRPr="0025334A">
              <w:rPr>
                <w:bCs/>
                <w:sz w:val="22"/>
              </w:rPr>
              <w:t>/</w:t>
            </w:r>
            <w:proofErr w:type="spellStart"/>
            <w:r w:rsidRPr="0025334A">
              <w:rPr>
                <w:bCs/>
                <w:sz w:val="22"/>
              </w:rPr>
              <w:t>contaminat</w:t>
            </w:r>
            <w:proofErr w:type="spellEnd"/>
          </w:p>
        </w:tc>
        <w:tc>
          <w:tcPr>
            <w:tcW w:w="0" w:type="auto"/>
          </w:tcPr>
          <w:p w14:paraId="0E38733E" w14:textId="77777777" w:rsidR="0025334A" w:rsidRPr="0025334A" w:rsidRDefault="0025334A" w:rsidP="0025334A">
            <w:pPr>
              <w:spacing w:after="50"/>
              <w:ind w:firstLine="0"/>
              <w:contextualSpacing/>
              <w:jc w:val="left"/>
              <w:rPr>
                <w:bCs/>
              </w:rPr>
            </w:pPr>
            <w:proofErr w:type="spellStart"/>
            <w:r w:rsidRPr="0025334A">
              <w:rPr>
                <w:bCs/>
              </w:rPr>
              <w:t>Înlocuirea</w:t>
            </w:r>
            <w:proofErr w:type="spellEnd"/>
            <w:r w:rsidRPr="0025334A">
              <w:rPr>
                <w:bCs/>
              </w:rPr>
              <w:t xml:space="preserve"> </w:t>
            </w:r>
            <w:proofErr w:type="spellStart"/>
            <w:r w:rsidRPr="0025334A">
              <w:rPr>
                <w:bCs/>
              </w:rPr>
              <w:t>integrală</w:t>
            </w:r>
            <w:proofErr w:type="spellEnd"/>
            <w:r w:rsidRPr="0025334A">
              <w:rPr>
                <w:bCs/>
              </w:rPr>
              <w:t xml:space="preserve"> a </w:t>
            </w:r>
            <w:proofErr w:type="spellStart"/>
            <w:r w:rsidRPr="0025334A">
              <w:rPr>
                <w:bCs/>
              </w:rPr>
              <w:t>produsului</w:t>
            </w:r>
            <w:proofErr w:type="spellEnd"/>
            <w:r w:rsidRPr="0025334A">
              <w:rPr>
                <w:bCs/>
              </w:rPr>
              <w:t xml:space="preserve"> </w:t>
            </w:r>
            <w:proofErr w:type="spellStart"/>
            <w:r w:rsidRPr="0025334A">
              <w:rPr>
                <w:bCs/>
              </w:rPr>
              <w:t>sau</w:t>
            </w:r>
            <w:proofErr w:type="spellEnd"/>
            <w:r w:rsidRPr="0025334A">
              <w:rPr>
                <w:bCs/>
              </w:rPr>
              <w:t xml:space="preserve"> </w:t>
            </w:r>
            <w:proofErr w:type="spellStart"/>
            <w:r w:rsidRPr="0025334A">
              <w:rPr>
                <w:bCs/>
              </w:rPr>
              <w:t>porției</w:t>
            </w:r>
            <w:proofErr w:type="spellEnd"/>
            <w:r w:rsidRPr="0025334A">
              <w:rPr>
                <w:bCs/>
              </w:rPr>
              <w:t xml:space="preserve"> </w:t>
            </w:r>
            <w:proofErr w:type="spellStart"/>
            <w:r w:rsidRPr="0025334A">
              <w:rPr>
                <w:bCs/>
              </w:rPr>
              <w:t>afectate</w:t>
            </w:r>
            <w:proofErr w:type="spellEnd"/>
            <w:r w:rsidRPr="0025334A">
              <w:rPr>
                <w:bCs/>
              </w:rPr>
              <w:t>.</w:t>
            </w:r>
          </w:p>
        </w:tc>
      </w:tr>
      <w:tr w:rsidR="0025334A" w:rsidRPr="0025334A" w14:paraId="183ADBF1" w14:textId="77777777" w:rsidTr="0025334A">
        <w:tc>
          <w:tcPr>
            <w:tcW w:w="0" w:type="auto"/>
          </w:tcPr>
          <w:p w14:paraId="5C250995" w14:textId="77777777" w:rsidR="0025334A" w:rsidRPr="0025334A" w:rsidRDefault="0025334A" w:rsidP="0025334A">
            <w:pPr>
              <w:spacing w:after="50"/>
              <w:ind w:firstLine="0"/>
              <w:contextualSpacing/>
              <w:jc w:val="left"/>
              <w:rPr>
                <w:bCs/>
                <w:sz w:val="22"/>
              </w:rPr>
            </w:pPr>
            <w:proofErr w:type="spellStart"/>
            <w:r w:rsidRPr="0025334A">
              <w:rPr>
                <w:bCs/>
                <w:sz w:val="22"/>
              </w:rPr>
              <w:t>Meniu</w:t>
            </w:r>
            <w:proofErr w:type="spellEnd"/>
            <w:r w:rsidRPr="0025334A">
              <w:rPr>
                <w:bCs/>
                <w:sz w:val="22"/>
              </w:rPr>
              <w:t xml:space="preserve"> </w:t>
            </w:r>
            <w:proofErr w:type="spellStart"/>
            <w:r w:rsidRPr="0025334A">
              <w:rPr>
                <w:bCs/>
                <w:sz w:val="22"/>
              </w:rPr>
              <w:t>modificat</w:t>
            </w:r>
            <w:proofErr w:type="spellEnd"/>
            <w:r w:rsidRPr="0025334A">
              <w:rPr>
                <w:bCs/>
                <w:sz w:val="22"/>
              </w:rPr>
              <w:t xml:space="preserve"> </w:t>
            </w:r>
            <w:proofErr w:type="spellStart"/>
            <w:r w:rsidRPr="0025334A">
              <w:rPr>
                <w:bCs/>
                <w:sz w:val="22"/>
              </w:rPr>
              <w:t>fără</w:t>
            </w:r>
            <w:proofErr w:type="spellEnd"/>
            <w:r w:rsidRPr="0025334A">
              <w:rPr>
                <w:bCs/>
                <w:sz w:val="22"/>
              </w:rPr>
              <w:t xml:space="preserve"> </w:t>
            </w:r>
            <w:proofErr w:type="spellStart"/>
            <w:r w:rsidRPr="0025334A">
              <w:rPr>
                <w:bCs/>
                <w:sz w:val="22"/>
              </w:rPr>
              <w:t>aprobare</w:t>
            </w:r>
            <w:proofErr w:type="spellEnd"/>
          </w:p>
        </w:tc>
        <w:tc>
          <w:tcPr>
            <w:tcW w:w="0" w:type="auto"/>
          </w:tcPr>
          <w:p w14:paraId="13ED78AA" w14:textId="77777777" w:rsidR="0025334A" w:rsidRPr="0025334A" w:rsidRDefault="0025334A" w:rsidP="0025334A">
            <w:pPr>
              <w:spacing w:after="50"/>
              <w:ind w:firstLine="0"/>
              <w:contextualSpacing/>
              <w:jc w:val="left"/>
              <w:rPr>
                <w:bCs/>
              </w:rPr>
            </w:pPr>
            <w:proofErr w:type="spellStart"/>
            <w:r w:rsidRPr="0025334A">
              <w:rPr>
                <w:bCs/>
              </w:rPr>
              <w:t>Înlocuire</w:t>
            </w:r>
            <w:proofErr w:type="spellEnd"/>
            <w:r w:rsidRPr="0025334A">
              <w:rPr>
                <w:bCs/>
              </w:rPr>
              <w:t xml:space="preserve"> </w:t>
            </w:r>
            <w:proofErr w:type="spellStart"/>
            <w:r w:rsidRPr="0025334A">
              <w:rPr>
                <w:bCs/>
              </w:rPr>
              <w:t>sau</w:t>
            </w:r>
            <w:proofErr w:type="spellEnd"/>
            <w:r w:rsidRPr="0025334A">
              <w:rPr>
                <w:bCs/>
              </w:rPr>
              <w:t xml:space="preserve"> </w:t>
            </w:r>
            <w:proofErr w:type="spellStart"/>
            <w:r w:rsidRPr="0025334A">
              <w:rPr>
                <w:bCs/>
              </w:rPr>
              <w:t>acceptare</w:t>
            </w:r>
            <w:proofErr w:type="spellEnd"/>
            <w:r w:rsidRPr="0025334A">
              <w:rPr>
                <w:bCs/>
              </w:rPr>
              <w:t xml:space="preserve"> </w:t>
            </w:r>
            <w:proofErr w:type="spellStart"/>
            <w:r w:rsidRPr="0025334A">
              <w:rPr>
                <w:bCs/>
              </w:rPr>
              <w:t>expresă</w:t>
            </w:r>
            <w:proofErr w:type="spellEnd"/>
            <w:r w:rsidRPr="0025334A">
              <w:rPr>
                <w:bCs/>
              </w:rPr>
              <w:t xml:space="preserve"> </w:t>
            </w:r>
            <w:proofErr w:type="spellStart"/>
            <w:r w:rsidRPr="0025334A">
              <w:rPr>
                <w:bCs/>
              </w:rPr>
              <w:t>numai</w:t>
            </w:r>
            <w:proofErr w:type="spellEnd"/>
            <w:r w:rsidRPr="0025334A">
              <w:rPr>
                <w:bCs/>
              </w:rPr>
              <w:t xml:space="preserve"> </w:t>
            </w:r>
            <w:proofErr w:type="spellStart"/>
            <w:r w:rsidRPr="0025334A">
              <w:rPr>
                <w:bCs/>
              </w:rPr>
              <w:t>dacă</w:t>
            </w:r>
            <w:proofErr w:type="spellEnd"/>
            <w:r w:rsidRPr="0025334A">
              <w:rPr>
                <w:bCs/>
              </w:rPr>
              <w:t xml:space="preserve"> </w:t>
            </w:r>
            <w:proofErr w:type="spellStart"/>
            <w:r w:rsidRPr="0025334A">
              <w:rPr>
                <w:bCs/>
              </w:rPr>
              <w:t>echivalența</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siguranța</w:t>
            </w:r>
            <w:proofErr w:type="spellEnd"/>
            <w:r w:rsidRPr="0025334A">
              <w:rPr>
                <w:bCs/>
              </w:rPr>
              <w:t xml:space="preserve"> sunt demonstrate.</w:t>
            </w:r>
          </w:p>
        </w:tc>
      </w:tr>
      <w:tr w:rsidR="0025334A" w:rsidRPr="0025334A" w14:paraId="0130E337" w14:textId="77777777" w:rsidTr="0025334A">
        <w:tc>
          <w:tcPr>
            <w:tcW w:w="0" w:type="auto"/>
          </w:tcPr>
          <w:p w14:paraId="25145949" w14:textId="77777777" w:rsidR="0025334A" w:rsidRPr="0025334A" w:rsidRDefault="0025334A" w:rsidP="0025334A">
            <w:pPr>
              <w:spacing w:after="50"/>
              <w:ind w:firstLine="0"/>
              <w:contextualSpacing/>
              <w:jc w:val="left"/>
              <w:rPr>
                <w:bCs/>
                <w:sz w:val="22"/>
              </w:rPr>
            </w:pPr>
            <w:proofErr w:type="spellStart"/>
            <w:r w:rsidRPr="0025334A">
              <w:rPr>
                <w:bCs/>
                <w:sz w:val="22"/>
              </w:rPr>
              <w:t>Etichetare</w:t>
            </w:r>
            <w:proofErr w:type="spellEnd"/>
            <w:r w:rsidRPr="0025334A">
              <w:rPr>
                <w:bCs/>
                <w:sz w:val="22"/>
              </w:rPr>
              <w:t>/</w:t>
            </w:r>
            <w:proofErr w:type="spellStart"/>
            <w:r w:rsidRPr="0025334A">
              <w:rPr>
                <w:bCs/>
                <w:sz w:val="22"/>
              </w:rPr>
              <w:t>alergeni</w:t>
            </w:r>
            <w:proofErr w:type="spellEnd"/>
            <w:r w:rsidRPr="0025334A">
              <w:rPr>
                <w:bCs/>
                <w:sz w:val="22"/>
              </w:rPr>
              <w:t xml:space="preserve"> </w:t>
            </w:r>
            <w:proofErr w:type="spellStart"/>
            <w:r w:rsidRPr="0025334A">
              <w:rPr>
                <w:bCs/>
                <w:sz w:val="22"/>
              </w:rPr>
              <w:t>incorecți</w:t>
            </w:r>
            <w:proofErr w:type="spellEnd"/>
          </w:p>
        </w:tc>
        <w:tc>
          <w:tcPr>
            <w:tcW w:w="0" w:type="auto"/>
          </w:tcPr>
          <w:p w14:paraId="18B209DB" w14:textId="77777777" w:rsidR="0025334A" w:rsidRPr="0025334A" w:rsidRDefault="0025334A" w:rsidP="0025334A">
            <w:pPr>
              <w:spacing w:after="50"/>
              <w:ind w:firstLine="0"/>
              <w:contextualSpacing/>
              <w:jc w:val="left"/>
              <w:rPr>
                <w:bCs/>
              </w:rPr>
            </w:pPr>
            <w:proofErr w:type="spellStart"/>
            <w:r w:rsidRPr="0025334A">
              <w:rPr>
                <w:bCs/>
              </w:rPr>
              <w:t>Oprirea</w:t>
            </w:r>
            <w:proofErr w:type="spellEnd"/>
            <w:r w:rsidRPr="0025334A">
              <w:rPr>
                <w:bCs/>
              </w:rPr>
              <w:t xml:space="preserve"> </w:t>
            </w:r>
            <w:proofErr w:type="spellStart"/>
            <w:r w:rsidRPr="0025334A">
              <w:rPr>
                <w:bCs/>
              </w:rPr>
              <w:t>distribuirii</w:t>
            </w:r>
            <w:proofErr w:type="spellEnd"/>
            <w:r w:rsidRPr="0025334A">
              <w:rPr>
                <w:bCs/>
              </w:rPr>
              <w:t xml:space="preserve">, </w:t>
            </w:r>
            <w:proofErr w:type="spellStart"/>
            <w:r w:rsidRPr="0025334A">
              <w:rPr>
                <w:bCs/>
              </w:rPr>
              <w:t>înlocuire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analiză</w:t>
            </w:r>
            <w:proofErr w:type="spellEnd"/>
            <w:r w:rsidRPr="0025334A">
              <w:rPr>
                <w:bCs/>
              </w:rPr>
              <w:t xml:space="preserve"> de </w:t>
            </w:r>
            <w:proofErr w:type="spellStart"/>
            <w:r w:rsidRPr="0025334A">
              <w:rPr>
                <w:bCs/>
              </w:rPr>
              <w:t>cauză</w:t>
            </w:r>
            <w:proofErr w:type="spellEnd"/>
            <w:r w:rsidRPr="0025334A">
              <w:rPr>
                <w:bCs/>
              </w:rPr>
              <w:t>.</w:t>
            </w:r>
          </w:p>
        </w:tc>
      </w:tr>
      <w:tr w:rsidR="0025334A" w:rsidRPr="0025334A" w14:paraId="3F8C855F" w14:textId="77777777" w:rsidTr="0025334A">
        <w:tc>
          <w:tcPr>
            <w:tcW w:w="0" w:type="auto"/>
          </w:tcPr>
          <w:p w14:paraId="4B89617D" w14:textId="77777777" w:rsidR="0025334A" w:rsidRPr="0025334A" w:rsidRDefault="0025334A" w:rsidP="0025334A">
            <w:pPr>
              <w:spacing w:after="50"/>
              <w:ind w:firstLine="0"/>
              <w:contextualSpacing/>
              <w:jc w:val="left"/>
              <w:rPr>
                <w:bCs/>
                <w:sz w:val="22"/>
              </w:rPr>
            </w:pPr>
            <w:proofErr w:type="spellStart"/>
            <w:r w:rsidRPr="0025334A">
              <w:rPr>
                <w:bCs/>
                <w:sz w:val="22"/>
              </w:rPr>
              <w:t>Suspiciune</w:t>
            </w:r>
            <w:proofErr w:type="spellEnd"/>
            <w:r w:rsidRPr="0025334A">
              <w:rPr>
                <w:bCs/>
                <w:sz w:val="22"/>
              </w:rPr>
              <w:t xml:space="preserve"> de </w:t>
            </w:r>
            <w:proofErr w:type="spellStart"/>
            <w:r w:rsidRPr="0025334A">
              <w:rPr>
                <w:bCs/>
                <w:sz w:val="22"/>
              </w:rPr>
              <w:t>risc</w:t>
            </w:r>
            <w:proofErr w:type="spellEnd"/>
            <w:r w:rsidRPr="0025334A">
              <w:rPr>
                <w:bCs/>
                <w:sz w:val="22"/>
              </w:rPr>
              <w:t xml:space="preserve"> </w:t>
            </w:r>
            <w:proofErr w:type="spellStart"/>
            <w:r w:rsidRPr="0025334A">
              <w:rPr>
                <w:bCs/>
                <w:sz w:val="22"/>
              </w:rPr>
              <w:t>alimentar</w:t>
            </w:r>
            <w:proofErr w:type="spellEnd"/>
          </w:p>
        </w:tc>
        <w:tc>
          <w:tcPr>
            <w:tcW w:w="0" w:type="auto"/>
          </w:tcPr>
          <w:p w14:paraId="706DCE34" w14:textId="77777777" w:rsidR="0025334A" w:rsidRPr="0025334A" w:rsidRDefault="0025334A" w:rsidP="0025334A">
            <w:pPr>
              <w:spacing w:after="50"/>
              <w:ind w:firstLine="0"/>
              <w:contextualSpacing/>
              <w:jc w:val="left"/>
              <w:rPr>
                <w:bCs/>
              </w:rPr>
            </w:pPr>
            <w:proofErr w:type="spellStart"/>
            <w:r w:rsidRPr="0025334A">
              <w:rPr>
                <w:bCs/>
              </w:rPr>
              <w:t>Izolare</w:t>
            </w:r>
            <w:proofErr w:type="spellEnd"/>
            <w:r w:rsidRPr="0025334A">
              <w:rPr>
                <w:bCs/>
              </w:rPr>
              <w:t xml:space="preserve">, </w:t>
            </w:r>
            <w:proofErr w:type="spellStart"/>
            <w:r w:rsidRPr="0025334A">
              <w:rPr>
                <w:bCs/>
              </w:rPr>
              <w:t>oprirea</w:t>
            </w:r>
            <w:proofErr w:type="spellEnd"/>
            <w:r w:rsidRPr="0025334A">
              <w:rPr>
                <w:bCs/>
              </w:rPr>
              <w:t xml:space="preserve"> </w:t>
            </w:r>
            <w:proofErr w:type="spellStart"/>
            <w:r w:rsidRPr="0025334A">
              <w:rPr>
                <w:bCs/>
              </w:rPr>
              <w:t>distribuirii</w:t>
            </w:r>
            <w:proofErr w:type="spellEnd"/>
            <w:r w:rsidRPr="0025334A">
              <w:rPr>
                <w:bCs/>
              </w:rPr>
              <w:t xml:space="preserve">, </w:t>
            </w:r>
            <w:proofErr w:type="spellStart"/>
            <w:r w:rsidRPr="0025334A">
              <w:rPr>
                <w:bCs/>
              </w:rPr>
              <w:t>păstrarea</w:t>
            </w:r>
            <w:proofErr w:type="spellEnd"/>
            <w:r w:rsidRPr="0025334A">
              <w:rPr>
                <w:bCs/>
              </w:rPr>
              <w:t xml:space="preserve"> </w:t>
            </w:r>
            <w:proofErr w:type="spellStart"/>
            <w:r w:rsidRPr="0025334A">
              <w:rPr>
                <w:bCs/>
              </w:rPr>
              <w:t>probelor</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documentelor</w:t>
            </w:r>
            <w:proofErr w:type="spellEnd"/>
            <w:r w:rsidRPr="0025334A">
              <w:rPr>
                <w:bCs/>
              </w:rPr>
              <w:t xml:space="preserve">, </w:t>
            </w:r>
            <w:proofErr w:type="spellStart"/>
            <w:r w:rsidRPr="0025334A">
              <w:rPr>
                <w:bCs/>
              </w:rPr>
              <w:t>notificare</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după</w:t>
            </w:r>
            <w:proofErr w:type="spellEnd"/>
            <w:r w:rsidRPr="0025334A">
              <w:rPr>
                <w:bCs/>
              </w:rPr>
              <w:t xml:space="preserve"> </w:t>
            </w:r>
            <w:proofErr w:type="spellStart"/>
            <w:r w:rsidRPr="0025334A">
              <w:rPr>
                <w:bCs/>
              </w:rPr>
              <w:t>caz</w:t>
            </w:r>
            <w:proofErr w:type="spellEnd"/>
            <w:r w:rsidRPr="0025334A">
              <w:rPr>
                <w:bCs/>
              </w:rPr>
              <w:t xml:space="preserve">, </w:t>
            </w:r>
            <w:proofErr w:type="spellStart"/>
            <w:r w:rsidRPr="0025334A">
              <w:rPr>
                <w:bCs/>
              </w:rPr>
              <w:t>sesizarea</w:t>
            </w:r>
            <w:proofErr w:type="spellEnd"/>
            <w:r w:rsidRPr="0025334A">
              <w:rPr>
                <w:bCs/>
              </w:rPr>
              <w:t xml:space="preserve"> </w:t>
            </w:r>
            <w:proofErr w:type="spellStart"/>
            <w:r w:rsidRPr="0025334A">
              <w:rPr>
                <w:bCs/>
              </w:rPr>
              <w:t>autorităților</w:t>
            </w:r>
            <w:proofErr w:type="spellEnd"/>
            <w:r w:rsidRPr="0025334A">
              <w:rPr>
                <w:bCs/>
              </w:rPr>
              <w:t xml:space="preserve"> </w:t>
            </w:r>
            <w:proofErr w:type="spellStart"/>
            <w:r w:rsidRPr="0025334A">
              <w:rPr>
                <w:bCs/>
              </w:rPr>
              <w:t>competente</w:t>
            </w:r>
            <w:proofErr w:type="spellEnd"/>
            <w:r w:rsidRPr="0025334A">
              <w:rPr>
                <w:bCs/>
              </w:rPr>
              <w:t>.</w:t>
            </w:r>
          </w:p>
        </w:tc>
      </w:tr>
      <w:tr w:rsidR="0025334A" w:rsidRPr="0025334A" w14:paraId="02899FF1" w14:textId="77777777" w:rsidTr="0025334A">
        <w:tc>
          <w:tcPr>
            <w:tcW w:w="0" w:type="auto"/>
          </w:tcPr>
          <w:p w14:paraId="0CE55752" w14:textId="77777777" w:rsidR="0025334A" w:rsidRPr="0025334A" w:rsidRDefault="0025334A" w:rsidP="0025334A">
            <w:pPr>
              <w:spacing w:after="50"/>
              <w:ind w:firstLine="0"/>
              <w:contextualSpacing/>
              <w:jc w:val="left"/>
              <w:rPr>
                <w:bCs/>
                <w:sz w:val="22"/>
              </w:rPr>
            </w:pPr>
            <w:proofErr w:type="spellStart"/>
            <w:r w:rsidRPr="0025334A">
              <w:rPr>
                <w:bCs/>
                <w:sz w:val="22"/>
              </w:rPr>
              <w:t>Livrare</w:t>
            </w:r>
            <w:proofErr w:type="spellEnd"/>
            <w:r w:rsidRPr="0025334A">
              <w:rPr>
                <w:bCs/>
                <w:sz w:val="22"/>
              </w:rPr>
              <w:t xml:space="preserve"> </w:t>
            </w:r>
            <w:proofErr w:type="spellStart"/>
            <w:r w:rsidRPr="0025334A">
              <w:rPr>
                <w:bCs/>
                <w:sz w:val="22"/>
              </w:rPr>
              <w:t>întârziată</w:t>
            </w:r>
            <w:proofErr w:type="spellEnd"/>
          </w:p>
        </w:tc>
        <w:tc>
          <w:tcPr>
            <w:tcW w:w="0" w:type="auto"/>
          </w:tcPr>
          <w:p w14:paraId="5553950B" w14:textId="77777777" w:rsidR="0025334A" w:rsidRPr="0025334A" w:rsidRDefault="0025334A" w:rsidP="0025334A">
            <w:pPr>
              <w:spacing w:after="50"/>
              <w:ind w:firstLine="0"/>
              <w:contextualSpacing/>
              <w:jc w:val="left"/>
              <w:rPr>
                <w:bCs/>
              </w:rPr>
            </w:pPr>
            <w:proofErr w:type="spellStart"/>
            <w:r w:rsidRPr="0025334A">
              <w:rPr>
                <w:bCs/>
              </w:rPr>
              <w:t>Măsură</w:t>
            </w:r>
            <w:proofErr w:type="spellEnd"/>
            <w:r w:rsidRPr="0025334A">
              <w:rPr>
                <w:bCs/>
              </w:rPr>
              <w:t xml:space="preserve"> de </w:t>
            </w:r>
            <w:proofErr w:type="spellStart"/>
            <w:r w:rsidRPr="0025334A">
              <w:rPr>
                <w:bCs/>
              </w:rPr>
              <w:t>recuperare</w:t>
            </w:r>
            <w:proofErr w:type="spellEnd"/>
            <w:r w:rsidRPr="0025334A">
              <w:rPr>
                <w:bCs/>
              </w:rPr>
              <w:t xml:space="preserve"> </w:t>
            </w:r>
            <w:proofErr w:type="spellStart"/>
            <w:r w:rsidRPr="0025334A">
              <w:rPr>
                <w:bCs/>
              </w:rPr>
              <w:t>imediată</w:t>
            </w:r>
            <w:proofErr w:type="spellEnd"/>
            <w:r w:rsidRPr="0025334A">
              <w:rPr>
                <w:bCs/>
              </w:rPr>
              <w:t xml:space="preserve"> </w:t>
            </w:r>
            <w:proofErr w:type="spellStart"/>
            <w:r w:rsidRPr="0025334A">
              <w:rPr>
                <w:bCs/>
              </w:rPr>
              <w:t>și</w:t>
            </w:r>
            <w:proofErr w:type="spellEnd"/>
            <w:r w:rsidRPr="0025334A">
              <w:rPr>
                <w:bCs/>
              </w:rPr>
              <w:t xml:space="preserve"> </w:t>
            </w:r>
            <w:proofErr w:type="spellStart"/>
            <w:r w:rsidRPr="0025334A">
              <w:rPr>
                <w:bCs/>
              </w:rPr>
              <w:t>activarea</w:t>
            </w:r>
            <w:proofErr w:type="spellEnd"/>
            <w:r w:rsidRPr="0025334A">
              <w:rPr>
                <w:bCs/>
              </w:rPr>
              <w:t xml:space="preserve"> </w:t>
            </w:r>
            <w:proofErr w:type="spellStart"/>
            <w:r w:rsidRPr="0025334A">
              <w:rPr>
                <w:bCs/>
              </w:rPr>
              <w:t>resurselor</w:t>
            </w:r>
            <w:proofErr w:type="spellEnd"/>
            <w:r w:rsidRPr="0025334A">
              <w:rPr>
                <w:bCs/>
              </w:rPr>
              <w:t xml:space="preserve"> de </w:t>
            </w:r>
            <w:proofErr w:type="spellStart"/>
            <w:r w:rsidRPr="0025334A">
              <w:rPr>
                <w:bCs/>
              </w:rPr>
              <w:t>rezervă</w:t>
            </w:r>
            <w:proofErr w:type="spellEnd"/>
            <w:r w:rsidRPr="0025334A">
              <w:rPr>
                <w:bCs/>
              </w:rPr>
              <w:t xml:space="preserve">; </w:t>
            </w:r>
            <w:proofErr w:type="spellStart"/>
            <w:r w:rsidRPr="0025334A">
              <w:rPr>
                <w:bCs/>
              </w:rPr>
              <w:t>consemnarea</w:t>
            </w:r>
            <w:proofErr w:type="spellEnd"/>
            <w:r w:rsidRPr="0025334A">
              <w:rPr>
                <w:bCs/>
              </w:rPr>
              <w:t xml:space="preserve"> </w:t>
            </w:r>
            <w:proofErr w:type="spellStart"/>
            <w:r w:rsidRPr="0025334A">
              <w:rPr>
                <w:bCs/>
              </w:rPr>
              <w:t>abaterii</w:t>
            </w:r>
            <w:proofErr w:type="spellEnd"/>
            <w:r w:rsidRPr="0025334A">
              <w:rPr>
                <w:bCs/>
              </w:rPr>
              <w:t>.</w:t>
            </w:r>
          </w:p>
        </w:tc>
      </w:tr>
    </w:tbl>
    <w:p w14:paraId="3B0323BC" w14:textId="5DF2A5C2" w:rsidR="0025334A" w:rsidRPr="0025334A" w:rsidRDefault="0025334A" w:rsidP="0025334A">
      <w:pPr>
        <w:spacing w:after="50" w:line="247" w:lineRule="auto"/>
      </w:pPr>
      <w:proofErr w:type="spellStart"/>
      <w:r w:rsidRPr="0025334A">
        <w:t>Hrana</w:t>
      </w:r>
      <w:proofErr w:type="spellEnd"/>
      <w:r w:rsidRPr="0025334A">
        <w:t xml:space="preserve"> </w:t>
      </w:r>
      <w:proofErr w:type="spellStart"/>
      <w:r w:rsidRPr="0025334A">
        <w:t>respinsă</w:t>
      </w:r>
      <w:proofErr w:type="spellEnd"/>
      <w:r w:rsidRPr="0025334A">
        <w:t xml:space="preserve"> nu se </w:t>
      </w:r>
      <w:proofErr w:type="spellStart"/>
      <w:r w:rsidRPr="0025334A">
        <w:t>distribuie</w:t>
      </w:r>
      <w:proofErr w:type="spellEnd"/>
      <w:r w:rsidRPr="0025334A">
        <w:t xml:space="preserve"> </w:t>
      </w:r>
      <w:proofErr w:type="spellStart"/>
      <w:r w:rsidRPr="0025334A">
        <w:t>beneficiarilor</w:t>
      </w:r>
      <w:proofErr w:type="spellEnd"/>
      <w:r w:rsidRPr="0025334A">
        <w:t>.</w:t>
      </w:r>
    </w:p>
    <w:p w14:paraId="39623E8D" w14:textId="7809634F" w:rsidR="000C4CB5" w:rsidRPr="0025334A" w:rsidRDefault="004E746A">
      <w:pPr>
        <w:spacing w:after="50" w:line="247" w:lineRule="auto"/>
      </w:pPr>
      <w:proofErr w:type="spellStart"/>
      <w:r w:rsidRPr="0025334A">
        <w:t>Porțiile</w:t>
      </w:r>
      <w:proofErr w:type="spellEnd"/>
      <w:r w:rsidRPr="0025334A">
        <w:t xml:space="preserve"> </w:t>
      </w:r>
      <w:proofErr w:type="spellStart"/>
      <w:r w:rsidRPr="0025334A">
        <w:t>respinse</w:t>
      </w:r>
      <w:proofErr w:type="spellEnd"/>
      <w:r w:rsidRPr="0025334A">
        <w:t xml:space="preserve"> se </w:t>
      </w:r>
      <w:proofErr w:type="spellStart"/>
      <w:r w:rsidRPr="0025334A">
        <w:t>înlocuiesc</w:t>
      </w:r>
      <w:proofErr w:type="spellEnd"/>
      <w:r w:rsidRPr="0025334A">
        <w:t xml:space="preserve"> </w:t>
      </w:r>
      <w:proofErr w:type="spellStart"/>
      <w:r w:rsidRPr="0025334A">
        <w:t>în</w:t>
      </w:r>
      <w:proofErr w:type="spellEnd"/>
      <w:r w:rsidRPr="0025334A">
        <w:t xml:space="preserve"> </w:t>
      </w:r>
      <w:r w:rsidRPr="0025334A">
        <w:rPr>
          <w:b/>
          <w:bCs/>
        </w:rPr>
        <w:t xml:space="preserve">maximum </w:t>
      </w:r>
      <w:r w:rsidR="0025334A">
        <w:rPr>
          <w:b/>
          <w:bCs/>
        </w:rPr>
        <w:t>2 ore</w:t>
      </w:r>
      <w:r w:rsidRPr="0025334A">
        <w:rPr>
          <w:b/>
          <w:bCs/>
        </w:rPr>
        <w:t xml:space="preserve"> de la </w:t>
      </w:r>
      <w:proofErr w:type="spellStart"/>
      <w:r w:rsidRPr="0025334A">
        <w:rPr>
          <w:b/>
          <w:bCs/>
        </w:rPr>
        <w:t>notificare</w:t>
      </w:r>
      <w:proofErr w:type="spellEnd"/>
      <w:r w:rsidRPr="0025334A">
        <w:rPr>
          <w:b/>
          <w:bCs/>
        </w:rPr>
        <w:t>,</w:t>
      </w:r>
      <w:r w:rsidRPr="0025334A">
        <w:t xml:space="preserve"> </w:t>
      </w:r>
      <w:proofErr w:type="spellStart"/>
      <w:r w:rsidRPr="0025334A">
        <w:t>dacă</w:t>
      </w:r>
      <w:proofErr w:type="spellEnd"/>
      <w:r w:rsidRPr="0025334A">
        <w:t xml:space="preserve"> </w:t>
      </w:r>
      <w:proofErr w:type="spellStart"/>
      <w:r w:rsidRPr="0025334A">
        <w:t>acest</w:t>
      </w:r>
      <w:proofErr w:type="spellEnd"/>
      <w:r w:rsidRPr="0025334A">
        <w:t xml:space="preserve"> </w:t>
      </w:r>
      <w:proofErr w:type="spellStart"/>
      <w:r w:rsidRPr="0025334A">
        <w:t>lucru</w:t>
      </w:r>
      <w:proofErr w:type="spellEnd"/>
      <w:r w:rsidRPr="0025334A">
        <w:t xml:space="preserve"> </w:t>
      </w:r>
      <w:proofErr w:type="spellStart"/>
      <w:r w:rsidRPr="0025334A">
        <w:t>este</w:t>
      </w:r>
      <w:proofErr w:type="spellEnd"/>
      <w:r w:rsidRPr="0025334A">
        <w:t xml:space="preserve"> </w:t>
      </w:r>
      <w:proofErr w:type="spellStart"/>
      <w:r w:rsidRPr="0025334A">
        <w:t>necesar</w:t>
      </w:r>
      <w:proofErr w:type="spellEnd"/>
      <w:r w:rsidRPr="0025334A">
        <w:t xml:space="preserve"> </w:t>
      </w:r>
      <w:proofErr w:type="spellStart"/>
      <w:r w:rsidRPr="0025334A">
        <w:t>pentru</w:t>
      </w:r>
      <w:proofErr w:type="spellEnd"/>
      <w:r w:rsidRPr="0025334A">
        <w:t xml:space="preserve"> masa </w:t>
      </w:r>
      <w:proofErr w:type="spellStart"/>
      <w:r w:rsidRPr="0025334A">
        <w:t>curentă</w:t>
      </w:r>
      <w:proofErr w:type="spellEnd"/>
      <w:r w:rsidRPr="0025334A">
        <w:t xml:space="preserve">. </w:t>
      </w:r>
      <w:proofErr w:type="spellStart"/>
      <w:r w:rsidRPr="0025334A">
        <w:t>În</w:t>
      </w:r>
      <w:proofErr w:type="spellEnd"/>
      <w:r w:rsidRPr="0025334A">
        <w:t xml:space="preserve"> </w:t>
      </w:r>
      <w:proofErr w:type="spellStart"/>
      <w:r w:rsidRPr="0025334A">
        <w:t>situații</w:t>
      </w:r>
      <w:proofErr w:type="spellEnd"/>
      <w:r w:rsidRPr="0025334A">
        <w:t xml:space="preserve"> care </w:t>
      </w:r>
      <w:proofErr w:type="spellStart"/>
      <w:r w:rsidRPr="0025334A">
        <w:t>implică</w:t>
      </w:r>
      <w:proofErr w:type="spellEnd"/>
      <w:r w:rsidRPr="0025334A">
        <w:t xml:space="preserve"> </w:t>
      </w:r>
      <w:proofErr w:type="spellStart"/>
      <w:r w:rsidRPr="0025334A">
        <w:t>risc</w:t>
      </w:r>
      <w:proofErr w:type="spellEnd"/>
      <w:r w:rsidRPr="0025334A">
        <w:t xml:space="preserve"> de </w:t>
      </w:r>
      <w:proofErr w:type="spellStart"/>
      <w:r w:rsidRPr="0025334A">
        <w:t>siguranță</w:t>
      </w:r>
      <w:proofErr w:type="spellEnd"/>
      <w:r w:rsidRPr="0025334A">
        <w:t xml:space="preserve"> </w:t>
      </w:r>
      <w:proofErr w:type="spellStart"/>
      <w:r w:rsidRPr="0025334A">
        <w:t>alimentară</w:t>
      </w:r>
      <w:proofErr w:type="spellEnd"/>
      <w:r w:rsidRPr="0025334A">
        <w:t xml:space="preserve">, </w:t>
      </w:r>
      <w:proofErr w:type="spellStart"/>
      <w:r w:rsidRPr="0025334A">
        <w:t>prestatorul</w:t>
      </w:r>
      <w:proofErr w:type="spellEnd"/>
      <w:r w:rsidRPr="0025334A">
        <w:t xml:space="preserve"> </w:t>
      </w:r>
      <w:proofErr w:type="spellStart"/>
      <w:r w:rsidRPr="0025334A">
        <w:t>activează</w:t>
      </w:r>
      <w:proofErr w:type="spellEnd"/>
      <w:r w:rsidRPr="0025334A">
        <w:t xml:space="preserve"> </w:t>
      </w:r>
      <w:proofErr w:type="spellStart"/>
      <w:r w:rsidRPr="0025334A">
        <w:t>imediat</w:t>
      </w:r>
      <w:proofErr w:type="spellEnd"/>
      <w:r w:rsidRPr="0025334A">
        <w:t xml:space="preserve"> </w:t>
      </w:r>
      <w:proofErr w:type="spellStart"/>
      <w:r w:rsidRPr="0025334A">
        <w:t>procedura</w:t>
      </w:r>
      <w:proofErr w:type="spellEnd"/>
      <w:r w:rsidRPr="0025334A">
        <w:t xml:space="preserve"> de incident </w:t>
      </w:r>
      <w:proofErr w:type="spellStart"/>
      <w:r w:rsidRPr="0025334A">
        <w:t>și</w:t>
      </w:r>
      <w:proofErr w:type="spellEnd"/>
      <w:r w:rsidRPr="0025334A">
        <w:t xml:space="preserve"> nu </w:t>
      </w:r>
      <w:proofErr w:type="spellStart"/>
      <w:r w:rsidRPr="0025334A">
        <w:t>distribuie</w:t>
      </w:r>
      <w:proofErr w:type="spellEnd"/>
      <w:r w:rsidRPr="0025334A">
        <w:t xml:space="preserve"> </w:t>
      </w:r>
      <w:proofErr w:type="spellStart"/>
      <w:r w:rsidRPr="0025334A">
        <w:t>produsele</w:t>
      </w:r>
      <w:proofErr w:type="spellEnd"/>
      <w:r w:rsidRPr="0025334A">
        <w:t xml:space="preserve"> </w:t>
      </w:r>
      <w:proofErr w:type="spellStart"/>
      <w:r w:rsidRPr="0025334A">
        <w:t>până</w:t>
      </w:r>
      <w:proofErr w:type="spellEnd"/>
      <w:r w:rsidRPr="0025334A">
        <w:t xml:space="preserve"> la </w:t>
      </w:r>
      <w:proofErr w:type="spellStart"/>
      <w:r w:rsidRPr="0025334A">
        <w:t>clarificare</w:t>
      </w:r>
      <w:proofErr w:type="spellEnd"/>
      <w:r w:rsidRPr="0025334A">
        <w:t>.</w:t>
      </w:r>
    </w:p>
    <w:p w14:paraId="3C2EC0CA" w14:textId="77777777" w:rsidR="0025334A" w:rsidRPr="0025334A" w:rsidRDefault="0025334A" w:rsidP="0025334A">
      <w:pPr>
        <w:spacing w:after="80" w:line="252" w:lineRule="auto"/>
        <w:rPr>
          <w:rFonts w:cs="Times New Roman"/>
          <w:szCs w:val="24"/>
        </w:rPr>
      </w:pPr>
      <w:proofErr w:type="spellStart"/>
      <w:r w:rsidRPr="0025334A">
        <w:rPr>
          <w:rFonts w:cs="Times New Roman"/>
          <w:szCs w:val="24"/>
        </w:rPr>
        <w:t>Costul</w:t>
      </w:r>
      <w:proofErr w:type="spellEnd"/>
      <w:r w:rsidRPr="0025334A">
        <w:rPr>
          <w:rFonts w:cs="Times New Roman"/>
          <w:szCs w:val="24"/>
        </w:rPr>
        <w:t xml:space="preserve"> </w:t>
      </w:r>
      <w:proofErr w:type="spellStart"/>
      <w:r w:rsidRPr="0025334A">
        <w:rPr>
          <w:rFonts w:cs="Times New Roman"/>
          <w:szCs w:val="24"/>
        </w:rPr>
        <w:t>remedierii</w:t>
      </w:r>
      <w:proofErr w:type="spellEnd"/>
      <w:r w:rsidRPr="0025334A">
        <w:rPr>
          <w:rFonts w:cs="Times New Roman"/>
          <w:szCs w:val="24"/>
        </w:rPr>
        <w:t xml:space="preserve"> </w:t>
      </w:r>
      <w:proofErr w:type="spellStart"/>
      <w:r w:rsidRPr="0025334A">
        <w:rPr>
          <w:rFonts w:cs="Times New Roman"/>
          <w:szCs w:val="24"/>
        </w:rPr>
        <w:t>sau</w:t>
      </w:r>
      <w:proofErr w:type="spellEnd"/>
      <w:r w:rsidRPr="0025334A">
        <w:rPr>
          <w:rFonts w:cs="Times New Roman"/>
          <w:szCs w:val="24"/>
        </w:rPr>
        <w:t xml:space="preserve"> </w:t>
      </w:r>
      <w:proofErr w:type="spellStart"/>
      <w:r w:rsidRPr="0025334A">
        <w:rPr>
          <w:rFonts w:cs="Times New Roman"/>
          <w:szCs w:val="24"/>
        </w:rPr>
        <w:t>înlocuirii</w:t>
      </w:r>
      <w:proofErr w:type="spellEnd"/>
      <w:r w:rsidRPr="0025334A">
        <w:rPr>
          <w:rFonts w:cs="Times New Roman"/>
          <w:szCs w:val="24"/>
        </w:rPr>
        <w:t xml:space="preserve"> </w:t>
      </w:r>
      <w:proofErr w:type="spellStart"/>
      <w:r w:rsidRPr="0025334A">
        <w:rPr>
          <w:rFonts w:cs="Times New Roman"/>
          <w:szCs w:val="24"/>
        </w:rPr>
        <w:t>este</w:t>
      </w:r>
      <w:proofErr w:type="spellEnd"/>
      <w:r w:rsidRPr="0025334A">
        <w:rPr>
          <w:rFonts w:cs="Times New Roman"/>
          <w:szCs w:val="24"/>
        </w:rPr>
        <w:t xml:space="preserve"> </w:t>
      </w:r>
      <w:proofErr w:type="spellStart"/>
      <w:r w:rsidRPr="0025334A">
        <w:rPr>
          <w:rFonts w:cs="Times New Roman"/>
          <w:szCs w:val="24"/>
        </w:rPr>
        <w:t>inclus</w:t>
      </w:r>
      <w:proofErr w:type="spellEnd"/>
      <w:r w:rsidRPr="0025334A">
        <w:rPr>
          <w:rFonts w:cs="Times New Roman"/>
          <w:szCs w:val="24"/>
        </w:rPr>
        <w:t xml:space="preserve"> </w:t>
      </w:r>
      <w:proofErr w:type="spellStart"/>
      <w:r w:rsidRPr="0025334A">
        <w:rPr>
          <w:rFonts w:cs="Times New Roman"/>
          <w:szCs w:val="24"/>
        </w:rPr>
        <w:t>în</w:t>
      </w:r>
      <w:proofErr w:type="spellEnd"/>
      <w:r w:rsidRPr="0025334A">
        <w:rPr>
          <w:rFonts w:cs="Times New Roman"/>
          <w:szCs w:val="24"/>
        </w:rPr>
        <w:t xml:space="preserve"> </w:t>
      </w:r>
      <w:proofErr w:type="spellStart"/>
      <w:r w:rsidRPr="0025334A">
        <w:rPr>
          <w:rFonts w:cs="Times New Roman"/>
          <w:szCs w:val="24"/>
        </w:rPr>
        <w:t>prețul</w:t>
      </w:r>
      <w:proofErr w:type="spellEnd"/>
      <w:r w:rsidRPr="0025334A">
        <w:rPr>
          <w:rFonts w:cs="Times New Roman"/>
          <w:szCs w:val="24"/>
        </w:rPr>
        <w:t xml:space="preserve"> </w:t>
      </w:r>
      <w:proofErr w:type="spellStart"/>
      <w:r w:rsidRPr="0025334A">
        <w:rPr>
          <w:rFonts w:cs="Times New Roman"/>
          <w:szCs w:val="24"/>
        </w:rPr>
        <w:t>contractului</w:t>
      </w:r>
      <w:proofErr w:type="spellEnd"/>
      <w:r w:rsidRPr="0025334A">
        <w:rPr>
          <w:rFonts w:cs="Times New Roman"/>
          <w:szCs w:val="24"/>
        </w:rPr>
        <w:t xml:space="preserve">. </w:t>
      </w:r>
    </w:p>
    <w:p w14:paraId="0906838A" w14:textId="77777777" w:rsidR="000C4CB5" w:rsidRPr="0025334A" w:rsidRDefault="004E746A">
      <w:pPr>
        <w:spacing w:after="50" w:line="247" w:lineRule="auto"/>
      </w:pPr>
      <w:proofErr w:type="spellStart"/>
      <w:r w:rsidRPr="0025334A">
        <w:t>Neconformitățile</w:t>
      </w:r>
      <w:proofErr w:type="spellEnd"/>
      <w:r w:rsidRPr="0025334A">
        <w:t xml:space="preserve"> </w:t>
      </w:r>
      <w:proofErr w:type="spellStart"/>
      <w:r w:rsidRPr="0025334A">
        <w:t>repetate</w:t>
      </w:r>
      <w:proofErr w:type="spellEnd"/>
      <w:r w:rsidRPr="0025334A">
        <w:t xml:space="preserve"> </w:t>
      </w:r>
      <w:proofErr w:type="spellStart"/>
      <w:r w:rsidRPr="0025334A">
        <w:t>ori</w:t>
      </w:r>
      <w:proofErr w:type="spellEnd"/>
      <w:r w:rsidRPr="0025334A">
        <w:t xml:space="preserve"> grave pot conduce la </w:t>
      </w:r>
      <w:proofErr w:type="spellStart"/>
      <w:r w:rsidRPr="0025334A">
        <w:t>deducerea</w:t>
      </w:r>
      <w:proofErr w:type="spellEnd"/>
      <w:r w:rsidRPr="0025334A">
        <w:t xml:space="preserve"> </w:t>
      </w:r>
      <w:proofErr w:type="spellStart"/>
      <w:r w:rsidRPr="0025334A">
        <w:t>contravalorii</w:t>
      </w:r>
      <w:proofErr w:type="spellEnd"/>
      <w:r w:rsidRPr="0025334A">
        <w:t xml:space="preserve"> </w:t>
      </w:r>
      <w:proofErr w:type="spellStart"/>
      <w:r w:rsidRPr="0025334A">
        <w:t>prestației</w:t>
      </w:r>
      <w:proofErr w:type="spellEnd"/>
      <w:r w:rsidRPr="0025334A">
        <w:t xml:space="preserve"> </w:t>
      </w:r>
      <w:proofErr w:type="spellStart"/>
      <w:r w:rsidRPr="0025334A">
        <w:t>neacceptate</w:t>
      </w:r>
      <w:proofErr w:type="spellEnd"/>
      <w:r w:rsidRPr="0025334A">
        <w:t xml:space="preserve">, </w:t>
      </w:r>
      <w:proofErr w:type="spellStart"/>
      <w:r w:rsidRPr="0025334A">
        <w:t>penalități</w:t>
      </w:r>
      <w:proofErr w:type="spellEnd"/>
      <w:r w:rsidRPr="0025334A">
        <w:t xml:space="preserve">, </w:t>
      </w:r>
      <w:proofErr w:type="spellStart"/>
      <w:r w:rsidRPr="0025334A">
        <w:t>executarea</w:t>
      </w:r>
      <w:proofErr w:type="spellEnd"/>
      <w:r w:rsidRPr="0025334A">
        <w:t xml:space="preserve"> </w:t>
      </w:r>
      <w:proofErr w:type="spellStart"/>
      <w:r w:rsidRPr="0025334A">
        <w:t>garanției</w:t>
      </w:r>
      <w:proofErr w:type="spellEnd"/>
      <w:r w:rsidRPr="0025334A">
        <w:t xml:space="preserve"> de </w:t>
      </w:r>
      <w:proofErr w:type="spellStart"/>
      <w:r w:rsidRPr="0025334A">
        <w:t>bună</w:t>
      </w:r>
      <w:proofErr w:type="spellEnd"/>
      <w:r w:rsidRPr="0025334A">
        <w:t xml:space="preserve"> </w:t>
      </w:r>
      <w:proofErr w:type="spellStart"/>
      <w:r w:rsidRPr="0025334A">
        <w:t>execuție</w:t>
      </w:r>
      <w:proofErr w:type="spellEnd"/>
      <w:r w:rsidRPr="0025334A">
        <w:t xml:space="preserve">, </w:t>
      </w:r>
      <w:proofErr w:type="spellStart"/>
      <w:r w:rsidRPr="0025334A">
        <w:t>reziliere</w:t>
      </w:r>
      <w:proofErr w:type="spellEnd"/>
      <w:r w:rsidRPr="0025334A">
        <w:t>/</w:t>
      </w:r>
      <w:proofErr w:type="spellStart"/>
      <w:r w:rsidRPr="0025334A">
        <w:t>încetare</w:t>
      </w:r>
      <w:proofErr w:type="spellEnd"/>
      <w:r w:rsidRPr="0025334A">
        <w:t xml:space="preserve">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contractului</w:t>
      </w:r>
      <w:proofErr w:type="spellEnd"/>
      <w:r w:rsidRPr="0025334A">
        <w:t xml:space="preserve"> </w:t>
      </w:r>
      <w:proofErr w:type="spellStart"/>
      <w:r w:rsidRPr="0025334A">
        <w:t>și</w:t>
      </w:r>
      <w:proofErr w:type="spellEnd"/>
      <w:r w:rsidRPr="0025334A">
        <w:t xml:space="preserve"> </w:t>
      </w:r>
      <w:proofErr w:type="spellStart"/>
      <w:r w:rsidRPr="0025334A">
        <w:t>emiterea</w:t>
      </w:r>
      <w:proofErr w:type="spellEnd"/>
      <w:r w:rsidRPr="0025334A">
        <w:t xml:space="preserve"> </w:t>
      </w:r>
      <w:proofErr w:type="spellStart"/>
      <w:r w:rsidRPr="0025334A">
        <w:t>documentului</w:t>
      </w:r>
      <w:proofErr w:type="spellEnd"/>
      <w:r w:rsidRPr="0025334A">
        <w:t xml:space="preserve"> </w:t>
      </w:r>
      <w:proofErr w:type="spellStart"/>
      <w:r w:rsidRPr="0025334A">
        <w:t>constatator</w:t>
      </w:r>
      <w:proofErr w:type="spellEnd"/>
      <w:r w:rsidRPr="0025334A">
        <w:t xml:space="preserve"> </w:t>
      </w:r>
      <w:proofErr w:type="spellStart"/>
      <w:r w:rsidRPr="0025334A">
        <w:t>corespunzător</w:t>
      </w:r>
      <w:proofErr w:type="spellEnd"/>
      <w:r w:rsidRPr="0025334A">
        <w:t xml:space="preserve">. </w:t>
      </w:r>
      <w:proofErr w:type="spellStart"/>
      <w:r w:rsidRPr="0025334A">
        <w:t>Mecanismele</w:t>
      </w:r>
      <w:proofErr w:type="spellEnd"/>
      <w:r w:rsidRPr="0025334A">
        <w:t xml:space="preserve"> </w:t>
      </w:r>
      <w:proofErr w:type="spellStart"/>
      <w:r w:rsidRPr="0025334A">
        <w:t>juridice</w:t>
      </w:r>
      <w:proofErr w:type="spellEnd"/>
      <w:r w:rsidRPr="0025334A">
        <w:t xml:space="preserve"> </w:t>
      </w:r>
      <w:proofErr w:type="spellStart"/>
      <w:r w:rsidRPr="0025334A">
        <w:t>și</w:t>
      </w:r>
      <w:proofErr w:type="spellEnd"/>
      <w:r w:rsidRPr="0025334A">
        <w:t xml:space="preserve"> </w:t>
      </w:r>
      <w:proofErr w:type="spellStart"/>
      <w:r w:rsidRPr="0025334A">
        <w:t>valorice</w:t>
      </w:r>
      <w:proofErr w:type="spellEnd"/>
      <w:r w:rsidRPr="0025334A">
        <w:t xml:space="preserve"> se </w:t>
      </w:r>
      <w:proofErr w:type="spellStart"/>
      <w:r w:rsidRPr="0025334A">
        <w:t>stabilesc</w:t>
      </w:r>
      <w:proofErr w:type="spellEnd"/>
      <w:r w:rsidRPr="0025334A">
        <w:t xml:space="preserve"> </w:t>
      </w:r>
      <w:proofErr w:type="spellStart"/>
      <w:r w:rsidRPr="0025334A">
        <w:t>în</w:t>
      </w:r>
      <w:proofErr w:type="spellEnd"/>
      <w:r w:rsidRPr="0025334A">
        <w:t xml:space="preserve"> </w:t>
      </w:r>
      <w:proofErr w:type="spellStart"/>
      <w:r w:rsidRPr="0025334A">
        <w:t>acordul-cadru</w:t>
      </w:r>
      <w:proofErr w:type="spellEnd"/>
      <w:r w:rsidRPr="0025334A">
        <w:t xml:space="preserve"> </w:t>
      </w:r>
      <w:proofErr w:type="spellStart"/>
      <w:r w:rsidRPr="0025334A">
        <w:t>și</w:t>
      </w:r>
      <w:proofErr w:type="spellEnd"/>
      <w:r w:rsidRPr="0025334A">
        <w:t xml:space="preserve"> </w:t>
      </w:r>
      <w:proofErr w:type="spellStart"/>
      <w:r w:rsidRPr="0025334A">
        <w:t>contractul</w:t>
      </w:r>
      <w:proofErr w:type="spellEnd"/>
      <w:r w:rsidRPr="0025334A">
        <w:t xml:space="preserve"> </w:t>
      </w:r>
      <w:proofErr w:type="spellStart"/>
      <w:r w:rsidRPr="0025334A">
        <w:t>subsecvent</w:t>
      </w:r>
      <w:proofErr w:type="spellEnd"/>
      <w:r w:rsidRPr="0025334A">
        <w:t>.</w:t>
      </w:r>
    </w:p>
    <w:p w14:paraId="59F0F037" w14:textId="78477798" w:rsidR="000C4CB5" w:rsidRPr="0025334A" w:rsidRDefault="004E746A" w:rsidP="0025334A">
      <w:pPr>
        <w:pStyle w:val="Heading1"/>
      </w:pPr>
      <w:bookmarkStart w:id="55" w:name="_Toc242951496"/>
      <w:r w:rsidRPr="0025334A">
        <w:t>7. MANAGEMENTUL</w:t>
      </w:r>
      <w:r w:rsidR="00F14F60">
        <w:t>/GESTIONAREA</w:t>
      </w:r>
      <w:r w:rsidRPr="0025334A">
        <w:t xml:space="preserve"> ACORDULUI-CADRU ȘI AL CONTRACTELOR SUBSECVENTE</w:t>
      </w:r>
      <w:bookmarkEnd w:id="55"/>
    </w:p>
    <w:p w14:paraId="0B3C58D5" w14:textId="77777777" w:rsidR="000C4CB5" w:rsidRPr="0025334A" w:rsidRDefault="004E746A" w:rsidP="0025334A">
      <w:pPr>
        <w:pStyle w:val="Heading2"/>
        <w:rPr>
          <w:color w:val="auto"/>
        </w:rPr>
      </w:pPr>
      <w:bookmarkStart w:id="56" w:name="_Toc242951497"/>
      <w:r w:rsidRPr="0025334A">
        <w:rPr>
          <w:color w:val="auto"/>
        </w:rPr>
        <w:t xml:space="preserve">7.1. </w:t>
      </w:r>
      <w:proofErr w:type="spellStart"/>
      <w:r w:rsidRPr="0025334A">
        <w:rPr>
          <w:color w:val="auto"/>
        </w:rPr>
        <w:t>Raportare</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comunicare</w:t>
      </w:r>
      <w:proofErr w:type="spellEnd"/>
      <w:r w:rsidRPr="0025334A">
        <w:rPr>
          <w:color w:val="auto"/>
        </w:rPr>
        <w:t xml:space="preserve"> </w:t>
      </w:r>
      <w:proofErr w:type="spellStart"/>
      <w:r w:rsidRPr="0025334A">
        <w:rPr>
          <w:color w:val="auto"/>
        </w:rPr>
        <w:t>operațională</w:t>
      </w:r>
      <w:bookmarkEnd w:id="56"/>
      <w:proofErr w:type="spellEnd"/>
    </w:p>
    <w:p w14:paraId="2528979B" w14:textId="77777777" w:rsidR="000C4CB5" w:rsidRPr="0025334A" w:rsidRDefault="004E746A">
      <w:pPr>
        <w:spacing w:after="50" w:line="247" w:lineRule="auto"/>
      </w:pPr>
      <w:proofErr w:type="spellStart"/>
      <w:r w:rsidRPr="0025334A">
        <w:t>Comunicarea</w:t>
      </w:r>
      <w:proofErr w:type="spellEnd"/>
      <w:r w:rsidRPr="0025334A">
        <w:t xml:space="preserve"> </w:t>
      </w:r>
      <w:proofErr w:type="spellStart"/>
      <w:r w:rsidRPr="0025334A">
        <w:t>operațională</w:t>
      </w:r>
      <w:proofErr w:type="spellEnd"/>
      <w:r w:rsidRPr="0025334A">
        <w:t xml:space="preserve"> se </w:t>
      </w:r>
      <w:proofErr w:type="spellStart"/>
      <w:r w:rsidRPr="0025334A">
        <w:t>realizează</w:t>
      </w:r>
      <w:proofErr w:type="spellEnd"/>
      <w:r w:rsidRPr="0025334A">
        <w:t xml:space="preserve"> </w:t>
      </w:r>
      <w:proofErr w:type="spellStart"/>
      <w:r w:rsidRPr="0025334A">
        <w:t>prin</w:t>
      </w:r>
      <w:proofErr w:type="spellEnd"/>
      <w:r w:rsidRPr="0025334A">
        <w:t xml:space="preserve"> </w:t>
      </w:r>
      <w:proofErr w:type="spellStart"/>
      <w:r w:rsidRPr="0025334A">
        <w:t>canalele</w:t>
      </w:r>
      <w:proofErr w:type="spellEnd"/>
      <w:r w:rsidRPr="0025334A">
        <w:t xml:space="preserve"> </w:t>
      </w:r>
      <w:proofErr w:type="spellStart"/>
      <w:r w:rsidRPr="0025334A">
        <w:t>stabilite</w:t>
      </w:r>
      <w:proofErr w:type="spellEnd"/>
      <w:r w:rsidRPr="0025334A">
        <w:t xml:space="preserve"> de </w:t>
      </w:r>
      <w:proofErr w:type="spellStart"/>
      <w:r w:rsidRPr="0025334A">
        <w:t>părți</w:t>
      </w:r>
      <w:proofErr w:type="spellEnd"/>
      <w:r w:rsidRPr="0025334A">
        <w:t xml:space="preserve">, cu </w:t>
      </w:r>
      <w:proofErr w:type="spellStart"/>
      <w:r w:rsidRPr="0025334A">
        <w:t>păstrarea</w:t>
      </w:r>
      <w:proofErr w:type="spellEnd"/>
      <w:r w:rsidRPr="0025334A">
        <w:t xml:space="preserve"> </w:t>
      </w:r>
      <w:proofErr w:type="spellStart"/>
      <w:r w:rsidRPr="0025334A">
        <w:t>trasabilității</w:t>
      </w:r>
      <w:proofErr w:type="spellEnd"/>
      <w:r w:rsidRPr="0025334A">
        <w:t xml:space="preserve"> </w:t>
      </w:r>
      <w:proofErr w:type="spellStart"/>
      <w:r w:rsidRPr="0025334A">
        <w:t>pentru</w:t>
      </w:r>
      <w:proofErr w:type="spellEnd"/>
      <w:r w:rsidRPr="0025334A">
        <w:t xml:space="preserve"> </w:t>
      </w:r>
      <w:proofErr w:type="spellStart"/>
      <w:r w:rsidRPr="0025334A">
        <w:t>comenzile</w:t>
      </w:r>
      <w:proofErr w:type="spellEnd"/>
      <w:r w:rsidRPr="0025334A">
        <w:t xml:space="preserve">, </w:t>
      </w:r>
      <w:proofErr w:type="spellStart"/>
      <w:r w:rsidRPr="0025334A">
        <w:t>confirmările</w:t>
      </w:r>
      <w:proofErr w:type="spellEnd"/>
      <w:r w:rsidRPr="0025334A">
        <w:t xml:space="preserve">, </w:t>
      </w:r>
      <w:proofErr w:type="spellStart"/>
      <w:r w:rsidRPr="0025334A">
        <w:t>notificările</w:t>
      </w:r>
      <w:proofErr w:type="spellEnd"/>
      <w:r w:rsidRPr="0025334A">
        <w:t xml:space="preserve"> </w:t>
      </w:r>
      <w:proofErr w:type="spellStart"/>
      <w:r w:rsidRPr="0025334A">
        <w:t>și</w:t>
      </w:r>
      <w:proofErr w:type="spellEnd"/>
      <w:r w:rsidRPr="0025334A">
        <w:t xml:space="preserve"> </w:t>
      </w:r>
      <w:proofErr w:type="spellStart"/>
      <w:r w:rsidRPr="0025334A">
        <w:t>incidentele</w:t>
      </w:r>
      <w:proofErr w:type="spellEnd"/>
      <w:r w:rsidRPr="0025334A">
        <w:t xml:space="preserve"> care </w:t>
      </w:r>
      <w:proofErr w:type="spellStart"/>
      <w:r w:rsidRPr="0025334A">
        <w:t>produc</w:t>
      </w:r>
      <w:proofErr w:type="spellEnd"/>
      <w:r w:rsidRPr="0025334A">
        <w:t xml:space="preserve"> </w:t>
      </w:r>
      <w:proofErr w:type="spellStart"/>
      <w:r w:rsidRPr="0025334A">
        <w:t>efecte</w:t>
      </w:r>
      <w:proofErr w:type="spellEnd"/>
      <w:r w:rsidRPr="0025334A">
        <w:t xml:space="preserve"> </w:t>
      </w:r>
      <w:proofErr w:type="spellStart"/>
      <w:r w:rsidRPr="0025334A">
        <w:t>asupra</w:t>
      </w:r>
      <w:proofErr w:type="spellEnd"/>
      <w:r w:rsidRPr="0025334A">
        <w:t xml:space="preserve"> </w:t>
      </w:r>
      <w:proofErr w:type="spellStart"/>
      <w:r w:rsidRPr="0025334A">
        <w:t>prestației</w:t>
      </w:r>
      <w:proofErr w:type="spellEnd"/>
      <w:r w:rsidRPr="0025334A">
        <w:t xml:space="preserve">. </w:t>
      </w:r>
      <w:proofErr w:type="spellStart"/>
      <w:r w:rsidRPr="0025334A">
        <w:t>Comunicările</w:t>
      </w:r>
      <w:proofErr w:type="spellEnd"/>
      <w:r w:rsidRPr="0025334A">
        <w:t xml:space="preserve"> </w:t>
      </w:r>
      <w:proofErr w:type="spellStart"/>
      <w:r w:rsidRPr="0025334A">
        <w:t>critice</w:t>
      </w:r>
      <w:proofErr w:type="spellEnd"/>
      <w:r w:rsidRPr="0025334A">
        <w:t xml:space="preserve"> se </w:t>
      </w:r>
      <w:proofErr w:type="spellStart"/>
      <w:r w:rsidRPr="0025334A">
        <w:t>confirmă</w:t>
      </w:r>
      <w:proofErr w:type="spellEnd"/>
      <w:r w:rsidRPr="0025334A">
        <w:t xml:space="preserve"> </w:t>
      </w:r>
      <w:proofErr w:type="spellStart"/>
      <w:r w:rsidRPr="0025334A">
        <w:t>în</w:t>
      </w:r>
      <w:proofErr w:type="spellEnd"/>
      <w:r w:rsidRPr="0025334A">
        <w:t xml:space="preserve"> </w:t>
      </w:r>
      <w:proofErr w:type="spellStart"/>
      <w:r w:rsidRPr="0025334A">
        <w:t>scris</w:t>
      </w:r>
      <w:proofErr w:type="spellEnd"/>
      <w:r w:rsidRPr="0025334A">
        <w:t xml:space="preserve">, </w:t>
      </w:r>
      <w:proofErr w:type="spellStart"/>
      <w:r w:rsidRPr="0025334A">
        <w:t>chiar</w:t>
      </w:r>
      <w:proofErr w:type="spellEnd"/>
      <w:r w:rsidRPr="0025334A">
        <w:t xml:space="preserve"> </w:t>
      </w:r>
      <w:proofErr w:type="spellStart"/>
      <w:r w:rsidRPr="0025334A">
        <w:t>dacă</w:t>
      </w:r>
      <w:proofErr w:type="spellEnd"/>
      <w:r w:rsidRPr="0025334A">
        <w:t xml:space="preserve"> </w:t>
      </w:r>
      <w:proofErr w:type="spellStart"/>
      <w:r w:rsidRPr="0025334A">
        <w:t>informarea</w:t>
      </w:r>
      <w:proofErr w:type="spellEnd"/>
      <w:r w:rsidRPr="0025334A">
        <w:t xml:space="preserve"> </w:t>
      </w:r>
      <w:proofErr w:type="spellStart"/>
      <w:r w:rsidRPr="0025334A">
        <w:t>inițială</w:t>
      </w:r>
      <w:proofErr w:type="spellEnd"/>
      <w:r w:rsidRPr="0025334A">
        <w:t xml:space="preserve"> a </w:t>
      </w:r>
      <w:proofErr w:type="spellStart"/>
      <w:r w:rsidRPr="0025334A">
        <w:t>fost</w:t>
      </w:r>
      <w:proofErr w:type="spellEnd"/>
      <w:r w:rsidRPr="0025334A">
        <w:t xml:space="preserve"> </w:t>
      </w:r>
      <w:proofErr w:type="spellStart"/>
      <w:r w:rsidRPr="0025334A">
        <w:t>telefonică</w:t>
      </w:r>
      <w:proofErr w:type="spellEnd"/>
      <w:r w:rsidRPr="0025334A">
        <w:t>.</w:t>
      </w:r>
    </w:p>
    <w:p w14:paraId="214CDFF0" w14:textId="68EADA98" w:rsidR="000C4CB5" w:rsidRPr="0025334A" w:rsidRDefault="004E746A">
      <w:pPr>
        <w:spacing w:after="50" w:line="247" w:lineRule="auto"/>
      </w:pPr>
      <w:proofErr w:type="spellStart"/>
      <w:r w:rsidRPr="0025334A">
        <w:t>Prestatorul</w:t>
      </w:r>
      <w:proofErr w:type="spellEnd"/>
      <w:r w:rsidRPr="0025334A">
        <w:t xml:space="preserve"> </w:t>
      </w:r>
      <w:proofErr w:type="spellStart"/>
      <w:r w:rsidRPr="0025334A">
        <w:t>transmite</w:t>
      </w:r>
      <w:proofErr w:type="spellEnd"/>
      <w:r w:rsidRPr="0025334A">
        <w:t xml:space="preserve"> lunar o </w:t>
      </w:r>
      <w:proofErr w:type="spellStart"/>
      <w:r w:rsidRPr="0025334A">
        <w:t>situație</w:t>
      </w:r>
      <w:proofErr w:type="spellEnd"/>
      <w:r w:rsidRPr="0025334A">
        <w:t xml:space="preserve"> care </w:t>
      </w:r>
      <w:proofErr w:type="spellStart"/>
      <w:r w:rsidRPr="0025334A">
        <w:t>conține</w:t>
      </w:r>
      <w:proofErr w:type="spellEnd"/>
      <w:r w:rsidRPr="0025334A">
        <w:t xml:space="preserve"> cel </w:t>
      </w:r>
      <w:proofErr w:type="spellStart"/>
      <w:r w:rsidRPr="0025334A">
        <w:t>puțin</w:t>
      </w:r>
      <w:proofErr w:type="spellEnd"/>
      <w:r w:rsidRPr="0025334A">
        <w:t xml:space="preserve"> </w:t>
      </w:r>
      <w:proofErr w:type="spellStart"/>
      <w:r w:rsidRPr="0025334A">
        <w:t>cantitățile</w:t>
      </w:r>
      <w:proofErr w:type="spellEnd"/>
      <w:r w:rsidRPr="0025334A">
        <w:t xml:space="preserve"> </w:t>
      </w:r>
      <w:proofErr w:type="spellStart"/>
      <w:r w:rsidRPr="0025334A">
        <w:t>comandate</w:t>
      </w:r>
      <w:proofErr w:type="spellEnd"/>
      <w:r w:rsidRPr="0025334A">
        <w:t xml:space="preserve"> </w:t>
      </w:r>
      <w:proofErr w:type="spellStart"/>
      <w:r w:rsidRPr="0025334A">
        <w:t>și</w:t>
      </w:r>
      <w:proofErr w:type="spellEnd"/>
      <w:r w:rsidRPr="0025334A">
        <w:t xml:space="preserve"> </w:t>
      </w:r>
      <w:proofErr w:type="spellStart"/>
      <w:r w:rsidRPr="0025334A">
        <w:t>acceptate</w:t>
      </w:r>
      <w:proofErr w:type="spellEnd"/>
      <w:r w:rsidRPr="0025334A">
        <w:t xml:space="preserve"> pe </w:t>
      </w:r>
      <w:proofErr w:type="spellStart"/>
      <w:r w:rsidRPr="0025334A">
        <w:t>centru</w:t>
      </w:r>
      <w:proofErr w:type="spellEnd"/>
      <w:r w:rsidRPr="0025334A">
        <w:t xml:space="preserve">, </w:t>
      </w:r>
      <w:proofErr w:type="spellStart"/>
      <w:r w:rsidRPr="0025334A">
        <w:t>regimurile</w:t>
      </w:r>
      <w:proofErr w:type="spellEnd"/>
      <w:r w:rsidRPr="0025334A">
        <w:t xml:space="preserve"> </w:t>
      </w:r>
      <w:proofErr w:type="spellStart"/>
      <w:r w:rsidRPr="0025334A">
        <w:t>relevante</w:t>
      </w:r>
      <w:proofErr w:type="spellEnd"/>
      <w:r w:rsidRPr="0025334A">
        <w:t xml:space="preserve">, </w:t>
      </w:r>
      <w:proofErr w:type="spellStart"/>
      <w:r w:rsidRPr="0025334A">
        <w:t>livrările</w:t>
      </w:r>
      <w:proofErr w:type="spellEnd"/>
      <w:r w:rsidRPr="0025334A">
        <w:t xml:space="preserve"> </w:t>
      </w:r>
      <w:proofErr w:type="spellStart"/>
      <w:r w:rsidRPr="0025334A">
        <w:t>întârziate</w:t>
      </w:r>
      <w:proofErr w:type="spellEnd"/>
      <w:r w:rsidRPr="0025334A">
        <w:t xml:space="preserve">, </w:t>
      </w:r>
      <w:proofErr w:type="spellStart"/>
      <w:r w:rsidRPr="0025334A">
        <w:t>porțiile</w:t>
      </w:r>
      <w:proofErr w:type="spellEnd"/>
      <w:r w:rsidRPr="0025334A">
        <w:t xml:space="preserve"> </w:t>
      </w:r>
      <w:proofErr w:type="spellStart"/>
      <w:r w:rsidRPr="0025334A">
        <w:t>înlocuite</w:t>
      </w:r>
      <w:proofErr w:type="spellEnd"/>
      <w:r w:rsidRPr="0025334A">
        <w:t>/</w:t>
      </w:r>
      <w:proofErr w:type="spellStart"/>
      <w:r w:rsidRPr="0025334A">
        <w:t>respise</w:t>
      </w:r>
      <w:proofErr w:type="spellEnd"/>
      <w:r w:rsidRPr="0025334A">
        <w:t xml:space="preserve">, </w:t>
      </w:r>
      <w:proofErr w:type="spellStart"/>
      <w:r w:rsidRPr="0025334A">
        <w:t>neconformitățile</w:t>
      </w:r>
      <w:proofErr w:type="spellEnd"/>
      <w:r w:rsidRPr="0025334A">
        <w:t xml:space="preserve">, </w:t>
      </w:r>
      <w:proofErr w:type="spellStart"/>
      <w:r w:rsidRPr="0025334A">
        <w:t>reclamațiile</w:t>
      </w:r>
      <w:proofErr w:type="spellEnd"/>
      <w:r w:rsidRPr="0025334A">
        <w:t xml:space="preserve">, </w:t>
      </w:r>
      <w:proofErr w:type="spellStart"/>
      <w:r w:rsidRPr="0025334A">
        <w:t>acțiunile</w:t>
      </w:r>
      <w:proofErr w:type="spellEnd"/>
      <w:r w:rsidRPr="0025334A">
        <w:t xml:space="preserve"> </w:t>
      </w:r>
      <w:proofErr w:type="spellStart"/>
      <w:r w:rsidRPr="0025334A">
        <w:t>corective</w:t>
      </w:r>
      <w:proofErr w:type="spellEnd"/>
      <w:r w:rsidRPr="0025334A">
        <w:t xml:space="preserve"> </w:t>
      </w:r>
      <w:proofErr w:type="spellStart"/>
      <w:r w:rsidRPr="0025334A">
        <w:t>și</w:t>
      </w:r>
      <w:proofErr w:type="spellEnd"/>
      <w:r w:rsidRPr="0025334A">
        <w:t xml:space="preserve"> </w:t>
      </w:r>
      <w:proofErr w:type="spellStart"/>
      <w:r w:rsidRPr="0025334A">
        <w:t>incidentele</w:t>
      </w:r>
      <w:proofErr w:type="spellEnd"/>
      <w:r w:rsidRPr="0025334A">
        <w:t xml:space="preserve"> de </w:t>
      </w:r>
      <w:proofErr w:type="spellStart"/>
      <w:r w:rsidRPr="0025334A">
        <w:t>continuitate</w:t>
      </w:r>
      <w:proofErr w:type="spellEnd"/>
      <w:r w:rsidRPr="0025334A">
        <w:t xml:space="preserve">. </w:t>
      </w:r>
      <w:proofErr w:type="spellStart"/>
      <w:r w:rsidRPr="0025334A">
        <w:t>Raportul</w:t>
      </w:r>
      <w:proofErr w:type="spellEnd"/>
      <w:r w:rsidRPr="0025334A">
        <w:t xml:space="preserve"> se </w:t>
      </w:r>
      <w:proofErr w:type="spellStart"/>
      <w:r w:rsidRPr="0025334A">
        <w:t>corelează</w:t>
      </w:r>
      <w:proofErr w:type="spellEnd"/>
      <w:r w:rsidRPr="0025334A">
        <w:t xml:space="preserve"> cu </w:t>
      </w:r>
      <w:proofErr w:type="spellStart"/>
      <w:r w:rsidRPr="0025334A">
        <w:t>centralizatorul</w:t>
      </w:r>
      <w:proofErr w:type="spellEnd"/>
      <w:r w:rsidRPr="0025334A">
        <w:t xml:space="preserve"> de </w:t>
      </w:r>
      <w:proofErr w:type="spellStart"/>
      <w:r w:rsidRPr="0025334A">
        <w:t>recepție</w:t>
      </w:r>
      <w:proofErr w:type="spellEnd"/>
      <w:r w:rsidRPr="0025334A">
        <w:t xml:space="preserve"> </w:t>
      </w:r>
      <w:proofErr w:type="spellStart"/>
      <w:r w:rsidRPr="0025334A">
        <w:t>și</w:t>
      </w:r>
      <w:proofErr w:type="spellEnd"/>
      <w:r w:rsidRPr="0025334A">
        <w:t xml:space="preserve"> factura.</w:t>
      </w:r>
    </w:p>
    <w:p w14:paraId="1D37D0BB" w14:textId="77777777" w:rsidR="000C4CB5" w:rsidRPr="0025334A" w:rsidRDefault="004E746A">
      <w:pPr>
        <w:spacing w:after="50" w:line="247" w:lineRule="auto"/>
      </w:pPr>
      <w:proofErr w:type="spellStart"/>
      <w:r w:rsidRPr="0025334A">
        <w:lastRenderedPageBreak/>
        <w:t>În</w:t>
      </w:r>
      <w:proofErr w:type="spellEnd"/>
      <w:r w:rsidRPr="0025334A">
        <w:t xml:space="preserve"> </w:t>
      </w:r>
      <w:proofErr w:type="spellStart"/>
      <w:r w:rsidRPr="0025334A">
        <w:t>cazul</w:t>
      </w:r>
      <w:proofErr w:type="spellEnd"/>
      <w:r w:rsidRPr="0025334A">
        <w:t xml:space="preserve"> </w:t>
      </w:r>
      <w:proofErr w:type="spellStart"/>
      <w:r w:rsidRPr="0025334A">
        <w:t>unui</w:t>
      </w:r>
      <w:proofErr w:type="spellEnd"/>
      <w:r w:rsidRPr="0025334A">
        <w:t xml:space="preserve"> incident critic, </w:t>
      </w:r>
      <w:proofErr w:type="spellStart"/>
      <w:r w:rsidRPr="0025334A">
        <w:t>raportarea</w:t>
      </w:r>
      <w:proofErr w:type="spellEnd"/>
      <w:r w:rsidRPr="0025334A">
        <w:t xml:space="preserve"> </w:t>
      </w:r>
      <w:proofErr w:type="spellStart"/>
      <w:r w:rsidRPr="0025334A">
        <w:t>este</w:t>
      </w:r>
      <w:proofErr w:type="spellEnd"/>
      <w:r w:rsidRPr="0025334A">
        <w:t xml:space="preserve"> </w:t>
      </w:r>
      <w:proofErr w:type="spellStart"/>
      <w:r w:rsidRPr="0025334A">
        <w:t>imediată</w:t>
      </w:r>
      <w:proofErr w:type="spellEnd"/>
      <w:r w:rsidRPr="0025334A">
        <w:t xml:space="preserve"> </w:t>
      </w:r>
      <w:proofErr w:type="spellStart"/>
      <w:r w:rsidRPr="0025334A">
        <w:t>și</w:t>
      </w:r>
      <w:proofErr w:type="spellEnd"/>
      <w:r w:rsidRPr="0025334A">
        <w:t xml:space="preserve"> nu se </w:t>
      </w:r>
      <w:proofErr w:type="spellStart"/>
      <w:r w:rsidRPr="0025334A">
        <w:t>amână</w:t>
      </w:r>
      <w:proofErr w:type="spellEnd"/>
      <w:r w:rsidRPr="0025334A">
        <w:t xml:space="preserve"> </w:t>
      </w:r>
      <w:proofErr w:type="spellStart"/>
      <w:r w:rsidRPr="0025334A">
        <w:t>până</w:t>
      </w:r>
      <w:proofErr w:type="spellEnd"/>
      <w:r w:rsidRPr="0025334A">
        <w:t xml:space="preserve"> la </w:t>
      </w:r>
      <w:proofErr w:type="spellStart"/>
      <w:r w:rsidRPr="0025334A">
        <w:t>raportul</w:t>
      </w:r>
      <w:proofErr w:type="spellEnd"/>
      <w:r w:rsidRPr="0025334A">
        <w:t xml:space="preserve"> lunar. </w:t>
      </w:r>
      <w:proofErr w:type="spellStart"/>
      <w:r w:rsidRPr="0025334A">
        <w:t>Raportul</w:t>
      </w:r>
      <w:proofErr w:type="spellEnd"/>
      <w:r w:rsidRPr="0025334A">
        <w:t xml:space="preserve"> de incident </w:t>
      </w:r>
      <w:proofErr w:type="spellStart"/>
      <w:r w:rsidRPr="0025334A">
        <w:t>descrie</w:t>
      </w:r>
      <w:proofErr w:type="spellEnd"/>
      <w:r w:rsidRPr="0025334A">
        <w:t xml:space="preserve"> </w:t>
      </w:r>
      <w:proofErr w:type="spellStart"/>
      <w:r w:rsidRPr="0025334A">
        <w:t>faptele</w:t>
      </w:r>
      <w:proofErr w:type="spellEnd"/>
      <w:r w:rsidRPr="0025334A">
        <w:t xml:space="preserve">, </w:t>
      </w:r>
      <w:proofErr w:type="spellStart"/>
      <w:r w:rsidRPr="0025334A">
        <w:t>impactul</w:t>
      </w:r>
      <w:proofErr w:type="spellEnd"/>
      <w:r w:rsidRPr="0025334A">
        <w:t xml:space="preserve">, </w:t>
      </w:r>
      <w:proofErr w:type="spellStart"/>
      <w:r w:rsidRPr="0025334A">
        <w:t>lotul</w:t>
      </w:r>
      <w:proofErr w:type="spellEnd"/>
      <w:r w:rsidRPr="0025334A">
        <w:t>/</w:t>
      </w:r>
      <w:proofErr w:type="spellStart"/>
      <w:r w:rsidRPr="0025334A">
        <w:t>preparatul</w:t>
      </w:r>
      <w:proofErr w:type="spellEnd"/>
      <w:r w:rsidRPr="0025334A">
        <w:t xml:space="preserve">, </w:t>
      </w:r>
      <w:proofErr w:type="spellStart"/>
      <w:r w:rsidRPr="0025334A">
        <w:t>destinatarii</w:t>
      </w:r>
      <w:proofErr w:type="spellEnd"/>
      <w:r w:rsidRPr="0025334A">
        <w:t xml:space="preserve">, </w:t>
      </w:r>
      <w:proofErr w:type="spellStart"/>
      <w:r w:rsidRPr="0025334A">
        <w:t>măsurile</w:t>
      </w:r>
      <w:proofErr w:type="spellEnd"/>
      <w:r w:rsidRPr="0025334A">
        <w:t xml:space="preserve"> </w:t>
      </w:r>
      <w:proofErr w:type="spellStart"/>
      <w:r w:rsidRPr="0025334A">
        <w:t>imediate</w:t>
      </w:r>
      <w:proofErr w:type="spellEnd"/>
      <w:r w:rsidRPr="0025334A">
        <w:t xml:space="preserve">, </w:t>
      </w:r>
      <w:proofErr w:type="spellStart"/>
      <w:r w:rsidRPr="0025334A">
        <w:t>cauza</w:t>
      </w:r>
      <w:proofErr w:type="spellEnd"/>
      <w:r w:rsidRPr="0025334A">
        <w:t xml:space="preserve"> </w:t>
      </w:r>
      <w:proofErr w:type="spellStart"/>
      <w:r w:rsidRPr="0025334A">
        <w:t>identificată</w:t>
      </w:r>
      <w:proofErr w:type="spellEnd"/>
      <w:r w:rsidRPr="0025334A">
        <w:t xml:space="preserve"> </w:t>
      </w:r>
      <w:proofErr w:type="spellStart"/>
      <w:r w:rsidRPr="0025334A">
        <w:t>sau</w:t>
      </w:r>
      <w:proofErr w:type="spellEnd"/>
      <w:r w:rsidRPr="0025334A">
        <w:t xml:space="preserve"> </w:t>
      </w:r>
      <w:proofErr w:type="spellStart"/>
      <w:r w:rsidRPr="0025334A">
        <w:t>ipotezele</w:t>
      </w:r>
      <w:proofErr w:type="spellEnd"/>
      <w:r w:rsidRPr="0025334A">
        <w:t xml:space="preserve"> de </w:t>
      </w:r>
      <w:proofErr w:type="spellStart"/>
      <w:r w:rsidRPr="0025334A">
        <w:t>lucru</w:t>
      </w:r>
      <w:proofErr w:type="spellEnd"/>
      <w:r w:rsidRPr="0025334A">
        <w:t xml:space="preserve">, </w:t>
      </w:r>
      <w:proofErr w:type="spellStart"/>
      <w:r w:rsidRPr="0025334A">
        <w:t>acțiunile</w:t>
      </w:r>
      <w:proofErr w:type="spellEnd"/>
      <w:r w:rsidRPr="0025334A">
        <w:t xml:space="preserve"> </w:t>
      </w:r>
      <w:proofErr w:type="spellStart"/>
      <w:r w:rsidRPr="0025334A">
        <w:t>corective</w:t>
      </w:r>
      <w:proofErr w:type="spellEnd"/>
      <w:r w:rsidRPr="0025334A">
        <w:t xml:space="preserve"> </w:t>
      </w:r>
      <w:proofErr w:type="spellStart"/>
      <w:r w:rsidRPr="0025334A">
        <w:t>și</w:t>
      </w:r>
      <w:proofErr w:type="spellEnd"/>
      <w:r w:rsidRPr="0025334A">
        <w:t xml:space="preserve"> </w:t>
      </w:r>
      <w:proofErr w:type="spellStart"/>
      <w:r w:rsidRPr="0025334A">
        <w:t>prevenirea</w:t>
      </w:r>
      <w:proofErr w:type="spellEnd"/>
      <w:r w:rsidRPr="0025334A">
        <w:t xml:space="preserve"> </w:t>
      </w:r>
      <w:proofErr w:type="spellStart"/>
      <w:r w:rsidRPr="0025334A">
        <w:t>recurenței</w:t>
      </w:r>
      <w:proofErr w:type="spellEnd"/>
      <w:r w:rsidRPr="0025334A">
        <w:t>.</w:t>
      </w:r>
    </w:p>
    <w:p w14:paraId="679F451E" w14:textId="75714528" w:rsidR="00CA14FF" w:rsidRDefault="00CA14FF" w:rsidP="002459A2">
      <w:pPr>
        <w:pStyle w:val="Heading2"/>
        <w:numPr>
          <w:ilvl w:val="1"/>
          <w:numId w:val="29"/>
        </w:numPr>
        <w:rPr>
          <w:color w:val="auto"/>
        </w:rPr>
      </w:pPr>
      <w:r>
        <w:rPr>
          <w:color w:val="auto"/>
        </w:rPr>
        <w:t xml:space="preserve"> </w:t>
      </w:r>
      <w:bookmarkStart w:id="57" w:name="_Toc242951498"/>
      <w:proofErr w:type="spellStart"/>
      <w:r>
        <w:rPr>
          <w:color w:val="auto"/>
        </w:rPr>
        <w:t>Pretul</w:t>
      </w:r>
      <w:proofErr w:type="spellEnd"/>
      <w:r>
        <w:rPr>
          <w:color w:val="auto"/>
        </w:rPr>
        <w:t xml:space="preserve"> </w:t>
      </w:r>
      <w:proofErr w:type="spellStart"/>
      <w:r>
        <w:rPr>
          <w:color w:val="auto"/>
        </w:rPr>
        <w:t>contractului</w:t>
      </w:r>
      <w:bookmarkEnd w:id="57"/>
      <w:proofErr w:type="spellEnd"/>
    </w:p>
    <w:p w14:paraId="670F612B" w14:textId="11387CCF" w:rsidR="00CD4A62" w:rsidRDefault="00CD4A62" w:rsidP="00CA14FF">
      <w:pPr>
        <w:spacing w:after="50"/>
      </w:pPr>
      <w:proofErr w:type="spellStart"/>
      <w:r w:rsidRPr="00CD4A62">
        <w:t>Prețul</w:t>
      </w:r>
      <w:proofErr w:type="spellEnd"/>
      <w:r w:rsidRPr="00CD4A62">
        <w:t xml:space="preserve"> </w:t>
      </w:r>
      <w:proofErr w:type="spellStart"/>
      <w:r w:rsidRPr="00CD4A62">
        <w:t>unitar</w:t>
      </w:r>
      <w:proofErr w:type="spellEnd"/>
      <w:r w:rsidRPr="00CD4A62">
        <w:t xml:space="preserve"> </w:t>
      </w:r>
      <w:proofErr w:type="spellStart"/>
      <w:r w:rsidRPr="00CD4A62">
        <w:t>ofertat</w:t>
      </w:r>
      <w:proofErr w:type="spellEnd"/>
      <w:r w:rsidRPr="00CD4A62">
        <w:t xml:space="preserve"> </w:t>
      </w:r>
      <w:proofErr w:type="spellStart"/>
      <w:r w:rsidRPr="00CD4A62">
        <w:t>pentru</w:t>
      </w:r>
      <w:proofErr w:type="spellEnd"/>
      <w:r w:rsidRPr="00CD4A62">
        <w:t xml:space="preserve"> un </w:t>
      </w:r>
      <w:proofErr w:type="spellStart"/>
      <w:r w:rsidRPr="00CD4A62">
        <w:t>meniu</w:t>
      </w:r>
      <w:proofErr w:type="spellEnd"/>
      <w:r w:rsidRPr="00CD4A62">
        <w:t xml:space="preserve">-zi </w:t>
      </w:r>
      <w:proofErr w:type="spellStart"/>
      <w:r w:rsidRPr="00CD4A62">
        <w:t>reprezintă</w:t>
      </w:r>
      <w:proofErr w:type="spellEnd"/>
      <w:r w:rsidRPr="00CD4A62">
        <w:t xml:space="preserve"> </w:t>
      </w:r>
      <w:proofErr w:type="spellStart"/>
      <w:r w:rsidRPr="00CD4A62">
        <w:t>prețul</w:t>
      </w:r>
      <w:proofErr w:type="spellEnd"/>
      <w:r w:rsidRPr="00CD4A62">
        <w:t xml:space="preserve"> total al </w:t>
      </w:r>
      <w:proofErr w:type="spellStart"/>
      <w:r w:rsidRPr="00CD4A62">
        <w:t>serviciului</w:t>
      </w:r>
      <w:proofErr w:type="spellEnd"/>
      <w:r w:rsidRPr="00CD4A62">
        <w:t xml:space="preserve"> </w:t>
      </w:r>
      <w:proofErr w:type="spellStart"/>
      <w:r w:rsidRPr="00CD4A62">
        <w:t>integrat</w:t>
      </w:r>
      <w:proofErr w:type="spellEnd"/>
      <w:r w:rsidRPr="00CD4A62">
        <w:t xml:space="preserve"> de catering/</w:t>
      </w:r>
      <w:proofErr w:type="spellStart"/>
      <w:r w:rsidRPr="00CD4A62">
        <w:t>beneficiar</w:t>
      </w:r>
      <w:proofErr w:type="spellEnd"/>
      <w:r w:rsidRPr="00CD4A62">
        <w:t xml:space="preserve">/zi </w:t>
      </w:r>
      <w:proofErr w:type="spellStart"/>
      <w:r w:rsidRPr="00CD4A62">
        <w:t>și</w:t>
      </w:r>
      <w:proofErr w:type="spellEnd"/>
      <w:r w:rsidRPr="00CD4A62">
        <w:t xml:space="preserve"> include </w:t>
      </w:r>
      <w:proofErr w:type="spellStart"/>
      <w:r w:rsidRPr="00CD4A62">
        <w:t>toate</w:t>
      </w:r>
      <w:proofErr w:type="spellEnd"/>
      <w:r w:rsidRPr="00CD4A62">
        <w:t xml:space="preserve"> </w:t>
      </w:r>
      <w:proofErr w:type="spellStart"/>
      <w:r w:rsidRPr="00CD4A62">
        <w:t>componentele</w:t>
      </w:r>
      <w:proofErr w:type="spellEnd"/>
      <w:r w:rsidRPr="00CD4A62">
        <w:t xml:space="preserve"> </w:t>
      </w:r>
      <w:proofErr w:type="spellStart"/>
      <w:r w:rsidRPr="00CD4A62">
        <w:t>necesare</w:t>
      </w:r>
      <w:proofErr w:type="spellEnd"/>
      <w:r w:rsidRPr="00CD4A62">
        <w:t xml:space="preserve"> </w:t>
      </w:r>
      <w:proofErr w:type="spellStart"/>
      <w:r w:rsidRPr="00CD4A62">
        <w:t>executării</w:t>
      </w:r>
      <w:proofErr w:type="spellEnd"/>
      <w:r w:rsidRPr="00CD4A62">
        <w:t xml:space="preserve">: </w:t>
      </w:r>
      <w:proofErr w:type="spellStart"/>
      <w:r w:rsidRPr="00CD4A62">
        <w:t>alimente</w:t>
      </w:r>
      <w:proofErr w:type="spellEnd"/>
      <w:r w:rsidRPr="00CD4A62">
        <w:t xml:space="preserve">, </w:t>
      </w:r>
      <w:proofErr w:type="spellStart"/>
      <w:r w:rsidRPr="00CD4A62">
        <w:t>aprovizionare</w:t>
      </w:r>
      <w:proofErr w:type="spellEnd"/>
      <w:r w:rsidRPr="00CD4A62">
        <w:t xml:space="preserve">, </w:t>
      </w:r>
      <w:proofErr w:type="spellStart"/>
      <w:r w:rsidRPr="00CD4A62">
        <w:t>preparare</w:t>
      </w:r>
      <w:proofErr w:type="spellEnd"/>
      <w:r w:rsidRPr="00CD4A62">
        <w:t xml:space="preserve">, personal, </w:t>
      </w:r>
      <w:proofErr w:type="spellStart"/>
      <w:r w:rsidRPr="00CD4A62">
        <w:t>utilități</w:t>
      </w:r>
      <w:proofErr w:type="spellEnd"/>
      <w:r w:rsidRPr="00CD4A62">
        <w:t xml:space="preserve">, </w:t>
      </w:r>
      <w:proofErr w:type="spellStart"/>
      <w:r w:rsidRPr="00CD4A62">
        <w:t>avizarea</w:t>
      </w:r>
      <w:proofErr w:type="spellEnd"/>
      <w:r w:rsidRPr="00CD4A62">
        <w:t>/</w:t>
      </w:r>
      <w:proofErr w:type="spellStart"/>
      <w:r w:rsidRPr="00CD4A62">
        <w:t>validarea</w:t>
      </w:r>
      <w:proofErr w:type="spellEnd"/>
      <w:r w:rsidRPr="00CD4A62">
        <w:t xml:space="preserve"> </w:t>
      </w:r>
      <w:proofErr w:type="spellStart"/>
      <w:r w:rsidRPr="00CD4A62">
        <w:t>meniurilor</w:t>
      </w:r>
      <w:proofErr w:type="spellEnd"/>
      <w:r w:rsidRPr="00CD4A62">
        <w:t xml:space="preserve">, </w:t>
      </w:r>
      <w:proofErr w:type="spellStart"/>
      <w:r w:rsidRPr="00CD4A62">
        <w:t>porționare</w:t>
      </w:r>
      <w:proofErr w:type="spellEnd"/>
      <w:r w:rsidRPr="00CD4A62">
        <w:t xml:space="preserve">, </w:t>
      </w:r>
      <w:proofErr w:type="spellStart"/>
      <w:r w:rsidRPr="00CD4A62">
        <w:t>ambalare</w:t>
      </w:r>
      <w:proofErr w:type="spellEnd"/>
      <w:r w:rsidRPr="00CD4A62">
        <w:t xml:space="preserve">, </w:t>
      </w:r>
      <w:proofErr w:type="spellStart"/>
      <w:r w:rsidRPr="00CD4A62">
        <w:t>etichetare</w:t>
      </w:r>
      <w:proofErr w:type="spellEnd"/>
      <w:r w:rsidRPr="00CD4A62">
        <w:t xml:space="preserve">, </w:t>
      </w:r>
      <w:proofErr w:type="spellStart"/>
      <w:r w:rsidRPr="00CD4A62">
        <w:t>manipulare</w:t>
      </w:r>
      <w:proofErr w:type="spellEnd"/>
      <w:r w:rsidRPr="00CD4A62">
        <w:t xml:space="preserve">, transport, </w:t>
      </w:r>
      <w:proofErr w:type="spellStart"/>
      <w:r w:rsidRPr="00CD4A62">
        <w:t>livrare</w:t>
      </w:r>
      <w:proofErr w:type="spellEnd"/>
      <w:r w:rsidRPr="00CD4A62">
        <w:t xml:space="preserve">, </w:t>
      </w:r>
      <w:proofErr w:type="spellStart"/>
      <w:r w:rsidRPr="00CD4A62">
        <w:t>documentare</w:t>
      </w:r>
      <w:proofErr w:type="spellEnd"/>
      <w:r w:rsidRPr="00CD4A62">
        <w:t xml:space="preserve">, </w:t>
      </w:r>
      <w:proofErr w:type="spellStart"/>
      <w:r w:rsidRPr="00CD4A62">
        <w:t>continuitate</w:t>
      </w:r>
      <w:proofErr w:type="spellEnd"/>
      <w:r w:rsidRPr="00CD4A62">
        <w:t xml:space="preserve"> </w:t>
      </w:r>
      <w:proofErr w:type="spellStart"/>
      <w:r w:rsidRPr="00CD4A62">
        <w:t>și</w:t>
      </w:r>
      <w:proofErr w:type="spellEnd"/>
      <w:r w:rsidRPr="00CD4A62">
        <w:t xml:space="preserve"> </w:t>
      </w:r>
      <w:proofErr w:type="spellStart"/>
      <w:r w:rsidRPr="00CD4A62">
        <w:t>remedierea</w:t>
      </w:r>
      <w:proofErr w:type="spellEnd"/>
      <w:r w:rsidRPr="00CD4A62">
        <w:t xml:space="preserve"> </w:t>
      </w:r>
      <w:proofErr w:type="spellStart"/>
      <w:r w:rsidRPr="00CD4A62">
        <w:t>neconformităților</w:t>
      </w:r>
      <w:proofErr w:type="spellEnd"/>
      <w:r w:rsidRPr="00CD4A62">
        <w:t xml:space="preserve">. </w:t>
      </w:r>
    </w:p>
    <w:p w14:paraId="4AEB4B6C" w14:textId="4DAF6256" w:rsidR="00CA14FF" w:rsidRDefault="00CA14FF" w:rsidP="00CA14FF">
      <w:pPr>
        <w:spacing w:after="50"/>
      </w:pPr>
      <w:proofErr w:type="spellStart"/>
      <w:r w:rsidRPr="00DC45E4">
        <w:rPr>
          <w:b/>
          <w:bCs/>
        </w:rPr>
        <w:t>Prețul</w:t>
      </w:r>
      <w:proofErr w:type="spellEnd"/>
      <w:r w:rsidRPr="00DC45E4">
        <w:rPr>
          <w:b/>
          <w:bCs/>
        </w:rPr>
        <w:t xml:space="preserve"> </w:t>
      </w:r>
      <w:proofErr w:type="spellStart"/>
      <w:r w:rsidRPr="00DC45E4">
        <w:rPr>
          <w:b/>
          <w:bCs/>
        </w:rPr>
        <w:t>unitar</w:t>
      </w:r>
      <w:proofErr w:type="spellEnd"/>
      <w:r w:rsidR="00DC45E4">
        <w:t xml:space="preserve"> (PU)</w:t>
      </w:r>
      <w:r>
        <w:t xml:space="preserve"> </w:t>
      </w:r>
      <w:proofErr w:type="spellStart"/>
      <w:r>
        <w:t>pentru</w:t>
      </w:r>
      <w:proofErr w:type="spellEnd"/>
      <w:r>
        <w:t xml:space="preserve"> o </w:t>
      </w:r>
      <w:proofErr w:type="spellStart"/>
      <w:r>
        <w:t>meniu</w:t>
      </w:r>
      <w:proofErr w:type="spellEnd"/>
      <w:r>
        <w:t xml:space="preserve"> </w:t>
      </w:r>
      <w:proofErr w:type="spellStart"/>
      <w:r>
        <w:t>complet</w:t>
      </w:r>
      <w:proofErr w:type="spellEnd"/>
      <w:r>
        <w:t xml:space="preserve"> /</w:t>
      </w:r>
      <w:proofErr w:type="spellStart"/>
      <w:r>
        <w:t>beneficiar</w:t>
      </w:r>
      <w:proofErr w:type="spellEnd"/>
      <w:r>
        <w:t xml:space="preserve">/zi </w:t>
      </w:r>
      <w:proofErr w:type="spellStart"/>
      <w:r>
        <w:t>va</w:t>
      </w:r>
      <w:proofErr w:type="spellEnd"/>
      <w:r>
        <w:t xml:space="preserve"> fi </w:t>
      </w:r>
      <w:proofErr w:type="spellStart"/>
      <w:r>
        <w:t>compus</w:t>
      </w:r>
      <w:proofErr w:type="spellEnd"/>
      <w:r>
        <w:t xml:space="preserve"> din:</w:t>
      </w:r>
    </w:p>
    <w:p w14:paraId="3D60D405" w14:textId="77777777" w:rsidR="00CD4A62" w:rsidRDefault="00CD4A62" w:rsidP="00CA14FF">
      <w:pPr>
        <w:spacing w:after="50"/>
        <w:ind w:firstLine="0"/>
      </w:pPr>
      <w:r w:rsidRPr="00CD4A62">
        <w:t xml:space="preserve">– </w:t>
      </w:r>
      <w:proofErr w:type="spellStart"/>
      <w:r w:rsidRPr="00DC45E4">
        <w:rPr>
          <w:b/>
          <w:bCs/>
        </w:rPr>
        <w:t>alocația</w:t>
      </w:r>
      <w:proofErr w:type="spellEnd"/>
      <w:r w:rsidRPr="00DC45E4">
        <w:rPr>
          <w:b/>
          <w:bCs/>
        </w:rPr>
        <w:t xml:space="preserve"> </w:t>
      </w:r>
      <w:proofErr w:type="spellStart"/>
      <w:r w:rsidRPr="00DC45E4">
        <w:rPr>
          <w:b/>
          <w:bCs/>
        </w:rPr>
        <w:t>zilnică</w:t>
      </w:r>
      <w:proofErr w:type="spellEnd"/>
      <w:r w:rsidRPr="00DC45E4">
        <w:rPr>
          <w:b/>
          <w:bCs/>
        </w:rPr>
        <w:t xml:space="preserve"> de </w:t>
      </w:r>
      <w:proofErr w:type="spellStart"/>
      <w:r w:rsidRPr="00DC45E4">
        <w:rPr>
          <w:b/>
          <w:bCs/>
        </w:rPr>
        <w:t>hrană</w:t>
      </w:r>
      <w:proofErr w:type="spellEnd"/>
      <w:r w:rsidRPr="00CD4A62">
        <w:t>: 32,00 lei/</w:t>
      </w:r>
      <w:proofErr w:type="spellStart"/>
      <w:r w:rsidRPr="00CD4A62">
        <w:t>beneficiar</w:t>
      </w:r>
      <w:proofErr w:type="spellEnd"/>
      <w:r w:rsidRPr="00CD4A62">
        <w:t xml:space="preserve">/zi, </w:t>
      </w:r>
      <w:proofErr w:type="spellStart"/>
      <w:r w:rsidRPr="00CD4A62">
        <w:t>inclusiv</w:t>
      </w:r>
      <w:proofErr w:type="spellEnd"/>
      <w:r w:rsidRPr="00CD4A62">
        <w:t xml:space="preserve"> TVA, </w:t>
      </w:r>
      <w:proofErr w:type="spellStart"/>
      <w:r w:rsidRPr="00CD4A62">
        <w:t>nivel</w:t>
      </w:r>
      <w:proofErr w:type="spellEnd"/>
      <w:r w:rsidRPr="00CD4A62">
        <w:t xml:space="preserve"> minim legal </w:t>
      </w:r>
      <w:proofErr w:type="spellStart"/>
      <w:r w:rsidRPr="00CD4A62">
        <w:t>stabilit</w:t>
      </w:r>
      <w:proofErr w:type="spellEnd"/>
      <w:r w:rsidRPr="00CD4A62">
        <w:t xml:space="preserve"> </w:t>
      </w:r>
      <w:proofErr w:type="spellStart"/>
      <w:r w:rsidRPr="00CD4A62">
        <w:t>prin</w:t>
      </w:r>
      <w:proofErr w:type="spellEnd"/>
      <w:r w:rsidRPr="00CD4A62">
        <w:t xml:space="preserve"> HG nr. 6/2026; </w:t>
      </w:r>
      <w:proofErr w:type="spellStart"/>
      <w:r w:rsidRPr="00CD4A62">
        <w:t>valoarea</w:t>
      </w:r>
      <w:proofErr w:type="spellEnd"/>
      <w:r w:rsidRPr="00CD4A62">
        <w:t xml:space="preserve"> </w:t>
      </w:r>
      <w:proofErr w:type="spellStart"/>
      <w:r w:rsidRPr="00CD4A62">
        <w:t>fără</w:t>
      </w:r>
      <w:proofErr w:type="spellEnd"/>
      <w:r w:rsidRPr="00CD4A62">
        <w:t xml:space="preserve"> TVA se </w:t>
      </w:r>
      <w:proofErr w:type="spellStart"/>
      <w:r w:rsidRPr="00CD4A62">
        <w:t>determină</w:t>
      </w:r>
      <w:proofErr w:type="spellEnd"/>
      <w:r w:rsidRPr="00CD4A62">
        <w:t xml:space="preserve"> </w:t>
      </w:r>
      <w:proofErr w:type="spellStart"/>
      <w:r w:rsidRPr="00CD4A62">
        <w:t>potrivit</w:t>
      </w:r>
      <w:proofErr w:type="spellEnd"/>
      <w:r w:rsidRPr="00CD4A62">
        <w:t xml:space="preserve"> </w:t>
      </w:r>
      <w:proofErr w:type="spellStart"/>
      <w:r w:rsidRPr="00CD4A62">
        <w:t>tratamentului</w:t>
      </w:r>
      <w:proofErr w:type="spellEnd"/>
      <w:r w:rsidRPr="00CD4A62">
        <w:t xml:space="preserve"> fiscal legal </w:t>
      </w:r>
      <w:proofErr w:type="spellStart"/>
      <w:r w:rsidRPr="00CD4A62">
        <w:t>aplicabil</w:t>
      </w:r>
      <w:proofErr w:type="spellEnd"/>
      <w:r w:rsidRPr="00CD4A62">
        <w:t xml:space="preserve"> </w:t>
      </w:r>
      <w:proofErr w:type="spellStart"/>
      <w:r w:rsidRPr="00CD4A62">
        <w:t>prestației</w:t>
      </w:r>
      <w:proofErr w:type="spellEnd"/>
      <w:r w:rsidRPr="00CD4A62">
        <w:t xml:space="preserve">. </w:t>
      </w:r>
    </w:p>
    <w:p w14:paraId="731BC40C" w14:textId="77777777" w:rsidR="00CD4A62" w:rsidRDefault="00CD4A62" w:rsidP="00CD4A62">
      <w:pPr>
        <w:ind w:firstLine="0"/>
      </w:pPr>
      <w:r w:rsidRPr="00CD4A62">
        <w:t xml:space="preserve">– </w:t>
      </w:r>
      <w:proofErr w:type="spellStart"/>
      <w:r w:rsidRPr="00DC45E4">
        <w:rPr>
          <w:b/>
          <w:bCs/>
        </w:rPr>
        <w:t>cheltuieli</w:t>
      </w:r>
      <w:proofErr w:type="spellEnd"/>
      <w:r w:rsidRPr="00DC45E4">
        <w:rPr>
          <w:b/>
          <w:bCs/>
        </w:rPr>
        <w:t xml:space="preserve"> </w:t>
      </w:r>
      <w:proofErr w:type="spellStart"/>
      <w:r w:rsidRPr="00DC45E4">
        <w:rPr>
          <w:b/>
          <w:bCs/>
        </w:rPr>
        <w:t>conexe</w:t>
      </w:r>
      <w:proofErr w:type="spellEnd"/>
      <w:r w:rsidRPr="00CD4A62">
        <w:t>: 3,81 lei/</w:t>
      </w:r>
      <w:proofErr w:type="spellStart"/>
      <w:r w:rsidRPr="00CD4A62">
        <w:t>beneficiar</w:t>
      </w:r>
      <w:proofErr w:type="spellEnd"/>
      <w:r w:rsidRPr="00CD4A62">
        <w:t xml:space="preserve">/zi, </w:t>
      </w:r>
      <w:proofErr w:type="spellStart"/>
      <w:r w:rsidRPr="00CD4A62">
        <w:t>inclusiv</w:t>
      </w:r>
      <w:proofErr w:type="spellEnd"/>
      <w:r w:rsidRPr="00CD4A62">
        <w:t xml:space="preserve"> TVA, ca </w:t>
      </w:r>
      <w:proofErr w:type="spellStart"/>
      <w:r w:rsidRPr="00CD4A62">
        <w:t>reper</w:t>
      </w:r>
      <w:proofErr w:type="spellEnd"/>
      <w:r w:rsidRPr="00CD4A62">
        <w:t xml:space="preserve"> </w:t>
      </w:r>
      <w:proofErr w:type="spellStart"/>
      <w:r w:rsidRPr="00CD4A62">
        <w:t>bugetar</w:t>
      </w:r>
      <w:proofErr w:type="spellEnd"/>
      <w:r w:rsidRPr="00CD4A62">
        <w:t xml:space="preserve"> </w:t>
      </w:r>
      <w:proofErr w:type="spellStart"/>
      <w:r w:rsidRPr="00CD4A62">
        <w:t>utilizat</w:t>
      </w:r>
      <w:proofErr w:type="spellEnd"/>
      <w:r w:rsidRPr="00CD4A62">
        <w:t xml:space="preserve"> la </w:t>
      </w:r>
      <w:proofErr w:type="spellStart"/>
      <w:r w:rsidRPr="00CD4A62">
        <w:t>fundamentare</w:t>
      </w:r>
      <w:proofErr w:type="spellEnd"/>
      <w:r w:rsidRPr="00CD4A62">
        <w:t xml:space="preserve">, </w:t>
      </w:r>
      <w:proofErr w:type="spellStart"/>
      <w:r w:rsidRPr="00CD4A62">
        <w:t>dacă</w:t>
      </w:r>
      <w:proofErr w:type="spellEnd"/>
      <w:r w:rsidRPr="00CD4A62">
        <w:t xml:space="preserve"> </w:t>
      </w:r>
      <w:proofErr w:type="spellStart"/>
      <w:r w:rsidRPr="00CD4A62">
        <w:t>această</w:t>
      </w:r>
      <w:proofErr w:type="spellEnd"/>
      <w:r w:rsidRPr="00CD4A62">
        <w:t xml:space="preserve"> </w:t>
      </w:r>
      <w:proofErr w:type="spellStart"/>
      <w:r w:rsidRPr="00CD4A62">
        <w:t>structură</w:t>
      </w:r>
      <w:proofErr w:type="spellEnd"/>
      <w:r w:rsidRPr="00CD4A62">
        <w:t xml:space="preserve"> </w:t>
      </w:r>
      <w:proofErr w:type="spellStart"/>
      <w:r w:rsidRPr="00CD4A62">
        <w:t>este</w:t>
      </w:r>
      <w:proofErr w:type="spellEnd"/>
      <w:r w:rsidRPr="00CD4A62">
        <w:t xml:space="preserve"> </w:t>
      </w:r>
      <w:proofErr w:type="spellStart"/>
      <w:r w:rsidRPr="00CD4A62">
        <w:t>menținută</w:t>
      </w:r>
      <w:proofErr w:type="spellEnd"/>
      <w:r w:rsidRPr="00CD4A62">
        <w:t xml:space="preserve"> </w:t>
      </w:r>
      <w:proofErr w:type="spellStart"/>
      <w:r w:rsidRPr="00CD4A62">
        <w:t>în</w:t>
      </w:r>
      <w:proofErr w:type="spellEnd"/>
      <w:r w:rsidRPr="00CD4A62">
        <w:t xml:space="preserve"> </w:t>
      </w:r>
      <w:proofErr w:type="spellStart"/>
      <w:r w:rsidRPr="00CD4A62">
        <w:t>documentele</w:t>
      </w:r>
      <w:proofErr w:type="spellEnd"/>
      <w:r w:rsidRPr="00CD4A62">
        <w:t xml:space="preserve"> </w:t>
      </w:r>
      <w:proofErr w:type="spellStart"/>
      <w:r w:rsidRPr="00CD4A62">
        <w:t>economice</w:t>
      </w:r>
      <w:proofErr w:type="spellEnd"/>
      <w:r w:rsidRPr="00CD4A62">
        <w:t xml:space="preserve">. </w:t>
      </w:r>
      <w:proofErr w:type="spellStart"/>
      <w:r w:rsidRPr="00CD4A62">
        <w:t>Costurile</w:t>
      </w:r>
      <w:proofErr w:type="spellEnd"/>
      <w:r w:rsidRPr="00CD4A62">
        <w:t xml:space="preserve"> </w:t>
      </w:r>
      <w:proofErr w:type="spellStart"/>
      <w:r w:rsidRPr="00CD4A62">
        <w:t>conexe</w:t>
      </w:r>
      <w:proofErr w:type="spellEnd"/>
      <w:r w:rsidRPr="00CD4A62">
        <w:t xml:space="preserve"> sunt </w:t>
      </w:r>
      <w:proofErr w:type="spellStart"/>
      <w:r w:rsidRPr="00CD4A62">
        <w:t>incluse</w:t>
      </w:r>
      <w:proofErr w:type="spellEnd"/>
      <w:r w:rsidRPr="00CD4A62">
        <w:t xml:space="preserve"> </w:t>
      </w:r>
      <w:proofErr w:type="spellStart"/>
      <w:r w:rsidRPr="00CD4A62">
        <w:t>în</w:t>
      </w:r>
      <w:proofErr w:type="spellEnd"/>
      <w:r w:rsidRPr="00CD4A62">
        <w:t xml:space="preserve"> </w:t>
      </w:r>
      <w:proofErr w:type="spellStart"/>
      <w:r w:rsidRPr="00CD4A62">
        <w:t>prețul</w:t>
      </w:r>
      <w:proofErr w:type="spellEnd"/>
      <w:r w:rsidRPr="00CD4A62">
        <w:t xml:space="preserve"> total al </w:t>
      </w:r>
      <w:proofErr w:type="spellStart"/>
      <w:r w:rsidRPr="00CD4A62">
        <w:t>serviciului</w:t>
      </w:r>
      <w:proofErr w:type="spellEnd"/>
      <w:r w:rsidRPr="00CD4A62">
        <w:t xml:space="preserve"> </w:t>
      </w:r>
      <w:proofErr w:type="spellStart"/>
      <w:r w:rsidRPr="00CD4A62">
        <w:t>și</w:t>
      </w:r>
      <w:proofErr w:type="spellEnd"/>
      <w:r w:rsidRPr="00CD4A62">
        <w:t xml:space="preserve"> nu se </w:t>
      </w:r>
      <w:proofErr w:type="spellStart"/>
      <w:r w:rsidRPr="00CD4A62">
        <w:t>facturează</w:t>
      </w:r>
      <w:proofErr w:type="spellEnd"/>
      <w:r w:rsidRPr="00CD4A62">
        <w:t xml:space="preserve"> </w:t>
      </w:r>
      <w:proofErr w:type="spellStart"/>
      <w:r w:rsidRPr="00CD4A62">
        <w:t>suplimentar</w:t>
      </w:r>
      <w:proofErr w:type="spellEnd"/>
      <w:r w:rsidRPr="00CD4A62">
        <w:t xml:space="preserve">. </w:t>
      </w:r>
    </w:p>
    <w:p w14:paraId="15D29D9C" w14:textId="59281E35" w:rsidR="00CA14FF" w:rsidRDefault="00CA14FF" w:rsidP="00CA14FF">
      <w:pPr>
        <w:ind w:firstLine="720"/>
      </w:pPr>
      <w:r w:rsidRPr="0025334A">
        <w:t xml:space="preserve">Orice </w:t>
      </w:r>
      <w:proofErr w:type="spellStart"/>
      <w:r w:rsidRPr="0025334A">
        <w:t>modificare</w:t>
      </w:r>
      <w:proofErr w:type="spellEnd"/>
      <w:r w:rsidRPr="0025334A">
        <w:t xml:space="preserve"> a </w:t>
      </w:r>
      <w:proofErr w:type="spellStart"/>
      <w:r w:rsidRPr="0025334A">
        <w:t>prețului</w:t>
      </w:r>
      <w:proofErr w:type="spellEnd"/>
      <w:r w:rsidRPr="0025334A">
        <w:t xml:space="preserve"> </w:t>
      </w:r>
      <w:proofErr w:type="spellStart"/>
      <w:r w:rsidRPr="0025334A">
        <w:t>fără</w:t>
      </w:r>
      <w:proofErr w:type="spellEnd"/>
      <w:r w:rsidRPr="0025334A">
        <w:t xml:space="preserve"> TVA </w:t>
      </w:r>
      <w:proofErr w:type="spellStart"/>
      <w:r w:rsidRPr="0025334A">
        <w:t>sau</w:t>
      </w:r>
      <w:proofErr w:type="spellEnd"/>
      <w:r w:rsidRPr="0025334A">
        <w:t xml:space="preserve"> a </w:t>
      </w:r>
      <w:proofErr w:type="spellStart"/>
      <w:r w:rsidRPr="0025334A">
        <w:t>componentei</w:t>
      </w:r>
      <w:proofErr w:type="spellEnd"/>
      <w:r w:rsidRPr="0025334A">
        <w:t xml:space="preserve"> de </w:t>
      </w:r>
      <w:proofErr w:type="spellStart"/>
      <w:r w:rsidRPr="0025334A">
        <w:t>hrană</w:t>
      </w:r>
      <w:proofErr w:type="spellEnd"/>
      <w:r w:rsidRPr="0025334A">
        <w:t xml:space="preserve"> ca </w:t>
      </w:r>
      <w:proofErr w:type="spellStart"/>
      <w:r w:rsidRPr="0025334A">
        <w:t>urmare</w:t>
      </w:r>
      <w:proofErr w:type="spellEnd"/>
      <w:r w:rsidRPr="0025334A">
        <w:t xml:space="preserve"> a </w:t>
      </w:r>
      <w:proofErr w:type="spellStart"/>
      <w:r w:rsidRPr="0025334A">
        <w:t>schimbării</w:t>
      </w:r>
      <w:proofErr w:type="spellEnd"/>
      <w:r w:rsidRPr="0025334A">
        <w:t xml:space="preserve"> </w:t>
      </w:r>
      <w:proofErr w:type="spellStart"/>
      <w:r w:rsidRPr="0025334A">
        <w:t>cuantumului</w:t>
      </w:r>
      <w:proofErr w:type="spellEnd"/>
      <w:r w:rsidRPr="0025334A">
        <w:t xml:space="preserve"> legal al </w:t>
      </w:r>
      <w:proofErr w:type="spellStart"/>
      <w:r w:rsidRPr="0025334A">
        <w:t>alocației</w:t>
      </w:r>
      <w:proofErr w:type="spellEnd"/>
      <w:r w:rsidRPr="0025334A">
        <w:t xml:space="preserve"> se </w:t>
      </w:r>
      <w:proofErr w:type="spellStart"/>
      <w:r w:rsidRPr="0025334A">
        <w:t>poate</w:t>
      </w:r>
      <w:proofErr w:type="spellEnd"/>
      <w:r w:rsidRPr="0025334A">
        <w:t xml:space="preserve"> </w:t>
      </w:r>
      <w:proofErr w:type="spellStart"/>
      <w:r w:rsidRPr="0025334A">
        <w:t>realiza</w:t>
      </w:r>
      <w:proofErr w:type="spellEnd"/>
      <w:r w:rsidRPr="0025334A">
        <w:t xml:space="preserve"> </w:t>
      </w:r>
      <w:proofErr w:type="spellStart"/>
      <w:r w:rsidRPr="0025334A">
        <w:t>numai</w:t>
      </w:r>
      <w:proofErr w:type="spellEnd"/>
      <w:r w:rsidRPr="0025334A">
        <w:t xml:space="preserve">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clauzei</w:t>
      </w:r>
      <w:proofErr w:type="spellEnd"/>
      <w:r w:rsidRPr="0025334A">
        <w:t xml:space="preserve"> de </w:t>
      </w:r>
      <w:proofErr w:type="spellStart"/>
      <w:r w:rsidRPr="0025334A">
        <w:t>revizuire</w:t>
      </w:r>
      <w:proofErr w:type="spellEnd"/>
      <w:r w:rsidRPr="0025334A">
        <w:t xml:space="preserve"> </w:t>
      </w:r>
      <w:proofErr w:type="spellStart"/>
      <w:r w:rsidRPr="0025334A">
        <w:t>aprobate</w:t>
      </w:r>
      <w:proofErr w:type="spellEnd"/>
      <w:r w:rsidRPr="0025334A">
        <w:t xml:space="preserve"> </w:t>
      </w:r>
      <w:proofErr w:type="spellStart"/>
      <w:r w:rsidRPr="0025334A">
        <w:t>și</w:t>
      </w:r>
      <w:proofErr w:type="spellEnd"/>
      <w:r w:rsidRPr="0025334A">
        <w:t xml:space="preserve"> ale art. 221 din </w:t>
      </w:r>
      <w:proofErr w:type="spellStart"/>
      <w:r w:rsidRPr="0025334A">
        <w:t>Legea</w:t>
      </w:r>
      <w:proofErr w:type="spellEnd"/>
      <w:r w:rsidRPr="0025334A">
        <w:t xml:space="preserve"> nr. 98/2016, cu </w:t>
      </w:r>
      <w:proofErr w:type="spellStart"/>
      <w:r w:rsidRPr="0025334A">
        <w:t>efect</w:t>
      </w:r>
      <w:proofErr w:type="spellEnd"/>
      <w:r w:rsidRPr="0025334A">
        <w:t xml:space="preserve"> </w:t>
      </w:r>
      <w:proofErr w:type="spellStart"/>
      <w:r w:rsidRPr="0025334A">
        <w:t>pentru</w:t>
      </w:r>
      <w:proofErr w:type="spellEnd"/>
      <w:r w:rsidRPr="0025334A">
        <w:t xml:space="preserve"> </w:t>
      </w:r>
      <w:proofErr w:type="spellStart"/>
      <w:r w:rsidRPr="0025334A">
        <w:t>prestațiile</w:t>
      </w:r>
      <w:proofErr w:type="spellEnd"/>
      <w:r w:rsidRPr="0025334A">
        <w:t xml:space="preserve"> </w:t>
      </w:r>
      <w:proofErr w:type="spellStart"/>
      <w:r w:rsidRPr="0025334A">
        <w:t>viitoare</w:t>
      </w:r>
      <w:proofErr w:type="spellEnd"/>
      <w:r w:rsidRPr="0025334A">
        <w:t xml:space="preserve"> </w:t>
      </w:r>
      <w:proofErr w:type="spellStart"/>
      <w:r w:rsidRPr="0025334A">
        <w:t>și</w:t>
      </w:r>
      <w:proofErr w:type="spellEnd"/>
      <w:r w:rsidRPr="0025334A">
        <w:t xml:space="preserve"> cu </w:t>
      </w:r>
      <w:proofErr w:type="spellStart"/>
      <w:r w:rsidRPr="0025334A">
        <w:t>documentarea</w:t>
      </w:r>
      <w:proofErr w:type="spellEnd"/>
      <w:r w:rsidRPr="0025334A">
        <w:t xml:space="preserve"> </w:t>
      </w:r>
      <w:proofErr w:type="spellStart"/>
      <w:r w:rsidRPr="0025334A">
        <w:t>corespunzătoare</w:t>
      </w:r>
      <w:proofErr w:type="spellEnd"/>
      <w:r w:rsidRPr="0025334A">
        <w:t>.</w:t>
      </w:r>
    </w:p>
    <w:p w14:paraId="3EF21FAC" w14:textId="5B5EF3D3" w:rsidR="00CA14FF" w:rsidRPr="00DC45E4" w:rsidRDefault="00CA14FF" w:rsidP="00CA14FF">
      <w:pPr>
        <w:spacing w:after="50" w:line="247" w:lineRule="auto"/>
      </w:pPr>
      <w:proofErr w:type="spellStart"/>
      <w:r w:rsidRPr="00DC45E4">
        <w:rPr>
          <w:b/>
          <w:bCs/>
        </w:rPr>
        <w:t>Modificarea</w:t>
      </w:r>
      <w:proofErr w:type="spellEnd"/>
      <w:r w:rsidRPr="00DC45E4">
        <w:rPr>
          <w:b/>
          <w:bCs/>
        </w:rPr>
        <w:t xml:space="preserve"> </w:t>
      </w:r>
      <w:proofErr w:type="spellStart"/>
      <w:r w:rsidRPr="00DC45E4">
        <w:rPr>
          <w:b/>
          <w:bCs/>
        </w:rPr>
        <w:t>cotelor</w:t>
      </w:r>
      <w:proofErr w:type="spellEnd"/>
      <w:r w:rsidRPr="00DC45E4">
        <w:rPr>
          <w:b/>
          <w:bCs/>
        </w:rPr>
        <w:t xml:space="preserve"> de TVA se </w:t>
      </w:r>
      <w:proofErr w:type="spellStart"/>
      <w:r w:rsidRPr="00DC45E4">
        <w:rPr>
          <w:b/>
          <w:bCs/>
        </w:rPr>
        <w:t>aplică</w:t>
      </w:r>
      <w:proofErr w:type="spellEnd"/>
      <w:r w:rsidRPr="00DC45E4">
        <w:rPr>
          <w:b/>
          <w:bCs/>
        </w:rPr>
        <w:t xml:space="preserve"> </w:t>
      </w:r>
      <w:proofErr w:type="spellStart"/>
      <w:r w:rsidRPr="00DC45E4">
        <w:rPr>
          <w:b/>
          <w:bCs/>
        </w:rPr>
        <w:t>potrivit</w:t>
      </w:r>
      <w:proofErr w:type="spellEnd"/>
      <w:r w:rsidRPr="00DC45E4">
        <w:rPr>
          <w:b/>
          <w:bCs/>
        </w:rPr>
        <w:t xml:space="preserve"> </w:t>
      </w:r>
      <w:proofErr w:type="spellStart"/>
      <w:r w:rsidRPr="00DC45E4">
        <w:rPr>
          <w:b/>
          <w:bCs/>
        </w:rPr>
        <w:t>legislației</w:t>
      </w:r>
      <w:proofErr w:type="spellEnd"/>
      <w:r w:rsidRPr="00DC45E4">
        <w:rPr>
          <w:b/>
          <w:bCs/>
        </w:rPr>
        <w:t xml:space="preserve"> </w:t>
      </w:r>
      <w:proofErr w:type="spellStart"/>
      <w:r w:rsidRPr="00DC45E4">
        <w:rPr>
          <w:b/>
          <w:bCs/>
        </w:rPr>
        <w:t>fiscale</w:t>
      </w:r>
      <w:proofErr w:type="spellEnd"/>
      <w:r w:rsidRPr="00DC45E4">
        <w:rPr>
          <w:b/>
          <w:bCs/>
        </w:rPr>
        <w:t xml:space="preserve"> </w:t>
      </w:r>
      <w:proofErr w:type="spellStart"/>
      <w:r w:rsidRPr="00DC45E4">
        <w:rPr>
          <w:b/>
          <w:bCs/>
        </w:rPr>
        <w:t>fără</w:t>
      </w:r>
      <w:proofErr w:type="spellEnd"/>
      <w:r w:rsidRPr="00DC45E4">
        <w:rPr>
          <w:b/>
          <w:bCs/>
        </w:rPr>
        <w:t xml:space="preserve"> a </w:t>
      </w:r>
      <w:proofErr w:type="spellStart"/>
      <w:r w:rsidRPr="00DC45E4">
        <w:rPr>
          <w:b/>
          <w:bCs/>
        </w:rPr>
        <w:t>modifica</w:t>
      </w:r>
      <w:proofErr w:type="spellEnd"/>
      <w:r w:rsidRPr="00DC45E4">
        <w:rPr>
          <w:b/>
          <w:bCs/>
        </w:rPr>
        <w:t xml:space="preserve"> </w:t>
      </w:r>
      <w:proofErr w:type="spellStart"/>
      <w:r w:rsidRPr="00DC45E4">
        <w:rPr>
          <w:b/>
          <w:bCs/>
        </w:rPr>
        <w:t>prețul</w:t>
      </w:r>
      <w:proofErr w:type="spellEnd"/>
      <w:r w:rsidRPr="00DC45E4">
        <w:rPr>
          <w:b/>
          <w:bCs/>
        </w:rPr>
        <w:t xml:space="preserve"> cu TVA al </w:t>
      </w:r>
      <w:proofErr w:type="spellStart"/>
      <w:r w:rsidRPr="00DC45E4">
        <w:rPr>
          <w:b/>
          <w:bCs/>
        </w:rPr>
        <w:t>alocatiei</w:t>
      </w:r>
      <w:proofErr w:type="spellEnd"/>
      <w:r w:rsidRPr="00DC45E4">
        <w:rPr>
          <w:b/>
          <w:bCs/>
        </w:rPr>
        <w:t xml:space="preserve"> </w:t>
      </w:r>
      <w:proofErr w:type="spellStart"/>
      <w:r w:rsidRPr="00DC45E4">
        <w:rPr>
          <w:b/>
          <w:bCs/>
        </w:rPr>
        <w:t>zilnice</w:t>
      </w:r>
      <w:proofErr w:type="spellEnd"/>
      <w:r w:rsidRPr="00DC45E4">
        <w:rPr>
          <w:b/>
          <w:bCs/>
        </w:rPr>
        <w:t xml:space="preserve"> de </w:t>
      </w:r>
      <w:proofErr w:type="spellStart"/>
      <w:r w:rsidRPr="00DC45E4">
        <w:rPr>
          <w:b/>
          <w:bCs/>
        </w:rPr>
        <w:t>hrana</w:t>
      </w:r>
      <w:proofErr w:type="spellEnd"/>
      <w:r w:rsidRPr="0025334A">
        <w:t xml:space="preserve">. Orice </w:t>
      </w:r>
      <w:proofErr w:type="spellStart"/>
      <w:r w:rsidRPr="0025334A">
        <w:t>modificare</w:t>
      </w:r>
      <w:proofErr w:type="spellEnd"/>
      <w:r w:rsidRPr="0025334A">
        <w:t xml:space="preserve"> a </w:t>
      </w:r>
      <w:proofErr w:type="spellStart"/>
      <w:r w:rsidRPr="0025334A">
        <w:t>prețului</w:t>
      </w:r>
      <w:proofErr w:type="spellEnd"/>
      <w:r w:rsidRPr="0025334A">
        <w:t xml:space="preserve"> </w:t>
      </w:r>
      <w:proofErr w:type="spellStart"/>
      <w:r w:rsidRPr="0025334A">
        <w:t>fără</w:t>
      </w:r>
      <w:proofErr w:type="spellEnd"/>
      <w:r w:rsidRPr="0025334A">
        <w:t xml:space="preserve"> TVA </w:t>
      </w:r>
      <w:proofErr w:type="spellStart"/>
      <w:r w:rsidRPr="0025334A">
        <w:t>sau</w:t>
      </w:r>
      <w:proofErr w:type="spellEnd"/>
      <w:r w:rsidRPr="0025334A">
        <w:t xml:space="preserve"> </w:t>
      </w:r>
      <w:r w:rsidRPr="00DC45E4">
        <w:t xml:space="preserve">a </w:t>
      </w:r>
      <w:proofErr w:type="spellStart"/>
      <w:r w:rsidRPr="00DC45E4">
        <w:t>componentei</w:t>
      </w:r>
      <w:proofErr w:type="spellEnd"/>
      <w:r w:rsidRPr="00DC45E4">
        <w:t xml:space="preserve"> de </w:t>
      </w:r>
      <w:proofErr w:type="spellStart"/>
      <w:r w:rsidRPr="00DC45E4">
        <w:t>hrană</w:t>
      </w:r>
      <w:proofErr w:type="spellEnd"/>
      <w:r w:rsidRPr="00DC45E4">
        <w:t xml:space="preserve"> ca </w:t>
      </w:r>
      <w:proofErr w:type="spellStart"/>
      <w:r w:rsidRPr="00DC45E4">
        <w:t>urmare</w:t>
      </w:r>
      <w:proofErr w:type="spellEnd"/>
      <w:r w:rsidRPr="00DC45E4">
        <w:t xml:space="preserve"> a </w:t>
      </w:r>
      <w:proofErr w:type="spellStart"/>
      <w:r w:rsidRPr="00DC45E4">
        <w:t>schimbării</w:t>
      </w:r>
      <w:proofErr w:type="spellEnd"/>
      <w:r w:rsidRPr="00DC45E4">
        <w:t xml:space="preserve"> </w:t>
      </w:r>
      <w:proofErr w:type="spellStart"/>
      <w:r w:rsidRPr="00DC45E4">
        <w:t>cuantumului</w:t>
      </w:r>
      <w:proofErr w:type="spellEnd"/>
      <w:r w:rsidRPr="00DC45E4">
        <w:t xml:space="preserve"> legal al </w:t>
      </w:r>
      <w:proofErr w:type="spellStart"/>
      <w:r w:rsidRPr="00DC45E4">
        <w:t>alocației</w:t>
      </w:r>
      <w:proofErr w:type="spellEnd"/>
      <w:r w:rsidRPr="00DC45E4">
        <w:t xml:space="preserve"> se </w:t>
      </w:r>
      <w:proofErr w:type="spellStart"/>
      <w:r w:rsidRPr="00DC45E4">
        <w:t>poate</w:t>
      </w:r>
      <w:proofErr w:type="spellEnd"/>
      <w:r w:rsidRPr="00DC45E4">
        <w:t xml:space="preserve"> </w:t>
      </w:r>
      <w:proofErr w:type="spellStart"/>
      <w:r w:rsidRPr="00DC45E4">
        <w:t>realiza</w:t>
      </w:r>
      <w:proofErr w:type="spellEnd"/>
      <w:r w:rsidRPr="00DC45E4">
        <w:t xml:space="preserve"> </w:t>
      </w:r>
      <w:r w:rsidR="00DC45E4" w:rsidRPr="00DC45E4">
        <w:rPr>
          <w:b/>
          <w:bCs/>
          <w:lang w:val="it-IT"/>
        </w:rPr>
        <w:t xml:space="preserve">numai in conditiile modificarilor legislative cu privire la valoarea alocatiei zilnice de hrana pentru beneficiari institutionalizati, </w:t>
      </w:r>
      <w:r w:rsidR="00DC45E4" w:rsidRPr="00DC45E4">
        <w:rPr>
          <w:lang w:val="it-IT"/>
        </w:rPr>
        <w:t xml:space="preserve">cu respectarea </w:t>
      </w:r>
      <w:proofErr w:type="spellStart"/>
      <w:r w:rsidRPr="00DC45E4">
        <w:t>clauzei</w:t>
      </w:r>
      <w:proofErr w:type="spellEnd"/>
      <w:r w:rsidRPr="00DC45E4">
        <w:t xml:space="preserve"> de </w:t>
      </w:r>
      <w:proofErr w:type="spellStart"/>
      <w:r w:rsidRPr="00DC45E4">
        <w:t>revizuire</w:t>
      </w:r>
      <w:proofErr w:type="spellEnd"/>
      <w:r w:rsidRPr="00DC45E4">
        <w:t xml:space="preserve"> </w:t>
      </w:r>
      <w:proofErr w:type="spellStart"/>
      <w:r w:rsidRPr="00DC45E4">
        <w:t>aprobate</w:t>
      </w:r>
      <w:proofErr w:type="spellEnd"/>
      <w:r w:rsidRPr="00DC45E4">
        <w:t xml:space="preserve"> </w:t>
      </w:r>
      <w:proofErr w:type="spellStart"/>
      <w:r w:rsidRPr="00DC45E4">
        <w:t>și</w:t>
      </w:r>
      <w:proofErr w:type="spellEnd"/>
      <w:r w:rsidRPr="00DC45E4">
        <w:t xml:space="preserve"> ale art. 221 din </w:t>
      </w:r>
      <w:proofErr w:type="spellStart"/>
      <w:r w:rsidRPr="00DC45E4">
        <w:t>Legea</w:t>
      </w:r>
      <w:proofErr w:type="spellEnd"/>
      <w:r w:rsidRPr="00DC45E4">
        <w:t xml:space="preserve"> nr. 98/2016, cu </w:t>
      </w:r>
      <w:proofErr w:type="spellStart"/>
      <w:r w:rsidRPr="00DC45E4">
        <w:t>efect</w:t>
      </w:r>
      <w:proofErr w:type="spellEnd"/>
      <w:r w:rsidRPr="00DC45E4">
        <w:t xml:space="preserve"> </w:t>
      </w:r>
      <w:proofErr w:type="spellStart"/>
      <w:r w:rsidRPr="00DC45E4">
        <w:t>pentru</w:t>
      </w:r>
      <w:proofErr w:type="spellEnd"/>
      <w:r w:rsidRPr="00DC45E4">
        <w:t xml:space="preserve"> </w:t>
      </w:r>
      <w:proofErr w:type="spellStart"/>
      <w:r w:rsidRPr="00DC45E4">
        <w:t>prestațiile</w:t>
      </w:r>
      <w:proofErr w:type="spellEnd"/>
      <w:r w:rsidRPr="00DC45E4">
        <w:t xml:space="preserve"> </w:t>
      </w:r>
      <w:proofErr w:type="spellStart"/>
      <w:r w:rsidRPr="00DC45E4">
        <w:t>viitoare</w:t>
      </w:r>
      <w:proofErr w:type="spellEnd"/>
      <w:r w:rsidRPr="00DC45E4">
        <w:t xml:space="preserve"> </w:t>
      </w:r>
      <w:proofErr w:type="spellStart"/>
      <w:r w:rsidRPr="00DC45E4">
        <w:t>și</w:t>
      </w:r>
      <w:proofErr w:type="spellEnd"/>
      <w:r w:rsidRPr="00DC45E4">
        <w:t xml:space="preserve"> cu </w:t>
      </w:r>
      <w:proofErr w:type="spellStart"/>
      <w:r w:rsidRPr="00DC45E4">
        <w:t>documentarea</w:t>
      </w:r>
      <w:proofErr w:type="spellEnd"/>
      <w:r w:rsidRPr="00DC45E4">
        <w:t xml:space="preserve"> </w:t>
      </w:r>
      <w:proofErr w:type="spellStart"/>
      <w:r w:rsidRPr="00DC45E4">
        <w:t>corespunzătoare</w:t>
      </w:r>
      <w:proofErr w:type="spellEnd"/>
      <w:r w:rsidRPr="00DC45E4">
        <w:t>.</w:t>
      </w:r>
    </w:p>
    <w:p w14:paraId="2A02939F" w14:textId="4FC51DB1" w:rsidR="00CA14FF" w:rsidRPr="000C7B11" w:rsidRDefault="00CA14FF" w:rsidP="00CA14FF">
      <w:pPr>
        <w:ind w:firstLine="720"/>
        <w:rPr>
          <w:color w:val="E36C0A" w:themeColor="accent6" w:themeShade="BF"/>
          <w:lang w:val="it-IT"/>
        </w:rPr>
      </w:pPr>
      <w:r w:rsidRPr="00833E8D">
        <w:rPr>
          <w:lang w:val="it-IT"/>
        </w:rPr>
        <w:t>Ajustarea prețul unitar pentru o porție de hrană, respectiv a pretului total de prestare (pe perioada derularii contractului) se va face pentru perioada ramasa de prestat, în conformitate de prevederile art. 221 alin.(1), lit.</w:t>
      </w:r>
      <w:r w:rsidR="009E2959">
        <w:rPr>
          <w:lang w:val="it-IT"/>
        </w:rPr>
        <w:t>a</w:t>
      </w:r>
      <w:r w:rsidRPr="00833E8D">
        <w:rPr>
          <w:lang w:val="it-IT"/>
        </w:rPr>
        <w:t>) din Legea nr. 98/2016 privind achizitii publice</w:t>
      </w:r>
      <w:r w:rsidR="009E2959">
        <w:rPr>
          <w:lang w:val="it-IT"/>
        </w:rPr>
        <w:t>.</w:t>
      </w:r>
    </w:p>
    <w:p w14:paraId="73DA415B" w14:textId="24E617CF" w:rsidR="00CA14FF" w:rsidRPr="0025334A" w:rsidRDefault="00CA14FF" w:rsidP="00CA14FF">
      <w:pPr>
        <w:spacing w:after="50" w:line="247" w:lineRule="auto"/>
      </w:pPr>
      <w:r w:rsidRPr="00833E8D">
        <w:rPr>
          <w:lang w:val="it-IT"/>
        </w:rPr>
        <w:t>În funcție de modificările intervenite în cadrul subunităților beneficiare ale serviciului de livrare a mancarii (fluctuații  număr de persoane beneficiare, grupe de vârstă, etc), autoritatea contractantă îşi rezervă dreptul de a suplimenta sau diminua cantităţile, respectiv porțiile, fără modificarea preţului unitar şi fără vreo notificare prealabilă, ci numai prin precizările cu privire la numărul de beneficiari cuprinse în comanda lansată către prestator</w:t>
      </w:r>
    </w:p>
    <w:p w14:paraId="014F67E9" w14:textId="2F7CF3BC" w:rsidR="000C4CB5" w:rsidRPr="0025334A" w:rsidRDefault="004E746A" w:rsidP="0025334A">
      <w:pPr>
        <w:pStyle w:val="Heading2"/>
        <w:rPr>
          <w:color w:val="auto"/>
        </w:rPr>
      </w:pPr>
      <w:bookmarkStart w:id="58" w:name="_Toc242951499"/>
      <w:r w:rsidRPr="0025334A">
        <w:rPr>
          <w:color w:val="auto"/>
        </w:rPr>
        <w:t xml:space="preserve">7.2. </w:t>
      </w:r>
      <w:proofErr w:type="spellStart"/>
      <w:r w:rsidRPr="0025334A">
        <w:rPr>
          <w:color w:val="auto"/>
        </w:rPr>
        <w:t>Managementul</w:t>
      </w:r>
      <w:proofErr w:type="spellEnd"/>
      <w:r w:rsidRPr="0025334A">
        <w:rPr>
          <w:color w:val="auto"/>
        </w:rPr>
        <w:t xml:space="preserve"> </w:t>
      </w:r>
      <w:proofErr w:type="spellStart"/>
      <w:r w:rsidRPr="0025334A">
        <w:rPr>
          <w:color w:val="auto"/>
        </w:rPr>
        <w:t>calității</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monitorizarea</w:t>
      </w:r>
      <w:proofErr w:type="spellEnd"/>
      <w:r w:rsidRPr="0025334A">
        <w:rPr>
          <w:color w:val="auto"/>
        </w:rPr>
        <w:t xml:space="preserve"> </w:t>
      </w:r>
      <w:proofErr w:type="spellStart"/>
      <w:r w:rsidRPr="0025334A">
        <w:rPr>
          <w:color w:val="auto"/>
        </w:rPr>
        <w:t>prestației</w:t>
      </w:r>
      <w:bookmarkEnd w:id="58"/>
      <w:proofErr w:type="spellEnd"/>
    </w:p>
    <w:p w14:paraId="5E51FE2E" w14:textId="77777777" w:rsidR="000C4CB5" w:rsidRPr="0025334A" w:rsidRDefault="004E746A">
      <w:pPr>
        <w:spacing w:after="50" w:line="247" w:lineRule="auto"/>
      </w:pPr>
      <w:r w:rsidRPr="0025334A">
        <w:rPr>
          <w:b/>
        </w:rPr>
        <w:t xml:space="preserve">Management </w:t>
      </w:r>
      <w:proofErr w:type="spellStart"/>
      <w:r w:rsidRPr="0025334A">
        <w:rPr>
          <w:b/>
        </w:rPr>
        <w:t>operațional</w:t>
      </w:r>
      <w:proofErr w:type="spellEnd"/>
      <w:r w:rsidRPr="0025334A">
        <w:rPr>
          <w:b/>
        </w:rPr>
        <w:t xml:space="preserve">. </w:t>
      </w:r>
    </w:p>
    <w:p w14:paraId="0A910ED2" w14:textId="77777777" w:rsidR="000C4CB5" w:rsidRPr="0025334A" w:rsidRDefault="004E746A">
      <w:pPr>
        <w:spacing w:after="50" w:line="247" w:lineRule="auto"/>
      </w:pPr>
      <w:proofErr w:type="spellStart"/>
      <w:r w:rsidRPr="0025334A">
        <w:t>Prestatorul</w:t>
      </w:r>
      <w:proofErr w:type="spellEnd"/>
      <w:r w:rsidRPr="0025334A">
        <w:t xml:space="preserve"> </w:t>
      </w:r>
      <w:proofErr w:type="spellStart"/>
      <w:r w:rsidRPr="0025334A">
        <w:t>desemnează</w:t>
      </w:r>
      <w:proofErr w:type="spellEnd"/>
      <w:r w:rsidRPr="0025334A">
        <w:t xml:space="preserve"> un </w:t>
      </w:r>
      <w:proofErr w:type="spellStart"/>
      <w:r w:rsidRPr="0025334A">
        <w:t>responsabil</w:t>
      </w:r>
      <w:proofErr w:type="spellEnd"/>
      <w:r w:rsidRPr="0025334A">
        <w:t xml:space="preserve"> </w:t>
      </w:r>
      <w:proofErr w:type="spellStart"/>
      <w:r w:rsidRPr="0025334A">
        <w:t>operațional</w:t>
      </w:r>
      <w:proofErr w:type="spellEnd"/>
      <w:r w:rsidRPr="0025334A">
        <w:t xml:space="preserve"> </w:t>
      </w:r>
      <w:proofErr w:type="spellStart"/>
      <w:r w:rsidRPr="0025334A">
        <w:t>pentru</w:t>
      </w:r>
      <w:proofErr w:type="spellEnd"/>
      <w:r w:rsidRPr="0025334A">
        <w:t xml:space="preserve"> </w:t>
      </w:r>
      <w:proofErr w:type="spellStart"/>
      <w:r w:rsidRPr="0025334A">
        <w:t>relația</w:t>
      </w:r>
      <w:proofErr w:type="spellEnd"/>
      <w:r w:rsidRPr="0025334A">
        <w:t xml:space="preserve"> cu DGASPC Bacău </w:t>
      </w:r>
      <w:proofErr w:type="spellStart"/>
      <w:r w:rsidRPr="0025334A">
        <w:t>și</w:t>
      </w:r>
      <w:proofErr w:type="spellEnd"/>
      <w:r w:rsidRPr="0025334A">
        <w:t xml:space="preserve"> un </w:t>
      </w:r>
      <w:proofErr w:type="spellStart"/>
      <w:r w:rsidRPr="0025334A">
        <w:t>înlocuitor</w:t>
      </w:r>
      <w:proofErr w:type="spellEnd"/>
      <w:r w:rsidRPr="0025334A">
        <w:t xml:space="preserve">. </w:t>
      </w:r>
      <w:proofErr w:type="spellStart"/>
      <w:r w:rsidRPr="0025334A">
        <w:t>Responsabilul</w:t>
      </w:r>
      <w:proofErr w:type="spellEnd"/>
      <w:r w:rsidRPr="0025334A">
        <w:t xml:space="preserve"> </w:t>
      </w:r>
      <w:proofErr w:type="spellStart"/>
      <w:r w:rsidRPr="0025334A">
        <w:t>coordonează</w:t>
      </w:r>
      <w:proofErr w:type="spellEnd"/>
      <w:r w:rsidRPr="0025334A">
        <w:t xml:space="preserve"> </w:t>
      </w:r>
      <w:proofErr w:type="spellStart"/>
      <w:r w:rsidRPr="0025334A">
        <w:t>comenzile</w:t>
      </w:r>
      <w:proofErr w:type="spellEnd"/>
      <w:r w:rsidRPr="0025334A">
        <w:t xml:space="preserve">, </w:t>
      </w:r>
      <w:proofErr w:type="spellStart"/>
      <w:r w:rsidRPr="0025334A">
        <w:t>meniurile</w:t>
      </w:r>
      <w:proofErr w:type="spellEnd"/>
      <w:r w:rsidRPr="0025334A">
        <w:t xml:space="preserve">, </w:t>
      </w:r>
      <w:proofErr w:type="spellStart"/>
      <w:r w:rsidRPr="0025334A">
        <w:t>producția</w:t>
      </w:r>
      <w:proofErr w:type="spellEnd"/>
      <w:r w:rsidRPr="0025334A">
        <w:t xml:space="preserve">, </w:t>
      </w:r>
      <w:proofErr w:type="spellStart"/>
      <w:r w:rsidRPr="0025334A">
        <w:t>transportul</w:t>
      </w:r>
      <w:proofErr w:type="spellEnd"/>
      <w:r w:rsidRPr="0025334A">
        <w:t xml:space="preserve">, </w:t>
      </w:r>
      <w:proofErr w:type="spellStart"/>
      <w:r w:rsidRPr="0025334A">
        <w:t>documentele</w:t>
      </w:r>
      <w:proofErr w:type="spellEnd"/>
      <w:r w:rsidRPr="0025334A">
        <w:t xml:space="preserve">, </w:t>
      </w:r>
      <w:proofErr w:type="spellStart"/>
      <w:r w:rsidRPr="0025334A">
        <w:t>neconformitățile</w:t>
      </w:r>
      <w:proofErr w:type="spellEnd"/>
      <w:r w:rsidRPr="0025334A">
        <w:t xml:space="preserve"> </w:t>
      </w:r>
      <w:proofErr w:type="spellStart"/>
      <w:r w:rsidRPr="0025334A">
        <w:t>și</w:t>
      </w:r>
      <w:proofErr w:type="spellEnd"/>
      <w:r w:rsidRPr="0025334A">
        <w:t xml:space="preserve"> </w:t>
      </w:r>
      <w:proofErr w:type="spellStart"/>
      <w:r w:rsidRPr="0025334A">
        <w:t>raportarea</w:t>
      </w:r>
      <w:proofErr w:type="spellEnd"/>
      <w:r w:rsidRPr="0025334A">
        <w:t xml:space="preserve">. </w:t>
      </w:r>
      <w:proofErr w:type="spellStart"/>
      <w:r w:rsidRPr="0025334A">
        <w:t>Datele</w:t>
      </w:r>
      <w:proofErr w:type="spellEnd"/>
      <w:r w:rsidRPr="0025334A">
        <w:t xml:space="preserve"> de contact sunt </w:t>
      </w:r>
      <w:proofErr w:type="spellStart"/>
      <w:r w:rsidRPr="0025334A">
        <w:t>comunicate</w:t>
      </w:r>
      <w:proofErr w:type="spellEnd"/>
      <w:r w:rsidRPr="0025334A">
        <w:t xml:space="preserve"> </w:t>
      </w:r>
      <w:proofErr w:type="spellStart"/>
      <w:r w:rsidRPr="0025334A">
        <w:t>înainte</w:t>
      </w:r>
      <w:proofErr w:type="spellEnd"/>
      <w:r w:rsidRPr="0025334A">
        <w:t xml:space="preserve"> de prima </w:t>
      </w:r>
      <w:proofErr w:type="spellStart"/>
      <w:r w:rsidRPr="0025334A">
        <w:t>prestare</w:t>
      </w:r>
      <w:proofErr w:type="spellEnd"/>
      <w:r w:rsidRPr="0025334A">
        <w:t xml:space="preserve"> </w:t>
      </w:r>
      <w:proofErr w:type="spellStart"/>
      <w:r w:rsidRPr="0025334A">
        <w:t>și</w:t>
      </w:r>
      <w:proofErr w:type="spellEnd"/>
      <w:r w:rsidRPr="0025334A">
        <w:t xml:space="preserve"> se </w:t>
      </w:r>
      <w:proofErr w:type="spellStart"/>
      <w:r w:rsidRPr="0025334A">
        <w:t>actualizează</w:t>
      </w:r>
      <w:proofErr w:type="spellEnd"/>
      <w:r w:rsidRPr="0025334A">
        <w:t xml:space="preserve"> </w:t>
      </w:r>
      <w:proofErr w:type="spellStart"/>
      <w:r w:rsidRPr="0025334A">
        <w:t>imediat</w:t>
      </w:r>
      <w:proofErr w:type="spellEnd"/>
      <w:r w:rsidRPr="0025334A">
        <w:t xml:space="preserve"> </w:t>
      </w:r>
      <w:proofErr w:type="spellStart"/>
      <w:r w:rsidRPr="0025334A">
        <w:t>când</w:t>
      </w:r>
      <w:proofErr w:type="spellEnd"/>
      <w:r w:rsidRPr="0025334A">
        <w:t xml:space="preserve"> </w:t>
      </w:r>
      <w:proofErr w:type="spellStart"/>
      <w:r w:rsidRPr="0025334A">
        <w:t>intervin</w:t>
      </w:r>
      <w:proofErr w:type="spellEnd"/>
      <w:r w:rsidRPr="0025334A">
        <w:t xml:space="preserve"> </w:t>
      </w:r>
      <w:proofErr w:type="spellStart"/>
      <w:r w:rsidRPr="0025334A">
        <w:t>modificări</w:t>
      </w:r>
      <w:proofErr w:type="spellEnd"/>
      <w:r w:rsidRPr="0025334A">
        <w:t>.</w:t>
      </w:r>
    </w:p>
    <w:p w14:paraId="79F240A3" w14:textId="77777777" w:rsidR="000C4CB5" w:rsidRPr="0025334A" w:rsidRDefault="004E746A">
      <w:pPr>
        <w:spacing w:after="50" w:line="247" w:lineRule="auto"/>
      </w:pPr>
      <w:proofErr w:type="spellStart"/>
      <w:r w:rsidRPr="0025334A">
        <w:rPr>
          <w:b/>
        </w:rPr>
        <w:t>Monitorizare</w:t>
      </w:r>
      <w:proofErr w:type="spellEnd"/>
      <w:r w:rsidRPr="0025334A">
        <w:rPr>
          <w:b/>
        </w:rPr>
        <w:t xml:space="preserve">. </w:t>
      </w:r>
    </w:p>
    <w:p w14:paraId="5DA6AFD0" w14:textId="77777777" w:rsidR="000C4CB5" w:rsidRPr="0025334A" w:rsidRDefault="004E746A">
      <w:pPr>
        <w:spacing w:after="50" w:line="247" w:lineRule="auto"/>
      </w:pPr>
      <w:proofErr w:type="spellStart"/>
      <w:r w:rsidRPr="0025334A">
        <w:t>Monitorizarea</w:t>
      </w:r>
      <w:proofErr w:type="spellEnd"/>
      <w:r w:rsidRPr="0025334A">
        <w:t xml:space="preserve"> </w:t>
      </w:r>
      <w:proofErr w:type="spellStart"/>
      <w:r w:rsidRPr="0025334A">
        <w:t>urmărește</w:t>
      </w:r>
      <w:proofErr w:type="spellEnd"/>
      <w:r w:rsidRPr="0025334A">
        <w:t xml:space="preserve"> </w:t>
      </w:r>
      <w:proofErr w:type="spellStart"/>
      <w:r w:rsidRPr="0025334A">
        <w:t>calitatea</w:t>
      </w:r>
      <w:proofErr w:type="spellEnd"/>
      <w:r w:rsidRPr="0025334A">
        <w:t xml:space="preserve">, </w:t>
      </w:r>
      <w:proofErr w:type="spellStart"/>
      <w:r w:rsidRPr="0025334A">
        <w:t>cantitatea</w:t>
      </w:r>
      <w:proofErr w:type="spellEnd"/>
      <w:r w:rsidRPr="0025334A">
        <w:t xml:space="preserve">, </w:t>
      </w:r>
      <w:proofErr w:type="spellStart"/>
      <w:r w:rsidRPr="0025334A">
        <w:t>locul</w:t>
      </w:r>
      <w:proofErr w:type="spellEnd"/>
      <w:r w:rsidRPr="0025334A">
        <w:t xml:space="preserve">, </w:t>
      </w:r>
      <w:proofErr w:type="spellStart"/>
      <w:r w:rsidRPr="0025334A">
        <w:t>timpul</w:t>
      </w:r>
      <w:proofErr w:type="spellEnd"/>
      <w:r w:rsidRPr="0025334A">
        <w:t xml:space="preserve">, </w:t>
      </w:r>
      <w:proofErr w:type="spellStart"/>
      <w:r w:rsidRPr="0025334A">
        <w:t>regimurile</w:t>
      </w:r>
      <w:proofErr w:type="spellEnd"/>
      <w:r w:rsidRPr="0025334A">
        <w:t xml:space="preserve">, </w:t>
      </w:r>
      <w:proofErr w:type="spellStart"/>
      <w:r w:rsidRPr="0025334A">
        <w:t>documentele</w:t>
      </w:r>
      <w:proofErr w:type="spellEnd"/>
      <w:r w:rsidRPr="0025334A">
        <w:t xml:space="preserve">, </w:t>
      </w:r>
      <w:proofErr w:type="spellStart"/>
      <w:r w:rsidRPr="0025334A">
        <w:t>neconformitățile</w:t>
      </w:r>
      <w:proofErr w:type="spellEnd"/>
      <w:r w:rsidRPr="0025334A">
        <w:t xml:space="preserve">, </w:t>
      </w:r>
      <w:proofErr w:type="spellStart"/>
      <w:r w:rsidRPr="0025334A">
        <w:t>acțiunile</w:t>
      </w:r>
      <w:proofErr w:type="spellEnd"/>
      <w:r w:rsidRPr="0025334A">
        <w:t xml:space="preserve"> </w:t>
      </w:r>
      <w:proofErr w:type="spellStart"/>
      <w:r w:rsidRPr="0025334A">
        <w:t>corective</w:t>
      </w:r>
      <w:proofErr w:type="spellEnd"/>
      <w:r w:rsidRPr="0025334A">
        <w:t xml:space="preserve"> </w:t>
      </w:r>
      <w:proofErr w:type="spellStart"/>
      <w:r w:rsidRPr="0025334A">
        <w:t>și</w:t>
      </w:r>
      <w:proofErr w:type="spellEnd"/>
      <w:r w:rsidRPr="0025334A">
        <w:t xml:space="preserve"> </w:t>
      </w:r>
      <w:proofErr w:type="spellStart"/>
      <w:r w:rsidRPr="0025334A">
        <w:t>obligațiile</w:t>
      </w:r>
      <w:proofErr w:type="spellEnd"/>
      <w:r w:rsidRPr="0025334A">
        <w:t xml:space="preserve"> </w:t>
      </w:r>
      <w:proofErr w:type="spellStart"/>
      <w:r w:rsidRPr="0025334A">
        <w:t>asumate</w:t>
      </w:r>
      <w:proofErr w:type="spellEnd"/>
      <w:r w:rsidRPr="0025334A">
        <w:t xml:space="preserve"> </w:t>
      </w:r>
      <w:proofErr w:type="spellStart"/>
      <w:r w:rsidRPr="0025334A">
        <w:t>prin</w:t>
      </w:r>
      <w:proofErr w:type="spellEnd"/>
      <w:r w:rsidRPr="0025334A">
        <w:t xml:space="preserve"> </w:t>
      </w:r>
      <w:proofErr w:type="spellStart"/>
      <w:r w:rsidRPr="0025334A">
        <w:t>propunerea</w:t>
      </w:r>
      <w:proofErr w:type="spellEnd"/>
      <w:r w:rsidRPr="0025334A">
        <w:t xml:space="preserve"> </w:t>
      </w:r>
      <w:proofErr w:type="spellStart"/>
      <w:r w:rsidRPr="0025334A">
        <w:t>tehnică</w:t>
      </w:r>
      <w:proofErr w:type="spellEnd"/>
      <w:r w:rsidRPr="0025334A">
        <w:t xml:space="preserve">. </w:t>
      </w: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și</w:t>
      </w:r>
      <w:proofErr w:type="spellEnd"/>
      <w:r w:rsidRPr="0025334A">
        <w:t xml:space="preserve"> </w:t>
      </w:r>
      <w:proofErr w:type="spellStart"/>
      <w:r w:rsidRPr="0025334A">
        <w:t>centrele</w:t>
      </w:r>
      <w:proofErr w:type="spellEnd"/>
      <w:r w:rsidRPr="0025334A">
        <w:t xml:space="preserve"> pot </w:t>
      </w:r>
      <w:proofErr w:type="spellStart"/>
      <w:r w:rsidRPr="0025334A">
        <w:t>solicita</w:t>
      </w:r>
      <w:proofErr w:type="spellEnd"/>
      <w:r w:rsidRPr="0025334A">
        <w:t xml:space="preserve"> </w:t>
      </w:r>
      <w:proofErr w:type="spellStart"/>
      <w:r w:rsidRPr="0025334A">
        <w:t>întâlniri</w:t>
      </w:r>
      <w:proofErr w:type="spellEnd"/>
      <w:r w:rsidRPr="0025334A">
        <w:t xml:space="preserve"> de </w:t>
      </w:r>
      <w:proofErr w:type="spellStart"/>
      <w:r w:rsidRPr="0025334A">
        <w:t>analiză</w:t>
      </w:r>
      <w:proofErr w:type="spellEnd"/>
      <w:r w:rsidRPr="0025334A">
        <w:t xml:space="preserve"> </w:t>
      </w:r>
      <w:proofErr w:type="spellStart"/>
      <w:r w:rsidRPr="0025334A">
        <w:t>ori</w:t>
      </w:r>
      <w:proofErr w:type="spellEnd"/>
      <w:r w:rsidRPr="0025334A">
        <w:t xml:space="preserve"> de </w:t>
      </w:r>
      <w:proofErr w:type="spellStart"/>
      <w:r w:rsidRPr="0025334A">
        <w:t>câte</w:t>
      </w:r>
      <w:proofErr w:type="spellEnd"/>
      <w:r w:rsidRPr="0025334A">
        <w:t xml:space="preserve"> </w:t>
      </w:r>
      <w:proofErr w:type="spellStart"/>
      <w:r w:rsidRPr="0025334A">
        <w:t>ori</w:t>
      </w:r>
      <w:proofErr w:type="spellEnd"/>
      <w:r w:rsidRPr="0025334A">
        <w:t xml:space="preserve"> </w:t>
      </w:r>
      <w:proofErr w:type="spellStart"/>
      <w:r w:rsidRPr="0025334A">
        <w:t>performanța</w:t>
      </w:r>
      <w:proofErr w:type="spellEnd"/>
      <w:r w:rsidRPr="0025334A">
        <w:t xml:space="preserve"> se </w:t>
      </w:r>
      <w:proofErr w:type="spellStart"/>
      <w:r w:rsidRPr="0025334A">
        <w:t>deteriorează</w:t>
      </w:r>
      <w:proofErr w:type="spellEnd"/>
      <w:r w:rsidRPr="0025334A">
        <w:t xml:space="preserve"> </w:t>
      </w:r>
      <w:proofErr w:type="spellStart"/>
      <w:r w:rsidRPr="0025334A">
        <w:t>sau</w:t>
      </w:r>
      <w:proofErr w:type="spellEnd"/>
      <w:r w:rsidRPr="0025334A">
        <w:t xml:space="preserve"> </w:t>
      </w:r>
      <w:proofErr w:type="spellStart"/>
      <w:r w:rsidRPr="0025334A">
        <w:t>apare</w:t>
      </w:r>
      <w:proofErr w:type="spellEnd"/>
      <w:r w:rsidRPr="0025334A">
        <w:t xml:space="preserve"> un </w:t>
      </w:r>
      <w:proofErr w:type="spellStart"/>
      <w:r w:rsidRPr="0025334A">
        <w:t>risc</w:t>
      </w:r>
      <w:proofErr w:type="spellEnd"/>
      <w:r w:rsidRPr="0025334A">
        <w:t xml:space="preserve"> relevant.</w:t>
      </w:r>
    </w:p>
    <w:p w14:paraId="2CEBA712" w14:textId="77777777" w:rsidR="000C4CB5" w:rsidRPr="0025334A" w:rsidRDefault="004E746A" w:rsidP="0025334A">
      <w:pPr>
        <w:pStyle w:val="Heading2"/>
        <w:rPr>
          <w:color w:val="auto"/>
        </w:rPr>
      </w:pPr>
      <w:bookmarkStart w:id="59" w:name="_Toc242951500"/>
      <w:r w:rsidRPr="0025334A">
        <w:rPr>
          <w:color w:val="auto"/>
        </w:rPr>
        <w:t xml:space="preserve">7.3. </w:t>
      </w:r>
      <w:proofErr w:type="spellStart"/>
      <w:r w:rsidRPr="0025334A">
        <w:rPr>
          <w:color w:val="auto"/>
        </w:rPr>
        <w:t>Monitorizarea</w:t>
      </w:r>
      <w:proofErr w:type="spellEnd"/>
      <w:r w:rsidRPr="0025334A">
        <w:rPr>
          <w:color w:val="auto"/>
        </w:rPr>
        <w:t xml:space="preserve"> </w:t>
      </w:r>
      <w:proofErr w:type="spellStart"/>
      <w:r w:rsidRPr="0025334A">
        <w:rPr>
          <w:color w:val="auto"/>
        </w:rPr>
        <w:t>cantităților</w:t>
      </w:r>
      <w:proofErr w:type="spellEnd"/>
      <w:r w:rsidRPr="0025334A">
        <w:rPr>
          <w:color w:val="auto"/>
        </w:rPr>
        <w:t xml:space="preserve"> </w:t>
      </w:r>
      <w:proofErr w:type="spellStart"/>
      <w:r w:rsidRPr="0025334A">
        <w:rPr>
          <w:color w:val="auto"/>
        </w:rPr>
        <w:t>și</w:t>
      </w:r>
      <w:proofErr w:type="spellEnd"/>
      <w:r w:rsidRPr="0025334A">
        <w:rPr>
          <w:color w:val="auto"/>
        </w:rPr>
        <w:t xml:space="preserve"> a </w:t>
      </w:r>
      <w:proofErr w:type="spellStart"/>
      <w:r w:rsidRPr="0025334A">
        <w:rPr>
          <w:color w:val="auto"/>
        </w:rPr>
        <w:t>contractelor</w:t>
      </w:r>
      <w:proofErr w:type="spellEnd"/>
      <w:r w:rsidRPr="0025334A">
        <w:rPr>
          <w:color w:val="auto"/>
        </w:rPr>
        <w:t xml:space="preserve"> </w:t>
      </w:r>
      <w:proofErr w:type="spellStart"/>
      <w:r w:rsidRPr="0025334A">
        <w:rPr>
          <w:color w:val="auto"/>
        </w:rPr>
        <w:t>subsecvente</w:t>
      </w:r>
      <w:bookmarkEnd w:id="59"/>
      <w:proofErr w:type="spellEnd"/>
    </w:p>
    <w:p w14:paraId="67752C10" w14:textId="77777777" w:rsidR="000C4CB5" w:rsidRPr="0025334A" w:rsidRDefault="004E746A">
      <w:pPr>
        <w:spacing w:after="50" w:line="247" w:lineRule="auto"/>
      </w:pP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urmărește</w:t>
      </w:r>
      <w:proofErr w:type="spellEnd"/>
      <w:r w:rsidRPr="0025334A">
        <w:t xml:space="preserve"> distinct, </w:t>
      </w:r>
      <w:proofErr w:type="spellStart"/>
      <w:r w:rsidRPr="0025334A">
        <w:t>pentru</w:t>
      </w:r>
      <w:proofErr w:type="spellEnd"/>
      <w:r w:rsidRPr="0025334A">
        <w:t xml:space="preserve"> </w:t>
      </w:r>
      <w:proofErr w:type="spellStart"/>
      <w:r w:rsidRPr="0025334A">
        <w:t>acordul-cadru</w:t>
      </w:r>
      <w:proofErr w:type="spellEnd"/>
      <w:r w:rsidRPr="0025334A">
        <w:t xml:space="preserve"> </w:t>
      </w:r>
      <w:proofErr w:type="spellStart"/>
      <w:r w:rsidRPr="0025334A">
        <w:t>și</w:t>
      </w:r>
      <w:proofErr w:type="spellEnd"/>
      <w:r w:rsidRPr="0025334A">
        <w:t xml:space="preserve"> </w:t>
      </w:r>
      <w:proofErr w:type="spellStart"/>
      <w:r w:rsidRPr="0025334A">
        <w:t>pentru</w:t>
      </w:r>
      <w:proofErr w:type="spellEnd"/>
      <w:r w:rsidRPr="0025334A">
        <w:t xml:space="preserve"> </w:t>
      </w:r>
      <w:proofErr w:type="spellStart"/>
      <w:r w:rsidRPr="0025334A">
        <w:t>fiecare</w:t>
      </w:r>
      <w:proofErr w:type="spellEnd"/>
      <w:r w:rsidRPr="0025334A">
        <w:t xml:space="preserve"> contract </w:t>
      </w:r>
      <w:proofErr w:type="spellStart"/>
      <w:r w:rsidRPr="0025334A">
        <w:t>subsecvent</w:t>
      </w:r>
      <w:proofErr w:type="spellEnd"/>
      <w:r w:rsidRPr="0025334A">
        <w:t xml:space="preserve">, </w:t>
      </w:r>
      <w:proofErr w:type="spellStart"/>
      <w:r w:rsidRPr="0025334A">
        <w:t>cantitățile</w:t>
      </w:r>
      <w:proofErr w:type="spellEnd"/>
      <w:r w:rsidRPr="0025334A">
        <w:t xml:space="preserve"> </w:t>
      </w:r>
      <w:proofErr w:type="spellStart"/>
      <w:r w:rsidRPr="0025334A">
        <w:t>contractate</w:t>
      </w:r>
      <w:proofErr w:type="spellEnd"/>
      <w:r w:rsidRPr="0025334A">
        <w:t xml:space="preserve">, </w:t>
      </w:r>
      <w:proofErr w:type="spellStart"/>
      <w:r w:rsidRPr="0025334A">
        <w:t>comandate</w:t>
      </w:r>
      <w:proofErr w:type="spellEnd"/>
      <w:r w:rsidRPr="0025334A">
        <w:t xml:space="preserve">, </w:t>
      </w:r>
      <w:proofErr w:type="spellStart"/>
      <w:r w:rsidRPr="0025334A">
        <w:t>livrate</w:t>
      </w:r>
      <w:proofErr w:type="spellEnd"/>
      <w:r w:rsidRPr="0025334A">
        <w:t xml:space="preserve">, </w:t>
      </w:r>
      <w:proofErr w:type="spellStart"/>
      <w:r w:rsidRPr="0025334A">
        <w:t>acceptate</w:t>
      </w:r>
      <w:proofErr w:type="spellEnd"/>
      <w:r w:rsidRPr="0025334A">
        <w:t xml:space="preserve"> </w:t>
      </w:r>
      <w:proofErr w:type="spellStart"/>
      <w:r w:rsidRPr="0025334A">
        <w:t>și</w:t>
      </w:r>
      <w:proofErr w:type="spellEnd"/>
      <w:r w:rsidRPr="0025334A">
        <w:t xml:space="preserve"> </w:t>
      </w:r>
      <w:proofErr w:type="spellStart"/>
      <w:r w:rsidRPr="0025334A">
        <w:t>rămase</w:t>
      </w:r>
      <w:proofErr w:type="spellEnd"/>
      <w:r w:rsidRPr="0025334A">
        <w:t xml:space="preserve"> </w:t>
      </w:r>
      <w:proofErr w:type="spellStart"/>
      <w:r w:rsidRPr="0025334A">
        <w:t>disponibile</w:t>
      </w:r>
      <w:proofErr w:type="spellEnd"/>
      <w:r w:rsidRPr="0025334A">
        <w:t xml:space="preserve">, </w:t>
      </w:r>
      <w:proofErr w:type="spellStart"/>
      <w:r w:rsidRPr="0025334A">
        <w:t>termenele</w:t>
      </w:r>
      <w:proofErr w:type="spellEnd"/>
      <w:r w:rsidRPr="0025334A">
        <w:t xml:space="preserve"> de </w:t>
      </w:r>
      <w:proofErr w:type="spellStart"/>
      <w:r w:rsidRPr="0025334A">
        <w:t>prestare</w:t>
      </w:r>
      <w:proofErr w:type="spellEnd"/>
      <w:r w:rsidRPr="0025334A">
        <w:t xml:space="preserve">, </w:t>
      </w:r>
      <w:proofErr w:type="spellStart"/>
      <w:r w:rsidRPr="0025334A">
        <w:t>neconformitățile</w:t>
      </w:r>
      <w:proofErr w:type="spellEnd"/>
      <w:r w:rsidRPr="0025334A">
        <w:t xml:space="preserve">, </w:t>
      </w:r>
      <w:proofErr w:type="spellStart"/>
      <w:r w:rsidRPr="0025334A">
        <w:t>remedierile</w:t>
      </w:r>
      <w:proofErr w:type="spellEnd"/>
      <w:r w:rsidRPr="0025334A">
        <w:t xml:space="preserve"> </w:t>
      </w:r>
      <w:proofErr w:type="spellStart"/>
      <w:r w:rsidRPr="0025334A">
        <w:t>și</w:t>
      </w:r>
      <w:proofErr w:type="spellEnd"/>
      <w:r w:rsidRPr="0025334A">
        <w:t xml:space="preserve"> </w:t>
      </w:r>
      <w:proofErr w:type="spellStart"/>
      <w:r w:rsidRPr="0025334A">
        <w:t>documentele</w:t>
      </w:r>
      <w:proofErr w:type="spellEnd"/>
      <w:r w:rsidRPr="0025334A">
        <w:t xml:space="preserve"> </w:t>
      </w:r>
      <w:proofErr w:type="spellStart"/>
      <w:r w:rsidRPr="0025334A">
        <w:t>aferente</w:t>
      </w:r>
      <w:proofErr w:type="spellEnd"/>
      <w:r w:rsidRPr="0025334A">
        <w:t xml:space="preserve">. </w:t>
      </w:r>
      <w:proofErr w:type="spellStart"/>
      <w:r w:rsidRPr="0025334A">
        <w:t>Prestatorul</w:t>
      </w:r>
      <w:proofErr w:type="spellEnd"/>
      <w:r w:rsidRPr="0025334A">
        <w:t xml:space="preserve"> </w:t>
      </w:r>
      <w:proofErr w:type="spellStart"/>
      <w:r w:rsidRPr="0025334A">
        <w:t>furnizează</w:t>
      </w:r>
      <w:proofErr w:type="spellEnd"/>
      <w:r w:rsidRPr="0025334A">
        <w:t xml:space="preserve"> </w:t>
      </w:r>
      <w:proofErr w:type="spellStart"/>
      <w:r w:rsidRPr="0025334A">
        <w:t>informațiile</w:t>
      </w:r>
      <w:proofErr w:type="spellEnd"/>
      <w:r w:rsidRPr="0025334A">
        <w:t xml:space="preserve"> </w:t>
      </w:r>
      <w:proofErr w:type="spellStart"/>
      <w:r w:rsidRPr="0025334A">
        <w:lastRenderedPageBreak/>
        <w:t>necesare</w:t>
      </w:r>
      <w:proofErr w:type="spellEnd"/>
      <w:r w:rsidRPr="0025334A">
        <w:t xml:space="preserve"> </w:t>
      </w:r>
      <w:proofErr w:type="spellStart"/>
      <w:r w:rsidRPr="0025334A">
        <w:t>acestei</w:t>
      </w:r>
      <w:proofErr w:type="spellEnd"/>
      <w:r w:rsidRPr="0025334A">
        <w:t xml:space="preserve"> </w:t>
      </w:r>
      <w:proofErr w:type="spellStart"/>
      <w:r w:rsidRPr="0025334A">
        <w:t>monitorizări</w:t>
      </w:r>
      <w:proofErr w:type="spellEnd"/>
      <w:r w:rsidRPr="0025334A">
        <w:t xml:space="preserve"> </w:t>
      </w:r>
      <w:proofErr w:type="spellStart"/>
      <w:r w:rsidRPr="0025334A">
        <w:t>în</w:t>
      </w:r>
      <w:proofErr w:type="spellEnd"/>
      <w:r w:rsidRPr="0025334A">
        <w:t xml:space="preserve"> forma </w:t>
      </w:r>
      <w:proofErr w:type="spellStart"/>
      <w:r w:rsidRPr="0025334A">
        <w:t>și</w:t>
      </w:r>
      <w:proofErr w:type="spellEnd"/>
      <w:r w:rsidRPr="0025334A">
        <w:t xml:space="preserve"> la </w:t>
      </w:r>
      <w:proofErr w:type="spellStart"/>
      <w:r w:rsidRPr="0025334A">
        <w:t>frecvența</w:t>
      </w:r>
      <w:proofErr w:type="spellEnd"/>
      <w:r w:rsidRPr="0025334A">
        <w:t xml:space="preserve"> </w:t>
      </w:r>
      <w:proofErr w:type="spellStart"/>
      <w:r w:rsidRPr="0025334A">
        <w:t>prevăzute</w:t>
      </w:r>
      <w:proofErr w:type="spellEnd"/>
      <w:r w:rsidRPr="0025334A">
        <w:t xml:space="preserve"> </w:t>
      </w:r>
      <w:proofErr w:type="spellStart"/>
      <w:r w:rsidRPr="0025334A">
        <w:t>în</w:t>
      </w:r>
      <w:proofErr w:type="spellEnd"/>
      <w:r w:rsidRPr="0025334A">
        <w:t xml:space="preserve"> </w:t>
      </w:r>
      <w:proofErr w:type="spellStart"/>
      <w:r w:rsidRPr="0025334A">
        <w:t>prezentul</w:t>
      </w:r>
      <w:proofErr w:type="spellEnd"/>
      <w:r w:rsidRPr="0025334A">
        <w:t xml:space="preserve"> </w:t>
      </w:r>
      <w:proofErr w:type="spellStart"/>
      <w:r w:rsidRPr="0025334A">
        <w:t>Caiet</w:t>
      </w:r>
      <w:proofErr w:type="spellEnd"/>
      <w:r w:rsidRPr="0025334A">
        <w:t xml:space="preserve"> de </w:t>
      </w:r>
      <w:proofErr w:type="spellStart"/>
      <w:r w:rsidRPr="0025334A">
        <w:t>sarcini</w:t>
      </w:r>
      <w:proofErr w:type="spellEnd"/>
      <w:r w:rsidRPr="0025334A">
        <w:t xml:space="preserve"> </w:t>
      </w:r>
      <w:proofErr w:type="spellStart"/>
      <w:r w:rsidRPr="0025334A">
        <w:t>și</w:t>
      </w:r>
      <w:proofErr w:type="spellEnd"/>
      <w:r w:rsidRPr="0025334A">
        <w:t xml:space="preserve"> </w:t>
      </w:r>
      <w:proofErr w:type="spellStart"/>
      <w:r w:rsidRPr="0025334A">
        <w:t>anexele</w:t>
      </w:r>
      <w:proofErr w:type="spellEnd"/>
      <w:r w:rsidRPr="0025334A">
        <w:t xml:space="preserve"> sale.</w:t>
      </w:r>
    </w:p>
    <w:p w14:paraId="15284971" w14:textId="77777777" w:rsidR="000C4CB5" w:rsidRPr="0025334A" w:rsidRDefault="004E746A" w:rsidP="0025334A">
      <w:pPr>
        <w:pStyle w:val="Heading2"/>
        <w:rPr>
          <w:color w:val="auto"/>
        </w:rPr>
      </w:pPr>
      <w:bookmarkStart w:id="60" w:name="_Toc242951501"/>
      <w:r w:rsidRPr="0025334A">
        <w:rPr>
          <w:color w:val="auto"/>
        </w:rPr>
        <w:t xml:space="preserve">7.4. </w:t>
      </w:r>
      <w:proofErr w:type="spellStart"/>
      <w:r w:rsidRPr="0025334A">
        <w:rPr>
          <w:color w:val="auto"/>
        </w:rPr>
        <w:t>Indicatori</w:t>
      </w:r>
      <w:proofErr w:type="spellEnd"/>
      <w:r w:rsidRPr="0025334A">
        <w:rPr>
          <w:color w:val="auto"/>
        </w:rPr>
        <w:t xml:space="preserve"> de </w:t>
      </w:r>
      <w:proofErr w:type="spellStart"/>
      <w:r w:rsidRPr="0025334A">
        <w:rPr>
          <w:color w:val="auto"/>
        </w:rPr>
        <w:t>performanță</w:t>
      </w:r>
      <w:bookmarkEnd w:id="60"/>
      <w:proofErr w:type="spellEnd"/>
    </w:p>
    <w:tbl>
      <w:tblPr>
        <w:tblStyle w:val="TableGrid"/>
        <w:tblW w:w="5000" w:type="pct"/>
        <w:jc w:val="center"/>
        <w:tblLook w:val="04A0" w:firstRow="1" w:lastRow="0" w:firstColumn="1" w:lastColumn="0" w:noHBand="0" w:noVBand="1"/>
      </w:tblPr>
      <w:tblGrid>
        <w:gridCol w:w="2617"/>
        <w:gridCol w:w="3551"/>
        <w:gridCol w:w="3800"/>
      </w:tblGrid>
      <w:tr w:rsidR="0025334A" w:rsidRPr="0025334A" w14:paraId="4A27FEEF" w14:textId="77777777" w:rsidTr="0025334A">
        <w:trPr>
          <w:tblHeader/>
          <w:jc w:val="center"/>
        </w:trPr>
        <w:tc>
          <w:tcPr>
            <w:tcW w:w="1313" w:type="pct"/>
            <w:vAlign w:val="center"/>
          </w:tcPr>
          <w:p w14:paraId="45962F8B" w14:textId="77777777" w:rsidR="000C4CB5" w:rsidRPr="0025334A" w:rsidRDefault="004E746A" w:rsidP="0025334A">
            <w:pPr>
              <w:keepNext/>
              <w:ind w:firstLine="0"/>
              <w:jc w:val="center"/>
              <w:rPr>
                <w:sz w:val="22"/>
                <w:szCs w:val="28"/>
              </w:rPr>
            </w:pPr>
            <w:r w:rsidRPr="0025334A">
              <w:rPr>
                <w:b/>
                <w:sz w:val="22"/>
                <w:szCs w:val="28"/>
              </w:rPr>
              <w:t>Indicator</w:t>
            </w:r>
          </w:p>
        </w:tc>
        <w:tc>
          <w:tcPr>
            <w:tcW w:w="1781" w:type="pct"/>
            <w:vAlign w:val="center"/>
          </w:tcPr>
          <w:p w14:paraId="2DAAC9E1" w14:textId="77777777" w:rsidR="000C4CB5" w:rsidRPr="0025334A" w:rsidRDefault="004E746A" w:rsidP="0025334A">
            <w:pPr>
              <w:keepNext/>
              <w:ind w:firstLine="0"/>
              <w:jc w:val="center"/>
              <w:rPr>
                <w:sz w:val="22"/>
                <w:szCs w:val="28"/>
              </w:rPr>
            </w:pPr>
            <w:proofErr w:type="spellStart"/>
            <w:r w:rsidRPr="0025334A">
              <w:rPr>
                <w:b/>
                <w:sz w:val="22"/>
                <w:szCs w:val="28"/>
              </w:rPr>
              <w:t>Cerință</w:t>
            </w:r>
            <w:proofErr w:type="spellEnd"/>
            <w:r w:rsidRPr="0025334A">
              <w:rPr>
                <w:b/>
                <w:sz w:val="22"/>
                <w:szCs w:val="28"/>
              </w:rPr>
              <w:t xml:space="preserve"> </w:t>
            </w:r>
            <w:proofErr w:type="spellStart"/>
            <w:r w:rsidRPr="0025334A">
              <w:rPr>
                <w:b/>
                <w:sz w:val="22"/>
                <w:szCs w:val="28"/>
              </w:rPr>
              <w:t>minimă</w:t>
            </w:r>
            <w:proofErr w:type="spellEnd"/>
          </w:p>
        </w:tc>
        <w:tc>
          <w:tcPr>
            <w:tcW w:w="1906" w:type="pct"/>
            <w:vAlign w:val="center"/>
          </w:tcPr>
          <w:p w14:paraId="0C0F832D" w14:textId="77777777" w:rsidR="000C4CB5" w:rsidRPr="0025334A" w:rsidRDefault="004E746A" w:rsidP="0025334A">
            <w:pPr>
              <w:keepNext/>
              <w:ind w:firstLine="0"/>
              <w:jc w:val="center"/>
              <w:rPr>
                <w:sz w:val="22"/>
                <w:szCs w:val="28"/>
              </w:rPr>
            </w:pPr>
            <w:proofErr w:type="spellStart"/>
            <w:r w:rsidRPr="0025334A">
              <w:rPr>
                <w:b/>
                <w:sz w:val="22"/>
                <w:szCs w:val="28"/>
              </w:rPr>
              <w:t>Dovadă</w:t>
            </w:r>
            <w:proofErr w:type="spellEnd"/>
            <w:r w:rsidRPr="0025334A">
              <w:rPr>
                <w:b/>
                <w:sz w:val="22"/>
                <w:szCs w:val="28"/>
              </w:rPr>
              <w:t xml:space="preserve"> / </w:t>
            </w:r>
            <w:proofErr w:type="spellStart"/>
            <w:r w:rsidRPr="0025334A">
              <w:rPr>
                <w:b/>
                <w:sz w:val="22"/>
                <w:szCs w:val="28"/>
              </w:rPr>
              <w:t>monitorizare</w:t>
            </w:r>
            <w:proofErr w:type="spellEnd"/>
          </w:p>
        </w:tc>
      </w:tr>
      <w:tr w:rsidR="0025334A" w:rsidRPr="0025334A" w14:paraId="27843B33" w14:textId="77777777" w:rsidTr="0025334A">
        <w:trPr>
          <w:jc w:val="center"/>
        </w:trPr>
        <w:tc>
          <w:tcPr>
            <w:tcW w:w="1313" w:type="pct"/>
            <w:vAlign w:val="center"/>
          </w:tcPr>
          <w:p w14:paraId="7B6BE964" w14:textId="77777777" w:rsidR="000C4CB5" w:rsidRPr="0025334A" w:rsidRDefault="004E746A">
            <w:pPr>
              <w:ind w:firstLine="0"/>
              <w:jc w:val="left"/>
              <w:rPr>
                <w:sz w:val="22"/>
                <w:szCs w:val="28"/>
              </w:rPr>
            </w:pPr>
            <w:proofErr w:type="spellStart"/>
            <w:r w:rsidRPr="0025334A">
              <w:rPr>
                <w:sz w:val="22"/>
                <w:szCs w:val="28"/>
              </w:rPr>
              <w:t>Livrări</w:t>
            </w:r>
            <w:proofErr w:type="spellEnd"/>
            <w:r w:rsidRPr="0025334A">
              <w:rPr>
                <w:sz w:val="22"/>
                <w:szCs w:val="28"/>
              </w:rPr>
              <w:t xml:space="preserve"> </w:t>
            </w:r>
            <w:proofErr w:type="spellStart"/>
            <w:r w:rsidRPr="0025334A">
              <w:rPr>
                <w:sz w:val="22"/>
                <w:szCs w:val="28"/>
              </w:rPr>
              <w:t>efectuate</w:t>
            </w:r>
            <w:proofErr w:type="spellEnd"/>
            <w:r w:rsidRPr="0025334A">
              <w:rPr>
                <w:sz w:val="22"/>
                <w:szCs w:val="28"/>
              </w:rPr>
              <w:t xml:space="preserve"> la </w:t>
            </w:r>
            <w:proofErr w:type="spellStart"/>
            <w:r w:rsidRPr="0025334A">
              <w:rPr>
                <w:sz w:val="22"/>
                <w:szCs w:val="28"/>
              </w:rPr>
              <w:t>timp</w:t>
            </w:r>
            <w:proofErr w:type="spellEnd"/>
          </w:p>
        </w:tc>
        <w:tc>
          <w:tcPr>
            <w:tcW w:w="1781" w:type="pct"/>
            <w:vAlign w:val="center"/>
          </w:tcPr>
          <w:p w14:paraId="75E5A7F9" w14:textId="31C0874D" w:rsidR="000C4CB5" w:rsidRPr="0025334A" w:rsidRDefault="0025334A">
            <w:pPr>
              <w:ind w:firstLine="0"/>
              <w:jc w:val="left"/>
              <w:rPr>
                <w:sz w:val="22"/>
                <w:szCs w:val="28"/>
              </w:rPr>
            </w:pPr>
            <w:proofErr w:type="spellStart"/>
            <w:r w:rsidRPr="0025334A">
              <w:rPr>
                <w:sz w:val="22"/>
                <w:szCs w:val="28"/>
              </w:rPr>
              <w:t>Livrarea</w:t>
            </w:r>
            <w:proofErr w:type="spellEnd"/>
            <w:r w:rsidRPr="0025334A">
              <w:rPr>
                <w:sz w:val="22"/>
                <w:szCs w:val="28"/>
              </w:rPr>
              <w:t xml:space="preserve"> se </w:t>
            </w:r>
            <w:proofErr w:type="spellStart"/>
            <w:r w:rsidRPr="0025334A">
              <w:rPr>
                <w:sz w:val="22"/>
                <w:szCs w:val="28"/>
              </w:rPr>
              <w:t>realizează</w:t>
            </w:r>
            <w:proofErr w:type="spellEnd"/>
            <w:r w:rsidRPr="0025334A">
              <w:rPr>
                <w:sz w:val="22"/>
                <w:szCs w:val="28"/>
              </w:rPr>
              <w:t xml:space="preserve"> </w:t>
            </w:r>
            <w:proofErr w:type="spellStart"/>
            <w:r w:rsidRPr="0025334A">
              <w:rPr>
                <w:sz w:val="22"/>
                <w:szCs w:val="28"/>
              </w:rPr>
              <w:t>în</w:t>
            </w:r>
            <w:proofErr w:type="spellEnd"/>
            <w:r w:rsidRPr="0025334A">
              <w:rPr>
                <w:sz w:val="22"/>
                <w:szCs w:val="28"/>
              </w:rPr>
              <w:t xml:space="preserve"> </w:t>
            </w:r>
            <w:proofErr w:type="spellStart"/>
            <w:r w:rsidRPr="0025334A">
              <w:rPr>
                <w:sz w:val="22"/>
                <w:szCs w:val="28"/>
              </w:rPr>
              <w:t>intervalul</w:t>
            </w:r>
            <w:proofErr w:type="spellEnd"/>
            <w:r w:rsidRPr="0025334A">
              <w:rPr>
                <w:sz w:val="22"/>
                <w:szCs w:val="28"/>
              </w:rPr>
              <w:t xml:space="preserve"> </w:t>
            </w:r>
            <w:proofErr w:type="spellStart"/>
            <w:r w:rsidRPr="0025334A">
              <w:rPr>
                <w:sz w:val="22"/>
                <w:szCs w:val="28"/>
              </w:rPr>
              <w:t>confirmat</w:t>
            </w:r>
            <w:proofErr w:type="spellEnd"/>
            <w:r w:rsidRPr="0025334A">
              <w:rPr>
                <w:sz w:val="22"/>
                <w:szCs w:val="28"/>
              </w:rPr>
              <w:t xml:space="preserve"> </w:t>
            </w:r>
            <w:proofErr w:type="spellStart"/>
            <w:r w:rsidRPr="0025334A">
              <w:rPr>
                <w:sz w:val="22"/>
                <w:szCs w:val="28"/>
              </w:rPr>
              <w:t>pentru</w:t>
            </w:r>
            <w:proofErr w:type="spellEnd"/>
            <w:r w:rsidRPr="0025334A">
              <w:rPr>
                <w:sz w:val="22"/>
                <w:szCs w:val="28"/>
              </w:rPr>
              <w:t xml:space="preserve"> </w:t>
            </w:r>
            <w:proofErr w:type="spellStart"/>
            <w:r w:rsidRPr="0025334A">
              <w:rPr>
                <w:sz w:val="22"/>
                <w:szCs w:val="28"/>
              </w:rPr>
              <w:t>centru</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masă</w:t>
            </w:r>
            <w:proofErr w:type="spellEnd"/>
            <w:r w:rsidRPr="0025334A">
              <w:rPr>
                <w:sz w:val="22"/>
                <w:szCs w:val="28"/>
              </w:rPr>
              <w:t>.</w:t>
            </w:r>
          </w:p>
        </w:tc>
        <w:tc>
          <w:tcPr>
            <w:tcW w:w="1906" w:type="pct"/>
            <w:vAlign w:val="center"/>
          </w:tcPr>
          <w:p w14:paraId="0669E509" w14:textId="77777777" w:rsidR="000C4CB5" w:rsidRPr="0025334A" w:rsidRDefault="004E746A">
            <w:pPr>
              <w:ind w:firstLine="0"/>
              <w:jc w:val="left"/>
              <w:rPr>
                <w:sz w:val="22"/>
                <w:szCs w:val="28"/>
              </w:rPr>
            </w:pPr>
            <w:r w:rsidRPr="0025334A">
              <w:rPr>
                <w:sz w:val="22"/>
                <w:szCs w:val="28"/>
              </w:rPr>
              <w:t xml:space="preserve">Document de </w:t>
            </w:r>
            <w:proofErr w:type="spellStart"/>
            <w:r w:rsidRPr="0025334A">
              <w:rPr>
                <w:sz w:val="22"/>
                <w:szCs w:val="28"/>
              </w:rPr>
              <w:t>livrare</w:t>
            </w:r>
            <w:proofErr w:type="spellEnd"/>
            <w:r w:rsidRPr="0025334A">
              <w:rPr>
                <w:sz w:val="22"/>
                <w:szCs w:val="28"/>
              </w:rPr>
              <w:t xml:space="preserve"> cu </w:t>
            </w:r>
            <w:proofErr w:type="spellStart"/>
            <w:r w:rsidRPr="0025334A">
              <w:rPr>
                <w:sz w:val="22"/>
                <w:szCs w:val="28"/>
              </w:rPr>
              <w:t>ora</w:t>
            </w:r>
            <w:proofErr w:type="spellEnd"/>
            <w:r w:rsidRPr="0025334A">
              <w:rPr>
                <w:sz w:val="22"/>
                <w:szCs w:val="28"/>
              </w:rPr>
              <w:t xml:space="preserve"> / </w:t>
            </w:r>
            <w:proofErr w:type="spellStart"/>
            <w:r w:rsidRPr="0025334A">
              <w:rPr>
                <w:sz w:val="22"/>
                <w:szCs w:val="28"/>
              </w:rPr>
              <w:t>registru</w:t>
            </w:r>
            <w:proofErr w:type="spellEnd"/>
            <w:r w:rsidRPr="0025334A">
              <w:rPr>
                <w:sz w:val="22"/>
                <w:szCs w:val="28"/>
              </w:rPr>
              <w:t xml:space="preserve"> </w:t>
            </w:r>
            <w:proofErr w:type="spellStart"/>
            <w:r w:rsidRPr="0025334A">
              <w:rPr>
                <w:sz w:val="22"/>
                <w:szCs w:val="28"/>
              </w:rPr>
              <w:t>centru</w:t>
            </w:r>
            <w:proofErr w:type="spellEnd"/>
          </w:p>
        </w:tc>
      </w:tr>
      <w:tr w:rsidR="0025334A" w:rsidRPr="0025334A" w14:paraId="3625F616" w14:textId="77777777" w:rsidTr="0025334A">
        <w:trPr>
          <w:jc w:val="center"/>
        </w:trPr>
        <w:tc>
          <w:tcPr>
            <w:tcW w:w="1313" w:type="pct"/>
            <w:vAlign w:val="center"/>
          </w:tcPr>
          <w:p w14:paraId="16DFDE75" w14:textId="77777777" w:rsidR="000C4CB5" w:rsidRPr="0025334A" w:rsidRDefault="004E746A">
            <w:pPr>
              <w:ind w:firstLine="0"/>
              <w:jc w:val="left"/>
              <w:rPr>
                <w:sz w:val="22"/>
                <w:szCs w:val="28"/>
              </w:rPr>
            </w:pPr>
            <w:proofErr w:type="spellStart"/>
            <w:r w:rsidRPr="0025334A">
              <w:rPr>
                <w:sz w:val="22"/>
                <w:szCs w:val="28"/>
              </w:rPr>
              <w:t>Cantitate</w:t>
            </w:r>
            <w:proofErr w:type="spellEnd"/>
            <w:r w:rsidRPr="0025334A">
              <w:rPr>
                <w:sz w:val="22"/>
                <w:szCs w:val="28"/>
              </w:rPr>
              <w:t xml:space="preserve"> </w:t>
            </w:r>
            <w:proofErr w:type="spellStart"/>
            <w:r w:rsidRPr="0025334A">
              <w:rPr>
                <w:sz w:val="22"/>
                <w:szCs w:val="28"/>
              </w:rPr>
              <w:t>conformă</w:t>
            </w:r>
            <w:proofErr w:type="spellEnd"/>
          </w:p>
        </w:tc>
        <w:tc>
          <w:tcPr>
            <w:tcW w:w="1781" w:type="pct"/>
            <w:vAlign w:val="center"/>
          </w:tcPr>
          <w:p w14:paraId="2565FA8F" w14:textId="7A18EBC0" w:rsidR="000C4CB5" w:rsidRPr="0025334A" w:rsidRDefault="0025334A">
            <w:pPr>
              <w:ind w:firstLine="0"/>
              <w:jc w:val="left"/>
              <w:rPr>
                <w:sz w:val="22"/>
                <w:szCs w:val="28"/>
              </w:rPr>
            </w:pPr>
            <w:proofErr w:type="spellStart"/>
            <w:r w:rsidRPr="0025334A">
              <w:rPr>
                <w:sz w:val="22"/>
                <w:szCs w:val="28"/>
              </w:rPr>
              <w:t>Porțiile</w:t>
            </w:r>
            <w:proofErr w:type="spellEnd"/>
            <w:r w:rsidRPr="0025334A">
              <w:rPr>
                <w:sz w:val="22"/>
                <w:szCs w:val="28"/>
              </w:rPr>
              <w:t xml:space="preserve"> </w:t>
            </w:r>
            <w:proofErr w:type="spellStart"/>
            <w:r w:rsidRPr="0025334A">
              <w:rPr>
                <w:sz w:val="22"/>
                <w:szCs w:val="28"/>
              </w:rPr>
              <w:t>acceptate</w:t>
            </w:r>
            <w:proofErr w:type="spellEnd"/>
            <w:r w:rsidRPr="0025334A">
              <w:rPr>
                <w:sz w:val="22"/>
                <w:szCs w:val="28"/>
              </w:rPr>
              <w:t xml:space="preserve"> </w:t>
            </w:r>
            <w:proofErr w:type="spellStart"/>
            <w:r w:rsidRPr="0025334A">
              <w:rPr>
                <w:sz w:val="22"/>
                <w:szCs w:val="28"/>
              </w:rPr>
              <w:t>corespund</w:t>
            </w:r>
            <w:proofErr w:type="spellEnd"/>
            <w:r w:rsidRPr="0025334A">
              <w:rPr>
                <w:sz w:val="22"/>
                <w:szCs w:val="28"/>
              </w:rPr>
              <w:t xml:space="preserve"> </w:t>
            </w:r>
            <w:proofErr w:type="spellStart"/>
            <w:r w:rsidRPr="0025334A">
              <w:rPr>
                <w:sz w:val="22"/>
                <w:szCs w:val="28"/>
              </w:rPr>
              <w:t>comenzii</w:t>
            </w:r>
            <w:proofErr w:type="spellEnd"/>
          </w:p>
        </w:tc>
        <w:tc>
          <w:tcPr>
            <w:tcW w:w="1906" w:type="pct"/>
            <w:vAlign w:val="center"/>
          </w:tcPr>
          <w:p w14:paraId="544A0170" w14:textId="77777777" w:rsidR="000C4CB5" w:rsidRPr="0025334A" w:rsidRDefault="004E746A">
            <w:pPr>
              <w:ind w:firstLine="0"/>
              <w:jc w:val="left"/>
              <w:rPr>
                <w:sz w:val="22"/>
                <w:szCs w:val="28"/>
              </w:rPr>
            </w:pPr>
            <w:proofErr w:type="spellStart"/>
            <w:r w:rsidRPr="0025334A">
              <w:rPr>
                <w:sz w:val="22"/>
                <w:szCs w:val="28"/>
              </w:rPr>
              <w:t>Comandă</w:t>
            </w:r>
            <w:proofErr w:type="spellEnd"/>
            <w:r w:rsidRPr="0025334A">
              <w:rPr>
                <w:sz w:val="22"/>
                <w:szCs w:val="28"/>
              </w:rPr>
              <w:t xml:space="preserve"> + document </w:t>
            </w:r>
            <w:proofErr w:type="spellStart"/>
            <w:r w:rsidRPr="0025334A">
              <w:rPr>
                <w:sz w:val="22"/>
                <w:szCs w:val="28"/>
              </w:rPr>
              <w:t>recepție</w:t>
            </w:r>
            <w:proofErr w:type="spellEnd"/>
          </w:p>
        </w:tc>
      </w:tr>
      <w:tr w:rsidR="0025334A" w:rsidRPr="0025334A" w14:paraId="385F3C6C" w14:textId="77777777" w:rsidTr="0025334A">
        <w:trPr>
          <w:jc w:val="center"/>
        </w:trPr>
        <w:tc>
          <w:tcPr>
            <w:tcW w:w="1313" w:type="pct"/>
            <w:vAlign w:val="center"/>
          </w:tcPr>
          <w:p w14:paraId="695E8002" w14:textId="77777777" w:rsidR="000C4CB5" w:rsidRPr="0025334A" w:rsidRDefault="004E746A">
            <w:pPr>
              <w:ind w:firstLine="0"/>
              <w:jc w:val="left"/>
              <w:rPr>
                <w:sz w:val="22"/>
                <w:szCs w:val="28"/>
              </w:rPr>
            </w:pPr>
            <w:proofErr w:type="spellStart"/>
            <w:r w:rsidRPr="0025334A">
              <w:rPr>
                <w:sz w:val="22"/>
                <w:szCs w:val="28"/>
              </w:rPr>
              <w:t>Regim</w:t>
            </w:r>
            <w:proofErr w:type="spellEnd"/>
            <w:r w:rsidRPr="0025334A">
              <w:rPr>
                <w:sz w:val="22"/>
                <w:szCs w:val="28"/>
              </w:rPr>
              <w:t>/</w:t>
            </w:r>
            <w:proofErr w:type="spellStart"/>
            <w:r w:rsidRPr="0025334A">
              <w:rPr>
                <w:sz w:val="22"/>
                <w:szCs w:val="28"/>
              </w:rPr>
              <w:t>textură</w:t>
            </w:r>
            <w:proofErr w:type="spellEnd"/>
            <w:r w:rsidRPr="0025334A">
              <w:rPr>
                <w:sz w:val="22"/>
                <w:szCs w:val="28"/>
              </w:rPr>
              <w:t>/</w:t>
            </w:r>
            <w:proofErr w:type="spellStart"/>
            <w:r w:rsidRPr="0025334A">
              <w:rPr>
                <w:sz w:val="22"/>
                <w:szCs w:val="28"/>
              </w:rPr>
              <w:t>alergeni</w:t>
            </w:r>
            <w:proofErr w:type="spellEnd"/>
          </w:p>
        </w:tc>
        <w:tc>
          <w:tcPr>
            <w:tcW w:w="1781" w:type="pct"/>
            <w:vAlign w:val="center"/>
          </w:tcPr>
          <w:p w14:paraId="6961BAA5" w14:textId="2B593748" w:rsidR="000C4CB5" w:rsidRPr="0025334A" w:rsidRDefault="0025334A">
            <w:pPr>
              <w:ind w:firstLine="0"/>
              <w:jc w:val="left"/>
              <w:rPr>
                <w:sz w:val="22"/>
                <w:szCs w:val="28"/>
              </w:rPr>
            </w:pPr>
            <w:proofErr w:type="spellStart"/>
            <w:r w:rsidRPr="0025334A">
              <w:rPr>
                <w:sz w:val="22"/>
                <w:szCs w:val="28"/>
              </w:rPr>
              <w:t>Porția</w:t>
            </w:r>
            <w:proofErr w:type="spellEnd"/>
            <w:r w:rsidRPr="0025334A">
              <w:rPr>
                <w:sz w:val="22"/>
                <w:szCs w:val="28"/>
              </w:rPr>
              <w:t xml:space="preserve"> </w:t>
            </w:r>
            <w:proofErr w:type="spellStart"/>
            <w:r w:rsidRPr="0025334A">
              <w:rPr>
                <w:sz w:val="22"/>
                <w:szCs w:val="28"/>
              </w:rPr>
              <w:t>specială</w:t>
            </w:r>
            <w:proofErr w:type="spellEnd"/>
            <w:r w:rsidRPr="0025334A">
              <w:rPr>
                <w:sz w:val="22"/>
                <w:szCs w:val="28"/>
              </w:rPr>
              <w:t xml:space="preserve"> </w:t>
            </w:r>
            <w:proofErr w:type="spellStart"/>
            <w:r w:rsidRPr="0025334A">
              <w:rPr>
                <w:sz w:val="22"/>
                <w:szCs w:val="28"/>
              </w:rPr>
              <w:t>corespunde</w:t>
            </w:r>
            <w:proofErr w:type="spellEnd"/>
            <w:r w:rsidRPr="0025334A">
              <w:rPr>
                <w:sz w:val="22"/>
                <w:szCs w:val="28"/>
              </w:rPr>
              <w:t xml:space="preserve"> exact </w:t>
            </w:r>
            <w:proofErr w:type="spellStart"/>
            <w:r w:rsidRPr="0025334A">
              <w:rPr>
                <w:sz w:val="22"/>
                <w:szCs w:val="28"/>
              </w:rPr>
              <w:t>cerinței</w:t>
            </w:r>
            <w:proofErr w:type="spellEnd"/>
            <w:r w:rsidRPr="0025334A">
              <w:rPr>
                <w:sz w:val="22"/>
                <w:szCs w:val="28"/>
              </w:rPr>
              <w:t xml:space="preserve"> </w:t>
            </w:r>
            <w:proofErr w:type="spellStart"/>
            <w:r w:rsidRPr="0025334A">
              <w:rPr>
                <w:sz w:val="22"/>
                <w:szCs w:val="28"/>
              </w:rPr>
              <w:t>comunicate</w:t>
            </w:r>
            <w:proofErr w:type="spellEnd"/>
            <w:r w:rsidRPr="0025334A">
              <w:rPr>
                <w:sz w:val="22"/>
                <w:szCs w:val="28"/>
              </w:rPr>
              <w:t>.</w:t>
            </w:r>
          </w:p>
        </w:tc>
        <w:tc>
          <w:tcPr>
            <w:tcW w:w="1906" w:type="pct"/>
            <w:vAlign w:val="center"/>
          </w:tcPr>
          <w:p w14:paraId="654237B0" w14:textId="77777777" w:rsidR="000C4CB5" w:rsidRPr="0025334A" w:rsidRDefault="004E746A">
            <w:pPr>
              <w:ind w:firstLine="0"/>
              <w:jc w:val="left"/>
              <w:rPr>
                <w:sz w:val="22"/>
                <w:szCs w:val="28"/>
              </w:rPr>
            </w:pPr>
            <w:proofErr w:type="spellStart"/>
            <w:r w:rsidRPr="0025334A">
              <w:rPr>
                <w:sz w:val="22"/>
                <w:szCs w:val="28"/>
              </w:rPr>
              <w:t>Etichetă</w:t>
            </w:r>
            <w:proofErr w:type="spellEnd"/>
            <w:r w:rsidRPr="0025334A">
              <w:rPr>
                <w:sz w:val="22"/>
                <w:szCs w:val="28"/>
              </w:rPr>
              <w:t xml:space="preserve">, </w:t>
            </w:r>
            <w:proofErr w:type="spellStart"/>
            <w:r w:rsidRPr="0025334A">
              <w:rPr>
                <w:sz w:val="22"/>
                <w:szCs w:val="28"/>
              </w:rPr>
              <w:t>meniu</w:t>
            </w:r>
            <w:proofErr w:type="spellEnd"/>
            <w:r w:rsidRPr="0025334A">
              <w:rPr>
                <w:sz w:val="22"/>
                <w:szCs w:val="28"/>
              </w:rPr>
              <w:t xml:space="preserve">, </w:t>
            </w:r>
            <w:proofErr w:type="spellStart"/>
            <w:r w:rsidRPr="0025334A">
              <w:rPr>
                <w:sz w:val="22"/>
                <w:szCs w:val="28"/>
              </w:rPr>
              <w:t>fișă</w:t>
            </w:r>
            <w:proofErr w:type="spellEnd"/>
            <w:r w:rsidRPr="0025334A">
              <w:rPr>
                <w:sz w:val="22"/>
                <w:szCs w:val="28"/>
              </w:rPr>
              <w:t xml:space="preserve"> </w:t>
            </w:r>
            <w:proofErr w:type="spellStart"/>
            <w:r w:rsidRPr="0025334A">
              <w:rPr>
                <w:sz w:val="22"/>
                <w:szCs w:val="28"/>
              </w:rPr>
              <w:t>recepție</w:t>
            </w:r>
            <w:proofErr w:type="spellEnd"/>
          </w:p>
        </w:tc>
      </w:tr>
      <w:tr w:rsidR="0025334A" w:rsidRPr="0025334A" w14:paraId="3CC045CD" w14:textId="77777777" w:rsidTr="0025334A">
        <w:trPr>
          <w:jc w:val="center"/>
        </w:trPr>
        <w:tc>
          <w:tcPr>
            <w:tcW w:w="1313" w:type="pct"/>
            <w:vAlign w:val="center"/>
          </w:tcPr>
          <w:p w14:paraId="389DBAC6" w14:textId="61F99491" w:rsidR="000C4CB5" w:rsidRPr="0025334A" w:rsidRDefault="004E746A">
            <w:pPr>
              <w:ind w:firstLine="0"/>
              <w:jc w:val="left"/>
              <w:rPr>
                <w:sz w:val="22"/>
                <w:szCs w:val="28"/>
              </w:rPr>
            </w:pPr>
            <w:proofErr w:type="spellStart"/>
            <w:r w:rsidRPr="0025334A">
              <w:rPr>
                <w:sz w:val="22"/>
                <w:szCs w:val="28"/>
              </w:rPr>
              <w:t>Temperatură</w:t>
            </w:r>
            <w:proofErr w:type="spellEnd"/>
            <w:r w:rsidR="00282797">
              <w:rPr>
                <w:sz w:val="22"/>
                <w:szCs w:val="28"/>
              </w:rPr>
              <w:t xml:space="preserve"> </w:t>
            </w:r>
            <w:proofErr w:type="spellStart"/>
            <w:r w:rsidR="00282797" w:rsidRPr="0025334A">
              <w:rPr>
                <w:sz w:val="22"/>
              </w:rPr>
              <w:t>conformă</w:t>
            </w:r>
            <w:proofErr w:type="spellEnd"/>
          </w:p>
        </w:tc>
        <w:tc>
          <w:tcPr>
            <w:tcW w:w="1781" w:type="pct"/>
            <w:vAlign w:val="center"/>
          </w:tcPr>
          <w:p w14:paraId="161318F8" w14:textId="4BF2E62F" w:rsidR="000C4CB5" w:rsidRPr="0025334A" w:rsidRDefault="0025334A">
            <w:pPr>
              <w:ind w:firstLine="0"/>
              <w:jc w:val="left"/>
              <w:rPr>
                <w:sz w:val="22"/>
                <w:szCs w:val="28"/>
              </w:rPr>
            </w:pPr>
            <w:proofErr w:type="spellStart"/>
            <w:r w:rsidRPr="0025334A">
              <w:rPr>
                <w:sz w:val="22"/>
                <w:szCs w:val="28"/>
              </w:rPr>
              <w:t>Preparatele</w:t>
            </w:r>
            <w:proofErr w:type="spellEnd"/>
            <w:r w:rsidRPr="0025334A">
              <w:rPr>
                <w:sz w:val="22"/>
                <w:szCs w:val="28"/>
              </w:rPr>
              <w:t xml:space="preserve"> </w:t>
            </w:r>
            <w:proofErr w:type="spellStart"/>
            <w:r w:rsidRPr="0025334A">
              <w:rPr>
                <w:sz w:val="22"/>
                <w:szCs w:val="28"/>
              </w:rPr>
              <w:t>respectă</w:t>
            </w:r>
            <w:proofErr w:type="spellEnd"/>
            <w:r w:rsidRPr="0025334A">
              <w:rPr>
                <w:sz w:val="22"/>
                <w:szCs w:val="28"/>
              </w:rPr>
              <w:t xml:space="preserve"> </w:t>
            </w:r>
            <w:proofErr w:type="spellStart"/>
            <w:r w:rsidRPr="0025334A">
              <w:rPr>
                <w:sz w:val="22"/>
                <w:szCs w:val="28"/>
              </w:rPr>
              <w:t>limitele</w:t>
            </w:r>
            <w:proofErr w:type="spellEnd"/>
            <w:r w:rsidRPr="0025334A">
              <w:rPr>
                <w:sz w:val="22"/>
                <w:szCs w:val="28"/>
              </w:rPr>
              <w:t xml:space="preserve"> </w:t>
            </w:r>
            <w:proofErr w:type="spellStart"/>
            <w:r w:rsidRPr="0025334A">
              <w:rPr>
                <w:sz w:val="22"/>
                <w:szCs w:val="28"/>
              </w:rPr>
              <w:t>aplicabile</w:t>
            </w:r>
            <w:proofErr w:type="spellEnd"/>
            <w:r w:rsidRPr="0025334A">
              <w:rPr>
                <w:sz w:val="22"/>
                <w:szCs w:val="28"/>
              </w:rPr>
              <w:t>.</w:t>
            </w:r>
          </w:p>
        </w:tc>
        <w:tc>
          <w:tcPr>
            <w:tcW w:w="1906" w:type="pct"/>
            <w:vAlign w:val="center"/>
          </w:tcPr>
          <w:p w14:paraId="75B1B02B" w14:textId="77777777" w:rsidR="000C4CB5" w:rsidRPr="0025334A" w:rsidRDefault="004E746A">
            <w:pPr>
              <w:ind w:firstLine="0"/>
              <w:jc w:val="left"/>
              <w:rPr>
                <w:sz w:val="22"/>
                <w:szCs w:val="28"/>
              </w:rPr>
            </w:pPr>
            <w:proofErr w:type="spellStart"/>
            <w:r w:rsidRPr="0025334A">
              <w:rPr>
                <w:sz w:val="22"/>
                <w:szCs w:val="28"/>
              </w:rPr>
              <w:t>Fișă</w:t>
            </w:r>
            <w:proofErr w:type="spellEnd"/>
            <w:r w:rsidRPr="0025334A">
              <w:rPr>
                <w:sz w:val="22"/>
                <w:szCs w:val="28"/>
              </w:rPr>
              <w:t xml:space="preserve"> </w:t>
            </w:r>
            <w:proofErr w:type="spellStart"/>
            <w:r w:rsidRPr="0025334A">
              <w:rPr>
                <w:sz w:val="22"/>
                <w:szCs w:val="28"/>
              </w:rPr>
              <w:t>temperatură</w:t>
            </w:r>
            <w:proofErr w:type="spellEnd"/>
          </w:p>
        </w:tc>
      </w:tr>
      <w:tr w:rsidR="0025334A" w:rsidRPr="0025334A" w14:paraId="60F1BD28" w14:textId="77777777" w:rsidTr="0025334A">
        <w:trPr>
          <w:jc w:val="center"/>
        </w:trPr>
        <w:tc>
          <w:tcPr>
            <w:tcW w:w="1313" w:type="pct"/>
            <w:vAlign w:val="center"/>
          </w:tcPr>
          <w:p w14:paraId="37429DC5" w14:textId="77777777" w:rsidR="000C4CB5" w:rsidRPr="0025334A" w:rsidRDefault="004E746A">
            <w:pPr>
              <w:ind w:firstLine="0"/>
              <w:jc w:val="left"/>
              <w:rPr>
                <w:sz w:val="22"/>
                <w:szCs w:val="28"/>
              </w:rPr>
            </w:pPr>
            <w:proofErr w:type="spellStart"/>
            <w:r w:rsidRPr="0025334A">
              <w:rPr>
                <w:sz w:val="22"/>
                <w:szCs w:val="28"/>
              </w:rPr>
              <w:t>Gramaj</w:t>
            </w:r>
            <w:proofErr w:type="spellEnd"/>
          </w:p>
        </w:tc>
        <w:tc>
          <w:tcPr>
            <w:tcW w:w="1781" w:type="pct"/>
            <w:vAlign w:val="center"/>
          </w:tcPr>
          <w:p w14:paraId="11AB4F4F" w14:textId="77777777" w:rsidR="000C4CB5" w:rsidRPr="0025334A" w:rsidRDefault="004E746A">
            <w:pPr>
              <w:ind w:firstLine="0"/>
              <w:jc w:val="left"/>
              <w:rPr>
                <w:sz w:val="22"/>
                <w:szCs w:val="28"/>
              </w:rPr>
            </w:pPr>
            <w:r w:rsidRPr="0025334A">
              <w:rPr>
                <w:sz w:val="22"/>
                <w:szCs w:val="28"/>
              </w:rPr>
              <w:t xml:space="preserve">Conform </w:t>
            </w:r>
            <w:proofErr w:type="spellStart"/>
            <w:r w:rsidRPr="0025334A">
              <w:rPr>
                <w:sz w:val="22"/>
                <w:szCs w:val="28"/>
              </w:rPr>
              <w:t>fișei</w:t>
            </w:r>
            <w:proofErr w:type="spellEnd"/>
            <w:r w:rsidRPr="0025334A">
              <w:rPr>
                <w:sz w:val="22"/>
                <w:szCs w:val="28"/>
              </w:rPr>
              <w:t xml:space="preserve"> </w:t>
            </w:r>
            <w:proofErr w:type="spellStart"/>
            <w:r w:rsidRPr="0025334A">
              <w:rPr>
                <w:sz w:val="22"/>
                <w:szCs w:val="28"/>
              </w:rPr>
              <w:t>tehnologice</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meniului</w:t>
            </w:r>
            <w:proofErr w:type="spellEnd"/>
            <w:r w:rsidRPr="0025334A">
              <w:rPr>
                <w:sz w:val="22"/>
                <w:szCs w:val="28"/>
              </w:rPr>
              <w:t xml:space="preserve"> </w:t>
            </w:r>
            <w:proofErr w:type="spellStart"/>
            <w:r w:rsidRPr="0025334A">
              <w:rPr>
                <w:sz w:val="22"/>
                <w:szCs w:val="28"/>
              </w:rPr>
              <w:t>aprobat</w:t>
            </w:r>
            <w:proofErr w:type="spellEnd"/>
          </w:p>
        </w:tc>
        <w:tc>
          <w:tcPr>
            <w:tcW w:w="1906" w:type="pct"/>
            <w:vAlign w:val="center"/>
          </w:tcPr>
          <w:p w14:paraId="740E3AC6" w14:textId="77777777" w:rsidR="000C4CB5" w:rsidRPr="0025334A" w:rsidRDefault="004E746A">
            <w:pPr>
              <w:ind w:firstLine="0"/>
              <w:jc w:val="left"/>
              <w:rPr>
                <w:sz w:val="22"/>
                <w:szCs w:val="28"/>
              </w:rPr>
            </w:pPr>
            <w:proofErr w:type="spellStart"/>
            <w:r w:rsidRPr="0025334A">
              <w:rPr>
                <w:sz w:val="22"/>
                <w:szCs w:val="28"/>
              </w:rPr>
              <w:t>Verificări</w:t>
            </w:r>
            <w:proofErr w:type="spellEnd"/>
            <w:r w:rsidRPr="0025334A">
              <w:rPr>
                <w:sz w:val="22"/>
                <w:szCs w:val="28"/>
              </w:rPr>
              <w:t xml:space="preserve"> selective / </w:t>
            </w:r>
            <w:proofErr w:type="spellStart"/>
            <w:r w:rsidRPr="0025334A">
              <w:rPr>
                <w:sz w:val="22"/>
                <w:szCs w:val="28"/>
              </w:rPr>
              <w:t>proces</w:t>
            </w:r>
            <w:proofErr w:type="spellEnd"/>
            <w:r w:rsidRPr="0025334A">
              <w:rPr>
                <w:sz w:val="22"/>
                <w:szCs w:val="28"/>
              </w:rPr>
              <w:t>-verbal</w:t>
            </w:r>
          </w:p>
        </w:tc>
      </w:tr>
      <w:tr w:rsidR="0025334A" w:rsidRPr="0025334A" w14:paraId="3EDDE711" w14:textId="77777777" w:rsidTr="0025334A">
        <w:trPr>
          <w:jc w:val="center"/>
        </w:trPr>
        <w:tc>
          <w:tcPr>
            <w:tcW w:w="1313" w:type="pct"/>
            <w:vAlign w:val="center"/>
          </w:tcPr>
          <w:p w14:paraId="34F291DB" w14:textId="4FED2629" w:rsidR="000C4CB5" w:rsidRPr="0025334A" w:rsidRDefault="00282797">
            <w:pPr>
              <w:ind w:firstLine="0"/>
              <w:jc w:val="left"/>
              <w:rPr>
                <w:sz w:val="22"/>
                <w:szCs w:val="28"/>
              </w:rPr>
            </w:pPr>
            <w:r w:rsidRPr="0025334A">
              <w:rPr>
                <w:sz w:val="22"/>
              </w:rPr>
              <w:t xml:space="preserve">Timp </w:t>
            </w:r>
            <w:proofErr w:type="spellStart"/>
            <w:r w:rsidRPr="0025334A">
              <w:rPr>
                <w:sz w:val="22"/>
              </w:rPr>
              <w:t>remediere</w:t>
            </w:r>
            <w:proofErr w:type="spellEnd"/>
            <w:r w:rsidRPr="0025334A">
              <w:rPr>
                <w:sz w:val="22"/>
                <w:szCs w:val="28"/>
              </w:rPr>
              <w:t xml:space="preserve"> </w:t>
            </w:r>
            <w:r>
              <w:rPr>
                <w:sz w:val="22"/>
                <w:szCs w:val="28"/>
              </w:rPr>
              <w:t>/</w:t>
            </w:r>
            <w:proofErr w:type="spellStart"/>
            <w:r w:rsidR="004E746A" w:rsidRPr="0025334A">
              <w:rPr>
                <w:sz w:val="22"/>
                <w:szCs w:val="28"/>
              </w:rPr>
              <w:t>Înlocuire</w:t>
            </w:r>
            <w:proofErr w:type="spellEnd"/>
            <w:r w:rsidR="004E746A" w:rsidRPr="0025334A">
              <w:rPr>
                <w:sz w:val="22"/>
                <w:szCs w:val="28"/>
              </w:rPr>
              <w:t xml:space="preserve"> </w:t>
            </w:r>
            <w:proofErr w:type="spellStart"/>
            <w:r w:rsidR="004E746A" w:rsidRPr="0025334A">
              <w:rPr>
                <w:sz w:val="22"/>
                <w:szCs w:val="28"/>
              </w:rPr>
              <w:t>porții</w:t>
            </w:r>
            <w:proofErr w:type="spellEnd"/>
            <w:r w:rsidR="004E746A" w:rsidRPr="0025334A">
              <w:rPr>
                <w:sz w:val="22"/>
                <w:szCs w:val="28"/>
              </w:rPr>
              <w:t xml:space="preserve"> </w:t>
            </w:r>
            <w:proofErr w:type="spellStart"/>
            <w:r w:rsidR="004E746A" w:rsidRPr="0025334A">
              <w:rPr>
                <w:sz w:val="22"/>
                <w:szCs w:val="28"/>
              </w:rPr>
              <w:t>respinse</w:t>
            </w:r>
            <w:proofErr w:type="spellEnd"/>
          </w:p>
        </w:tc>
        <w:tc>
          <w:tcPr>
            <w:tcW w:w="1781" w:type="pct"/>
            <w:vAlign w:val="center"/>
          </w:tcPr>
          <w:p w14:paraId="58D24EBB" w14:textId="39CE3257" w:rsidR="000C4CB5" w:rsidRPr="0025334A" w:rsidRDefault="004E746A">
            <w:pPr>
              <w:ind w:firstLine="0"/>
              <w:jc w:val="left"/>
              <w:rPr>
                <w:sz w:val="22"/>
                <w:szCs w:val="28"/>
              </w:rPr>
            </w:pPr>
            <w:r w:rsidRPr="0025334A">
              <w:rPr>
                <w:sz w:val="22"/>
                <w:szCs w:val="28"/>
              </w:rPr>
              <w:t xml:space="preserve">Maximum </w:t>
            </w:r>
            <w:r w:rsidR="0025334A" w:rsidRPr="0025334A">
              <w:rPr>
                <w:sz w:val="22"/>
                <w:szCs w:val="28"/>
              </w:rPr>
              <w:t>2 ore</w:t>
            </w:r>
            <w:r w:rsidRPr="0025334A">
              <w:rPr>
                <w:sz w:val="22"/>
                <w:szCs w:val="28"/>
              </w:rPr>
              <w:t xml:space="preserve"> de la </w:t>
            </w:r>
            <w:proofErr w:type="spellStart"/>
            <w:r w:rsidRPr="0025334A">
              <w:rPr>
                <w:sz w:val="22"/>
                <w:szCs w:val="28"/>
              </w:rPr>
              <w:t>notificare</w:t>
            </w:r>
            <w:proofErr w:type="spellEnd"/>
          </w:p>
        </w:tc>
        <w:tc>
          <w:tcPr>
            <w:tcW w:w="1906" w:type="pct"/>
            <w:vAlign w:val="center"/>
          </w:tcPr>
          <w:p w14:paraId="1723436A" w14:textId="77777777" w:rsidR="000C4CB5" w:rsidRPr="0025334A" w:rsidRDefault="004E746A">
            <w:pPr>
              <w:ind w:firstLine="0"/>
              <w:jc w:val="left"/>
              <w:rPr>
                <w:sz w:val="22"/>
                <w:szCs w:val="28"/>
              </w:rPr>
            </w:pPr>
            <w:proofErr w:type="spellStart"/>
            <w:r w:rsidRPr="0025334A">
              <w:rPr>
                <w:sz w:val="22"/>
                <w:szCs w:val="28"/>
              </w:rPr>
              <w:t>Raport</w:t>
            </w:r>
            <w:proofErr w:type="spellEnd"/>
            <w:r w:rsidRPr="0025334A">
              <w:rPr>
                <w:sz w:val="22"/>
                <w:szCs w:val="28"/>
              </w:rPr>
              <w:t xml:space="preserve"> de </w:t>
            </w:r>
            <w:proofErr w:type="spellStart"/>
            <w:r w:rsidRPr="0025334A">
              <w:rPr>
                <w:sz w:val="22"/>
                <w:szCs w:val="28"/>
              </w:rPr>
              <w:t>neconformitate</w:t>
            </w:r>
            <w:proofErr w:type="spellEnd"/>
            <w:r w:rsidRPr="0025334A">
              <w:rPr>
                <w:sz w:val="22"/>
                <w:szCs w:val="28"/>
              </w:rPr>
              <w:t xml:space="preserve"> + </w:t>
            </w:r>
            <w:proofErr w:type="spellStart"/>
            <w:r w:rsidRPr="0025334A">
              <w:rPr>
                <w:sz w:val="22"/>
                <w:szCs w:val="28"/>
              </w:rPr>
              <w:t>ora</w:t>
            </w:r>
            <w:proofErr w:type="spellEnd"/>
            <w:r w:rsidRPr="0025334A">
              <w:rPr>
                <w:sz w:val="22"/>
                <w:szCs w:val="28"/>
              </w:rPr>
              <w:t xml:space="preserve"> </w:t>
            </w:r>
            <w:proofErr w:type="spellStart"/>
            <w:r w:rsidRPr="0025334A">
              <w:rPr>
                <w:sz w:val="22"/>
                <w:szCs w:val="28"/>
              </w:rPr>
              <w:t>remedierii</w:t>
            </w:r>
            <w:proofErr w:type="spellEnd"/>
          </w:p>
        </w:tc>
      </w:tr>
      <w:tr w:rsidR="0025334A" w:rsidRPr="0025334A" w14:paraId="6FB9B647" w14:textId="77777777" w:rsidTr="0025334A">
        <w:trPr>
          <w:jc w:val="center"/>
        </w:trPr>
        <w:tc>
          <w:tcPr>
            <w:tcW w:w="1313" w:type="pct"/>
            <w:vAlign w:val="center"/>
          </w:tcPr>
          <w:p w14:paraId="61F63B6F" w14:textId="77777777" w:rsidR="000C4CB5" w:rsidRPr="0025334A" w:rsidRDefault="004E746A">
            <w:pPr>
              <w:ind w:firstLine="0"/>
              <w:jc w:val="left"/>
              <w:rPr>
                <w:sz w:val="22"/>
                <w:szCs w:val="28"/>
              </w:rPr>
            </w:pPr>
            <w:proofErr w:type="spellStart"/>
            <w:r w:rsidRPr="0025334A">
              <w:rPr>
                <w:sz w:val="22"/>
                <w:szCs w:val="28"/>
              </w:rPr>
              <w:t>Trasabilitate</w:t>
            </w:r>
            <w:proofErr w:type="spellEnd"/>
          </w:p>
        </w:tc>
        <w:tc>
          <w:tcPr>
            <w:tcW w:w="1781" w:type="pct"/>
            <w:vAlign w:val="center"/>
          </w:tcPr>
          <w:p w14:paraId="3E52FD5F" w14:textId="5534EBF8" w:rsidR="000C4CB5" w:rsidRPr="0025334A" w:rsidRDefault="004E746A">
            <w:pPr>
              <w:ind w:firstLine="0"/>
              <w:jc w:val="left"/>
              <w:rPr>
                <w:sz w:val="22"/>
                <w:szCs w:val="28"/>
              </w:rPr>
            </w:pPr>
            <w:proofErr w:type="spellStart"/>
            <w:r w:rsidRPr="0025334A">
              <w:rPr>
                <w:sz w:val="22"/>
                <w:szCs w:val="28"/>
              </w:rPr>
              <w:t>Completă</w:t>
            </w:r>
            <w:proofErr w:type="spellEnd"/>
            <w:r w:rsidRPr="0025334A">
              <w:rPr>
                <w:sz w:val="22"/>
                <w:szCs w:val="28"/>
              </w:rPr>
              <w:t xml:space="preserve"> </w:t>
            </w:r>
            <w:proofErr w:type="spellStart"/>
            <w:r w:rsidRPr="0025334A">
              <w:rPr>
                <w:sz w:val="22"/>
                <w:szCs w:val="28"/>
              </w:rPr>
              <w:t>pentru</w:t>
            </w:r>
            <w:proofErr w:type="spellEnd"/>
            <w:r w:rsidRPr="0025334A">
              <w:rPr>
                <w:sz w:val="22"/>
                <w:szCs w:val="28"/>
              </w:rPr>
              <w:t xml:space="preserve"> </w:t>
            </w:r>
            <w:proofErr w:type="spellStart"/>
            <w:r w:rsidRPr="0025334A">
              <w:rPr>
                <w:sz w:val="22"/>
                <w:szCs w:val="28"/>
              </w:rPr>
              <w:t>fiecare</w:t>
            </w:r>
            <w:proofErr w:type="spellEnd"/>
            <w:r w:rsidRPr="0025334A">
              <w:rPr>
                <w:sz w:val="22"/>
                <w:szCs w:val="28"/>
              </w:rPr>
              <w:t xml:space="preserve"> </w:t>
            </w:r>
            <w:proofErr w:type="spellStart"/>
            <w:r w:rsidRPr="0025334A">
              <w:rPr>
                <w:sz w:val="22"/>
                <w:szCs w:val="28"/>
              </w:rPr>
              <w:t>livrare</w:t>
            </w:r>
            <w:proofErr w:type="spellEnd"/>
            <w:r w:rsidR="0025334A" w:rsidRPr="0025334A">
              <w:rPr>
                <w:sz w:val="22"/>
                <w:szCs w:val="28"/>
              </w:rPr>
              <w:t xml:space="preserve">; </w:t>
            </w:r>
            <w:proofErr w:type="spellStart"/>
            <w:r w:rsidR="0025334A" w:rsidRPr="0025334A">
              <w:rPr>
                <w:sz w:val="22"/>
                <w:szCs w:val="28"/>
              </w:rPr>
              <w:t>Lanțul</w:t>
            </w:r>
            <w:proofErr w:type="spellEnd"/>
            <w:r w:rsidR="0025334A" w:rsidRPr="0025334A">
              <w:rPr>
                <w:sz w:val="22"/>
                <w:szCs w:val="28"/>
              </w:rPr>
              <w:t xml:space="preserve"> </w:t>
            </w:r>
            <w:proofErr w:type="spellStart"/>
            <w:r w:rsidR="0025334A" w:rsidRPr="0025334A">
              <w:rPr>
                <w:sz w:val="22"/>
                <w:szCs w:val="28"/>
              </w:rPr>
              <w:t>pentru</w:t>
            </w:r>
            <w:proofErr w:type="spellEnd"/>
            <w:r w:rsidR="0025334A" w:rsidRPr="0025334A">
              <w:rPr>
                <w:sz w:val="22"/>
                <w:szCs w:val="28"/>
              </w:rPr>
              <w:t xml:space="preserve"> </w:t>
            </w:r>
            <w:proofErr w:type="spellStart"/>
            <w:r w:rsidR="0025334A" w:rsidRPr="0025334A">
              <w:rPr>
                <w:sz w:val="22"/>
                <w:szCs w:val="28"/>
              </w:rPr>
              <w:t>livrarea</w:t>
            </w:r>
            <w:proofErr w:type="spellEnd"/>
            <w:r w:rsidR="0025334A" w:rsidRPr="0025334A">
              <w:rPr>
                <w:sz w:val="22"/>
                <w:szCs w:val="28"/>
              </w:rPr>
              <w:t xml:space="preserve"> </w:t>
            </w:r>
            <w:proofErr w:type="spellStart"/>
            <w:r w:rsidR="0025334A" w:rsidRPr="0025334A">
              <w:rPr>
                <w:sz w:val="22"/>
                <w:szCs w:val="28"/>
              </w:rPr>
              <w:t>analizată</w:t>
            </w:r>
            <w:proofErr w:type="spellEnd"/>
            <w:r w:rsidR="0025334A" w:rsidRPr="0025334A">
              <w:rPr>
                <w:sz w:val="22"/>
                <w:szCs w:val="28"/>
              </w:rPr>
              <w:t xml:space="preserve"> </w:t>
            </w:r>
            <w:proofErr w:type="spellStart"/>
            <w:r w:rsidR="0025334A" w:rsidRPr="0025334A">
              <w:rPr>
                <w:sz w:val="22"/>
                <w:szCs w:val="28"/>
              </w:rPr>
              <w:t>poate</w:t>
            </w:r>
            <w:proofErr w:type="spellEnd"/>
            <w:r w:rsidR="0025334A" w:rsidRPr="0025334A">
              <w:rPr>
                <w:sz w:val="22"/>
                <w:szCs w:val="28"/>
              </w:rPr>
              <w:t xml:space="preserve"> fi </w:t>
            </w:r>
            <w:proofErr w:type="spellStart"/>
            <w:r w:rsidR="0025334A" w:rsidRPr="0025334A">
              <w:rPr>
                <w:sz w:val="22"/>
                <w:szCs w:val="28"/>
              </w:rPr>
              <w:t>reconstruit</w:t>
            </w:r>
            <w:proofErr w:type="spellEnd"/>
          </w:p>
        </w:tc>
        <w:tc>
          <w:tcPr>
            <w:tcW w:w="1906" w:type="pct"/>
            <w:vAlign w:val="center"/>
          </w:tcPr>
          <w:p w14:paraId="10CEFC82" w14:textId="77777777" w:rsidR="000C4CB5" w:rsidRPr="0025334A" w:rsidRDefault="004E746A">
            <w:pPr>
              <w:ind w:firstLine="0"/>
              <w:jc w:val="left"/>
              <w:rPr>
                <w:sz w:val="22"/>
                <w:szCs w:val="28"/>
              </w:rPr>
            </w:pPr>
            <w:proofErr w:type="spellStart"/>
            <w:r w:rsidRPr="0025334A">
              <w:rPr>
                <w:sz w:val="22"/>
                <w:szCs w:val="28"/>
              </w:rPr>
              <w:t>Documente</w:t>
            </w:r>
            <w:proofErr w:type="spellEnd"/>
            <w:r w:rsidRPr="0025334A">
              <w:rPr>
                <w:sz w:val="22"/>
                <w:szCs w:val="28"/>
              </w:rPr>
              <w:t xml:space="preserve"> </w:t>
            </w:r>
            <w:proofErr w:type="spellStart"/>
            <w:r w:rsidRPr="0025334A">
              <w:rPr>
                <w:sz w:val="22"/>
                <w:szCs w:val="28"/>
              </w:rPr>
              <w:t>proveniență</w:t>
            </w:r>
            <w:proofErr w:type="spellEnd"/>
            <w:r w:rsidRPr="0025334A">
              <w:rPr>
                <w:sz w:val="22"/>
                <w:szCs w:val="28"/>
              </w:rPr>
              <w:t xml:space="preserve"> / lot / </w:t>
            </w:r>
            <w:proofErr w:type="spellStart"/>
            <w:r w:rsidRPr="0025334A">
              <w:rPr>
                <w:sz w:val="22"/>
                <w:szCs w:val="28"/>
              </w:rPr>
              <w:t>registre</w:t>
            </w:r>
            <w:proofErr w:type="spellEnd"/>
          </w:p>
        </w:tc>
      </w:tr>
      <w:tr w:rsidR="0025334A" w:rsidRPr="0025334A" w14:paraId="08C8EEC6" w14:textId="77777777" w:rsidTr="0025334A">
        <w:trPr>
          <w:jc w:val="center"/>
        </w:trPr>
        <w:tc>
          <w:tcPr>
            <w:tcW w:w="1313" w:type="pct"/>
            <w:vAlign w:val="center"/>
          </w:tcPr>
          <w:p w14:paraId="4292C4B1" w14:textId="77777777" w:rsidR="000C4CB5" w:rsidRPr="0025334A" w:rsidRDefault="004E746A">
            <w:pPr>
              <w:ind w:firstLine="0"/>
              <w:jc w:val="left"/>
              <w:rPr>
                <w:sz w:val="22"/>
                <w:szCs w:val="28"/>
              </w:rPr>
            </w:pPr>
            <w:proofErr w:type="spellStart"/>
            <w:r w:rsidRPr="0025334A">
              <w:rPr>
                <w:sz w:val="22"/>
                <w:szCs w:val="28"/>
              </w:rPr>
              <w:t>Continuitate</w:t>
            </w:r>
            <w:proofErr w:type="spellEnd"/>
          </w:p>
        </w:tc>
        <w:tc>
          <w:tcPr>
            <w:tcW w:w="1781" w:type="pct"/>
            <w:vAlign w:val="center"/>
          </w:tcPr>
          <w:p w14:paraId="1390A0BB" w14:textId="77777777" w:rsidR="000C4CB5" w:rsidRPr="0025334A" w:rsidRDefault="004E746A">
            <w:pPr>
              <w:ind w:firstLine="0"/>
              <w:jc w:val="left"/>
              <w:rPr>
                <w:sz w:val="22"/>
                <w:szCs w:val="28"/>
              </w:rPr>
            </w:pPr>
            <w:proofErr w:type="spellStart"/>
            <w:r w:rsidRPr="0025334A">
              <w:rPr>
                <w:sz w:val="22"/>
                <w:szCs w:val="28"/>
              </w:rPr>
              <w:t>Fără</w:t>
            </w:r>
            <w:proofErr w:type="spellEnd"/>
            <w:r w:rsidRPr="0025334A">
              <w:rPr>
                <w:sz w:val="22"/>
                <w:szCs w:val="28"/>
              </w:rPr>
              <w:t xml:space="preserve"> </w:t>
            </w:r>
            <w:proofErr w:type="spellStart"/>
            <w:r w:rsidRPr="0025334A">
              <w:rPr>
                <w:sz w:val="22"/>
                <w:szCs w:val="28"/>
              </w:rPr>
              <w:t>întreruperi</w:t>
            </w:r>
            <w:proofErr w:type="spellEnd"/>
            <w:r w:rsidRPr="0025334A">
              <w:rPr>
                <w:sz w:val="22"/>
                <w:szCs w:val="28"/>
              </w:rPr>
              <w:t xml:space="preserve"> </w:t>
            </w:r>
            <w:proofErr w:type="spellStart"/>
            <w:r w:rsidRPr="0025334A">
              <w:rPr>
                <w:sz w:val="22"/>
                <w:szCs w:val="28"/>
              </w:rPr>
              <w:t>imputabile</w:t>
            </w:r>
            <w:proofErr w:type="spellEnd"/>
            <w:r w:rsidRPr="0025334A">
              <w:rPr>
                <w:sz w:val="22"/>
                <w:szCs w:val="28"/>
              </w:rPr>
              <w:t xml:space="preserve"> </w:t>
            </w:r>
            <w:proofErr w:type="spellStart"/>
            <w:r w:rsidRPr="0025334A">
              <w:rPr>
                <w:sz w:val="22"/>
                <w:szCs w:val="28"/>
              </w:rPr>
              <w:t>prestatorului</w:t>
            </w:r>
            <w:proofErr w:type="spellEnd"/>
          </w:p>
        </w:tc>
        <w:tc>
          <w:tcPr>
            <w:tcW w:w="1906" w:type="pct"/>
            <w:vAlign w:val="center"/>
          </w:tcPr>
          <w:p w14:paraId="2E72E506" w14:textId="77777777" w:rsidR="000C4CB5" w:rsidRPr="0025334A" w:rsidRDefault="004E746A">
            <w:pPr>
              <w:ind w:firstLine="0"/>
              <w:jc w:val="left"/>
              <w:rPr>
                <w:sz w:val="22"/>
                <w:szCs w:val="28"/>
              </w:rPr>
            </w:pPr>
            <w:proofErr w:type="spellStart"/>
            <w:r w:rsidRPr="0025334A">
              <w:rPr>
                <w:sz w:val="22"/>
                <w:szCs w:val="28"/>
              </w:rPr>
              <w:t>Registru</w:t>
            </w:r>
            <w:proofErr w:type="spellEnd"/>
            <w:r w:rsidRPr="0025334A">
              <w:rPr>
                <w:sz w:val="22"/>
                <w:szCs w:val="28"/>
              </w:rPr>
              <w:t xml:space="preserve"> </w:t>
            </w:r>
            <w:proofErr w:type="spellStart"/>
            <w:r w:rsidRPr="0025334A">
              <w:rPr>
                <w:sz w:val="22"/>
                <w:szCs w:val="28"/>
              </w:rPr>
              <w:t>incidente</w:t>
            </w:r>
            <w:proofErr w:type="spellEnd"/>
            <w:r w:rsidRPr="0025334A">
              <w:rPr>
                <w:sz w:val="22"/>
                <w:szCs w:val="28"/>
              </w:rPr>
              <w:t xml:space="preserve"> / </w:t>
            </w:r>
            <w:proofErr w:type="spellStart"/>
            <w:r w:rsidRPr="0025334A">
              <w:rPr>
                <w:sz w:val="22"/>
                <w:szCs w:val="28"/>
              </w:rPr>
              <w:t>livrări</w:t>
            </w:r>
            <w:proofErr w:type="spellEnd"/>
          </w:p>
        </w:tc>
      </w:tr>
      <w:tr w:rsidR="0025334A" w:rsidRPr="0025334A" w14:paraId="79A0D9B5" w14:textId="77777777" w:rsidTr="0025334A">
        <w:trPr>
          <w:jc w:val="center"/>
        </w:trPr>
        <w:tc>
          <w:tcPr>
            <w:tcW w:w="1313" w:type="pct"/>
            <w:vAlign w:val="center"/>
          </w:tcPr>
          <w:p w14:paraId="1F7CE25F" w14:textId="77777777" w:rsidR="000C4CB5" w:rsidRPr="0025334A" w:rsidRDefault="004E746A">
            <w:pPr>
              <w:ind w:firstLine="0"/>
              <w:jc w:val="left"/>
              <w:rPr>
                <w:sz w:val="22"/>
                <w:szCs w:val="28"/>
              </w:rPr>
            </w:pPr>
            <w:proofErr w:type="spellStart"/>
            <w:r w:rsidRPr="0025334A">
              <w:rPr>
                <w:sz w:val="22"/>
                <w:szCs w:val="28"/>
              </w:rPr>
              <w:t>Raportare</w:t>
            </w:r>
            <w:proofErr w:type="spellEnd"/>
          </w:p>
        </w:tc>
        <w:tc>
          <w:tcPr>
            <w:tcW w:w="1781" w:type="pct"/>
            <w:vAlign w:val="center"/>
          </w:tcPr>
          <w:p w14:paraId="15051215" w14:textId="66E0D4FB" w:rsidR="000C4CB5" w:rsidRPr="0025334A" w:rsidRDefault="0025334A">
            <w:pPr>
              <w:ind w:firstLine="0"/>
              <w:jc w:val="left"/>
              <w:rPr>
                <w:sz w:val="22"/>
                <w:szCs w:val="28"/>
              </w:rPr>
            </w:pPr>
            <w:proofErr w:type="spellStart"/>
            <w:r w:rsidRPr="0025334A">
              <w:rPr>
                <w:sz w:val="22"/>
                <w:szCs w:val="28"/>
              </w:rPr>
              <w:t>Documente</w:t>
            </w:r>
            <w:proofErr w:type="spellEnd"/>
            <w:r w:rsidRPr="0025334A">
              <w:rPr>
                <w:sz w:val="22"/>
                <w:szCs w:val="28"/>
              </w:rPr>
              <w:t xml:space="preserve"> c</w:t>
            </w:r>
            <w:r w:rsidR="004E746A" w:rsidRPr="0025334A">
              <w:rPr>
                <w:sz w:val="22"/>
                <w:szCs w:val="28"/>
              </w:rPr>
              <w:t>omplet</w:t>
            </w:r>
            <w:r w:rsidRPr="0025334A">
              <w:rPr>
                <w:sz w:val="22"/>
                <w:szCs w:val="28"/>
              </w:rPr>
              <w:t>e</w:t>
            </w:r>
            <w:r w:rsidR="004E746A" w:rsidRPr="0025334A">
              <w:rPr>
                <w:sz w:val="22"/>
                <w:szCs w:val="28"/>
              </w:rPr>
              <w:t xml:space="preserve"> </w:t>
            </w:r>
            <w:proofErr w:type="spellStart"/>
            <w:r w:rsidR="004E746A" w:rsidRPr="0025334A">
              <w:rPr>
                <w:sz w:val="22"/>
                <w:szCs w:val="28"/>
              </w:rPr>
              <w:t>și</w:t>
            </w:r>
            <w:proofErr w:type="spellEnd"/>
            <w:r w:rsidR="004E746A" w:rsidRPr="0025334A">
              <w:rPr>
                <w:sz w:val="22"/>
                <w:szCs w:val="28"/>
              </w:rPr>
              <w:t xml:space="preserve"> la termen</w:t>
            </w:r>
          </w:p>
        </w:tc>
        <w:tc>
          <w:tcPr>
            <w:tcW w:w="1906" w:type="pct"/>
            <w:vAlign w:val="center"/>
          </w:tcPr>
          <w:p w14:paraId="7E93729C" w14:textId="77777777" w:rsidR="000C4CB5" w:rsidRPr="0025334A" w:rsidRDefault="004E746A">
            <w:pPr>
              <w:ind w:firstLine="0"/>
              <w:jc w:val="left"/>
              <w:rPr>
                <w:sz w:val="22"/>
                <w:szCs w:val="28"/>
              </w:rPr>
            </w:pPr>
            <w:proofErr w:type="spellStart"/>
            <w:r w:rsidRPr="0025334A">
              <w:rPr>
                <w:sz w:val="22"/>
                <w:szCs w:val="28"/>
              </w:rPr>
              <w:t>Rapoarte</w:t>
            </w:r>
            <w:proofErr w:type="spellEnd"/>
            <w:r w:rsidRPr="0025334A">
              <w:rPr>
                <w:sz w:val="22"/>
                <w:szCs w:val="28"/>
              </w:rPr>
              <w:t xml:space="preserve"> </w:t>
            </w:r>
            <w:proofErr w:type="spellStart"/>
            <w:r w:rsidRPr="0025334A">
              <w:rPr>
                <w:sz w:val="22"/>
                <w:szCs w:val="28"/>
              </w:rPr>
              <w:t>zilnice</w:t>
            </w:r>
            <w:proofErr w:type="spellEnd"/>
            <w:r w:rsidRPr="0025334A">
              <w:rPr>
                <w:sz w:val="22"/>
                <w:szCs w:val="28"/>
              </w:rPr>
              <w:t>/</w:t>
            </w:r>
            <w:proofErr w:type="spellStart"/>
            <w:r w:rsidRPr="0025334A">
              <w:rPr>
                <w:sz w:val="22"/>
                <w:szCs w:val="28"/>
              </w:rPr>
              <w:t>lunare</w:t>
            </w:r>
            <w:proofErr w:type="spellEnd"/>
          </w:p>
        </w:tc>
      </w:tr>
    </w:tbl>
    <w:p w14:paraId="1273FD0D" w14:textId="6F1C2150" w:rsidR="000C4CB5" w:rsidRPr="0025334A" w:rsidRDefault="004E746A">
      <w:pPr>
        <w:spacing w:after="50" w:line="247" w:lineRule="auto"/>
      </w:pPr>
      <w:proofErr w:type="spellStart"/>
      <w:r w:rsidRPr="0025334A">
        <w:t>Indicatorii</w:t>
      </w:r>
      <w:proofErr w:type="spellEnd"/>
      <w:r w:rsidRPr="0025334A">
        <w:t xml:space="preserve"> se </w:t>
      </w:r>
      <w:proofErr w:type="spellStart"/>
      <w:r w:rsidRPr="0025334A">
        <w:t>utilizează</w:t>
      </w:r>
      <w:proofErr w:type="spellEnd"/>
      <w:r w:rsidRPr="0025334A">
        <w:t xml:space="preserve"> </w:t>
      </w:r>
      <w:proofErr w:type="spellStart"/>
      <w:r w:rsidRPr="0025334A">
        <w:t>pentru</w:t>
      </w:r>
      <w:proofErr w:type="spellEnd"/>
      <w:r w:rsidRPr="0025334A">
        <w:t xml:space="preserve"> </w:t>
      </w:r>
      <w:proofErr w:type="spellStart"/>
      <w:r w:rsidRPr="0025334A">
        <w:t>monitorizarea</w:t>
      </w:r>
      <w:proofErr w:type="spellEnd"/>
      <w:r w:rsidRPr="0025334A">
        <w:t xml:space="preserve"> </w:t>
      </w:r>
      <w:proofErr w:type="spellStart"/>
      <w:r w:rsidRPr="0025334A">
        <w:t>contractului</w:t>
      </w:r>
      <w:proofErr w:type="spellEnd"/>
      <w:r w:rsidRPr="0025334A">
        <w:t xml:space="preserve">, </w:t>
      </w:r>
      <w:proofErr w:type="spellStart"/>
      <w:r w:rsidRPr="0025334A">
        <w:t>analiza</w:t>
      </w:r>
      <w:proofErr w:type="spellEnd"/>
      <w:r w:rsidRPr="0025334A">
        <w:t xml:space="preserve"> </w:t>
      </w:r>
      <w:proofErr w:type="spellStart"/>
      <w:r w:rsidRPr="0025334A">
        <w:t>performanței</w:t>
      </w:r>
      <w:proofErr w:type="spellEnd"/>
      <w:r w:rsidRPr="0025334A">
        <w:t xml:space="preserve"> </w:t>
      </w:r>
      <w:proofErr w:type="spellStart"/>
      <w:r w:rsidRPr="0025334A">
        <w:t>și</w:t>
      </w:r>
      <w:proofErr w:type="spellEnd"/>
      <w:r w:rsidRPr="0025334A">
        <w:t xml:space="preserve"> </w:t>
      </w:r>
      <w:proofErr w:type="spellStart"/>
      <w:r w:rsidRPr="0025334A">
        <w:t>documentul</w:t>
      </w:r>
      <w:proofErr w:type="spellEnd"/>
      <w:r w:rsidRPr="0025334A">
        <w:t xml:space="preserve"> </w:t>
      </w:r>
      <w:proofErr w:type="spellStart"/>
      <w:r w:rsidRPr="0025334A">
        <w:t>constatator</w:t>
      </w:r>
      <w:proofErr w:type="spellEnd"/>
      <w:r w:rsidRPr="0025334A">
        <w:t xml:space="preserve">. </w:t>
      </w:r>
      <w:proofErr w:type="spellStart"/>
      <w:r w:rsidRPr="0025334A">
        <w:t>Abaterile</w:t>
      </w:r>
      <w:proofErr w:type="spellEnd"/>
      <w:r w:rsidRPr="0025334A">
        <w:t xml:space="preserve"> se </w:t>
      </w:r>
      <w:proofErr w:type="spellStart"/>
      <w:r w:rsidRPr="0025334A">
        <w:t>tratează</w:t>
      </w:r>
      <w:proofErr w:type="spellEnd"/>
      <w:r w:rsidRPr="0025334A">
        <w:t xml:space="preserve"> </w:t>
      </w:r>
      <w:proofErr w:type="spellStart"/>
      <w:r w:rsidRPr="0025334A">
        <w:t>potrivit</w:t>
      </w:r>
      <w:proofErr w:type="spellEnd"/>
      <w:r w:rsidRPr="0025334A">
        <w:t xml:space="preserve"> </w:t>
      </w:r>
      <w:proofErr w:type="spellStart"/>
      <w:r w:rsidRPr="0025334A">
        <w:t>gravității</w:t>
      </w:r>
      <w:proofErr w:type="spellEnd"/>
      <w:r w:rsidRPr="0025334A">
        <w:t xml:space="preserve">, </w:t>
      </w:r>
      <w:proofErr w:type="spellStart"/>
      <w:r w:rsidRPr="0025334A">
        <w:t>repetitivității</w:t>
      </w:r>
      <w:proofErr w:type="spellEnd"/>
      <w:r w:rsidRPr="0025334A">
        <w:t xml:space="preserve"> </w:t>
      </w:r>
      <w:proofErr w:type="spellStart"/>
      <w:r w:rsidRPr="0025334A">
        <w:t>și</w:t>
      </w:r>
      <w:proofErr w:type="spellEnd"/>
      <w:r w:rsidRPr="0025334A">
        <w:t xml:space="preserve"> </w:t>
      </w:r>
      <w:proofErr w:type="spellStart"/>
      <w:r w:rsidRPr="0025334A">
        <w:t>impactului</w:t>
      </w:r>
      <w:proofErr w:type="spellEnd"/>
      <w:r w:rsidRPr="0025334A">
        <w:t xml:space="preserve"> </w:t>
      </w:r>
      <w:proofErr w:type="spellStart"/>
      <w:r w:rsidRPr="0025334A">
        <w:t>asupra</w:t>
      </w:r>
      <w:proofErr w:type="spellEnd"/>
      <w:r w:rsidRPr="0025334A">
        <w:t xml:space="preserve"> </w:t>
      </w:r>
      <w:proofErr w:type="spellStart"/>
      <w:r w:rsidRPr="0025334A">
        <w:t>beneficiarilor</w:t>
      </w:r>
      <w:proofErr w:type="spellEnd"/>
      <w:r w:rsidRPr="0025334A">
        <w:t xml:space="preserve">, </w:t>
      </w:r>
      <w:proofErr w:type="spellStart"/>
      <w:r w:rsidRPr="0025334A">
        <w:t>fără</w:t>
      </w:r>
      <w:proofErr w:type="spellEnd"/>
      <w:r w:rsidRPr="0025334A">
        <w:t xml:space="preserve"> </w:t>
      </w:r>
      <w:proofErr w:type="spellStart"/>
      <w:r w:rsidRPr="0025334A">
        <w:t>dublarea</w:t>
      </w:r>
      <w:proofErr w:type="spellEnd"/>
      <w:r w:rsidRPr="0025334A">
        <w:t xml:space="preserve"> </w:t>
      </w:r>
      <w:proofErr w:type="spellStart"/>
      <w:r w:rsidRPr="0025334A">
        <w:t>nejustificată</w:t>
      </w:r>
      <w:proofErr w:type="spellEnd"/>
      <w:r w:rsidRPr="0025334A">
        <w:t xml:space="preserve"> a </w:t>
      </w:r>
      <w:proofErr w:type="spellStart"/>
      <w:r w:rsidRPr="0025334A">
        <w:t>aceleiași</w:t>
      </w:r>
      <w:proofErr w:type="spellEnd"/>
      <w:r w:rsidRPr="0025334A">
        <w:t xml:space="preserve"> </w:t>
      </w:r>
      <w:proofErr w:type="spellStart"/>
      <w:r w:rsidRPr="0025334A">
        <w:t>sancțiuni</w:t>
      </w:r>
      <w:proofErr w:type="spellEnd"/>
      <w:r w:rsidRPr="0025334A">
        <w:t xml:space="preserve"> </w:t>
      </w:r>
      <w:proofErr w:type="spellStart"/>
      <w:r w:rsidRPr="0025334A">
        <w:t>pentru</w:t>
      </w:r>
      <w:proofErr w:type="spellEnd"/>
      <w:r w:rsidRPr="0025334A">
        <w:t xml:space="preserve"> </w:t>
      </w:r>
      <w:proofErr w:type="spellStart"/>
      <w:r w:rsidRPr="0025334A">
        <w:t>aceeași</w:t>
      </w:r>
      <w:proofErr w:type="spellEnd"/>
      <w:r w:rsidRPr="0025334A">
        <w:t xml:space="preserve"> </w:t>
      </w:r>
      <w:proofErr w:type="spellStart"/>
      <w:r w:rsidRPr="0025334A">
        <w:t>faptă</w:t>
      </w:r>
      <w:proofErr w:type="spellEnd"/>
      <w:r w:rsidRPr="0025334A">
        <w:t>.</w:t>
      </w:r>
    </w:p>
    <w:p w14:paraId="76641FD5" w14:textId="609DD530" w:rsidR="0025334A" w:rsidRPr="0025334A" w:rsidRDefault="0025334A">
      <w:pPr>
        <w:spacing w:after="50" w:line="247" w:lineRule="auto"/>
      </w:pPr>
      <w:proofErr w:type="spellStart"/>
      <w:r w:rsidRPr="0025334A">
        <w:t>Repetarea</w:t>
      </w:r>
      <w:proofErr w:type="spellEnd"/>
      <w:r w:rsidRPr="0025334A">
        <w:t xml:space="preserve"> </w:t>
      </w:r>
      <w:proofErr w:type="spellStart"/>
      <w:r w:rsidRPr="0025334A">
        <w:t>aceleiași</w:t>
      </w:r>
      <w:proofErr w:type="spellEnd"/>
      <w:r w:rsidRPr="0025334A">
        <w:t xml:space="preserve"> </w:t>
      </w:r>
      <w:proofErr w:type="spellStart"/>
      <w:r w:rsidRPr="0025334A">
        <w:t>abateri</w:t>
      </w:r>
      <w:proofErr w:type="spellEnd"/>
      <w:r w:rsidRPr="0025334A">
        <w:t xml:space="preserve"> </w:t>
      </w:r>
      <w:proofErr w:type="spellStart"/>
      <w:r w:rsidRPr="0025334A">
        <w:t>sau</w:t>
      </w:r>
      <w:proofErr w:type="spellEnd"/>
      <w:r w:rsidRPr="0025334A">
        <w:t xml:space="preserve"> </w:t>
      </w:r>
      <w:proofErr w:type="spellStart"/>
      <w:r w:rsidRPr="0025334A">
        <w:t>degradarea</w:t>
      </w:r>
      <w:proofErr w:type="spellEnd"/>
      <w:r w:rsidRPr="0025334A">
        <w:t xml:space="preserve"> </w:t>
      </w:r>
      <w:proofErr w:type="spellStart"/>
      <w:r w:rsidRPr="0025334A">
        <w:t>performanței</w:t>
      </w:r>
      <w:proofErr w:type="spellEnd"/>
      <w:r w:rsidRPr="0025334A">
        <w:t xml:space="preserve"> </w:t>
      </w:r>
      <w:proofErr w:type="spellStart"/>
      <w:r w:rsidRPr="0025334A">
        <w:t>determină</w:t>
      </w:r>
      <w:proofErr w:type="spellEnd"/>
      <w:r w:rsidRPr="0025334A">
        <w:t xml:space="preserve"> </w:t>
      </w:r>
      <w:proofErr w:type="spellStart"/>
      <w:r w:rsidRPr="0025334A">
        <w:t>solicitarea</w:t>
      </w:r>
      <w:proofErr w:type="spellEnd"/>
      <w:r w:rsidRPr="0025334A">
        <w:t xml:space="preserve"> </w:t>
      </w:r>
      <w:proofErr w:type="spellStart"/>
      <w:r w:rsidRPr="0025334A">
        <w:t>unui</w:t>
      </w:r>
      <w:proofErr w:type="spellEnd"/>
      <w:r w:rsidRPr="0025334A">
        <w:t xml:space="preserve"> plan de </w:t>
      </w:r>
      <w:proofErr w:type="spellStart"/>
      <w:r w:rsidRPr="0025334A">
        <w:t>măsuri</w:t>
      </w:r>
      <w:proofErr w:type="spellEnd"/>
      <w:r w:rsidRPr="0025334A">
        <w:t xml:space="preserve">. </w:t>
      </w:r>
      <w:proofErr w:type="spellStart"/>
      <w:r w:rsidRPr="0025334A">
        <w:t>Abaterile</w:t>
      </w:r>
      <w:proofErr w:type="spellEnd"/>
      <w:r w:rsidRPr="0025334A">
        <w:t xml:space="preserve"> </w:t>
      </w:r>
      <w:proofErr w:type="spellStart"/>
      <w:r w:rsidRPr="0025334A">
        <w:t>majore</w:t>
      </w:r>
      <w:proofErr w:type="spellEnd"/>
      <w:r w:rsidRPr="0025334A">
        <w:t xml:space="preserve"> </w:t>
      </w:r>
      <w:proofErr w:type="spellStart"/>
      <w:r w:rsidRPr="0025334A">
        <w:t>sau</w:t>
      </w:r>
      <w:proofErr w:type="spellEnd"/>
      <w:r w:rsidRPr="0025334A">
        <w:t xml:space="preserve"> </w:t>
      </w:r>
      <w:proofErr w:type="spellStart"/>
      <w:r w:rsidRPr="0025334A">
        <w:t>critice</w:t>
      </w:r>
      <w:proofErr w:type="spellEnd"/>
      <w:r w:rsidRPr="0025334A">
        <w:t xml:space="preserve"> se </w:t>
      </w:r>
      <w:proofErr w:type="spellStart"/>
      <w:r w:rsidRPr="0025334A">
        <w:t>tratează</w:t>
      </w:r>
      <w:proofErr w:type="spellEnd"/>
      <w:r w:rsidRPr="0025334A">
        <w:t xml:space="preserve"> </w:t>
      </w:r>
      <w:proofErr w:type="spellStart"/>
      <w:r w:rsidRPr="0025334A">
        <w:t>imediat</w:t>
      </w:r>
      <w:proofErr w:type="spellEnd"/>
      <w:r w:rsidRPr="0025334A">
        <w:t xml:space="preserve">, la </w:t>
      </w:r>
      <w:proofErr w:type="spellStart"/>
      <w:r w:rsidRPr="0025334A">
        <w:t>momentul</w:t>
      </w:r>
      <w:proofErr w:type="spellEnd"/>
      <w:r w:rsidRPr="0025334A">
        <w:t xml:space="preserve"> </w:t>
      </w:r>
      <w:proofErr w:type="spellStart"/>
      <w:r w:rsidRPr="0025334A">
        <w:t>constatării</w:t>
      </w:r>
      <w:proofErr w:type="spellEnd"/>
      <w:r w:rsidRPr="0025334A">
        <w:t xml:space="preserve">. </w:t>
      </w:r>
      <w:proofErr w:type="spellStart"/>
      <w:r w:rsidRPr="0025334A">
        <w:t>Consecințele</w:t>
      </w:r>
      <w:proofErr w:type="spellEnd"/>
      <w:r w:rsidRPr="0025334A">
        <w:t xml:space="preserve"> </w:t>
      </w:r>
      <w:proofErr w:type="spellStart"/>
      <w:r w:rsidRPr="0025334A">
        <w:t>juridice</w:t>
      </w:r>
      <w:proofErr w:type="spellEnd"/>
      <w:r w:rsidRPr="0025334A">
        <w:t xml:space="preserve"> </w:t>
      </w:r>
      <w:proofErr w:type="spellStart"/>
      <w:r w:rsidRPr="0025334A">
        <w:t>și</w:t>
      </w:r>
      <w:proofErr w:type="spellEnd"/>
      <w:r w:rsidRPr="0025334A">
        <w:t xml:space="preserve"> </w:t>
      </w:r>
      <w:proofErr w:type="spellStart"/>
      <w:r w:rsidRPr="0025334A">
        <w:t>financiare</w:t>
      </w:r>
      <w:proofErr w:type="spellEnd"/>
      <w:r w:rsidRPr="0025334A">
        <w:t xml:space="preserve"> se </w:t>
      </w:r>
      <w:proofErr w:type="spellStart"/>
      <w:r w:rsidRPr="0025334A">
        <w:t>aplică</w:t>
      </w:r>
      <w:proofErr w:type="spellEnd"/>
      <w:r w:rsidRPr="0025334A">
        <w:t xml:space="preserve"> </w:t>
      </w:r>
      <w:proofErr w:type="spellStart"/>
      <w:r w:rsidRPr="0025334A">
        <w:t>potrivit</w:t>
      </w:r>
      <w:proofErr w:type="spellEnd"/>
      <w:r w:rsidRPr="0025334A">
        <w:t xml:space="preserve"> </w:t>
      </w:r>
      <w:proofErr w:type="spellStart"/>
      <w:r w:rsidRPr="0025334A">
        <w:t>acordului-cadru</w:t>
      </w:r>
      <w:proofErr w:type="spellEnd"/>
      <w:r w:rsidRPr="0025334A">
        <w:t xml:space="preserve"> </w:t>
      </w:r>
      <w:proofErr w:type="spellStart"/>
      <w:r w:rsidRPr="0025334A">
        <w:t>și</w:t>
      </w:r>
      <w:proofErr w:type="spellEnd"/>
      <w:r w:rsidRPr="0025334A">
        <w:t xml:space="preserve"> </w:t>
      </w:r>
      <w:proofErr w:type="spellStart"/>
      <w:r w:rsidRPr="0025334A">
        <w:t>contractelor</w:t>
      </w:r>
      <w:proofErr w:type="spellEnd"/>
      <w:r w:rsidRPr="0025334A">
        <w:t xml:space="preserve"> </w:t>
      </w:r>
      <w:proofErr w:type="spellStart"/>
      <w:r w:rsidRPr="0025334A">
        <w:t>subsecvente</w:t>
      </w:r>
      <w:proofErr w:type="spellEnd"/>
    </w:p>
    <w:p w14:paraId="48232C76" w14:textId="15125C25" w:rsidR="0025334A" w:rsidRPr="0025334A" w:rsidRDefault="0025334A" w:rsidP="0025334A">
      <w:pPr>
        <w:pStyle w:val="Heading2"/>
        <w:rPr>
          <w:color w:val="auto"/>
        </w:rPr>
      </w:pPr>
      <w:bookmarkStart w:id="61" w:name="_Toc242951502"/>
      <w:r w:rsidRPr="0025334A">
        <w:rPr>
          <w:color w:val="auto"/>
        </w:rPr>
        <w:t xml:space="preserve">7.5. </w:t>
      </w:r>
      <w:proofErr w:type="spellStart"/>
      <w:r w:rsidRPr="0025334A">
        <w:rPr>
          <w:color w:val="auto"/>
        </w:rPr>
        <w:t>Confidențialitatea</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protecția</w:t>
      </w:r>
      <w:proofErr w:type="spellEnd"/>
      <w:r w:rsidRPr="0025334A">
        <w:rPr>
          <w:color w:val="auto"/>
        </w:rPr>
        <w:t xml:space="preserve"> </w:t>
      </w:r>
      <w:proofErr w:type="spellStart"/>
      <w:r w:rsidRPr="0025334A">
        <w:rPr>
          <w:color w:val="auto"/>
        </w:rPr>
        <w:t>datelor</w:t>
      </w:r>
      <w:bookmarkEnd w:id="61"/>
      <w:proofErr w:type="spellEnd"/>
    </w:p>
    <w:p w14:paraId="086D8409" w14:textId="77777777" w:rsidR="0025334A" w:rsidRPr="0025334A" w:rsidRDefault="0025334A" w:rsidP="0025334A">
      <w:pPr>
        <w:spacing w:after="50"/>
      </w:pPr>
      <w:proofErr w:type="spellStart"/>
      <w:r w:rsidRPr="0025334A">
        <w:t>Prestatorul</w:t>
      </w:r>
      <w:proofErr w:type="spellEnd"/>
      <w:r w:rsidRPr="0025334A">
        <w:t xml:space="preserve"> </w:t>
      </w:r>
      <w:proofErr w:type="spellStart"/>
      <w:r w:rsidRPr="0025334A">
        <w:t>primește</w:t>
      </w:r>
      <w:proofErr w:type="spellEnd"/>
      <w:r w:rsidRPr="0025334A">
        <w:t xml:space="preserve"> </w:t>
      </w:r>
      <w:proofErr w:type="spellStart"/>
      <w:r w:rsidRPr="0025334A">
        <w:t>datele</w:t>
      </w:r>
      <w:proofErr w:type="spellEnd"/>
      <w:r w:rsidRPr="0025334A">
        <w:t xml:space="preserve"> </w:t>
      </w:r>
      <w:proofErr w:type="spellStart"/>
      <w:r w:rsidRPr="0025334A">
        <w:t>despre</w:t>
      </w:r>
      <w:proofErr w:type="spellEnd"/>
      <w:r w:rsidRPr="0025334A">
        <w:t xml:space="preserve"> </w:t>
      </w:r>
      <w:proofErr w:type="spellStart"/>
      <w:r w:rsidRPr="0025334A">
        <w:t>beneficiari</w:t>
      </w:r>
      <w:proofErr w:type="spellEnd"/>
      <w:r w:rsidRPr="0025334A">
        <w:t xml:space="preserve"> strict </w:t>
      </w:r>
      <w:proofErr w:type="spellStart"/>
      <w:r w:rsidRPr="0025334A">
        <w:t>necesare</w:t>
      </w:r>
      <w:proofErr w:type="spellEnd"/>
      <w:r w:rsidRPr="0025334A">
        <w:t xml:space="preserve"> </w:t>
      </w:r>
      <w:proofErr w:type="spellStart"/>
      <w:r w:rsidRPr="0025334A">
        <w:t>pregătirii</w:t>
      </w:r>
      <w:proofErr w:type="spellEnd"/>
      <w:r w:rsidRPr="0025334A">
        <w:t xml:space="preserve"> </w:t>
      </w:r>
      <w:proofErr w:type="spellStart"/>
      <w:r w:rsidRPr="0025334A">
        <w:t>și</w:t>
      </w:r>
      <w:proofErr w:type="spellEnd"/>
      <w:r w:rsidRPr="0025334A">
        <w:t xml:space="preserve"> </w:t>
      </w:r>
      <w:proofErr w:type="spellStart"/>
      <w:r w:rsidRPr="0025334A">
        <w:t>identificării</w:t>
      </w:r>
      <w:proofErr w:type="spellEnd"/>
      <w:r w:rsidRPr="0025334A">
        <w:t xml:space="preserve"> </w:t>
      </w:r>
      <w:proofErr w:type="spellStart"/>
      <w:r w:rsidRPr="0025334A">
        <w:t>corecte</w:t>
      </w:r>
      <w:proofErr w:type="spellEnd"/>
      <w:r w:rsidRPr="0025334A">
        <w:t xml:space="preserve"> a </w:t>
      </w:r>
      <w:proofErr w:type="spellStart"/>
      <w:r w:rsidRPr="0025334A">
        <w:t>meniurilor</w:t>
      </w:r>
      <w:proofErr w:type="spellEnd"/>
      <w:r w:rsidRPr="0025334A">
        <w:t xml:space="preserve">. </w:t>
      </w:r>
      <w:proofErr w:type="spellStart"/>
      <w:r w:rsidRPr="0025334A">
        <w:t>Regimurile</w:t>
      </w:r>
      <w:proofErr w:type="spellEnd"/>
      <w:r w:rsidRPr="0025334A">
        <w:t xml:space="preserve">, </w:t>
      </w:r>
      <w:proofErr w:type="spellStart"/>
      <w:r w:rsidRPr="0025334A">
        <w:t>alergiile</w:t>
      </w:r>
      <w:proofErr w:type="spellEnd"/>
      <w:r w:rsidRPr="0025334A">
        <w:t xml:space="preserve"> </w:t>
      </w:r>
      <w:proofErr w:type="spellStart"/>
      <w:r w:rsidRPr="0025334A">
        <w:t>și</w:t>
      </w:r>
      <w:proofErr w:type="spellEnd"/>
      <w:r w:rsidRPr="0025334A">
        <w:t xml:space="preserve"> </w:t>
      </w:r>
      <w:proofErr w:type="spellStart"/>
      <w:r w:rsidRPr="0025334A">
        <w:t>texturile</w:t>
      </w:r>
      <w:proofErr w:type="spellEnd"/>
      <w:r w:rsidRPr="0025334A">
        <w:t xml:space="preserve"> pot fi </w:t>
      </w:r>
      <w:proofErr w:type="spellStart"/>
      <w:r w:rsidRPr="0025334A">
        <w:t>gestionate</w:t>
      </w:r>
      <w:proofErr w:type="spellEnd"/>
      <w:r w:rsidRPr="0025334A">
        <w:t xml:space="preserve"> </w:t>
      </w:r>
      <w:proofErr w:type="spellStart"/>
      <w:r w:rsidRPr="0025334A">
        <w:t>prin</w:t>
      </w:r>
      <w:proofErr w:type="spellEnd"/>
      <w:r w:rsidRPr="0025334A">
        <w:t xml:space="preserve"> </w:t>
      </w:r>
      <w:proofErr w:type="spellStart"/>
      <w:r w:rsidRPr="0025334A">
        <w:t>coduri</w:t>
      </w:r>
      <w:proofErr w:type="spellEnd"/>
      <w:r w:rsidRPr="0025334A">
        <w:t xml:space="preserve">, </w:t>
      </w:r>
      <w:proofErr w:type="spellStart"/>
      <w:r w:rsidRPr="0025334A">
        <w:t>iar</w:t>
      </w:r>
      <w:proofErr w:type="spellEnd"/>
      <w:r w:rsidRPr="0025334A">
        <w:t xml:space="preserve"> </w:t>
      </w:r>
      <w:proofErr w:type="spellStart"/>
      <w:r w:rsidRPr="0025334A">
        <w:t>ambalajele</w:t>
      </w:r>
      <w:proofErr w:type="spellEnd"/>
      <w:r w:rsidRPr="0025334A">
        <w:t xml:space="preserve"> </w:t>
      </w:r>
      <w:proofErr w:type="spellStart"/>
      <w:r w:rsidRPr="0025334A">
        <w:t>includ</w:t>
      </w:r>
      <w:proofErr w:type="spellEnd"/>
      <w:r w:rsidRPr="0025334A">
        <w:t xml:space="preserve"> </w:t>
      </w:r>
      <w:proofErr w:type="spellStart"/>
      <w:r w:rsidRPr="0025334A">
        <w:t>exclusiv</w:t>
      </w:r>
      <w:proofErr w:type="spellEnd"/>
      <w:r w:rsidRPr="0025334A">
        <w:t xml:space="preserve"> </w:t>
      </w:r>
      <w:proofErr w:type="spellStart"/>
      <w:r w:rsidRPr="0025334A">
        <w:t>datele</w:t>
      </w:r>
      <w:proofErr w:type="spellEnd"/>
      <w:r w:rsidRPr="0025334A">
        <w:t xml:space="preserve"> </w:t>
      </w:r>
      <w:proofErr w:type="spellStart"/>
      <w:r w:rsidRPr="0025334A">
        <w:t>personale</w:t>
      </w:r>
      <w:proofErr w:type="spellEnd"/>
      <w:r w:rsidRPr="0025334A">
        <w:t xml:space="preserve"> </w:t>
      </w:r>
      <w:proofErr w:type="spellStart"/>
      <w:r w:rsidRPr="0025334A">
        <w:t>necesare</w:t>
      </w:r>
      <w:proofErr w:type="spellEnd"/>
      <w:r w:rsidRPr="0025334A">
        <w:t xml:space="preserve"> </w:t>
      </w:r>
      <w:proofErr w:type="spellStart"/>
      <w:r w:rsidRPr="0025334A">
        <w:t>identificării</w:t>
      </w:r>
      <w:proofErr w:type="spellEnd"/>
      <w:r w:rsidRPr="0025334A">
        <w:t xml:space="preserve"> </w:t>
      </w:r>
      <w:proofErr w:type="spellStart"/>
      <w:r w:rsidRPr="0025334A">
        <w:t>corecte</w:t>
      </w:r>
      <w:proofErr w:type="spellEnd"/>
      <w:r w:rsidRPr="0025334A">
        <w:t xml:space="preserve"> a </w:t>
      </w:r>
      <w:proofErr w:type="spellStart"/>
      <w:r w:rsidRPr="0025334A">
        <w:t>porției</w:t>
      </w:r>
      <w:proofErr w:type="spellEnd"/>
      <w:r w:rsidRPr="0025334A">
        <w:t>.</w:t>
      </w:r>
    </w:p>
    <w:p w14:paraId="52D17285" w14:textId="7C65B8DA" w:rsidR="0025334A" w:rsidRPr="0025334A" w:rsidRDefault="0025334A" w:rsidP="0025334A">
      <w:pPr>
        <w:spacing w:after="50"/>
      </w:pPr>
      <w:proofErr w:type="spellStart"/>
      <w:r w:rsidRPr="0025334A">
        <w:t>Personalul</w:t>
      </w:r>
      <w:proofErr w:type="spellEnd"/>
      <w:r w:rsidRPr="0025334A">
        <w:t xml:space="preserve"> </w:t>
      </w:r>
      <w:proofErr w:type="spellStart"/>
      <w:r w:rsidRPr="0025334A">
        <w:t>prestatorului</w:t>
      </w:r>
      <w:proofErr w:type="spellEnd"/>
      <w:r w:rsidRPr="0025334A">
        <w:t xml:space="preserve"> </w:t>
      </w:r>
      <w:proofErr w:type="spellStart"/>
      <w:r w:rsidRPr="0025334A">
        <w:t>respectă</w:t>
      </w:r>
      <w:proofErr w:type="spellEnd"/>
      <w:r w:rsidRPr="0025334A">
        <w:t xml:space="preserve"> </w:t>
      </w:r>
      <w:proofErr w:type="spellStart"/>
      <w:r w:rsidRPr="0025334A">
        <w:t>regulile</w:t>
      </w:r>
      <w:proofErr w:type="spellEnd"/>
      <w:r w:rsidRPr="0025334A">
        <w:t xml:space="preserve"> de </w:t>
      </w:r>
      <w:proofErr w:type="spellStart"/>
      <w:r w:rsidRPr="0025334A">
        <w:t>acces</w:t>
      </w:r>
      <w:proofErr w:type="spellEnd"/>
      <w:r w:rsidRPr="0025334A">
        <w:t xml:space="preserve">, </w:t>
      </w:r>
      <w:proofErr w:type="spellStart"/>
      <w:r w:rsidRPr="0025334A">
        <w:t>securitate</w:t>
      </w:r>
      <w:proofErr w:type="spellEnd"/>
      <w:r w:rsidRPr="0025334A">
        <w:t xml:space="preserve">, </w:t>
      </w:r>
      <w:proofErr w:type="spellStart"/>
      <w:r w:rsidRPr="0025334A">
        <w:t>igienă</w:t>
      </w:r>
      <w:proofErr w:type="spellEnd"/>
      <w:r w:rsidRPr="0025334A">
        <w:t xml:space="preserve"> </w:t>
      </w:r>
      <w:proofErr w:type="spellStart"/>
      <w:r w:rsidRPr="0025334A">
        <w:t>și</w:t>
      </w:r>
      <w:proofErr w:type="spellEnd"/>
      <w:r w:rsidRPr="0025334A">
        <w:t xml:space="preserve"> </w:t>
      </w:r>
      <w:proofErr w:type="spellStart"/>
      <w:r w:rsidRPr="0025334A">
        <w:t>conduită</w:t>
      </w:r>
      <w:proofErr w:type="spellEnd"/>
      <w:r w:rsidRPr="0025334A">
        <w:t xml:space="preserve"> ale </w:t>
      </w:r>
      <w:proofErr w:type="spellStart"/>
      <w:r w:rsidRPr="0025334A">
        <w:t>centrelor</w:t>
      </w:r>
      <w:proofErr w:type="spellEnd"/>
      <w:r w:rsidRPr="0025334A">
        <w:t xml:space="preserve"> </w:t>
      </w:r>
      <w:proofErr w:type="spellStart"/>
      <w:r w:rsidRPr="0025334A">
        <w:t>și</w:t>
      </w:r>
      <w:proofErr w:type="spellEnd"/>
      <w:r w:rsidRPr="0025334A">
        <w:t xml:space="preserve"> </w:t>
      </w:r>
      <w:proofErr w:type="spellStart"/>
      <w:r w:rsidRPr="0025334A">
        <w:t>își</w:t>
      </w:r>
      <w:proofErr w:type="spellEnd"/>
      <w:r w:rsidRPr="0025334A">
        <w:t xml:space="preserve"> </w:t>
      </w:r>
      <w:proofErr w:type="spellStart"/>
      <w:r w:rsidRPr="0025334A">
        <w:t>desfășoară</w:t>
      </w:r>
      <w:proofErr w:type="spellEnd"/>
      <w:r w:rsidRPr="0025334A">
        <w:t xml:space="preserve"> </w:t>
      </w:r>
      <w:proofErr w:type="spellStart"/>
      <w:r w:rsidRPr="0025334A">
        <w:t>activitatea</w:t>
      </w:r>
      <w:proofErr w:type="spellEnd"/>
      <w:r w:rsidRPr="0025334A">
        <w:t xml:space="preserve"> </w:t>
      </w:r>
      <w:proofErr w:type="spellStart"/>
      <w:r w:rsidRPr="0025334A">
        <w:t>în</w:t>
      </w:r>
      <w:proofErr w:type="spellEnd"/>
      <w:r w:rsidRPr="0025334A">
        <w:t xml:space="preserve"> </w:t>
      </w:r>
      <w:proofErr w:type="spellStart"/>
      <w:r w:rsidRPr="0025334A">
        <w:t>zonele</w:t>
      </w:r>
      <w:proofErr w:type="spellEnd"/>
      <w:r w:rsidRPr="0025334A">
        <w:t xml:space="preserve"> </w:t>
      </w:r>
      <w:proofErr w:type="spellStart"/>
      <w:r w:rsidRPr="0025334A">
        <w:t>necesare</w:t>
      </w:r>
      <w:proofErr w:type="spellEnd"/>
      <w:r w:rsidRPr="0025334A">
        <w:t xml:space="preserve"> </w:t>
      </w:r>
      <w:proofErr w:type="spellStart"/>
      <w:r w:rsidRPr="0025334A">
        <w:t>prestației</w:t>
      </w:r>
      <w:proofErr w:type="spellEnd"/>
      <w:r w:rsidRPr="0025334A">
        <w:t xml:space="preserve">. Orice </w:t>
      </w:r>
      <w:proofErr w:type="spellStart"/>
      <w:r w:rsidRPr="0025334A">
        <w:t>documentare</w:t>
      </w:r>
      <w:proofErr w:type="spellEnd"/>
      <w:r w:rsidRPr="0025334A">
        <w:t xml:space="preserve"> </w:t>
      </w:r>
      <w:proofErr w:type="spellStart"/>
      <w:r w:rsidRPr="0025334A">
        <w:t>fotografică</w:t>
      </w:r>
      <w:proofErr w:type="spellEnd"/>
      <w:r w:rsidRPr="0025334A">
        <w:t xml:space="preserve"> se </w:t>
      </w:r>
      <w:proofErr w:type="spellStart"/>
      <w:r w:rsidRPr="0025334A">
        <w:t>realizează</w:t>
      </w:r>
      <w:proofErr w:type="spellEnd"/>
      <w:r w:rsidRPr="0025334A">
        <w:t xml:space="preserve"> </w:t>
      </w:r>
      <w:proofErr w:type="spellStart"/>
      <w:r w:rsidRPr="0025334A">
        <w:t>numai</w:t>
      </w:r>
      <w:proofErr w:type="spellEnd"/>
      <w:r w:rsidRPr="0025334A">
        <w:t xml:space="preserve"> </w:t>
      </w:r>
      <w:proofErr w:type="spellStart"/>
      <w:r w:rsidRPr="0025334A">
        <w:t>în</w:t>
      </w:r>
      <w:proofErr w:type="spellEnd"/>
      <w:r w:rsidRPr="0025334A">
        <w:t xml:space="preserve"> </w:t>
      </w:r>
      <w:proofErr w:type="spellStart"/>
      <w:r w:rsidRPr="0025334A">
        <w:t>situații</w:t>
      </w:r>
      <w:proofErr w:type="spellEnd"/>
      <w:r w:rsidRPr="0025334A">
        <w:t xml:space="preserve"> </w:t>
      </w:r>
      <w:proofErr w:type="spellStart"/>
      <w:r w:rsidRPr="0025334A">
        <w:t>autorizate</w:t>
      </w:r>
      <w:proofErr w:type="spellEnd"/>
      <w:r w:rsidRPr="0025334A">
        <w:t xml:space="preserve"> </w:t>
      </w:r>
      <w:proofErr w:type="spellStart"/>
      <w:r w:rsidRPr="0025334A">
        <w:t>și</w:t>
      </w:r>
      <w:proofErr w:type="spellEnd"/>
      <w:r w:rsidRPr="0025334A">
        <w:t xml:space="preserve"> cu </w:t>
      </w:r>
      <w:proofErr w:type="spellStart"/>
      <w:r w:rsidRPr="0025334A">
        <w:t>respectarea</w:t>
      </w:r>
      <w:proofErr w:type="spellEnd"/>
      <w:r w:rsidRPr="0025334A">
        <w:t xml:space="preserve"> </w:t>
      </w:r>
      <w:proofErr w:type="spellStart"/>
      <w:r w:rsidRPr="0025334A">
        <w:t>regulilor</w:t>
      </w:r>
      <w:proofErr w:type="spellEnd"/>
      <w:r w:rsidRPr="0025334A">
        <w:t xml:space="preserve"> de </w:t>
      </w:r>
      <w:proofErr w:type="spellStart"/>
      <w:r w:rsidRPr="0025334A">
        <w:t>protecție</w:t>
      </w:r>
      <w:proofErr w:type="spellEnd"/>
      <w:r w:rsidRPr="0025334A">
        <w:t xml:space="preserve"> a </w:t>
      </w:r>
      <w:proofErr w:type="spellStart"/>
      <w:r w:rsidRPr="0025334A">
        <w:t>datelor</w:t>
      </w:r>
      <w:proofErr w:type="spellEnd"/>
      <w:r w:rsidRPr="0025334A">
        <w:t>.</w:t>
      </w:r>
    </w:p>
    <w:p w14:paraId="06BF83E3" w14:textId="22708878" w:rsidR="000C4CB5" w:rsidRPr="0025334A" w:rsidRDefault="004E746A" w:rsidP="0025334A">
      <w:pPr>
        <w:pStyle w:val="Heading2"/>
        <w:rPr>
          <w:color w:val="auto"/>
        </w:rPr>
      </w:pPr>
      <w:bookmarkStart w:id="62" w:name="_Toc242951503"/>
      <w:r w:rsidRPr="0025334A">
        <w:rPr>
          <w:color w:val="auto"/>
        </w:rPr>
        <w:t>7.</w:t>
      </w:r>
      <w:r w:rsidR="0025334A" w:rsidRPr="0025334A">
        <w:rPr>
          <w:color w:val="auto"/>
        </w:rPr>
        <w:t>6</w:t>
      </w:r>
      <w:r w:rsidRPr="0025334A">
        <w:rPr>
          <w:color w:val="auto"/>
        </w:rPr>
        <w:t xml:space="preserve">. </w:t>
      </w:r>
      <w:proofErr w:type="spellStart"/>
      <w:r w:rsidRPr="0025334A">
        <w:rPr>
          <w:color w:val="auto"/>
        </w:rPr>
        <w:t>Managementul</w:t>
      </w:r>
      <w:proofErr w:type="spellEnd"/>
      <w:r w:rsidRPr="0025334A">
        <w:rPr>
          <w:color w:val="auto"/>
        </w:rPr>
        <w:t xml:space="preserve"> </w:t>
      </w:r>
      <w:proofErr w:type="spellStart"/>
      <w:r w:rsidRPr="0025334A">
        <w:rPr>
          <w:color w:val="auto"/>
        </w:rPr>
        <w:t>riscurilor</w:t>
      </w:r>
      <w:proofErr w:type="spellEnd"/>
      <w:r w:rsidRPr="0025334A">
        <w:rPr>
          <w:color w:val="auto"/>
        </w:rPr>
        <w:t xml:space="preserve"> </w:t>
      </w:r>
      <w:proofErr w:type="spellStart"/>
      <w:r w:rsidRPr="0025334A">
        <w:rPr>
          <w:color w:val="auto"/>
        </w:rPr>
        <w:t>operaționale</w:t>
      </w:r>
      <w:bookmarkEnd w:id="62"/>
      <w:proofErr w:type="spellEnd"/>
    </w:p>
    <w:p w14:paraId="7C335CB9" w14:textId="77777777" w:rsidR="000C4CB5" w:rsidRPr="0025334A" w:rsidRDefault="004E746A">
      <w:pPr>
        <w:spacing w:after="50"/>
      </w:pPr>
      <w:proofErr w:type="spellStart"/>
      <w:r w:rsidRPr="0025334A">
        <w:t>Prestatorul</w:t>
      </w:r>
      <w:proofErr w:type="spellEnd"/>
      <w:r w:rsidRPr="0025334A">
        <w:t xml:space="preserve"> </w:t>
      </w:r>
      <w:proofErr w:type="spellStart"/>
      <w:r w:rsidRPr="0025334A">
        <w:t>identifică</w:t>
      </w:r>
      <w:proofErr w:type="spellEnd"/>
      <w:r w:rsidRPr="0025334A">
        <w:t xml:space="preserve"> </w:t>
      </w:r>
      <w:proofErr w:type="spellStart"/>
      <w:r w:rsidRPr="0025334A">
        <w:t>și</w:t>
      </w:r>
      <w:proofErr w:type="spellEnd"/>
      <w:r w:rsidRPr="0025334A">
        <w:t xml:space="preserve"> </w:t>
      </w:r>
      <w:proofErr w:type="spellStart"/>
      <w:r w:rsidRPr="0025334A">
        <w:t>gestionează</w:t>
      </w:r>
      <w:proofErr w:type="spellEnd"/>
      <w:r w:rsidRPr="0025334A">
        <w:t xml:space="preserve"> </w:t>
      </w:r>
      <w:proofErr w:type="spellStart"/>
      <w:r w:rsidRPr="0025334A">
        <w:t>riscurile</w:t>
      </w:r>
      <w:proofErr w:type="spellEnd"/>
      <w:r w:rsidRPr="0025334A">
        <w:t xml:space="preserve"> care pot </w:t>
      </w:r>
      <w:proofErr w:type="spellStart"/>
      <w:r w:rsidRPr="0025334A">
        <w:t>afecta</w:t>
      </w:r>
      <w:proofErr w:type="spellEnd"/>
      <w:r w:rsidRPr="0025334A">
        <w:t xml:space="preserve"> </w:t>
      </w:r>
      <w:proofErr w:type="spellStart"/>
      <w:r w:rsidRPr="0025334A">
        <w:t>continuitatea</w:t>
      </w:r>
      <w:proofErr w:type="spellEnd"/>
      <w:r w:rsidRPr="0025334A">
        <w:t xml:space="preserve">, </w:t>
      </w:r>
      <w:proofErr w:type="spellStart"/>
      <w:r w:rsidRPr="0025334A">
        <w:t>calitatea</w:t>
      </w:r>
      <w:proofErr w:type="spellEnd"/>
      <w:r w:rsidRPr="0025334A">
        <w:t xml:space="preserve"> </w:t>
      </w:r>
      <w:proofErr w:type="spellStart"/>
      <w:r w:rsidRPr="0025334A">
        <w:t>sau</w:t>
      </w:r>
      <w:proofErr w:type="spellEnd"/>
      <w:r w:rsidRPr="0025334A">
        <w:t xml:space="preserve"> </w:t>
      </w:r>
      <w:proofErr w:type="spellStart"/>
      <w:r w:rsidRPr="0025334A">
        <w:t>siguranța</w:t>
      </w:r>
      <w:proofErr w:type="spellEnd"/>
      <w:r w:rsidRPr="0025334A">
        <w:t xml:space="preserve"> </w:t>
      </w:r>
      <w:proofErr w:type="spellStart"/>
      <w:r w:rsidRPr="0025334A">
        <w:t>serviciului</w:t>
      </w:r>
      <w:proofErr w:type="spellEnd"/>
      <w:r w:rsidRPr="0025334A">
        <w:t xml:space="preserve">. Sunt </w:t>
      </w:r>
      <w:proofErr w:type="spellStart"/>
      <w:r w:rsidRPr="0025334A">
        <w:t>urmărite</w:t>
      </w:r>
      <w:proofErr w:type="spellEnd"/>
      <w:r w:rsidRPr="0025334A">
        <w:t xml:space="preserve"> cel </w:t>
      </w:r>
      <w:proofErr w:type="spellStart"/>
      <w:r w:rsidRPr="0025334A">
        <w:t>puțin</w:t>
      </w:r>
      <w:proofErr w:type="spellEnd"/>
      <w:r w:rsidRPr="0025334A">
        <w:t xml:space="preserve">: </w:t>
      </w:r>
      <w:proofErr w:type="spellStart"/>
      <w:r w:rsidRPr="0025334A">
        <w:t>întârzierea</w:t>
      </w:r>
      <w:proofErr w:type="spellEnd"/>
      <w:r w:rsidRPr="0025334A">
        <w:t xml:space="preserve"> </w:t>
      </w:r>
      <w:proofErr w:type="spellStart"/>
      <w:r w:rsidRPr="0025334A">
        <w:t>livrărilor</w:t>
      </w:r>
      <w:proofErr w:type="spellEnd"/>
      <w:r w:rsidRPr="0025334A">
        <w:t xml:space="preserve">, </w:t>
      </w:r>
      <w:proofErr w:type="spellStart"/>
      <w:r w:rsidRPr="0025334A">
        <w:t>livrarea</w:t>
      </w:r>
      <w:proofErr w:type="spellEnd"/>
      <w:r w:rsidRPr="0025334A">
        <w:t xml:space="preserve"> </w:t>
      </w:r>
      <w:proofErr w:type="spellStart"/>
      <w:r w:rsidRPr="0025334A">
        <w:t>unui</w:t>
      </w:r>
      <w:proofErr w:type="spellEnd"/>
      <w:r w:rsidRPr="0025334A">
        <w:t xml:space="preserve"> </w:t>
      </w:r>
      <w:proofErr w:type="spellStart"/>
      <w:r w:rsidRPr="0025334A">
        <w:t>meniu</w:t>
      </w:r>
      <w:proofErr w:type="spellEnd"/>
      <w:r w:rsidRPr="0025334A">
        <w:t>/</w:t>
      </w:r>
      <w:proofErr w:type="spellStart"/>
      <w:r w:rsidRPr="0025334A">
        <w:t>regim</w:t>
      </w:r>
      <w:proofErr w:type="spellEnd"/>
      <w:r w:rsidRPr="0025334A">
        <w:t xml:space="preserve"> </w:t>
      </w:r>
      <w:proofErr w:type="spellStart"/>
      <w:r w:rsidRPr="0025334A">
        <w:t>greșit</w:t>
      </w:r>
      <w:proofErr w:type="spellEnd"/>
      <w:r w:rsidRPr="0025334A">
        <w:t xml:space="preserve">, </w:t>
      </w:r>
      <w:proofErr w:type="spellStart"/>
      <w:r w:rsidRPr="0025334A">
        <w:t>abaterea</w:t>
      </w:r>
      <w:proofErr w:type="spellEnd"/>
      <w:r w:rsidRPr="0025334A">
        <w:t xml:space="preserve"> de </w:t>
      </w:r>
      <w:proofErr w:type="spellStart"/>
      <w:r w:rsidRPr="0025334A">
        <w:t>temperatură</w:t>
      </w:r>
      <w:proofErr w:type="spellEnd"/>
      <w:r w:rsidRPr="0025334A">
        <w:t xml:space="preserve">, </w:t>
      </w:r>
      <w:proofErr w:type="spellStart"/>
      <w:r w:rsidRPr="0025334A">
        <w:t>neconformitatea</w:t>
      </w:r>
      <w:proofErr w:type="spellEnd"/>
      <w:r w:rsidRPr="0025334A">
        <w:t xml:space="preserve"> </w:t>
      </w:r>
      <w:proofErr w:type="spellStart"/>
      <w:r w:rsidRPr="0025334A">
        <w:t>materiilor</w:t>
      </w:r>
      <w:proofErr w:type="spellEnd"/>
      <w:r w:rsidRPr="0025334A">
        <w:t xml:space="preserve"> prime </w:t>
      </w:r>
      <w:proofErr w:type="spellStart"/>
      <w:r w:rsidRPr="0025334A">
        <w:t>ori</w:t>
      </w:r>
      <w:proofErr w:type="spellEnd"/>
      <w:r w:rsidRPr="0025334A">
        <w:t xml:space="preserve"> a </w:t>
      </w:r>
      <w:proofErr w:type="spellStart"/>
      <w:r w:rsidRPr="0025334A">
        <w:t>preparatelor</w:t>
      </w:r>
      <w:proofErr w:type="spellEnd"/>
      <w:r w:rsidRPr="0025334A">
        <w:t xml:space="preserve">, </w:t>
      </w:r>
      <w:proofErr w:type="spellStart"/>
      <w:r w:rsidRPr="0025334A">
        <w:t>indisponibilitatea</w:t>
      </w:r>
      <w:proofErr w:type="spellEnd"/>
      <w:r w:rsidRPr="0025334A">
        <w:t xml:space="preserve"> </w:t>
      </w:r>
      <w:proofErr w:type="spellStart"/>
      <w:r w:rsidRPr="0025334A">
        <w:t>unității</w:t>
      </w:r>
      <w:proofErr w:type="spellEnd"/>
      <w:r w:rsidRPr="0025334A">
        <w:t xml:space="preserve"> de </w:t>
      </w:r>
      <w:proofErr w:type="spellStart"/>
      <w:r w:rsidRPr="0025334A">
        <w:t>preparare</w:t>
      </w:r>
      <w:proofErr w:type="spellEnd"/>
      <w:r w:rsidRPr="0025334A">
        <w:t xml:space="preserve"> </w:t>
      </w:r>
      <w:proofErr w:type="spellStart"/>
      <w:r w:rsidRPr="0025334A">
        <w:t>sau</w:t>
      </w:r>
      <w:proofErr w:type="spellEnd"/>
      <w:r w:rsidRPr="0025334A">
        <w:t xml:space="preserve"> a </w:t>
      </w:r>
      <w:proofErr w:type="spellStart"/>
      <w:r w:rsidRPr="0025334A">
        <w:t>unui</w:t>
      </w:r>
      <w:proofErr w:type="spellEnd"/>
      <w:r w:rsidRPr="0025334A">
        <w:t xml:space="preserve"> </w:t>
      </w:r>
      <w:proofErr w:type="spellStart"/>
      <w:r w:rsidRPr="0025334A">
        <w:t>vehicul</w:t>
      </w:r>
      <w:proofErr w:type="spellEnd"/>
      <w:r w:rsidRPr="0025334A">
        <w:t xml:space="preserve">, </w:t>
      </w:r>
      <w:proofErr w:type="spellStart"/>
      <w:r w:rsidRPr="0025334A">
        <w:t>lipsa</w:t>
      </w:r>
      <w:proofErr w:type="spellEnd"/>
      <w:r w:rsidRPr="0025334A">
        <w:t xml:space="preserve"> </w:t>
      </w:r>
      <w:proofErr w:type="spellStart"/>
      <w:r w:rsidRPr="0025334A">
        <w:t>temporară</w:t>
      </w:r>
      <w:proofErr w:type="spellEnd"/>
      <w:r w:rsidRPr="0025334A">
        <w:t xml:space="preserve"> a </w:t>
      </w:r>
      <w:proofErr w:type="spellStart"/>
      <w:r w:rsidRPr="0025334A">
        <w:t>personalului</w:t>
      </w:r>
      <w:proofErr w:type="spellEnd"/>
      <w:r w:rsidRPr="0025334A">
        <w:t xml:space="preserve"> critic, </w:t>
      </w:r>
      <w:proofErr w:type="spellStart"/>
      <w:r w:rsidRPr="0025334A">
        <w:t>indisponibilitatea</w:t>
      </w:r>
      <w:proofErr w:type="spellEnd"/>
      <w:r w:rsidRPr="0025334A">
        <w:t xml:space="preserve"> </w:t>
      </w:r>
      <w:proofErr w:type="spellStart"/>
      <w:r w:rsidRPr="0025334A">
        <w:t>unei</w:t>
      </w:r>
      <w:proofErr w:type="spellEnd"/>
      <w:r w:rsidRPr="0025334A">
        <w:t xml:space="preserve"> </w:t>
      </w:r>
      <w:proofErr w:type="spellStart"/>
      <w:r w:rsidRPr="0025334A">
        <w:t>materii</w:t>
      </w:r>
      <w:proofErr w:type="spellEnd"/>
      <w:r w:rsidRPr="0025334A">
        <w:t xml:space="preserve"> prime </w:t>
      </w:r>
      <w:proofErr w:type="spellStart"/>
      <w:r w:rsidRPr="0025334A">
        <w:t>și</w:t>
      </w:r>
      <w:proofErr w:type="spellEnd"/>
      <w:r w:rsidRPr="0025334A">
        <w:t xml:space="preserve"> </w:t>
      </w:r>
      <w:proofErr w:type="spellStart"/>
      <w:r w:rsidRPr="0025334A">
        <w:t>expirarea</w:t>
      </w:r>
      <w:proofErr w:type="spellEnd"/>
      <w:r w:rsidRPr="0025334A">
        <w:t>/</w:t>
      </w:r>
      <w:proofErr w:type="spellStart"/>
      <w:r w:rsidRPr="0025334A">
        <w:t>suspendarea</w:t>
      </w:r>
      <w:proofErr w:type="spellEnd"/>
      <w:r w:rsidRPr="0025334A">
        <w:t xml:space="preserve"> </w:t>
      </w:r>
      <w:proofErr w:type="spellStart"/>
      <w:r w:rsidRPr="0025334A">
        <w:t>unui</w:t>
      </w:r>
      <w:proofErr w:type="spellEnd"/>
      <w:r w:rsidRPr="0025334A">
        <w:t xml:space="preserve"> document </w:t>
      </w:r>
      <w:proofErr w:type="spellStart"/>
      <w:r w:rsidRPr="0025334A">
        <w:t>obligatoriu</w:t>
      </w:r>
      <w:proofErr w:type="spellEnd"/>
      <w:r w:rsidRPr="0025334A">
        <w:t xml:space="preserve">. </w:t>
      </w:r>
      <w:proofErr w:type="spellStart"/>
      <w:r w:rsidRPr="0025334A">
        <w:t>Pentru</w:t>
      </w:r>
      <w:proofErr w:type="spellEnd"/>
      <w:r w:rsidRPr="0025334A">
        <w:t xml:space="preserve"> </w:t>
      </w:r>
      <w:proofErr w:type="spellStart"/>
      <w:r w:rsidRPr="0025334A">
        <w:t>riscurile</w:t>
      </w:r>
      <w:proofErr w:type="spellEnd"/>
      <w:r w:rsidRPr="0025334A">
        <w:t xml:space="preserve"> </w:t>
      </w:r>
      <w:proofErr w:type="spellStart"/>
      <w:r w:rsidRPr="0025334A">
        <w:t>materializate</w:t>
      </w:r>
      <w:proofErr w:type="spellEnd"/>
      <w:r w:rsidRPr="0025334A">
        <w:t xml:space="preserve">, </w:t>
      </w:r>
      <w:proofErr w:type="spellStart"/>
      <w:r w:rsidRPr="0025334A">
        <w:t>Prestatorul</w:t>
      </w:r>
      <w:proofErr w:type="spellEnd"/>
      <w:r w:rsidRPr="0025334A">
        <w:t xml:space="preserve"> </w:t>
      </w:r>
      <w:proofErr w:type="spellStart"/>
      <w:r w:rsidRPr="0025334A">
        <w:t>aplică</w:t>
      </w:r>
      <w:proofErr w:type="spellEnd"/>
      <w:r w:rsidRPr="0025334A">
        <w:t xml:space="preserve"> </w:t>
      </w:r>
      <w:proofErr w:type="spellStart"/>
      <w:r w:rsidRPr="0025334A">
        <w:t>măsuri</w:t>
      </w:r>
      <w:proofErr w:type="spellEnd"/>
      <w:r w:rsidRPr="0025334A">
        <w:t xml:space="preserve"> </w:t>
      </w:r>
      <w:proofErr w:type="spellStart"/>
      <w:r w:rsidRPr="0025334A">
        <w:t>imediate</w:t>
      </w:r>
      <w:proofErr w:type="spellEnd"/>
      <w:r w:rsidRPr="0025334A">
        <w:t xml:space="preserve"> de </w:t>
      </w:r>
      <w:proofErr w:type="spellStart"/>
      <w:r w:rsidRPr="0025334A">
        <w:t>limitare</w:t>
      </w:r>
      <w:proofErr w:type="spellEnd"/>
      <w:r w:rsidRPr="0025334A">
        <w:t xml:space="preserve"> a </w:t>
      </w:r>
      <w:proofErr w:type="spellStart"/>
      <w:r w:rsidRPr="0025334A">
        <w:t>impactului</w:t>
      </w:r>
      <w:proofErr w:type="spellEnd"/>
      <w:r w:rsidRPr="0025334A">
        <w:t xml:space="preserve">, </w:t>
      </w:r>
      <w:proofErr w:type="spellStart"/>
      <w:r w:rsidRPr="0025334A">
        <w:t>informează</w:t>
      </w:r>
      <w:proofErr w:type="spellEnd"/>
      <w:r w:rsidRPr="0025334A">
        <w:t xml:space="preserve"> </w:t>
      </w: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când</w:t>
      </w:r>
      <w:proofErr w:type="spellEnd"/>
      <w:r w:rsidRPr="0025334A">
        <w:t xml:space="preserve"> </w:t>
      </w:r>
      <w:proofErr w:type="spellStart"/>
      <w:r w:rsidRPr="0025334A">
        <w:t>prestația</w:t>
      </w:r>
      <w:proofErr w:type="spellEnd"/>
      <w:r w:rsidRPr="0025334A">
        <w:t xml:space="preserve"> </w:t>
      </w:r>
      <w:proofErr w:type="spellStart"/>
      <w:r w:rsidRPr="0025334A">
        <w:t>este</w:t>
      </w:r>
      <w:proofErr w:type="spellEnd"/>
      <w:r w:rsidRPr="0025334A">
        <w:t xml:space="preserve"> </w:t>
      </w:r>
      <w:proofErr w:type="spellStart"/>
      <w:r w:rsidRPr="0025334A">
        <w:t>afectată</w:t>
      </w:r>
      <w:proofErr w:type="spellEnd"/>
      <w:r w:rsidRPr="0025334A">
        <w:t xml:space="preserve"> </w:t>
      </w:r>
      <w:proofErr w:type="spellStart"/>
      <w:r w:rsidRPr="0025334A">
        <w:t>și</w:t>
      </w:r>
      <w:proofErr w:type="spellEnd"/>
      <w:r w:rsidRPr="0025334A">
        <w:t xml:space="preserve"> </w:t>
      </w:r>
      <w:proofErr w:type="spellStart"/>
      <w:r w:rsidRPr="0025334A">
        <w:t>documentează</w:t>
      </w:r>
      <w:proofErr w:type="spellEnd"/>
      <w:r w:rsidRPr="0025334A">
        <w:t xml:space="preserve"> </w:t>
      </w:r>
      <w:proofErr w:type="spellStart"/>
      <w:r w:rsidRPr="0025334A">
        <w:t>acțiunile</w:t>
      </w:r>
      <w:proofErr w:type="spellEnd"/>
      <w:r w:rsidRPr="0025334A">
        <w:t xml:space="preserve"> </w:t>
      </w:r>
      <w:proofErr w:type="spellStart"/>
      <w:r w:rsidRPr="0025334A">
        <w:t>corective</w:t>
      </w:r>
      <w:proofErr w:type="spellEnd"/>
      <w:r w:rsidRPr="0025334A">
        <w:t xml:space="preserve"> </w:t>
      </w:r>
      <w:proofErr w:type="spellStart"/>
      <w:r w:rsidRPr="0025334A">
        <w:t>și</w:t>
      </w:r>
      <w:proofErr w:type="spellEnd"/>
      <w:r w:rsidRPr="0025334A">
        <w:t xml:space="preserve"> preventive.</w:t>
      </w:r>
    </w:p>
    <w:p w14:paraId="4C552E0C" w14:textId="77777777" w:rsidR="0025334A" w:rsidRPr="0025334A" w:rsidRDefault="0025334A">
      <w:pPr>
        <w:spacing w:after="50"/>
      </w:pPr>
    </w:p>
    <w:p w14:paraId="59792D6D" w14:textId="77777777" w:rsidR="000C4CB5" w:rsidRPr="0025334A" w:rsidRDefault="004E746A" w:rsidP="0025334A">
      <w:pPr>
        <w:pStyle w:val="Heading1"/>
      </w:pPr>
      <w:bookmarkStart w:id="63" w:name="_Toc242951504"/>
      <w:r w:rsidRPr="0025334A">
        <w:t>8. MODALITĂȚI ȘI CONDIȚII DE PLATĂ</w:t>
      </w:r>
      <w:bookmarkEnd w:id="63"/>
    </w:p>
    <w:p w14:paraId="18D09122" w14:textId="77777777" w:rsidR="000C4CB5" w:rsidRPr="0025334A" w:rsidRDefault="004E746A" w:rsidP="0025334A">
      <w:pPr>
        <w:pStyle w:val="Heading2"/>
        <w:rPr>
          <w:color w:val="auto"/>
        </w:rPr>
      </w:pPr>
      <w:bookmarkStart w:id="64" w:name="_Toc242951505"/>
      <w:r w:rsidRPr="0025334A">
        <w:rPr>
          <w:color w:val="auto"/>
        </w:rPr>
        <w:t xml:space="preserve">8.1. </w:t>
      </w:r>
      <w:proofErr w:type="spellStart"/>
      <w:r w:rsidRPr="0025334A">
        <w:rPr>
          <w:color w:val="auto"/>
        </w:rPr>
        <w:t>Structura</w:t>
      </w:r>
      <w:proofErr w:type="spellEnd"/>
      <w:r w:rsidRPr="0025334A">
        <w:rPr>
          <w:color w:val="auto"/>
        </w:rPr>
        <w:t xml:space="preserve"> de </w:t>
      </w:r>
      <w:proofErr w:type="spellStart"/>
      <w:r w:rsidRPr="0025334A">
        <w:rPr>
          <w:color w:val="auto"/>
        </w:rPr>
        <w:t>decontare</w:t>
      </w:r>
      <w:bookmarkEnd w:id="64"/>
      <w:proofErr w:type="spellEnd"/>
    </w:p>
    <w:p w14:paraId="7BD4F995" w14:textId="77777777" w:rsidR="00FA30E6" w:rsidRDefault="00FA30E6">
      <w:pPr>
        <w:spacing w:after="50" w:line="247" w:lineRule="auto"/>
      </w:pPr>
      <w:proofErr w:type="spellStart"/>
      <w:r w:rsidRPr="00FA30E6">
        <w:t>Decontarea</w:t>
      </w:r>
      <w:proofErr w:type="spellEnd"/>
      <w:r w:rsidRPr="00FA30E6">
        <w:t xml:space="preserve"> se </w:t>
      </w:r>
      <w:proofErr w:type="spellStart"/>
      <w:r w:rsidRPr="00FA30E6">
        <w:t>realizează</w:t>
      </w:r>
      <w:proofErr w:type="spellEnd"/>
      <w:r w:rsidRPr="00FA30E6">
        <w:t xml:space="preserve"> </w:t>
      </w:r>
      <w:proofErr w:type="spellStart"/>
      <w:r w:rsidRPr="00FA30E6">
        <w:t>pentru</w:t>
      </w:r>
      <w:proofErr w:type="spellEnd"/>
      <w:r w:rsidRPr="00FA30E6">
        <w:t xml:space="preserve"> </w:t>
      </w:r>
      <w:proofErr w:type="spellStart"/>
      <w:r w:rsidRPr="00FA30E6">
        <w:t>meniurile</w:t>
      </w:r>
      <w:proofErr w:type="spellEnd"/>
      <w:r w:rsidRPr="00FA30E6">
        <w:t xml:space="preserve"> </w:t>
      </w:r>
      <w:proofErr w:type="spellStart"/>
      <w:r w:rsidRPr="00FA30E6">
        <w:t>efectiv</w:t>
      </w:r>
      <w:proofErr w:type="spellEnd"/>
      <w:r w:rsidRPr="00FA30E6">
        <w:t xml:space="preserve"> </w:t>
      </w:r>
      <w:proofErr w:type="spellStart"/>
      <w:r w:rsidRPr="00FA30E6">
        <w:t>comandate</w:t>
      </w:r>
      <w:proofErr w:type="spellEnd"/>
      <w:r w:rsidRPr="00FA30E6">
        <w:t xml:space="preserve">, </w:t>
      </w:r>
      <w:proofErr w:type="spellStart"/>
      <w:r w:rsidRPr="00FA30E6">
        <w:t>livrate</w:t>
      </w:r>
      <w:proofErr w:type="spellEnd"/>
      <w:r w:rsidRPr="00FA30E6">
        <w:t xml:space="preserve">, </w:t>
      </w:r>
      <w:proofErr w:type="spellStart"/>
      <w:r w:rsidRPr="00FA30E6">
        <w:t>recepționate</w:t>
      </w:r>
      <w:proofErr w:type="spellEnd"/>
      <w:r w:rsidRPr="00FA30E6">
        <w:t xml:space="preserve"> </w:t>
      </w:r>
      <w:proofErr w:type="spellStart"/>
      <w:r w:rsidRPr="00FA30E6">
        <w:t>și</w:t>
      </w:r>
      <w:proofErr w:type="spellEnd"/>
      <w:r w:rsidRPr="00FA30E6">
        <w:t xml:space="preserve"> </w:t>
      </w:r>
      <w:proofErr w:type="spellStart"/>
      <w:r w:rsidRPr="00FA30E6">
        <w:t>acceptate</w:t>
      </w:r>
      <w:proofErr w:type="spellEnd"/>
      <w:r w:rsidRPr="00FA30E6">
        <w:t xml:space="preserve">. </w:t>
      </w:r>
      <w:proofErr w:type="spellStart"/>
      <w:r w:rsidRPr="00FA30E6">
        <w:t>Structura</w:t>
      </w:r>
      <w:proofErr w:type="spellEnd"/>
      <w:r w:rsidRPr="00FA30E6">
        <w:t xml:space="preserve"> </w:t>
      </w:r>
      <w:proofErr w:type="spellStart"/>
      <w:r w:rsidRPr="00FA30E6">
        <w:t>prețului</w:t>
      </w:r>
      <w:proofErr w:type="spellEnd"/>
      <w:r w:rsidRPr="00FA30E6">
        <w:t xml:space="preserve">, </w:t>
      </w:r>
      <w:proofErr w:type="spellStart"/>
      <w:r w:rsidRPr="00FA30E6">
        <w:t>cotele</w:t>
      </w:r>
      <w:proofErr w:type="spellEnd"/>
      <w:r w:rsidRPr="00FA30E6">
        <w:t xml:space="preserve"> de TVA </w:t>
      </w:r>
      <w:proofErr w:type="spellStart"/>
      <w:r w:rsidRPr="00FA30E6">
        <w:t>și</w:t>
      </w:r>
      <w:proofErr w:type="spellEnd"/>
      <w:r w:rsidRPr="00FA30E6">
        <w:t xml:space="preserve"> </w:t>
      </w:r>
      <w:proofErr w:type="spellStart"/>
      <w:r w:rsidRPr="00FA30E6">
        <w:t>clauzele</w:t>
      </w:r>
      <w:proofErr w:type="spellEnd"/>
      <w:r w:rsidRPr="00FA30E6">
        <w:t xml:space="preserve"> de </w:t>
      </w:r>
      <w:proofErr w:type="spellStart"/>
      <w:r w:rsidRPr="00FA30E6">
        <w:t>revizuire</w:t>
      </w:r>
      <w:proofErr w:type="spellEnd"/>
      <w:r w:rsidRPr="00FA30E6">
        <w:t xml:space="preserve"> se </w:t>
      </w:r>
      <w:proofErr w:type="spellStart"/>
      <w:r w:rsidRPr="00FA30E6">
        <w:t>reglementează</w:t>
      </w:r>
      <w:proofErr w:type="spellEnd"/>
      <w:r w:rsidRPr="00FA30E6">
        <w:t xml:space="preserve"> </w:t>
      </w:r>
      <w:proofErr w:type="spellStart"/>
      <w:r w:rsidRPr="00FA30E6">
        <w:t>în</w:t>
      </w:r>
      <w:proofErr w:type="spellEnd"/>
      <w:r w:rsidRPr="00FA30E6">
        <w:t xml:space="preserve"> </w:t>
      </w:r>
      <w:proofErr w:type="spellStart"/>
      <w:r w:rsidRPr="00FA30E6">
        <w:t>formularul</w:t>
      </w:r>
      <w:proofErr w:type="spellEnd"/>
      <w:r w:rsidRPr="00FA30E6">
        <w:t xml:space="preserve"> de </w:t>
      </w:r>
      <w:proofErr w:type="spellStart"/>
      <w:r w:rsidRPr="00FA30E6">
        <w:t>ofertă</w:t>
      </w:r>
      <w:proofErr w:type="spellEnd"/>
      <w:r w:rsidRPr="00FA30E6">
        <w:t xml:space="preserve"> </w:t>
      </w:r>
      <w:proofErr w:type="spellStart"/>
      <w:r w:rsidRPr="00FA30E6">
        <w:t>și</w:t>
      </w:r>
      <w:proofErr w:type="spellEnd"/>
      <w:r w:rsidRPr="00FA30E6">
        <w:t xml:space="preserve"> </w:t>
      </w:r>
      <w:proofErr w:type="spellStart"/>
      <w:r w:rsidRPr="00FA30E6">
        <w:t>în</w:t>
      </w:r>
      <w:proofErr w:type="spellEnd"/>
      <w:r w:rsidRPr="00FA30E6">
        <w:t xml:space="preserve"> contract, </w:t>
      </w:r>
      <w:proofErr w:type="spellStart"/>
      <w:r w:rsidRPr="00FA30E6">
        <w:t>potrivit</w:t>
      </w:r>
      <w:proofErr w:type="spellEnd"/>
      <w:r w:rsidRPr="00FA30E6">
        <w:t xml:space="preserve"> </w:t>
      </w:r>
      <w:proofErr w:type="spellStart"/>
      <w:r w:rsidRPr="00FA30E6">
        <w:t>legislației</w:t>
      </w:r>
      <w:proofErr w:type="spellEnd"/>
      <w:r w:rsidRPr="00FA30E6">
        <w:t xml:space="preserve"> </w:t>
      </w:r>
      <w:proofErr w:type="spellStart"/>
      <w:r w:rsidRPr="00FA30E6">
        <w:t>fiscale</w:t>
      </w:r>
      <w:proofErr w:type="spellEnd"/>
      <w:r w:rsidRPr="00FA30E6">
        <w:t xml:space="preserve"> </w:t>
      </w:r>
      <w:proofErr w:type="spellStart"/>
      <w:r w:rsidRPr="00FA30E6">
        <w:t>și</w:t>
      </w:r>
      <w:proofErr w:type="spellEnd"/>
      <w:r w:rsidRPr="00FA30E6">
        <w:t xml:space="preserve"> </w:t>
      </w:r>
      <w:proofErr w:type="spellStart"/>
      <w:r w:rsidRPr="00FA30E6">
        <w:t>achizițiilor</w:t>
      </w:r>
      <w:proofErr w:type="spellEnd"/>
      <w:r w:rsidRPr="00FA30E6">
        <w:t xml:space="preserve"> </w:t>
      </w:r>
      <w:proofErr w:type="spellStart"/>
      <w:r w:rsidRPr="00FA30E6">
        <w:t>publice</w:t>
      </w:r>
      <w:proofErr w:type="spellEnd"/>
      <w:r w:rsidRPr="00FA30E6">
        <w:t xml:space="preserve"> </w:t>
      </w:r>
      <w:proofErr w:type="spellStart"/>
      <w:r w:rsidRPr="00FA30E6">
        <w:t>în</w:t>
      </w:r>
      <w:proofErr w:type="spellEnd"/>
      <w:r w:rsidRPr="00FA30E6">
        <w:t xml:space="preserve"> </w:t>
      </w:r>
      <w:proofErr w:type="spellStart"/>
      <w:r w:rsidRPr="00FA30E6">
        <w:t>vigoare</w:t>
      </w:r>
      <w:proofErr w:type="spellEnd"/>
      <w:r w:rsidRPr="00FA30E6">
        <w:t>.</w:t>
      </w:r>
    </w:p>
    <w:p w14:paraId="145C735C" w14:textId="43750887" w:rsidR="000C4CB5" w:rsidRPr="0025334A" w:rsidRDefault="0025334A">
      <w:pPr>
        <w:spacing w:after="50" w:line="247" w:lineRule="auto"/>
      </w:pPr>
      <w:proofErr w:type="spellStart"/>
      <w:r w:rsidRPr="0025334A">
        <w:lastRenderedPageBreak/>
        <w:t>Pretul</w:t>
      </w:r>
      <w:proofErr w:type="spellEnd"/>
      <w:r w:rsidRPr="0025334A">
        <w:t xml:space="preserve"> </w:t>
      </w:r>
      <w:proofErr w:type="spellStart"/>
      <w:r w:rsidRPr="0025334A">
        <w:t>unitar</w:t>
      </w:r>
      <w:proofErr w:type="spellEnd"/>
      <w:r w:rsidRPr="0025334A">
        <w:t xml:space="preserve"> al </w:t>
      </w:r>
      <w:proofErr w:type="spellStart"/>
      <w:r w:rsidRPr="0025334A">
        <w:t>meniului</w:t>
      </w:r>
      <w:proofErr w:type="spellEnd"/>
      <w:r w:rsidRPr="0025334A">
        <w:t xml:space="preserve"> </w:t>
      </w:r>
      <w:proofErr w:type="spellStart"/>
      <w:r w:rsidRPr="0025334A">
        <w:t>zilnic</w:t>
      </w:r>
      <w:proofErr w:type="spellEnd"/>
      <w:r w:rsidRPr="0025334A">
        <w:t xml:space="preserve"> </w:t>
      </w:r>
      <w:proofErr w:type="spellStart"/>
      <w:r w:rsidRPr="0025334A">
        <w:t>este</w:t>
      </w:r>
      <w:proofErr w:type="spellEnd"/>
      <w:r w:rsidRPr="0025334A">
        <w:t xml:space="preserve"> format din</w:t>
      </w:r>
      <w:r w:rsidR="004E746A" w:rsidRPr="0025334A">
        <w:t xml:space="preserve"> </w:t>
      </w:r>
      <w:proofErr w:type="spellStart"/>
      <w:r w:rsidR="004E746A" w:rsidRPr="0025334A">
        <w:t>două</w:t>
      </w:r>
      <w:proofErr w:type="spellEnd"/>
      <w:r w:rsidR="004E746A" w:rsidRPr="0025334A">
        <w:t xml:space="preserve"> </w:t>
      </w:r>
      <w:proofErr w:type="spellStart"/>
      <w:r w:rsidR="004E746A" w:rsidRPr="0025334A">
        <w:t>componente</w:t>
      </w:r>
      <w:proofErr w:type="spellEnd"/>
      <w:r w:rsidR="004E746A" w:rsidRPr="0025334A">
        <w:t xml:space="preserve"> </w:t>
      </w:r>
      <w:proofErr w:type="spellStart"/>
      <w:r w:rsidR="004E746A" w:rsidRPr="0025334A">
        <w:t>distincte</w:t>
      </w:r>
      <w:proofErr w:type="spellEnd"/>
      <w:r w:rsidR="004E746A" w:rsidRPr="0025334A">
        <w:t xml:space="preserve">: </w:t>
      </w:r>
      <w:proofErr w:type="spellStart"/>
      <w:r w:rsidR="004E746A" w:rsidRPr="0025334A">
        <w:t>alocația</w:t>
      </w:r>
      <w:proofErr w:type="spellEnd"/>
      <w:r w:rsidR="004E746A" w:rsidRPr="0025334A">
        <w:t xml:space="preserve"> de </w:t>
      </w:r>
      <w:proofErr w:type="spellStart"/>
      <w:r w:rsidR="004E746A" w:rsidRPr="0025334A">
        <w:t>hrană</w:t>
      </w:r>
      <w:proofErr w:type="spellEnd"/>
      <w:r w:rsidR="004E746A" w:rsidRPr="0025334A">
        <w:t xml:space="preserve"> de 32,00 lei/</w:t>
      </w:r>
      <w:proofErr w:type="spellStart"/>
      <w:r w:rsidR="004E746A" w:rsidRPr="0025334A">
        <w:t>beneficiar</w:t>
      </w:r>
      <w:proofErr w:type="spellEnd"/>
      <w:r w:rsidR="004E746A" w:rsidRPr="0025334A">
        <w:t xml:space="preserve">/zi, </w:t>
      </w:r>
      <w:proofErr w:type="spellStart"/>
      <w:r w:rsidR="004E746A" w:rsidRPr="0025334A">
        <w:t>inclusiv</w:t>
      </w:r>
      <w:proofErr w:type="spellEnd"/>
      <w:r w:rsidR="004E746A" w:rsidRPr="0025334A">
        <w:t xml:space="preserve"> TVA la </w:t>
      </w:r>
      <w:proofErr w:type="spellStart"/>
      <w:r w:rsidR="004E746A" w:rsidRPr="0025334A">
        <w:t>cota</w:t>
      </w:r>
      <w:proofErr w:type="spellEnd"/>
      <w:r w:rsidR="004E746A" w:rsidRPr="0025334A">
        <w:t xml:space="preserve"> </w:t>
      </w:r>
      <w:proofErr w:type="spellStart"/>
      <w:r w:rsidR="004E746A" w:rsidRPr="0025334A">
        <w:t>aplicabilă</w:t>
      </w:r>
      <w:proofErr w:type="spellEnd"/>
      <w:r w:rsidR="004E746A" w:rsidRPr="0025334A">
        <w:t xml:space="preserve">, </w:t>
      </w:r>
      <w:proofErr w:type="spellStart"/>
      <w:r w:rsidR="004E746A" w:rsidRPr="0025334A">
        <w:t>și</w:t>
      </w:r>
      <w:proofErr w:type="spellEnd"/>
      <w:r w:rsidR="004E746A" w:rsidRPr="0025334A">
        <w:t xml:space="preserve"> </w:t>
      </w:r>
      <w:proofErr w:type="spellStart"/>
      <w:r w:rsidR="004E746A" w:rsidRPr="0025334A">
        <w:t>cheltuieli</w:t>
      </w:r>
      <w:proofErr w:type="spellEnd"/>
      <w:r w:rsidR="004E746A" w:rsidRPr="0025334A">
        <w:t xml:space="preserve"> </w:t>
      </w:r>
      <w:proofErr w:type="spellStart"/>
      <w:r w:rsidR="004E746A" w:rsidRPr="0025334A">
        <w:t>conexe</w:t>
      </w:r>
      <w:proofErr w:type="spellEnd"/>
      <w:r w:rsidR="004E746A" w:rsidRPr="0025334A">
        <w:t xml:space="preserve"> de 3,81 lei/</w:t>
      </w:r>
      <w:proofErr w:type="spellStart"/>
      <w:r w:rsidR="004E746A" w:rsidRPr="0025334A">
        <w:t>beneficiar</w:t>
      </w:r>
      <w:proofErr w:type="spellEnd"/>
      <w:r w:rsidR="004E746A" w:rsidRPr="0025334A">
        <w:t xml:space="preserve">/zi, </w:t>
      </w:r>
      <w:proofErr w:type="spellStart"/>
      <w:r w:rsidR="004E746A" w:rsidRPr="0025334A">
        <w:t>inclusiv</w:t>
      </w:r>
      <w:proofErr w:type="spellEnd"/>
      <w:r w:rsidR="004E746A" w:rsidRPr="0025334A">
        <w:t xml:space="preserve"> TVA la </w:t>
      </w:r>
      <w:proofErr w:type="spellStart"/>
      <w:r w:rsidR="004E746A" w:rsidRPr="0025334A">
        <w:t>cota</w:t>
      </w:r>
      <w:proofErr w:type="spellEnd"/>
      <w:r w:rsidR="004E746A" w:rsidRPr="0025334A">
        <w:t xml:space="preserve"> </w:t>
      </w:r>
      <w:proofErr w:type="spellStart"/>
      <w:r w:rsidR="004E746A" w:rsidRPr="0025334A">
        <w:t>aplicabilă</w:t>
      </w:r>
      <w:proofErr w:type="spellEnd"/>
      <w:r w:rsidR="004E746A" w:rsidRPr="0025334A">
        <w:t xml:space="preserve">. </w:t>
      </w:r>
      <w:proofErr w:type="spellStart"/>
      <w:r w:rsidR="004E746A" w:rsidRPr="0025334A">
        <w:t>Evidențierea</w:t>
      </w:r>
      <w:proofErr w:type="spellEnd"/>
      <w:r w:rsidR="004E746A" w:rsidRPr="0025334A">
        <w:t xml:space="preserve"> </w:t>
      </w:r>
      <w:proofErr w:type="spellStart"/>
      <w:r w:rsidR="004E746A" w:rsidRPr="0025334A">
        <w:t>distinctă</w:t>
      </w:r>
      <w:proofErr w:type="spellEnd"/>
      <w:r w:rsidR="004E746A" w:rsidRPr="0025334A">
        <w:t xml:space="preserve"> </w:t>
      </w:r>
      <w:proofErr w:type="spellStart"/>
      <w:r w:rsidR="004E746A" w:rsidRPr="0025334A">
        <w:t>în</w:t>
      </w:r>
      <w:proofErr w:type="spellEnd"/>
      <w:r w:rsidR="004E746A" w:rsidRPr="0025334A">
        <w:t xml:space="preserve"> </w:t>
      </w:r>
      <w:proofErr w:type="spellStart"/>
      <w:r w:rsidR="004E746A" w:rsidRPr="0025334A">
        <w:t>oferta</w:t>
      </w:r>
      <w:proofErr w:type="spellEnd"/>
      <w:r w:rsidR="004E746A" w:rsidRPr="0025334A">
        <w:t xml:space="preserve"> </w:t>
      </w:r>
      <w:proofErr w:type="spellStart"/>
      <w:r w:rsidR="004E746A" w:rsidRPr="0025334A">
        <w:t>financiară</w:t>
      </w:r>
      <w:proofErr w:type="spellEnd"/>
      <w:r w:rsidR="004E746A" w:rsidRPr="0025334A">
        <w:t xml:space="preserve"> nu </w:t>
      </w:r>
      <w:proofErr w:type="spellStart"/>
      <w:r w:rsidR="004E746A" w:rsidRPr="0025334A">
        <w:t>modifică</w:t>
      </w:r>
      <w:proofErr w:type="spellEnd"/>
      <w:r w:rsidR="004E746A" w:rsidRPr="0025334A">
        <w:t xml:space="preserve"> </w:t>
      </w:r>
      <w:proofErr w:type="spellStart"/>
      <w:r w:rsidR="004E746A" w:rsidRPr="0025334A">
        <w:t>obligația</w:t>
      </w:r>
      <w:proofErr w:type="spellEnd"/>
      <w:r w:rsidR="004E746A" w:rsidRPr="0025334A">
        <w:t xml:space="preserve"> </w:t>
      </w:r>
      <w:proofErr w:type="spellStart"/>
      <w:r w:rsidR="004E746A" w:rsidRPr="0025334A">
        <w:t>prestatorului</w:t>
      </w:r>
      <w:proofErr w:type="spellEnd"/>
      <w:r w:rsidR="004E746A" w:rsidRPr="0025334A">
        <w:t xml:space="preserve"> de a </w:t>
      </w:r>
      <w:proofErr w:type="spellStart"/>
      <w:r w:rsidR="004E746A" w:rsidRPr="0025334A">
        <w:t>asigura</w:t>
      </w:r>
      <w:proofErr w:type="spellEnd"/>
      <w:r w:rsidR="004E746A" w:rsidRPr="0025334A">
        <w:t xml:space="preserve"> un </w:t>
      </w:r>
      <w:proofErr w:type="spellStart"/>
      <w:r w:rsidR="004E746A" w:rsidRPr="0025334A">
        <w:t>serviciu</w:t>
      </w:r>
      <w:proofErr w:type="spellEnd"/>
      <w:r w:rsidR="004E746A" w:rsidRPr="0025334A">
        <w:t xml:space="preserve"> </w:t>
      </w:r>
      <w:proofErr w:type="spellStart"/>
      <w:r w:rsidR="004E746A" w:rsidRPr="0025334A">
        <w:t>integrat</w:t>
      </w:r>
      <w:proofErr w:type="spellEnd"/>
      <w:r w:rsidR="004E746A" w:rsidRPr="0025334A">
        <w:t>.</w:t>
      </w:r>
    </w:p>
    <w:tbl>
      <w:tblPr>
        <w:tblStyle w:val="TableGrid"/>
        <w:tblW w:w="0" w:type="auto"/>
        <w:jc w:val="center"/>
        <w:tblLook w:val="04A0" w:firstRow="1" w:lastRow="0" w:firstColumn="1" w:lastColumn="0" w:noHBand="0" w:noVBand="1"/>
      </w:tblPr>
      <w:tblGrid>
        <w:gridCol w:w="2438"/>
        <w:gridCol w:w="2268"/>
        <w:gridCol w:w="2381"/>
      </w:tblGrid>
      <w:tr w:rsidR="00CD4A62" w:rsidRPr="0025334A" w14:paraId="6EA54CF8" w14:textId="77777777" w:rsidTr="0025334A">
        <w:trPr>
          <w:tblHeader/>
          <w:jc w:val="center"/>
        </w:trPr>
        <w:tc>
          <w:tcPr>
            <w:tcW w:w="2438" w:type="dxa"/>
            <w:vAlign w:val="center"/>
          </w:tcPr>
          <w:p w14:paraId="39C25821" w14:textId="77777777" w:rsidR="00CD4A62" w:rsidRPr="0025334A" w:rsidRDefault="00CD4A62">
            <w:pPr>
              <w:ind w:firstLine="0"/>
              <w:jc w:val="center"/>
              <w:rPr>
                <w:sz w:val="22"/>
                <w:szCs w:val="24"/>
              </w:rPr>
            </w:pPr>
            <w:proofErr w:type="spellStart"/>
            <w:r w:rsidRPr="0025334A">
              <w:rPr>
                <w:b/>
                <w:sz w:val="22"/>
                <w:szCs w:val="24"/>
              </w:rPr>
              <w:t>Componentă</w:t>
            </w:r>
            <w:proofErr w:type="spellEnd"/>
          </w:p>
        </w:tc>
        <w:tc>
          <w:tcPr>
            <w:tcW w:w="2268" w:type="dxa"/>
            <w:vAlign w:val="center"/>
          </w:tcPr>
          <w:p w14:paraId="6FBBBD4E" w14:textId="77777777" w:rsidR="00CD4A62" w:rsidRPr="0025334A" w:rsidRDefault="00CD4A62">
            <w:pPr>
              <w:ind w:firstLine="0"/>
              <w:jc w:val="center"/>
              <w:rPr>
                <w:sz w:val="22"/>
                <w:szCs w:val="24"/>
              </w:rPr>
            </w:pPr>
            <w:proofErr w:type="spellStart"/>
            <w:r w:rsidRPr="0025334A">
              <w:rPr>
                <w:b/>
                <w:sz w:val="22"/>
                <w:szCs w:val="24"/>
              </w:rPr>
              <w:t>Valoare</w:t>
            </w:r>
            <w:proofErr w:type="spellEnd"/>
            <w:r w:rsidRPr="0025334A">
              <w:rPr>
                <w:b/>
                <w:sz w:val="22"/>
                <w:szCs w:val="24"/>
              </w:rPr>
              <w:t xml:space="preserve"> cu TVA/</w:t>
            </w:r>
            <w:proofErr w:type="spellStart"/>
            <w:r w:rsidRPr="0025334A">
              <w:rPr>
                <w:b/>
                <w:sz w:val="22"/>
                <w:szCs w:val="24"/>
              </w:rPr>
              <w:t>beneficiar</w:t>
            </w:r>
            <w:proofErr w:type="spellEnd"/>
            <w:r w:rsidRPr="0025334A">
              <w:rPr>
                <w:b/>
                <w:sz w:val="22"/>
                <w:szCs w:val="24"/>
              </w:rPr>
              <w:t>/zi</w:t>
            </w:r>
          </w:p>
        </w:tc>
        <w:tc>
          <w:tcPr>
            <w:tcW w:w="2381" w:type="dxa"/>
            <w:vAlign w:val="center"/>
          </w:tcPr>
          <w:p w14:paraId="7512D5E9" w14:textId="1FB8E261" w:rsidR="00CD4A62" w:rsidRPr="0025334A" w:rsidRDefault="00CD4A62">
            <w:pPr>
              <w:ind w:firstLine="0"/>
              <w:jc w:val="center"/>
              <w:rPr>
                <w:sz w:val="22"/>
                <w:szCs w:val="24"/>
              </w:rPr>
            </w:pPr>
            <w:proofErr w:type="spellStart"/>
            <w:r w:rsidRPr="0025334A">
              <w:rPr>
                <w:b/>
                <w:sz w:val="22"/>
                <w:szCs w:val="24"/>
              </w:rPr>
              <w:t>Valoare</w:t>
            </w:r>
            <w:proofErr w:type="spellEnd"/>
            <w:r w:rsidRPr="0025334A">
              <w:rPr>
                <w:b/>
                <w:sz w:val="22"/>
                <w:szCs w:val="24"/>
              </w:rPr>
              <w:t xml:space="preserve"> </w:t>
            </w:r>
            <w:proofErr w:type="spellStart"/>
            <w:r w:rsidRPr="0025334A">
              <w:rPr>
                <w:b/>
                <w:sz w:val="22"/>
                <w:szCs w:val="24"/>
              </w:rPr>
              <w:t>fără</w:t>
            </w:r>
            <w:proofErr w:type="spellEnd"/>
            <w:r w:rsidRPr="0025334A">
              <w:rPr>
                <w:b/>
                <w:sz w:val="22"/>
                <w:szCs w:val="24"/>
              </w:rPr>
              <w:t xml:space="preserve"> TVA /zi</w:t>
            </w:r>
          </w:p>
        </w:tc>
      </w:tr>
      <w:tr w:rsidR="00CD4A62" w:rsidRPr="0025334A" w14:paraId="25207370" w14:textId="77777777" w:rsidTr="0025334A">
        <w:trPr>
          <w:jc w:val="center"/>
        </w:trPr>
        <w:tc>
          <w:tcPr>
            <w:tcW w:w="2438" w:type="dxa"/>
            <w:vAlign w:val="center"/>
          </w:tcPr>
          <w:p w14:paraId="5686B3B6" w14:textId="77777777" w:rsidR="00CD4A62" w:rsidRPr="0025334A" w:rsidRDefault="00CD4A62">
            <w:pPr>
              <w:ind w:firstLine="0"/>
              <w:jc w:val="left"/>
              <w:rPr>
                <w:sz w:val="22"/>
                <w:szCs w:val="24"/>
              </w:rPr>
            </w:pPr>
            <w:proofErr w:type="spellStart"/>
            <w:r w:rsidRPr="0025334A">
              <w:rPr>
                <w:sz w:val="22"/>
                <w:szCs w:val="24"/>
              </w:rPr>
              <w:t>Hrană</w:t>
            </w:r>
            <w:proofErr w:type="spellEnd"/>
          </w:p>
        </w:tc>
        <w:tc>
          <w:tcPr>
            <w:tcW w:w="2268" w:type="dxa"/>
            <w:vAlign w:val="center"/>
          </w:tcPr>
          <w:p w14:paraId="08A9436F" w14:textId="77777777" w:rsidR="00CD4A62" w:rsidRPr="0025334A" w:rsidRDefault="00CD4A62">
            <w:pPr>
              <w:ind w:firstLine="0"/>
              <w:jc w:val="left"/>
              <w:rPr>
                <w:sz w:val="22"/>
                <w:szCs w:val="24"/>
              </w:rPr>
            </w:pPr>
            <w:r w:rsidRPr="0025334A">
              <w:rPr>
                <w:sz w:val="22"/>
                <w:szCs w:val="24"/>
              </w:rPr>
              <w:t>32,00 lei</w:t>
            </w:r>
          </w:p>
        </w:tc>
        <w:tc>
          <w:tcPr>
            <w:tcW w:w="2381" w:type="dxa"/>
            <w:vAlign w:val="center"/>
          </w:tcPr>
          <w:p w14:paraId="0EB732B1" w14:textId="77777777" w:rsidR="00CD4A62" w:rsidRPr="0025334A" w:rsidRDefault="00CD4A62" w:rsidP="0025334A">
            <w:pPr>
              <w:ind w:firstLine="0"/>
              <w:jc w:val="right"/>
              <w:rPr>
                <w:sz w:val="22"/>
                <w:szCs w:val="24"/>
              </w:rPr>
            </w:pPr>
            <w:r w:rsidRPr="0025334A">
              <w:rPr>
                <w:sz w:val="22"/>
                <w:szCs w:val="24"/>
              </w:rPr>
              <w:t>28,82883 lei</w:t>
            </w:r>
          </w:p>
        </w:tc>
      </w:tr>
      <w:tr w:rsidR="00CD4A62" w:rsidRPr="0025334A" w14:paraId="795D17AE" w14:textId="77777777" w:rsidTr="0025334A">
        <w:trPr>
          <w:jc w:val="center"/>
        </w:trPr>
        <w:tc>
          <w:tcPr>
            <w:tcW w:w="2438" w:type="dxa"/>
            <w:vAlign w:val="center"/>
          </w:tcPr>
          <w:p w14:paraId="68F95FEF" w14:textId="77777777" w:rsidR="00CD4A62" w:rsidRPr="0025334A" w:rsidRDefault="00CD4A62">
            <w:pPr>
              <w:ind w:firstLine="0"/>
              <w:jc w:val="left"/>
              <w:rPr>
                <w:sz w:val="22"/>
                <w:szCs w:val="24"/>
              </w:rPr>
            </w:pPr>
            <w:proofErr w:type="spellStart"/>
            <w:r w:rsidRPr="0025334A">
              <w:rPr>
                <w:sz w:val="22"/>
                <w:szCs w:val="24"/>
              </w:rPr>
              <w:t>Servicii</w:t>
            </w:r>
            <w:proofErr w:type="spellEnd"/>
            <w:r w:rsidRPr="0025334A">
              <w:rPr>
                <w:sz w:val="22"/>
                <w:szCs w:val="24"/>
              </w:rPr>
              <w:t xml:space="preserve"> </w:t>
            </w:r>
            <w:proofErr w:type="spellStart"/>
            <w:r w:rsidRPr="0025334A">
              <w:rPr>
                <w:sz w:val="22"/>
                <w:szCs w:val="24"/>
              </w:rPr>
              <w:t>conexe</w:t>
            </w:r>
            <w:proofErr w:type="spellEnd"/>
          </w:p>
        </w:tc>
        <w:tc>
          <w:tcPr>
            <w:tcW w:w="2268" w:type="dxa"/>
            <w:vAlign w:val="center"/>
          </w:tcPr>
          <w:p w14:paraId="41E24245" w14:textId="77777777" w:rsidR="00CD4A62" w:rsidRPr="0025334A" w:rsidRDefault="00CD4A62">
            <w:pPr>
              <w:ind w:firstLine="0"/>
              <w:jc w:val="left"/>
              <w:rPr>
                <w:sz w:val="22"/>
                <w:szCs w:val="24"/>
              </w:rPr>
            </w:pPr>
            <w:r w:rsidRPr="0025334A">
              <w:rPr>
                <w:sz w:val="22"/>
                <w:szCs w:val="24"/>
              </w:rPr>
              <w:t>3,81 lei</w:t>
            </w:r>
          </w:p>
        </w:tc>
        <w:tc>
          <w:tcPr>
            <w:tcW w:w="2381" w:type="dxa"/>
            <w:vAlign w:val="center"/>
          </w:tcPr>
          <w:p w14:paraId="659AA948" w14:textId="77777777" w:rsidR="00CD4A62" w:rsidRPr="0025334A" w:rsidRDefault="00CD4A62" w:rsidP="0025334A">
            <w:pPr>
              <w:ind w:firstLine="0"/>
              <w:jc w:val="right"/>
              <w:rPr>
                <w:sz w:val="22"/>
                <w:szCs w:val="24"/>
              </w:rPr>
            </w:pPr>
            <w:r w:rsidRPr="0025334A">
              <w:rPr>
                <w:sz w:val="22"/>
                <w:szCs w:val="24"/>
              </w:rPr>
              <w:t>3,14876 lei</w:t>
            </w:r>
          </w:p>
        </w:tc>
      </w:tr>
      <w:tr w:rsidR="00CD4A62" w:rsidRPr="0025334A" w14:paraId="5C5426E3" w14:textId="77777777" w:rsidTr="0025334A">
        <w:trPr>
          <w:jc w:val="center"/>
        </w:trPr>
        <w:tc>
          <w:tcPr>
            <w:tcW w:w="2438" w:type="dxa"/>
            <w:vAlign w:val="center"/>
          </w:tcPr>
          <w:p w14:paraId="036256F7" w14:textId="77777777" w:rsidR="00CD4A62" w:rsidRPr="0025334A" w:rsidRDefault="00CD4A62">
            <w:pPr>
              <w:ind w:firstLine="0"/>
              <w:jc w:val="left"/>
              <w:rPr>
                <w:sz w:val="22"/>
                <w:szCs w:val="24"/>
              </w:rPr>
            </w:pPr>
            <w:r w:rsidRPr="0025334A">
              <w:rPr>
                <w:sz w:val="22"/>
                <w:szCs w:val="24"/>
              </w:rPr>
              <w:t xml:space="preserve">TOTAL </w:t>
            </w:r>
            <w:proofErr w:type="spellStart"/>
            <w:r w:rsidRPr="0025334A">
              <w:rPr>
                <w:sz w:val="22"/>
                <w:szCs w:val="24"/>
              </w:rPr>
              <w:t>meniu</w:t>
            </w:r>
            <w:proofErr w:type="spellEnd"/>
            <w:r w:rsidRPr="0025334A">
              <w:rPr>
                <w:sz w:val="22"/>
                <w:szCs w:val="24"/>
              </w:rPr>
              <w:t>-zi</w:t>
            </w:r>
          </w:p>
        </w:tc>
        <w:tc>
          <w:tcPr>
            <w:tcW w:w="2268" w:type="dxa"/>
            <w:vAlign w:val="center"/>
          </w:tcPr>
          <w:p w14:paraId="6EAEF2CE" w14:textId="77777777" w:rsidR="00CD4A62" w:rsidRPr="0025334A" w:rsidRDefault="00CD4A62">
            <w:pPr>
              <w:ind w:firstLine="0"/>
              <w:jc w:val="left"/>
              <w:rPr>
                <w:sz w:val="22"/>
                <w:szCs w:val="24"/>
              </w:rPr>
            </w:pPr>
            <w:r w:rsidRPr="0025334A">
              <w:rPr>
                <w:sz w:val="22"/>
                <w:szCs w:val="24"/>
              </w:rPr>
              <w:t>35,81 lei</w:t>
            </w:r>
          </w:p>
        </w:tc>
        <w:tc>
          <w:tcPr>
            <w:tcW w:w="2381" w:type="dxa"/>
            <w:vAlign w:val="center"/>
          </w:tcPr>
          <w:p w14:paraId="1AF8F823" w14:textId="77777777" w:rsidR="00CD4A62" w:rsidRPr="0025334A" w:rsidRDefault="00CD4A62" w:rsidP="0025334A">
            <w:pPr>
              <w:ind w:firstLine="0"/>
              <w:jc w:val="right"/>
              <w:rPr>
                <w:sz w:val="22"/>
                <w:szCs w:val="24"/>
              </w:rPr>
            </w:pPr>
            <w:r w:rsidRPr="0025334A">
              <w:rPr>
                <w:sz w:val="22"/>
                <w:szCs w:val="24"/>
              </w:rPr>
              <w:t>31,97759 lei</w:t>
            </w:r>
          </w:p>
        </w:tc>
      </w:tr>
    </w:tbl>
    <w:p w14:paraId="2364B9F1" w14:textId="77777777" w:rsidR="000C4CB5" w:rsidRPr="0025334A" w:rsidRDefault="000C4CB5">
      <w:pPr>
        <w:spacing w:after="50" w:line="247" w:lineRule="auto"/>
        <w:ind w:firstLine="0"/>
      </w:pPr>
    </w:p>
    <w:p w14:paraId="6A3E2678" w14:textId="3AEB015B" w:rsidR="000C4CB5" w:rsidRPr="0025334A" w:rsidRDefault="004E746A">
      <w:pPr>
        <w:spacing w:after="50" w:line="247" w:lineRule="auto"/>
      </w:pPr>
      <w:r w:rsidRPr="0025334A">
        <w:t xml:space="preserve">Pe </w:t>
      </w:r>
      <w:proofErr w:type="spellStart"/>
      <w:r w:rsidRPr="0025334A">
        <w:t>baza</w:t>
      </w:r>
      <w:proofErr w:type="spellEnd"/>
      <w:r w:rsidRPr="0025334A">
        <w:t xml:space="preserve"> </w:t>
      </w:r>
      <w:proofErr w:type="spellStart"/>
      <w:r w:rsidRPr="0025334A">
        <w:t>valorilor</w:t>
      </w:r>
      <w:proofErr w:type="spellEnd"/>
      <w:r w:rsidRPr="0025334A">
        <w:t xml:space="preserve"> </w:t>
      </w:r>
      <w:proofErr w:type="spellStart"/>
      <w:r w:rsidRPr="0025334A">
        <w:t>unitare</w:t>
      </w:r>
      <w:proofErr w:type="spellEnd"/>
      <w:r w:rsidRPr="0025334A">
        <w:t xml:space="preserve"> </w:t>
      </w:r>
      <w:proofErr w:type="spellStart"/>
      <w:r w:rsidRPr="0025334A">
        <w:t>utilizate</w:t>
      </w:r>
      <w:proofErr w:type="spellEnd"/>
      <w:r w:rsidRPr="0025334A">
        <w:t xml:space="preserve"> la </w:t>
      </w:r>
      <w:proofErr w:type="spellStart"/>
      <w:r w:rsidRPr="0025334A">
        <w:t>determinarea</w:t>
      </w:r>
      <w:proofErr w:type="spellEnd"/>
      <w:r w:rsidRPr="0025334A">
        <w:t xml:space="preserve"> </w:t>
      </w:r>
      <w:proofErr w:type="spellStart"/>
      <w:r w:rsidRPr="0025334A">
        <w:t>valorii</w:t>
      </w:r>
      <w:proofErr w:type="spellEnd"/>
      <w:r w:rsidRPr="0025334A">
        <w:t xml:space="preserve"> estimate, </w:t>
      </w:r>
      <w:proofErr w:type="spellStart"/>
      <w:r w:rsidRPr="0025334A">
        <w:t>limitele</w:t>
      </w:r>
      <w:proofErr w:type="spellEnd"/>
      <w:r w:rsidRPr="0025334A">
        <w:t xml:space="preserve"> </w:t>
      </w:r>
      <w:proofErr w:type="spellStart"/>
      <w:r w:rsidRPr="0025334A">
        <w:t>cantitative</w:t>
      </w:r>
      <w:proofErr w:type="spellEnd"/>
      <w:r w:rsidRPr="0025334A">
        <w:t xml:space="preserve"> de la cap. </w:t>
      </w:r>
      <w:r w:rsidR="0025334A" w:rsidRPr="0025334A">
        <w:t>3</w:t>
      </w:r>
      <w:r w:rsidRPr="0025334A">
        <w:t>.</w:t>
      </w:r>
      <w:r w:rsidR="0025334A" w:rsidRPr="0025334A">
        <w:t>3</w:t>
      </w:r>
      <w:r w:rsidRPr="0025334A">
        <w:t xml:space="preserve"> </w:t>
      </w:r>
      <w:proofErr w:type="spellStart"/>
      <w:r w:rsidRPr="0025334A">
        <w:t>generează</w:t>
      </w:r>
      <w:proofErr w:type="spellEnd"/>
      <w:r w:rsidRPr="0025334A">
        <w:t xml:space="preserve"> </w:t>
      </w:r>
      <w:proofErr w:type="spellStart"/>
      <w:r w:rsidRPr="0025334A">
        <w:t>valorile</w:t>
      </w:r>
      <w:proofErr w:type="spellEnd"/>
      <w:r w:rsidRPr="0025334A">
        <w:t xml:space="preserve"> </w:t>
      </w:r>
      <w:proofErr w:type="spellStart"/>
      <w:r w:rsidRPr="0025334A">
        <w:t>minime</w:t>
      </w:r>
      <w:proofErr w:type="spellEnd"/>
      <w:r w:rsidRPr="0025334A">
        <w:t xml:space="preserve"> </w:t>
      </w:r>
      <w:proofErr w:type="spellStart"/>
      <w:r w:rsidRPr="0025334A">
        <w:t>și</w:t>
      </w:r>
      <w:proofErr w:type="spellEnd"/>
      <w:r w:rsidRPr="0025334A">
        <w:t xml:space="preserve"> </w:t>
      </w:r>
      <w:proofErr w:type="spellStart"/>
      <w:r w:rsidRPr="0025334A">
        <w:t>maxime</w:t>
      </w:r>
      <w:proofErr w:type="spellEnd"/>
      <w:r w:rsidRPr="0025334A">
        <w:t xml:space="preserve"> estimate de </w:t>
      </w:r>
      <w:proofErr w:type="spellStart"/>
      <w:r w:rsidRPr="0025334A">
        <w:t>mai</w:t>
      </w:r>
      <w:proofErr w:type="spellEnd"/>
      <w:r w:rsidRPr="0025334A">
        <w:t xml:space="preserve"> </w:t>
      </w:r>
      <w:proofErr w:type="spellStart"/>
      <w:r w:rsidRPr="0025334A">
        <w:t>jos.</w:t>
      </w:r>
      <w:proofErr w:type="spellEnd"/>
      <w:r w:rsidRPr="0025334A">
        <w:t xml:space="preserve"> </w:t>
      </w:r>
      <w:proofErr w:type="spellStart"/>
      <w:r w:rsidRPr="0025334A">
        <w:t>Valorile</w:t>
      </w:r>
      <w:proofErr w:type="spellEnd"/>
      <w:r w:rsidRPr="0025334A">
        <w:t xml:space="preserve"> au </w:t>
      </w:r>
      <w:proofErr w:type="spellStart"/>
      <w:r w:rsidRPr="0025334A">
        <w:t>rol</w:t>
      </w:r>
      <w:proofErr w:type="spellEnd"/>
      <w:r w:rsidRPr="0025334A">
        <w:t xml:space="preserve"> de </w:t>
      </w:r>
      <w:proofErr w:type="spellStart"/>
      <w:r w:rsidRPr="0025334A">
        <w:t>dimensionare</w:t>
      </w:r>
      <w:proofErr w:type="spellEnd"/>
      <w:r w:rsidRPr="0025334A">
        <w:t xml:space="preserve"> a </w:t>
      </w:r>
      <w:proofErr w:type="spellStart"/>
      <w:r w:rsidRPr="0025334A">
        <w:t>acordului-cadru</w:t>
      </w:r>
      <w:proofErr w:type="spellEnd"/>
      <w:r w:rsidRPr="0025334A">
        <w:t xml:space="preserve"> </w:t>
      </w:r>
      <w:proofErr w:type="spellStart"/>
      <w:r w:rsidRPr="0025334A">
        <w:t>și</w:t>
      </w:r>
      <w:proofErr w:type="spellEnd"/>
      <w:r w:rsidRPr="0025334A">
        <w:t xml:space="preserve"> a </w:t>
      </w:r>
      <w:proofErr w:type="spellStart"/>
      <w:r w:rsidRPr="0025334A">
        <w:t>contractelor</w:t>
      </w:r>
      <w:proofErr w:type="spellEnd"/>
      <w:r w:rsidRPr="0025334A">
        <w:t xml:space="preserve"> </w:t>
      </w:r>
      <w:proofErr w:type="spellStart"/>
      <w:r w:rsidRPr="0025334A">
        <w:t>subsecvente</w:t>
      </w:r>
      <w:proofErr w:type="spellEnd"/>
      <w:r w:rsidRPr="0025334A">
        <w:t xml:space="preserve">; </w:t>
      </w:r>
      <w:proofErr w:type="spellStart"/>
      <w:r w:rsidRPr="0025334A">
        <w:t>prețurile</w:t>
      </w:r>
      <w:proofErr w:type="spellEnd"/>
      <w:r w:rsidRPr="0025334A">
        <w:t xml:space="preserve"> </w:t>
      </w:r>
      <w:proofErr w:type="spellStart"/>
      <w:r w:rsidRPr="0025334A">
        <w:t>efective</w:t>
      </w:r>
      <w:proofErr w:type="spellEnd"/>
      <w:r w:rsidRPr="0025334A">
        <w:t xml:space="preserve"> sunt </w:t>
      </w:r>
      <w:proofErr w:type="spellStart"/>
      <w:r w:rsidRPr="0025334A">
        <w:t>cele</w:t>
      </w:r>
      <w:proofErr w:type="spellEnd"/>
      <w:r w:rsidRPr="0025334A">
        <w:t xml:space="preserve"> </w:t>
      </w:r>
      <w:proofErr w:type="spellStart"/>
      <w:r w:rsidRPr="0025334A">
        <w:t>rezultate</w:t>
      </w:r>
      <w:proofErr w:type="spellEnd"/>
      <w:r w:rsidRPr="0025334A">
        <w:t xml:space="preserve"> din </w:t>
      </w:r>
      <w:proofErr w:type="spellStart"/>
      <w:r w:rsidRPr="0025334A">
        <w:t>procedura</w:t>
      </w:r>
      <w:proofErr w:type="spellEnd"/>
      <w:r w:rsidRPr="0025334A">
        <w:t xml:space="preserve"> de </w:t>
      </w:r>
      <w:proofErr w:type="spellStart"/>
      <w:r w:rsidRPr="0025334A">
        <w:t>atribuire</w:t>
      </w:r>
      <w:proofErr w:type="spellEnd"/>
      <w:r w:rsidRPr="0025334A">
        <w:t xml:space="preserve"> </w:t>
      </w:r>
      <w:proofErr w:type="spellStart"/>
      <w:r w:rsidRPr="0025334A">
        <w:t>și</w:t>
      </w:r>
      <w:proofErr w:type="spellEnd"/>
      <w:r w:rsidRPr="0025334A">
        <w:t xml:space="preserve"> se </w:t>
      </w:r>
      <w:proofErr w:type="spellStart"/>
      <w:r w:rsidRPr="0025334A">
        <w:t>aplică</w:t>
      </w:r>
      <w:proofErr w:type="spellEnd"/>
      <w:r w:rsidRPr="0025334A">
        <w:t xml:space="preserve"> </w:t>
      </w:r>
      <w:proofErr w:type="spellStart"/>
      <w:r w:rsidRPr="0025334A">
        <w:t>numai</w:t>
      </w:r>
      <w:proofErr w:type="spellEnd"/>
      <w:r w:rsidRPr="0025334A">
        <w:t xml:space="preserve"> </w:t>
      </w:r>
      <w:proofErr w:type="spellStart"/>
      <w:r w:rsidRPr="0025334A">
        <w:t>cantităților</w:t>
      </w:r>
      <w:proofErr w:type="spellEnd"/>
      <w:r w:rsidRPr="0025334A">
        <w:t xml:space="preserve"> </w:t>
      </w:r>
      <w:proofErr w:type="spellStart"/>
      <w:r w:rsidRPr="0025334A">
        <w:t>efectiv</w:t>
      </w:r>
      <w:proofErr w:type="spellEnd"/>
      <w:r w:rsidRPr="0025334A">
        <w:t xml:space="preserve"> </w:t>
      </w:r>
      <w:proofErr w:type="spellStart"/>
      <w:r w:rsidRPr="0025334A">
        <w:t>comandate</w:t>
      </w:r>
      <w:proofErr w:type="spellEnd"/>
      <w:r w:rsidRPr="0025334A">
        <w:t xml:space="preserve">, </w:t>
      </w:r>
      <w:proofErr w:type="spellStart"/>
      <w:r w:rsidRPr="0025334A">
        <w:t>recepționate</w:t>
      </w:r>
      <w:proofErr w:type="spellEnd"/>
      <w:r w:rsidRPr="0025334A">
        <w:t xml:space="preserve"> </w:t>
      </w:r>
      <w:proofErr w:type="spellStart"/>
      <w:r w:rsidRPr="0025334A">
        <w:t>și</w:t>
      </w:r>
      <w:proofErr w:type="spellEnd"/>
      <w:r w:rsidRPr="0025334A">
        <w:t xml:space="preserve"> </w:t>
      </w:r>
      <w:proofErr w:type="spellStart"/>
      <w:r w:rsidRPr="0025334A">
        <w:t>acceptate</w:t>
      </w:r>
      <w:proofErr w:type="spellEnd"/>
      <w:r w:rsidRPr="0025334A">
        <w:t>.</w:t>
      </w:r>
    </w:p>
    <w:tbl>
      <w:tblPr>
        <w:tblStyle w:val="TableGrid"/>
        <w:tblW w:w="0" w:type="auto"/>
        <w:jc w:val="center"/>
        <w:tblLayout w:type="fixed"/>
        <w:tblLook w:val="04A0" w:firstRow="1" w:lastRow="0" w:firstColumn="1" w:lastColumn="0" w:noHBand="0" w:noVBand="1"/>
      </w:tblPr>
      <w:tblGrid>
        <w:gridCol w:w="3231"/>
        <w:gridCol w:w="1701"/>
        <w:gridCol w:w="2268"/>
        <w:gridCol w:w="2268"/>
      </w:tblGrid>
      <w:tr w:rsidR="0025334A" w:rsidRPr="0025334A" w14:paraId="767AABC1" w14:textId="77777777" w:rsidTr="0025334A">
        <w:trPr>
          <w:cantSplit/>
          <w:tblHeader/>
          <w:jc w:val="center"/>
        </w:trPr>
        <w:tc>
          <w:tcPr>
            <w:tcW w:w="3231" w:type="dxa"/>
            <w:vAlign w:val="center"/>
          </w:tcPr>
          <w:p w14:paraId="6D56B437" w14:textId="77777777" w:rsidR="000C4CB5" w:rsidRPr="0025334A" w:rsidRDefault="004E746A" w:rsidP="0025334A">
            <w:pPr>
              <w:keepNext/>
              <w:ind w:firstLine="0"/>
              <w:jc w:val="center"/>
              <w:rPr>
                <w:sz w:val="22"/>
                <w:szCs w:val="32"/>
              </w:rPr>
            </w:pPr>
            <w:bookmarkStart w:id="65" w:name="_Hlk239848254"/>
            <w:r w:rsidRPr="0025334A">
              <w:rPr>
                <w:b/>
                <w:sz w:val="22"/>
                <w:szCs w:val="32"/>
              </w:rPr>
              <w:t xml:space="preserve">Nivel de </w:t>
            </w:r>
            <w:proofErr w:type="spellStart"/>
            <w:r w:rsidRPr="0025334A">
              <w:rPr>
                <w:b/>
                <w:sz w:val="22"/>
                <w:szCs w:val="32"/>
              </w:rPr>
              <w:t>dimensionare</w:t>
            </w:r>
            <w:proofErr w:type="spellEnd"/>
          </w:p>
        </w:tc>
        <w:tc>
          <w:tcPr>
            <w:tcW w:w="1701" w:type="dxa"/>
            <w:vAlign w:val="center"/>
          </w:tcPr>
          <w:p w14:paraId="324C8E07" w14:textId="77777777" w:rsidR="000C4CB5" w:rsidRPr="0025334A" w:rsidRDefault="004E746A" w:rsidP="0025334A">
            <w:pPr>
              <w:keepNext/>
              <w:ind w:firstLine="0"/>
              <w:jc w:val="center"/>
              <w:rPr>
                <w:sz w:val="22"/>
                <w:szCs w:val="32"/>
              </w:rPr>
            </w:pPr>
            <w:proofErr w:type="spellStart"/>
            <w:r w:rsidRPr="0025334A">
              <w:rPr>
                <w:b/>
                <w:sz w:val="22"/>
                <w:szCs w:val="32"/>
              </w:rPr>
              <w:t>Cantitate</w:t>
            </w:r>
            <w:proofErr w:type="spellEnd"/>
            <w:r w:rsidRPr="0025334A">
              <w:rPr>
                <w:b/>
                <w:sz w:val="22"/>
                <w:szCs w:val="32"/>
              </w:rPr>
              <w:t xml:space="preserve"> </w:t>
            </w:r>
            <w:proofErr w:type="spellStart"/>
            <w:r w:rsidRPr="0025334A">
              <w:rPr>
                <w:b/>
                <w:sz w:val="22"/>
                <w:szCs w:val="32"/>
              </w:rPr>
              <w:t>estimată</w:t>
            </w:r>
            <w:proofErr w:type="spellEnd"/>
            <w:r w:rsidRPr="0025334A">
              <w:rPr>
                <w:b/>
                <w:sz w:val="22"/>
                <w:szCs w:val="32"/>
              </w:rPr>
              <w:br/>
            </w:r>
            <w:proofErr w:type="spellStart"/>
            <w:r w:rsidRPr="0025334A">
              <w:rPr>
                <w:b/>
                <w:sz w:val="22"/>
                <w:szCs w:val="32"/>
              </w:rPr>
              <w:t>meniuri-zile</w:t>
            </w:r>
            <w:proofErr w:type="spellEnd"/>
          </w:p>
        </w:tc>
        <w:tc>
          <w:tcPr>
            <w:tcW w:w="2268" w:type="dxa"/>
            <w:vAlign w:val="center"/>
          </w:tcPr>
          <w:p w14:paraId="3DF179AF" w14:textId="77777777" w:rsidR="000C4CB5" w:rsidRPr="0025334A" w:rsidRDefault="004E746A" w:rsidP="0025334A">
            <w:pPr>
              <w:keepNext/>
              <w:ind w:firstLine="0"/>
              <w:jc w:val="center"/>
              <w:rPr>
                <w:sz w:val="22"/>
                <w:szCs w:val="32"/>
              </w:rPr>
            </w:pPr>
            <w:proofErr w:type="spellStart"/>
            <w:r w:rsidRPr="0025334A">
              <w:rPr>
                <w:b/>
                <w:sz w:val="22"/>
                <w:szCs w:val="32"/>
              </w:rPr>
              <w:t>Valoare</w:t>
            </w:r>
            <w:proofErr w:type="spellEnd"/>
            <w:r w:rsidRPr="0025334A">
              <w:rPr>
                <w:b/>
                <w:sz w:val="22"/>
                <w:szCs w:val="32"/>
              </w:rPr>
              <w:t xml:space="preserve"> </w:t>
            </w:r>
            <w:proofErr w:type="spellStart"/>
            <w:r w:rsidRPr="0025334A">
              <w:rPr>
                <w:b/>
                <w:sz w:val="22"/>
                <w:szCs w:val="32"/>
              </w:rPr>
              <w:t>estimată</w:t>
            </w:r>
            <w:proofErr w:type="spellEnd"/>
            <w:r w:rsidRPr="0025334A">
              <w:rPr>
                <w:b/>
                <w:sz w:val="22"/>
                <w:szCs w:val="32"/>
              </w:rPr>
              <w:t xml:space="preserve"> </w:t>
            </w:r>
            <w:proofErr w:type="spellStart"/>
            <w:r w:rsidRPr="0025334A">
              <w:rPr>
                <w:b/>
                <w:sz w:val="22"/>
                <w:szCs w:val="32"/>
              </w:rPr>
              <w:t>fără</w:t>
            </w:r>
            <w:proofErr w:type="spellEnd"/>
            <w:r w:rsidRPr="0025334A">
              <w:rPr>
                <w:b/>
                <w:sz w:val="22"/>
                <w:szCs w:val="32"/>
              </w:rPr>
              <w:t xml:space="preserve"> TVA</w:t>
            </w:r>
          </w:p>
        </w:tc>
        <w:tc>
          <w:tcPr>
            <w:tcW w:w="2268" w:type="dxa"/>
            <w:vAlign w:val="center"/>
          </w:tcPr>
          <w:p w14:paraId="73D611ED" w14:textId="77777777" w:rsidR="000C4CB5" w:rsidRPr="0025334A" w:rsidRDefault="004E746A" w:rsidP="0025334A">
            <w:pPr>
              <w:keepNext/>
              <w:ind w:firstLine="0"/>
              <w:jc w:val="center"/>
              <w:rPr>
                <w:sz w:val="22"/>
                <w:szCs w:val="32"/>
              </w:rPr>
            </w:pPr>
            <w:proofErr w:type="spellStart"/>
            <w:r w:rsidRPr="0025334A">
              <w:rPr>
                <w:b/>
                <w:sz w:val="22"/>
                <w:szCs w:val="32"/>
              </w:rPr>
              <w:t>Valoare</w:t>
            </w:r>
            <w:proofErr w:type="spellEnd"/>
            <w:r w:rsidRPr="0025334A">
              <w:rPr>
                <w:b/>
                <w:sz w:val="22"/>
                <w:szCs w:val="32"/>
              </w:rPr>
              <w:t xml:space="preserve"> </w:t>
            </w:r>
            <w:proofErr w:type="spellStart"/>
            <w:r w:rsidRPr="0025334A">
              <w:rPr>
                <w:b/>
                <w:sz w:val="22"/>
                <w:szCs w:val="32"/>
              </w:rPr>
              <w:t>estimată</w:t>
            </w:r>
            <w:proofErr w:type="spellEnd"/>
            <w:r w:rsidRPr="0025334A">
              <w:rPr>
                <w:b/>
                <w:sz w:val="22"/>
                <w:szCs w:val="32"/>
              </w:rPr>
              <w:t xml:space="preserve"> cu TVA</w:t>
            </w:r>
          </w:p>
        </w:tc>
      </w:tr>
      <w:tr w:rsidR="0025334A" w:rsidRPr="0025334A" w14:paraId="52DA75C9" w14:textId="77777777" w:rsidTr="0025334A">
        <w:trPr>
          <w:cantSplit/>
          <w:jc w:val="center"/>
        </w:trPr>
        <w:tc>
          <w:tcPr>
            <w:tcW w:w="3231" w:type="dxa"/>
            <w:vAlign w:val="center"/>
          </w:tcPr>
          <w:p w14:paraId="5B1BF24A" w14:textId="77777777" w:rsidR="000C4CB5" w:rsidRPr="0025334A" w:rsidRDefault="004E746A" w:rsidP="0025334A">
            <w:pPr>
              <w:keepNext/>
              <w:ind w:firstLine="0"/>
              <w:jc w:val="left"/>
              <w:rPr>
                <w:sz w:val="22"/>
                <w:szCs w:val="32"/>
              </w:rPr>
            </w:pPr>
            <w:r w:rsidRPr="0025334A">
              <w:rPr>
                <w:sz w:val="22"/>
                <w:szCs w:val="32"/>
              </w:rPr>
              <w:t xml:space="preserve">Cel </w:t>
            </w:r>
            <w:proofErr w:type="spellStart"/>
            <w:r w:rsidRPr="0025334A">
              <w:rPr>
                <w:sz w:val="22"/>
                <w:szCs w:val="32"/>
              </w:rPr>
              <w:t>mai</w:t>
            </w:r>
            <w:proofErr w:type="spellEnd"/>
            <w:r w:rsidRPr="0025334A">
              <w:rPr>
                <w:sz w:val="22"/>
                <w:szCs w:val="32"/>
              </w:rPr>
              <w:t xml:space="preserve"> mic contract </w:t>
            </w:r>
            <w:proofErr w:type="spellStart"/>
            <w:r w:rsidRPr="0025334A">
              <w:rPr>
                <w:sz w:val="22"/>
                <w:szCs w:val="32"/>
              </w:rPr>
              <w:t>subsecvent</w:t>
            </w:r>
            <w:proofErr w:type="spellEnd"/>
            <w:r w:rsidRPr="0025334A">
              <w:rPr>
                <w:sz w:val="22"/>
                <w:szCs w:val="32"/>
              </w:rPr>
              <w:t xml:space="preserve"> – 30 </w:t>
            </w:r>
            <w:proofErr w:type="spellStart"/>
            <w:r w:rsidRPr="0025334A">
              <w:rPr>
                <w:sz w:val="22"/>
                <w:szCs w:val="32"/>
              </w:rPr>
              <w:t>zile</w:t>
            </w:r>
            <w:proofErr w:type="spellEnd"/>
          </w:p>
        </w:tc>
        <w:tc>
          <w:tcPr>
            <w:tcW w:w="1701" w:type="dxa"/>
            <w:vAlign w:val="center"/>
          </w:tcPr>
          <w:p w14:paraId="5A2ADF5E" w14:textId="77777777" w:rsidR="000C4CB5" w:rsidRPr="0025334A" w:rsidRDefault="004E746A" w:rsidP="0025334A">
            <w:pPr>
              <w:keepNext/>
              <w:ind w:firstLine="0"/>
              <w:jc w:val="center"/>
              <w:rPr>
                <w:sz w:val="22"/>
                <w:szCs w:val="32"/>
              </w:rPr>
            </w:pPr>
            <w:r w:rsidRPr="0025334A">
              <w:rPr>
                <w:sz w:val="22"/>
                <w:szCs w:val="32"/>
              </w:rPr>
              <w:t>3.900</w:t>
            </w:r>
          </w:p>
        </w:tc>
        <w:tc>
          <w:tcPr>
            <w:tcW w:w="2268" w:type="dxa"/>
            <w:vAlign w:val="center"/>
          </w:tcPr>
          <w:p w14:paraId="39C7F4DD" w14:textId="77777777" w:rsidR="000C4CB5" w:rsidRPr="0025334A" w:rsidRDefault="004E746A" w:rsidP="0025334A">
            <w:pPr>
              <w:keepNext/>
              <w:ind w:firstLine="0"/>
              <w:jc w:val="center"/>
              <w:rPr>
                <w:sz w:val="22"/>
                <w:szCs w:val="32"/>
              </w:rPr>
            </w:pPr>
            <w:r w:rsidRPr="0025334A">
              <w:rPr>
                <w:sz w:val="22"/>
                <w:szCs w:val="32"/>
              </w:rPr>
              <w:t>124.712,60 lei</w:t>
            </w:r>
          </w:p>
        </w:tc>
        <w:tc>
          <w:tcPr>
            <w:tcW w:w="2268" w:type="dxa"/>
            <w:vAlign w:val="center"/>
          </w:tcPr>
          <w:p w14:paraId="47098259" w14:textId="77777777" w:rsidR="000C4CB5" w:rsidRPr="0025334A" w:rsidRDefault="004E746A" w:rsidP="0025334A">
            <w:pPr>
              <w:keepNext/>
              <w:ind w:firstLine="0"/>
              <w:jc w:val="center"/>
              <w:rPr>
                <w:sz w:val="22"/>
                <w:szCs w:val="32"/>
              </w:rPr>
            </w:pPr>
            <w:r w:rsidRPr="0025334A">
              <w:rPr>
                <w:sz w:val="22"/>
                <w:szCs w:val="32"/>
              </w:rPr>
              <w:t>139.659,00 lei</w:t>
            </w:r>
          </w:p>
        </w:tc>
      </w:tr>
      <w:tr w:rsidR="0025334A" w:rsidRPr="0025334A" w14:paraId="235DF21C" w14:textId="77777777" w:rsidTr="0025334A">
        <w:trPr>
          <w:cantSplit/>
          <w:jc w:val="center"/>
        </w:trPr>
        <w:tc>
          <w:tcPr>
            <w:tcW w:w="3231" w:type="dxa"/>
            <w:vAlign w:val="center"/>
          </w:tcPr>
          <w:p w14:paraId="21E5779D" w14:textId="71EE7871" w:rsidR="000C4CB5" w:rsidRPr="0025334A" w:rsidRDefault="004E746A" w:rsidP="0025334A">
            <w:pPr>
              <w:keepNext/>
              <w:ind w:firstLine="0"/>
              <w:jc w:val="left"/>
              <w:rPr>
                <w:sz w:val="22"/>
                <w:szCs w:val="32"/>
              </w:rPr>
            </w:pPr>
            <w:r w:rsidRPr="0025334A">
              <w:rPr>
                <w:sz w:val="22"/>
                <w:szCs w:val="32"/>
              </w:rPr>
              <w:t xml:space="preserve">Cel </w:t>
            </w:r>
            <w:proofErr w:type="spellStart"/>
            <w:r w:rsidRPr="0025334A">
              <w:rPr>
                <w:sz w:val="22"/>
                <w:szCs w:val="32"/>
              </w:rPr>
              <w:t>mai</w:t>
            </w:r>
            <w:proofErr w:type="spellEnd"/>
            <w:r w:rsidRPr="0025334A">
              <w:rPr>
                <w:sz w:val="22"/>
                <w:szCs w:val="32"/>
              </w:rPr>
              <w:t xml:space="preserve"> mare contract </w:t>
            </w:r>
            <w:proofErr w:type="spellStart"/>
            <w:r w:rsidRPr="0025334A">
              <w:rPr>
                <w:sz w:val="22"/>
                <w:szCs w:val="32"/>
              </w:rPr>
              <w:t>subsecvent</w:t>
            </w:r>
            <w:proofErr w:type="spellEnd"/>
            <w:r w:rsidRPr="0025334A">
              <w:rPr>
                <w:sz w:val="22"/>
                <w:szCs w:val="32"/>
              </w:rPr>
              <w:t xml:space="preserve"> – </w:t>
            </w:r>
            <w:r w:rsidR="0025334A" w:rsidRPr="0025334A">
              <w:rPr>
                <w:sz w:val="22"/>
                <w:szCs w:val="32"/>
              </w:rPr>
              <w:t>24</w:t>
            </w:r>
            <w:r w:rsidRPr="0025334A">
              <w:rPr>
                <w:sz w:val="22"/>
                <w:szCs w:val="32"/>
              </w:rPr>
              <w:t xml:space="preserve">0 </w:t>
            </w:r>
            <w:proofErr w:type="spellStart"/>
            <w:r w:rsidRPr="0025334A">
              <w:rPr>
                <w:sz w:val="22"/>
                <w:szCs w:val="32"/>
              </w:rPr>
              <w:t>zile</w:t>
            </w:r>
            <w:proofErr w:type="spellEnd"/>
          </w:p>
        </w:tc>
        <w:tc>
          <w:tcPr>
            <w:tcW w:w="1701" w:type="dxa"/>
            <w:vAlign w:val="center"/>
          </w:tcPr>
          <w:p w14:paraId="7B2A8278" w14:textId="609A0B05" w:rsidR="000C4CB5" w:rsidRPr="0025334A" w:rsidRDefault="0025334A" w:rsidP="0025334A">
            <w:pPr>
              <w:keepNext/>
              <w:ind w:firstLine="0"/>
              <w:jc w:val="center"/>
              <w:rPr>
                <w:sz w:val="22"/>
                <w:szCs w:val="32"/>
              </w:rPr>
            </w:pPr>
            <w:r w:rsidRPr="0025334A">
              <w:rPr>
                <w:sz w:val="22"/>
                <w:szCs w:val="32"/>
              </w:rPr>
              <w:t>31.200</w:t>
            </w:r>
          </w:p>
        </w:tc>
        <w:tc>
          <w:tcPr>
            <w:tcW w:w="2268" w:type="dxa"/>
            <w:vAlign w:val="center"/>
          </w:tcPr>
          <w:p w14:paraId="28DC3DE4" w14:textId="18C5D14A" w:rsidR="000C4CB5" w:rsidRPr="0025334A" w:rsidRDefault="0025334A" w:rsidP="0025334A">
            <w:pPr>
              <w:keepNext/>
              <w:ind w:firstLine="0"/>
              <w:jc w:val="center"/>
              <w:rPr>
                <w:sz w:val="22"/>
                <w:szCs w:val="32"/>
              </w:rPr>
            </w:pPr>
            <w:r w:rsidRPr="0025334A">
              <w:rPr>
                <w:sz w:val="22"/>
                <w:szCs w:val="32"/>
              </w:rPr>
              <w:t xml:space="preserve">997.700,78 </w:t>
            </w:r>
            <w:r w:rsidR="004E746A" w:rsidRPr="0025334A">
              <w:rPr>
                <w:sz w:val="22"/>
                <w:szCs w:val="32"/>
              </w:rPr>
              <w:t>lei</w:t>
            </w:r>
          </w:p>
        </w:tc>
        <w:tc>
          <w:tcPr>
            <w:tcW w:w="2268" w:type="dxa"/>
            <w:vAlign w:val="center"/>
          </w:tcPr>
          <w:p w14:paraId="243F16E4" w14:textId="493EB501" w:rsidR="000C4CB5" w:rsidRPr="0025334A" w:rsidRDefault="0025334A" w:rsidP="0025334A">
            <w:pPr>
              <w:keepNext/>
              <w:ind w:firstLine="0"/>
              <w:jc w:val="center"/>
              <w:rPr>
                <w:sz w:val="22"/>
                <w:szCs w:val="32"/>
              </w:rPr>
            </w:pPr>
            <w:r w:rsidRPr="0025334A">
              <w:rPr>
                <w:sz w:val="22"/>
                <w:szCs w:val="32"/>
              </w:rPr>
              <w:t xml:space="preserve">1.117.272,00 </w:t>
            </w:r>
            <w:r w:rsidR="004E746A" w:rsidRPr="0025334A">
              <w:rPr>
                <w:sz w:val="22"/>
                <w:szCs w:val="32"/>
              </w:rPr>
              <w:t>lei</w:t>
            </w:r>
          </w:p>
        </w:tc>
      </w:tr>
      <w:tr w:rsidR="0025334A" w:rsidRPr="0025334A" w14:paraId="604C3EFD" w14:textId="77777777" w:rsidTr="0025334A">
        <w:trPr>
          <w:cantSplit/>
          <w:jc w:val="center"/>
        </w:trPr>
        <w:tc>
          <w:tcPr>
            <w:tcW w:w="3231" w:type="dxa"/>
            <w:vAlign w:val="center"/>
          </w:tcPr>
          <w:p w14:paraId="661DE85F" w14:textId="77777777" w:rsidR="000C4CB5" w:rsidRPr="0025334A" w:rsidRDefault="004E746A" w:rsidP="0025334A">
            <w:pPr>
              <w:keepNext/>
              <w:ind w:firstLine="0"/>
              <w:jc w:val="left"/>
              <w:rPr>
                <w:sz w:val="22"/>
                <w:szCs w:val="32"/>
              </w:rPr>
            </w:pPr>
            <w:r w:rsidRPr="0025334A">
              <w:rPr>
                <w:sz w:val="22"/>
                <w:szCs w:val="32"/>
              </w:rPr>
              <w:t>Acord-</w:t>
            </w:r>
            <w:proofErr w:type="spellStart"/>
            <w:r w:rsidRPr="0025334A">
              <w:rPr>
                <w:sz w:val="22"/>
                <w:szCs w:val="32"/>
              </w:rPr>
              <w:t>cadru</w:t>
            </w:r>
            <w:proofErr w:type="spellEnd"/>
            <w:r w:rsidRPr="0025334A">
              <w:rPr>
                <w:sz w:val="22"/>
                <w:szCs w:val="32"/>
              </w:rPr>
              <w:t xml:space="preserve"> – minim </w:t>
            </w:r>
            <w:proofErr w:type="spellStart"/>
            <w:r w:rsidRPr="0025334A">
              <w:rPr>
                <w:sz w:val="22"/>
                <w:szCs w:val="32"/>
              </w:rPr>
              <w:t>estimat</w:t>
            </w:r>
            <w:proofErr w:type="spellEnd"/>
          </w:p>
        </w:tc>
        <w:tc>
          <w:tcPr>
            <w:tcW w:w="1701" w:type="dxa"/>
            <w:vAlign w:val="center"/>
          </w:tcPr>
          <w:p w14:paraId="24687A4D" w14:textId="66A77EDA" w:rsidR="000C4CB5" w:rsidRPr="0025334A" w:rsidRDefault="0025334A" w:rsidP="0025334A">
            <w:pPr>
              <w:keepNext/>
              <w:ind w:firstLine="0"/>
              <w:jc w:val="center"/>
              <w:rPr>
                <w:sz w:val="22"/>
                <w:szCs w:val="32"/>
              </w:rPr>
            </w:pPr>
            <w:r w:rsidRPr="0025334A">
              <w:rPr>
                <w:sz w:val="22"/>
                <w:szCs w:val="32"/>
              </w:rPr>
              <w:t>31.200</w:t>
            </w:r>
          </w:p>
        </w:tc>
        <w:tc>
          <w:tcPr>
            <w:tcW w:w="2268" w:type="dxa"/>
            <w:vAlign w:val="center"/>
          </w:tcPr>
          <w:p w14:paraId="5728A421" w14:textId="31FB7E06" w:rsidR="000C4CB5" w:rsidRPr="0025334A" w:rsidRDefault="0025334A" w:rsidP="0025334A">
            <w:pPr>
              <w:keepNext/>
              <w:ind w:firstLine="0"/>
              <w:jc w:val="center"/>
              <w:rPr>
                <w:sz w:val="22"/>
                <w:szCs w:val="32"/>
              </w:rPr>
            </w:pPr>
            <w:r w:rsidRPr="0025334A">
              <w:rPr>
                <w:sz w:val="22"/>
                <w:szCs w:val="32"/>
              </w:rPr>
              <w:t xml:space="preserve">997.700,78 </w:t>
            </w:r>
            <w:r w:rsidR="004E746A" w:rsidRPr="0025334A">
              <w:rPr>
                <w:sz w:val="22"/>
                <w:szCs w:val="32"/>
              </w:rPr>
              <w:t>lei</w:t>
            </w:r>
          </w:p>
        </w:tc>
        <w:tc>
          <w:tcPr>
            <w:tcW w:w="2268" w:type="dxa"/>
            <w:vAlign w:val="center"/>
          </w:tcPr>
          <w:p w14:paraId="4D2D5CC1" w14:textId="4FE23AFB" w:rsidR="000C4CB5" w:rsidRPr="0025334A" w:rsidRDefault="0025334A" w:rsidP="0025334A">
            <w:pPr>
              <w:keepNext/>
              <w:ind w:firstLine="0"/>
              <w:jc w:val="center"/>
              <w:rPr>
                <w:sz w:val="22"/>
                <w:szCs w:val="32"/>
              </w:rPr>
            </w:pPr>
            <w:r w:rsidRPr="0025334A">
              <w:rPr>
                <w:sz w:val="22"/>
                <w:szCs w:val="32"/>
              </w:rPr>
              <w:t xml:space="preserve">1.117.272,00 </w:t>
            </w:r>
            <w:r w:rsidR="004E746A" w:rsidRPr="0025334A">
              <w:rPr>
                <w:sz w:val="22"/>
                <w:szCs w:val="32"/>
              </w:rPr>
              <w:t>lei</w:t>
            </w:r>
          </w:p>
        </w:tc>
      </w:tr>
      <w:tr w:rsidR="0025334A" w:rsidRPr="0025334A" w14:paraId="15EEDD9E" w14:textId="77777777" w:rsidTr="0025334A">
        <w:trPr>
          <w:cantSplit/>
          <w:jc w:val="center"/>
        </w:trPr>
        <w:tc>
          <w:tcPr>
            <w:tcW w:w="3231" w:type="dxa"/>
            <w:vAlign w:val="center"/>
          </w:tcPr>
          <w:p w14:paraId="681958CF" w14:textId="77777777" w:rsidR="000C4CB5" w:rsidRPr="0025334A" w:rsidRDefault="004E746A" w:rsidP="0025334A">
            <w:pPr>
              <w:keepNext/>
              <w:ind w:firstLine="0"/>
              <w:jc w:val="left"/>
              <w:rPr>
                <w:sz w:val="22"/>
                <w:szCs w:val="32"/>
              </w:rPr>
            </w:pPr>
            <w:r w:rsidRPr="0025334A">
              <w:rPr>
                <w:sz w:val="22"/>
                <w:szCs w:val="32"/>
              </w:rPr>
              <w:t>Acord-</w:t>
            </w:r>
            <w:proofErr w:type="spellStart"/>
            <w:r w:rsidRPr="0025334A">
              <w:rPr>
                <w:sz w:val="22"/>
                <w:szCs w:val="32"/>
              </w:rPr>
              <w:t>cadru</w:t>
            </w:r>
            <w:proofErr w:type="spellEnd"/>
            <w:r w:rsidRPr="0025334A">
              <w:rPr>
                <w:sz w:val="22"/>
                <w:szCs w:val="32"/>
              </w:rPr>
              <w:t xml:space="preserve"> – maxim </w:t>
            </w:r>
            <w:proofErr w:type="spellStart"/>
            <w:r w:rsidRPr="0025334A">
              <w:rPr>
                <w:sz w:val="22"/>
                <w:szCs w:val="32"/>
              </w:rPr>
              <w:t>estimat</w:t>
            </w:r>
            <w:proofErr w:type="spellEnd"/>
          </w:p>
        </w:tc>
        <w:tc>
          <w:tcPr>
            <w:tcW w:w="1701" w:type="dxa"/>
            <w:vAlign w:val="center"/>
          </w:tcPr>
          <w:p w14:paraId="2F70E26E" w14:textId="77777777" w:rsidR="000C4CB5" w:rsidRPr="0025334A" w:rsidRDefault="004E746A" w:rsidP="0025334A">
            <w:pPr>
              <w:keepNext/>
              <w:ind w:firstLine="0"/>
              <w:jc w:val="center"/>
              <w:rPr>
                <w:sz w:val="22"/>
                <w:szCs w:val="32"/>
              </w:rPr>
            </w:pPr>
            <w:r w:rsidRPr="0025334A">
              <w:rPr>
                <w:sz w:val="22"/>
                <w:szCs w:val="32"/>
              </w:rPr>
              <w:t>47.450</w:t>
            </w:r>
          </w:p>
        </w:tc>
        <w:tc>
          <w:tcPr>
            <w:tcW w:w="2268" w:type="dxa"/>
            <w:vAlign w:val="center"/>
          </w:tcPr>
          <w:p w14:paraId="18AB58A6" w14:textId="77777777" w:rsidR="000C4CB5" w:rsidRPr="0025334A" w:rsidRDefault="004E746A" w:rsidP="0025334A">
            <w:pPr>
              <w:keepNext/>
              <w:ind w:firstLine="0"/>
              <w:jc w:val="center"/>
              <w:rPr>
                <w:sz w:val="22"/>
                <w:szCs w:val="32"/>
              </w:rPr>
            </w:pPr>
            <w:r w:rsidRPr="0025334A">
              <w:rPr>
                <w:sz w:val="22"/>
                <w:szCs w:val="32"/>
              </w:rPr>
              <w:t>1.517.336,61 lei</w:t>
            </w:r>
          </w:p>
        </w:tc>
        <w:tc>
          <w:tcPr>
            <w:tcW w:w="2268" w:type="dxa"/>
            <w:vAlign w:val="center"/>
          </w:tcPr>
          <w:p w14:paraId="0074A51C" w14:textId="77777777" w:rsidR="000C4CB5" w:rsidRPr="0025334A" w:rsidRDefault="004E746A" w:rsidP="0025334A">
            <w:pPr>
              <w:keepNext/>
              <w:ind w:firstLine="0"/>
              <w:jc w:val="center"/>
              <w:rPr>
                <w:sz w:val="22"/>
                <w:szCs w:val="32"/>
              </w:rPr>
            </w:pPr>
            <w:r w:rsidRPr="0025334A">
              <w:rPr>
                <w:sz w:val="22"/>
                <w:szCs w:val="32"/>
              </w:rPr>
              <w:t>1.699.184,50 lei</w:t>
            </w:r>
          </w:p>
        </w:tc>
      </w:tr>
    </w:tbl>
    <w:p w14:paraId="5642268B" w14:textId="22929A67" w:rsidR="000C4CB5" w:rsidRPr="0025334A" w:rsidRDefault="004E746A" w:rsidP="0025334A">
      <w:pPr>
        <w:pStyle w:val="Heading2"/>
        <w:rPr>
          <w:color w:val="auto"/>
        </w:rPr>
      </w:pPr>
      <w:bookmarkStart w:id="66" w:name="_Toc242951506"/>
      <w:bookmarkEnd w:id="65"/>
      <w:r w:rsidRPr="0025334A">
        <w:rPr>
          <w:color w:val="auto"/>
        </w:rPr>
        <w:t xml:space="preserve">8.2. </w:t>
      </w:r>
      <w:proofErr w:type="spellStart"/>
      <w:r w:rsidRPr="0025334A">
        <w:rPr>
          <w:color w:val="auto"/>
        </w:rPr>
        <w:t>Facturarea</w:t>
      </w:r>
      <w:proofErr w:type="spellEnd"/>
      <w:r w:rsidRPr="0025334A">
        <w:rPr>
          <w:color w:val="auto"/>
        </w:rPr>
        <w:t xml:space="preserve"> </w:t>
      </w:r>
      <w:proofErr w:type="spellStart"/>
      <w:r w:rsidRPr="0025334A">
        <w:rPr>
          <w:color w:val="auto"/>
        </w:rPr>
        <w:t>și</w:t>
      </w:r>
      <w:proofErr w:type="spellEnd"/>
      <w:r w:rsidRPr="0025334A">
        <w:rPr>
          <w:color w:val="auto"/>
        </w:rPr>
        <w:t xml:space="preserve"> </w:t>
      </w:r>
      <w:proofErr w:type="spellStart"/>
      <w:r w:rsidRPr="0025334A">
        <w:rPr>
          <w:color w:val="auto"/>
        </w:rPr>
        <w:t>plata</w:t>
      </w:r>
      <w:proofErr w:type="spellEnd"/>
      <w:r w:rsidR="003135E1" w:rsidRPr="003135E1">
        <w:t xml:space="preserve"> </w:t>
      </w:r>
      <w:proofErr w:type="spellStart"/>
      <w:r w:rsidR="003135E1" w:rsidRPr="003135E1">
        <w:rPr>
          <w:color w:val="auto"/>
        </w:rPr>
        <w:t>serviciilor</w:t>
      </w:r>
      <w:proofErr w:type="spellEnd"/>
      <w:r w:rsidR="003135E1" w:rsidRPr="003135E1">
        <w:rPr>
          <w:color w:val="auto"/>
        </w:rPr>
        <w:t xml:space="preserve"> </w:t>
      </w:r>
      <w:proofErr w:type="spellStart"/>
      <w:r w:rsidR="003135E1" w:rsidRPr="003135E1">
        <w:rPr>
          <w:color w:val="auto"/>
        </w:rPr>
        <w:t>prestate</w:t>
      </w:r>
      <w:bookmarkEnd w:id="66"/>
      <w:proofErr w:type="spellEnd"/>
    </w:p>
    <w:p w14:paraId="04048279" w14:textId="63BEBA8F" w:rsidR="003135E1" w:rsidRDefault="00FA30E6" w:rsidP="003135E1">
      <w:pPr>
        <w:spacing w:after="50"/>
      </w:pPr>
      <w:proofErr w:type="spellStart"/>
      <w:r w:rsidRPr="00FA30E6">
        <w:t>Facturarea</w:t>
      </w:r>
      <w:proofErr w:type="spellEnd"/>
      <w:r w:rsidRPr="00FA30E6">
        <w:t xml:space="preserve"> se </w:t>
      </w:r>
      <w:proofErr w:type="spellStart"/>
      <w:r w:rsidRPr="00FA30E6">
        <w:t>realizează</w:t>
      </w:r>
      <w:proofErr w:type="spellEnd"/>
      <w:r w:rsidRPr="00FA30E6">
        <w:t xml:space="preserve"> lunar, distinct pe </w:t>
      </w:r>
      <w:proofErr w:type="spellStart"/>
      <w:r w:rsidRPr="00FA30E6">
        <w:t>fiecare</w:t>
      </w:r>
      <w:proofErr w:type="spellEnd"/>
      <w:r w:rsidRPr="00FA30E6">
        <w:t xml:space="preserve"> </w:t>
      </w:r>
      <w:proofErr w:type="spellStart"/>
      <w:r w:rsidRPr="00FA30E6">
        <w:t>centru</w:t>
      </w:r>
      <w:proofErr w:type="spellEnd"/>
      <w:r w:rsidRPr="00FA30E6">
        <w:t xml:space="preserve">, pe </w:t>
      </w:r>
      <w:proofErr w:type="spellStart"/>
      <w:r w:rsidRPr="00FA30E6">
        <w:t>baza</w:t>
      </w:r>
      <w:proofErr w:type="spellEnd"/>
      <w:r w:rsidRPr="00FA30E6">
        <w:t xml:space="preserve"> </w:t>
      </w:r>
      <w:proofErr w:type="spellStart"/>
      <w:r w:rsidRPr="00FA30E6">
        <w:t>centralizatorului</w:t>
      </w:r>
      <w:proofErr w:type="spellEnd"/>
      <w:r w:rsidRPr="00FA30E6">
        <w:t xml:space="preserve"> lunar </w:t>
      </w:r>
      <w:proofErr w:type="spellStart"/>
      <w:r w:rsidRPr="00FA30E6">
        <w:t>și</w:t>
      </w:r>
      <w:proofErr w:type="spellEnd"/>
      <w:r w:rsidRPr="00FA30E6">
        <w:t xml:space="preserve"> </w:t>
      </w:r>
      <w:proofErr w:type="spellStart"/>
      <w:r w:rsidRPr="00FA30E6">
        <w:t>documentului</w:t>
      </w:r>
      <w:proofErr w:type="spellEnd"/>
      <w:r w:rsidRPr="00FA30E6">
        <w:t xml:space="preserve"> de </w:t>
      </w:r>
      <w:proofErr w:type="spellStart"/>
      <w:r w:rsidRPr="00FA30E6">
        <w:t>recepție</w:t>
      </w:r>
      <w:proofErr w:type="spellEnd"/>
      <w:r w:rsidRPr="00FA30E6">
        <w:t xml:space="preserve">, </w:t>
      </w:r>
      <w:proofErr w:type="spellStart"/>
      <w:r w:rsidRPr="00FA30E6">
        <w:t>prin</w:t>
      </w:r>
      <w:proofErr w:type="spellEnd"/>
      <w:r w:rsidRPr="00FA30E6">
        <w:t xml:space="preserve"> RO e-Factura, </w:t>
      </w:r>
      <w:proofErr w:type="spellStart"/>
      <w:r w:rsidRPr="00FA30E6">
        <w:t>în</w:t>
      </w:r>
      <w:proofErr w:type="spellEnd"/>
      <w:r w:rsidRPr="00FA30E6">
        <w:t xml:space="preserve"> </w:t>
      </w:r>
      <w:proofErr w:type="spellStart"/>
      <w:r w:rsidRPr="00FA30E6">
        <w:t>condițiile</w:t>
      </w:r>
      <w:proofErr w:type="spellEnd"/>
      <w:r w:rsidRPr="00FA30E6">
        <w:t xml:space="preserve"> </w:t>
      </w:r>
      <w:proofErr w:type="spellStart"/>
      <w:r w:rsidRPr="00FA30E6">
        <w:t>legislației</w:t>
      </w:r>
      <w:proofErr w:type="spellEnd"/>
      <w:r w:rsidRPr="00FA30E6">
        <w:t xml:space="preserve"> </w:t>
      </w:r>
      <w:proofErr w:type="spellStart"/>
      <w:r w:rsidRPr="00FA30E6">
        <w:t>aplicabile</w:t>
      </w:r>
      <w:proofErr w:type="spellEnd"/>
      <w:r w:rsidRPr="00FA30E6">
        <w:t>.</w:t>
      </w:r>
      <w:r w:rsidR="00371A16">
        <w:t xml:space="preserve"> </w:t>
      </w:r>
    </w:p>
    <w:p w14:paraId="1E433983" w14:textId="77777777" w:rsidR="003135E1" w:rsidRPr="00A52B77" w:rsidRDefault="003135E1" w:rsidP="003135E1">
      <w:pPr>
        <w:spacing w:after="50" w:line="247" w:lineRule="auto"/>
        <w:rPr>
          <w:color w:val="FF0000"/>
        </w:rPr>
      </w:pPr>
      <w:r w:rsidRPr="00A52B77">
        <w:rPr>
          <w:color w:val="FF0000"/>
        </w:rPr>
        <w:t xml:space="preserve">La </w:t>
      </w:r>
      <w:proofErr w:type="spellStart"/>
      <w:r w:rsidRPr="00A52B77">
        <w:rPr>
          <w:color w:val="FF0000"/>
        </w:rPr>
        <w:t>solicitarea</w:t>
      </w:r>
      <w:proofErr w:type="spellEnd"/>
      <w:r w:rsidRPr="00A52B77">
        <w:rPr>
          <w:color w:val="FF0000"/>
        </w:rPr>
        <w:t xml:space="preserve"> </w:t>
      </w:r>
      <w:proofErr w:type="spellStart"/>
      <w:r w:rsidRPr="00A52B77">
        <w:rPr>
          <w:color w:val="FF0000"/>
        </w:rPr>
        <w:t>expresa</w:t>
      </w:r>
      <w:proofErr w:type="spellEnd"/>
      <w:r w:rsidRPr="00A52B77">
        <w:rPr>
          <w:color w:val="FF0000"/>
        </w:rPr>
        <w:t xml:space="preserve"> a </w:t>
      </w:r>
      <w:proofErr w:type="spellStart"/>
      <w:r w:rsidRPr="00A52B77">
        <w:rPr>
          <w:color w:val="FF0000"/>
        </w:rPr>
        <w:t>autoritatii</w:t>
      </w:r>
      <w:proofErr w:type="spellEnd"/>
      <w:r w:rsidRPr="00A52B77">
        <w:rPr>
          <w:color w:val="FF0000"/>
        </w:rPr>
        <w:t xml:space="preserve"> </w:t>
      </w:r>
      <w:proofErr w:type="spellStart"/>
      <w:r w:rsidRPr="00A52B77">
        <w:rPr>
          <w:color w:val="FF0000"/>
        </w:rPr>
        <w:t>contractante</w:t>
      </w:r>
      <w:proofErr w:type="spellEnd"/>
      <w:r w:rsidRPr="00A52B77">
        <w:rPr>
          <w:color w:val="FF0000"/>
        </w:rPr>
        <w:t xml:space="preserve">, </w:t>
      </w:r>
      <w:proofErr w:type="spellStart"/>
      <w:r w:rsidRPr="00A52B77">
        <w:rPr>
          <w:color w:val="FF0000"/>
        </w:rPr>
        <w:t>prestatorul</w:t>
      </w:r>
      <w:proofErr w:type="spellEnd"/>
      <w:r w:rsidRPr="00A52B77">
        <w:rPr>
          <w:color w:val="FF0000"/>
        </w:rPr>
        <w:t xml:space="preserve"> </w:t>
      </w:r>
      <w:proofErr w:type="spellStart"/>
      <w:r w:rsidRPr="00A52B77">
        <w:rPr>
          <w:color w:val="FF0000"/>
        </w:rPr>
        <w:t>serviciilor</w:t>
      </w:r>
      <w:proofErr w:type="spellEnd"/>
      <w:r w:rsidRPr="00A52B77">
        <w:rPr>
          <w:color w:val="FF0000"/>
        </w:rPr>
        <w:t xml:space="preserve"> de catering are </w:t>
      </w:r>
      <w:proofErr w:type="spellStart"/>
      <w:r w:rsidRPr="00A52B77">
        <w:rPr>
          <w:color w:val="FF0000"/>
        </w:rPr>
        <w:t>obligația</w:t>
      </w:r>
      <w:proofErr w:type="spellEnd"/>
      <w:r w:rsidRPr="00A52B77">
        <w:rPr>
          <w:color w:val="FF0000"/>
        </w:rPr>
        <w:t xml:space="preserve"> de a </w:t>
      </w:r>
      <w:proofErr w:type="spellStart"/>
      <w:r w:rsidRPr="00A52B77">
        <w:rPr>
          <w:color w:val="FF0000"/>
        </w:rPr>
        <w:t>prezenta</w:t>
      </w:r>
      <w:proofErr w:type="spellEnd"/>
      <w:r w:rsidRPr="00A52B77">
        <w:rPr>
          <w:color w:val="FF0000"/>
        </w:rPr>
        <w:t xml:space="preserve"> </w:t>
      </w:r>
      <w:proofErr w:type="spellStart"/>
      <w:r w:rsidRPr="00A52B77">
        <w:rPr>
          <w:color w:val="FF0000"/>
        </w:rPr>
        <w:t>xerocopii</w:t>
      </w:r>
      <w:proofErr w:type="spellEnd"/>
      <w:r w:rsidRPr="00A52B77">
        <w:rPr>
          <w:color w:val="FF0000"/>
        </w:rPr>
        <w:t xml:space="preserve"> </w:t>
      </w:r>
      <w:proofErr w:type="spellStart"/>
      <w:r w:rsidRPr="00A52B77">
        <w:rPr>
          <w:color w:val="FF0000"/>
        </w:rPr>
        <w:t>după</w:t>
      </w:r>
      <w:proofErr w:type="spellEnd"/>
      <w:r w:rsidRPr="00A52B77">
        <w:rPr>
          <w:color w:val="FF0000"/>
        </w:rPr>
        <w:t xml:space="preserve"> </w:t>
      </w:r>
      <w:proofErr w:type="spellStart"/>
      <w:r w:rsidRPr="00A52B77">
        <w:rPr>
          <w:color w:val="FF0000"/>
        </w:rPr>
        <w:t>documentele</w:t>
      </w:r>
      <w:proofErr w:type="spellEnd"/>
      <w:r w:rsidRPr="00A52B77">
        <w:rPr>
          <w:color w:val="FF0000"/>
        </w:rPr>
        <w:t xml:space="preserve"> </w:t>
      </w:r>
      <w:proofErr w:type="spellStart"/>
      <w:r w:rsidRPr="00A52B77">
        <w:rPr>
          <w:color w:val="FF0000"/>
        </w:rPr>
        <w:t>legale</w:t>
      </w:r>
      <w:proofErr w:type="spellEnd"/>
      <w:r w:rsidRPr="00A52B77">
        <w:rPr>
          <w:color w:val="FF0000"/>
        </w:rPr>
        <w:t xml:space="preserve"> de </w:t>
      </w:r>
      <w:proofErr w:type="spellStart"/>
      <w:r w:rsidRPr="00A52B77">
        <w:rPr>
          <w:color w:val="FF0000"/>
        </w:rPr>
        <w:t>achiziționare</w:t>
      </w:r>
      <w:proofErr w:type="spellEnd"/>
      <w:r w:rsidRPr="00A52B77">
        <w:rPr>
          <w:color w:val="FF0000"/>
        </w:rPr>
        <w:t xml:space="preserve"> a </w:t>
      </w:r>
      <w:proofErr w:type="spellStart"/>
      <w:r w:rsidRPr="00A52B77">
        <w:rPr>
          <w:color w:val="FF0000"/>
        </w:rPr>
        <w:t>produselor</w:t>
      </w:r>
      <w:proofErr w:type="spellEnd"/>
      <w:r w:rsidRPr="00A52B77">
        <w:rPr>
          <w:color w:val="FF0000"/>
        </w:rPr>
        <w:t xml:space="preserve"> </w:t>
      </w:r>
      <w:proofErr w:type="spellStart"/>
      <w:r w:rsidRPr="00A52B77">
        <w:rPr>
          <w:color w:val="FF0000"/>
        </w:rPr>
        <w:t>livrate</w:t>
      </w:r>
      <w:proofErr w:type="spellEnd"/>
      <w:r w:rsidRPr="00A52B77">
        <w:rPr>
          <w:color w:val="FF0000"/>
        </w:rPr>
        <w:t xml:space="preserve"> sub forma de </w:t>
      </w:r>
      <w:proofErr w:type="spellStart"/>
      <w:r w:rsidRPr="00A52B77">
        <w:rPr>
          <w:color w:val="FF0000"/>
        </w:rPr>
        <w:t>alimente</w:t>
      </w:r>
      <w:proofErr w:type="spellEnd"/>
      <w:r w:rsidRPr="00A52B77">
        <w:rPr>
          <w:color w:val="FF0000"/>
        </w:rPr>
        <w:t xml:space="preserve"> </w:t>
      </w:r>
      <w:proofErr w:type="spellStart"/>
      <w:r w:rsidRPr="00A52B77">
        <w:rPr>
          <w:color w:val="FF0000"/>
        </w:rPr>
        <w:t>nepreparate</w:t>
      </w:r>
      <w:proofErr w:type="spellEnd"/>
      <w:r w:rsidRPr="00A52B77">
        <w:rPr>
          <w:color w:val="FF0000"/>
        </w:rPr>
        <w:t xml:space="preserve"> </w:t>
      </w:r>
      <w:proofErr w:type="spellStart"/>
      <w:r w:rsidRPr="00A52B77">
        <w:rPr>
          <w:color w:val="FF0000"/>
        </w:rPr>
        <w:t>sau</w:t>
      </w:r>
      <w:proofErr w:type="spellEnd"/>
      <w:r w:rsidRPr="00A52B77">
        <w:rPr>
          <w:color w:val="FF0000"/>
        </w:rPr>
        <w:t xml:space="preserve"> preparate ca </w:t>
      </w:r>
      <w:proofErr w:type="spellStart"/>
      <w:r w:rsidRPr="00A52B77">
        <w:rPr>
          <w:color w:val="FF0000"/>
        </w:rPr>
        <w:t>hrana</w:t>
      </w:r>
      <w:proofErr w:type="spellEnd"/>
      <w:r w:rsidRPr="00A52B77">
        <w:rPr>
          <w:color w:val="FF0000"/>
        </w:rPr>
        <w:t xml:space="preserve"> </w:t>
      </w:r>
      <w:proofErr w:type="spellStart"/>
      <w:r w:rsidRPr="00A52B77">
        <w:rPr>
          <w:color w:val="FF0000"/>
        </w:rPr>
        <w:t>pentru</w:t>
      </w:r>
      <w:proofErr w:type="spellEnd"/>
      <w:r w:rsidRPr="00A52B77">
        <w:rPr>
          <w:color w:val="FF0000"/>
        </w:rPr>
        <w:t xml:space="preserve"> </w:t>
      </w:r>
      <w:proofErr w:type="spellStart"/>
      <w:r w:rsidRPr="00A52B77">
        <w:rPr>
          <w:color w:val="FF0000"/>
        </w:rPr>
        <w:t>beneficiarii</w:t>
      </w:r>
      <w:proofErr w:type="spellEnd"/>
      <w:r w:rsidRPr="00A52B77">
        <w:rPr>
          <w:color w:val="FF0000"/>
        </w:rPr>
        <w:t xml:space="preserve"> </w:t>
      </w:r>
      <w:proofErr w:type="spellStart"/>
      <w:r w:rsidRPr="00A52B77">
        <w:rPr>
          <w:color w:val="FF0000"/>
        </w:rPr>
        <w:t>autoritatii</w:t>
      </w:r>
      <w:proofErr w:type="spellEnd"/>
      <w:r w:rsidRPr="00A52B77">
        <w:rPr>
          <w:color w:val="FF0000"/>
        </w:rPr>
        <w:t xml:space="preserve"> </w:t>
      </w:r>
      <w:proofErr w:type="spellStart"/>
      <w:r w:rsidRPr="00A52B77">
        <w:rPr>
          <w:color w:val="FF0000"/>
        </w:rPr>
        <w:t>contractante</w:t>
      </w:r>
      <w:proofErr w:type="spellEnd"/>
      <w:r w:rsidRPr="00A52B77">
        <w:rPr>
          <w:color w:val="FF0000"/>
        </w:rPr>
        <w:t xml:space="preserve"> (</w:t>
      </w:r>
      <w:proofErr w:type="spellStart"/>
      <w:r w:rsidRPr="00A52B77">
        <w:rPr>
          <w:color w:val="FF0000"/>
        </w:rPr>
        <w:t>facturi</w:t>
      </w:r>
      <w:proofErr w:type="spellEnd"/>
      <w:r w:rsidRPr="00A52B77">
        <w:rPr>
          <w:color w:val="FF0000"/>
        </w:rPr>
        <w:t xml:space="preserve"> </w:t>
      </w:r>
      <w:proofErr w:type="spellStart"/>
      <w:r w:rsidRPr="00A52B77">
        <w:rPr>
          <w:color w:val="FF0000"/>
        </w:rPr>
        <w:t>fiscale</w:t>
      </w:r>
      <w:proofErr w:type="spellEnd"/>
      <w:r w:rsidRPr="00A52B77">
        <w:rPr>
          <w:color w:val="FF0000"/>
        </w:rPr>
        <w:t xml:space="preserve">, </w:t>
      </w:r>
      <w:proofErr w:type="spellStart"/>
      <w:r w:rsidRPr="00A52B77">
        <w:rPr>
          <w:color w:val="FF0000"/>
        </w:rPr>
        <w:t>avize</w:t>
      </w:r>
      <w:proofErr w:type="spellEnd"/>
      <w:r w:rsidRPr="00A52B77">
        <w:rPr>
          <w:color w:val="FF0000"/>
        </w:rPr>
        <w:t xml:space="preserve"> de </w:t>
      </w:r>
      <w:proofErr w:type="spellStart"/>
      <w:r w:rsidRPr="00A52B77">
        <w:rPr>
          <w:color w:val="FF0000"/>
        </w:rPr>
        <w:t>insotire</w:t>
      </w:r>
      <w:proofErr w:type="spellEnd"/>
      <w:r w:rsidRPr="00A52B77">
        <w:rPr>
          <w:color w:val="FF0000"/>
        </w:rPr>
        <w:t xml:space="preserve"> a </w:t>
      </w:r>
      <w:proofErr w:type="spellStart"/>
      <w:r w:rsidRPr="00A52B77">
        <w:rPr>
          <w:color w:val="FF0000"/>
        </w:rPr>
        <w:t>mărfii</w:t>
      </w:r>
      <w:proofErr w:type="spellEnd"/>
      <w:r w:rsidRPr="00A52B77">
        <w:rPr>
          <w:color w:val="FF0000"/>
        </w:rPr>
        <w:t xml:space="preserve">, certificate </w:t>
      </w:r>
      <w:proofErr w:type="spellStart"/>
      <w:r w:rsidRPr="00A52B77">
        <w:rPr>
          <w:color w:val="FF0000"/>
        </w:rPr>
        <w:t>sanitar</w:t>
      </w:r>
      <w:proofErr w:type="spellEnd"/>
      <w:r w:rsidRPr="00A52B77">
        <w:rPr>
          <w:color w:val="FF0000"/>
        </w:rPr>
        <w:t xml:space="preserve">- </w:t>
      </w:r>
      <w:proofErr w:type="spellStart"/>
      <w:r w:rsidRPr="00A52B77">
        <w:rPr>
          <w:color w:val="FF0000"/>
        </w:rPr>
        <w:t>veterinare</w:t>
      </w:r>
      <w:proofErr w:type="spellEnd"/>
      <w:r w:rsidRPr="00A52B77">
        <w:rPr>
          <w:color w:val="FF0000"/>
        </w:rPr>
        <w:t xml:space="preserve">, </w:t>
      </w:r>
      <w:proofErr w:type="spellStart"/>
      <w:r w:rsidRPr="00A52B77">
        <w:rPr>
          <w:color w:val="FF0000"/>
        </w:rPr>
        <w:t>declarații</w:t>
      </w:r>
      <w:proofErr w:type="spellEnd"/>
      <w:r w:rsidRPr="00A52B77">
        <w:rPr>
          <w:color w:val="FF0000"/>
        </w:rPr>
        <w:t xml:space="preserve"> de </w:t>
      </w:r>
      <w:proofErr w:type="spellStart"/>
      <w:r w:rsidRPr="00A52B77">
        <w:rPr>
          <w:color w:val="FF0000"/>
        </w:rPr>
        <w:t>conformitate</w:t>
      </w:r>
      <w:proofErr w:type="spellEnd"/>
      <w:r w:rsidRPr="00A52B77">
        <w:rPr>
          <w:color w:val="FF0000"/>
        </w:rPr>
        <w:t xml:space="preserve">, certificate de </w:t>
      </w:r>
      <w:proofErr w:type="spellStart"/>
      <w:r w:rsidRPr="00A52B77">
        <w:rPr>
          <w:color w:val="FF0000"/>
        </w:rPr>
        <w:t>calitate</w:t>
      </w:r>
      <w:proofErr w:type="spellEnd"/>
      <w:r w:rsidRPr="00A52B77">
        <w:rPr>
          <w:color w:val="FF0000"/>
        </w:rPr>
        <w:t xml:space="preserve">, </w:t>
      </w:r>
      <w:proofErr w:type="spellStart"/>
      <w:r w:rsidRPr="00A52B77">
        <w:rPr>
          <w:color w:val="FF0000"/>
        </w:rPr>
        <w:t>alte</w:t>
      </w:r>
      <w:proofErr w:type="spellEnd"/>
      <w:r w:rsidRPr="00A52B77">
        <w:rPr>
          <w:color w:val="FF0000"/>
        </w:rPr>
        <w:t xml:space="preserve"> </w:t>
      </w:r>
      <w:proofErr w:type="spellStart"/>
      <w:r w:rsidRPr="00A52B77">
        <w:rPr>
          <w:color w:val="FF0000"/>
        </w:rPr>
        <w:t>avize</w:t>
      </w:r>
      <w:proofErr w:type="spellEnd"/>
      <w:r w:rsidRPr="00A52B77">
        <w:rPr>
          <w:color w:val="FF0000"/>
        </w:rPr>
        <w:t>, etc.)</w:t>
      </w:r>
    </w:p>
    <w:p w14:paraId="6B6877D2" w14:textId="77777777" w:rsidR="0025334A" w:rsidRPr="0025334A" w:rsidRDefault="0025334A" w:rsidP="0025334A">
      <w:pPr>
        <w:spacing w:after="50" w:line="247" w:lineRule="auto"/>
      </w:pPr>
      <w:r w:rsidRPr="0025334A">
        <w:t xml:space="preserve">La </w:t>
      </w:r>
      <w:proofErr w:type="spellStart"/>
      <w:r w:rsidRPr="0025334A">
        <w:t>sfârșitul</w:t>
      </w:r>
      <w:proofErr w:type="spellEnd"/>
      <w:r w:rsidRPr="0025334A">
        <w:t xml:space="preserve"> </w:t>
      </w:r>
      <w:proofErr w:type="spellStart"/>
      <w:r w:rsidRPr="0025334A">
        <w:t>fiecărei</w:t>
      </w:r>
      <w:proofErr w:type="spellEnd"/>
      <w:r w:rsidRPr="0025334A">
        <w:t xml:space="preserve"> </w:t>
      </w:r>
      <w:proofErr w:type="spellStart"/>
      <w:r w:rsidRPr="0025334A">
        <w:t>perioade</w:t>
      </w:r>
      <w:proofErr w:type="spellEnd"/>
      <w:r w:rsidRPr="0025334A">
        <w:t xml:space="preserve"> de </w:t>
      </w:r>
      <w:proofErr w:type="spellStart"/>
      <w:r w:rsidRPr="0025334A">
        <w:t>facturare</w:t>
      </w:r>
      <w:proofErr w:type="spellEnd"/>
      <w:r w:rsidRPr="0025334A">
        <w:t xml:space="preserve"> se </w:t>
      </w:r>
      <w:proofErr w:type="spellStart"/>
      <w:r w:rsidRPr="0025334A">
        <w:t>întocmește</w:t>
      </w:r>
      <w:proofErr w:type="spellEnd"/>
      <w:r w:rsidRPr="0025334A">
        <w:t xml:space="preserve"> un </w:t>
      </w:r>
      <w:proofErr w:type="spellStart"/>
      <w:r w:rsidRPr="0025334A">
        <w:t>centralizator</w:t>
      </w:r>
      <w:proofErr w:type="spellEnd"/>
      <w:r w:rsidRPr="0025334A">
        <w:t xml:space="preserve"> al </w:t>
      </w:r>
      <w:proofErr w:type="spellStart"/>
      <w:r w:rsidRPr="0025334A">
        <w:t>meniurilor</w:t>
      </w:r>
      <w:proofErr w:type="spellEnd"/>
      <w:r w:rsidRPr="0025334A">
        <w:t xml:space="preserve"> </w:t>
      </w:r>
      <w:proofErr w:type="spellStart"/>
      <w:r w:rsidRPr="0025334A">
        <w:t>comandate</w:t>
      </w:r>
      <w:proofErr w:type="spellEnd"/>
      <w:r w:rsidRPr="0025334A">
        <w:t xml:space="preserve">, </w:t>
      </w:r>
      <w:proofErr w:type="spellStart"/>
      <w:r w:rsidRPr="0025334A">
        <w:t>livrate</w:t>
      </w:r>
      <w:proofErr w:type="spellEnd"/>
      <w:r w:rsidRPr="0025334A">
        <w:t xml:space="preserve">, </w:t>
      </w:r>
      <w:proofErr w:type="spellStart"/>
      <w:r w:rsidRPr="0025334A">
        <w:t>acceptate</w:t>
      </w:r>
      <w:proofErr w:type="spellEnd"/>
      <w:r w:rsidRPr="0025334A">
        <w:t xml:space="preserve">, </w:t>
      </w:r>
      <w:proofErr w:type="spellStart"/>
      <w:r w:rsidRPr="0025334A">
        <w:t>respinse</w:t>
      </w:r>
      <w:proofErr w:type="spellEnd"/>
      <w:r w:rsidRPr="0025334A">
        <w:t xml:space="preserve"> </w:t>
      </w:r>
      <w:proofErr w:type="spellStart"/>
      <w:r w:rsidRPr="0025334A">
        <w:t>și</w:t>
      </w:r>
      <w:proofErr w:type="spellEnd"/>
      <w:r w:rsidRPr="0025334A">
        <w:t xml:space="preserve"> remediate </w:t>
      </w:r>
      <w:proofErr w:type="spellStart"/>
      <w:r w:rsidRPr="0025334A">
        <w:t>pentru</w:t>
      </w:r>
      <w:proofErr w:type="spellEnd"/>
      <w:r w:rsidRPr="0025334A">
        <w:t xml:space="preserve"> </w:t>
      </w:r>
      <w:proofErr w:type="spellStart"/>
      <w:r w:rsidRPr="0025334A">
        <w:t>fiecare</w:t>
      </w:r>
      <w:proofErr w:type="spellEnd"/>
      <w:r w:rsidRPr="0025334A">
        <w:t xml:space="preserve"> </w:t>
      </w:r>
      <w:proofErr w:type="spellStart"/>
      <w:r w:rsidRPr="0025334A">
        <w:t>structură</w:t>
      </w:r>
      <w:proofErr w:type="spellEnd"/>
      <w:r w:rsidRPr="0025334A">
        <w:t xml:space="preserve">. </w:t>
      </w:r>
      <w:proofErr w:type="spellStart"/>
      <w:r w:rsidRPr="0025334A">
        <w:t>Centralizatorul</w:t>
      </w:r>
      <w:proofErr w:type="spellEnd"/>
      <w:r w:rsidRPr="0025334A">
        <w:t xml:space="preserve"> se </w:t>
      </w:r>
      <w:proofErr w:type="spellStart"/>
      <w:r w:rsidRPr="0025334A">
        <w:t>corelează</w:t>
      </w:r>
      <w:proofErr w:type="spellEnd"/>
      <w:r w:rsidRPr="0025334A">
        <w:t xml:space="preserve"> cu </w:t>
      </w:r>
      <w:proofErr w:type="spellStart"/>
      <w:r w:rsidRPr="0025334A">
        <w:t>documentele</w:t>
      </w:r>
      <w:proofErr w:type="spellEnd"/>
      <w:r w:rsidRPr="0025334A">
        <w:t xml:space="preserve"> </w:t>
      </w:r>
      <w:proofErr w:type="spellStart"/>
      <w:r w:rsidRPr="0025334A">
        <w:t>zilnice</w:t>
      </w:r>
      <w:proofErr w:type="spellEnd"/>
      <w:r w:rsidRPr="0025334A">
        <w:t xml:space="preserve"> de </w:t>
      </w:r>
      <w:proofErr w:type="spellStart"/>
      <w:r w:rsidRPr="0025334A">
        <w:t>comandă</w:t>
      </w:r>
      <w:proofErr w:type="spellEnd"/>
      <w:r w:rsidRPr="0025334A">
        <w:t xml:space="preserve"> </w:t>
      </w:r>
      <w:proofErr w:type="spellStart"/>
      <w:r w:rsidRPr="0025334A">
        <w:t>și</w:t>
      </w:r>
      <w:proofErr w:type="spellEnd"/>
      <w:r w:rsidRPr="0025334A">
        <w:t xml:space="preserve"> </w:t>
      </w:r>
      <w:proofErr w:type="spellStart"/>
      <w:r w:rsidRPr="0025334A">
        <w:t>recepție</w:t>
      </w:r>
      <w:proofErr w:type="spellEnd"/>
      <w:r w:rsidRPr="0025334A">
        <w:t>.</w:t>
      </w:r>
    </w:p>
    <w:p w14:paraId="2AC825CD" w14:textId="77777777" w:rsidR="003135E1" w:rsidRPr="0025334A" w:rsidRDefault="003135E1" w:rsidP="003135E1">
      <w:pPr>
        <w:spacing w:after="50" w:line="247" w:lineRule="auto"/>
      </w:pPr>
      <w:proofErr w:type="spellStart"/>
      <w:r w:rsidRPr="0025334A">
        <w:t>Decontarea</w:t>
      </w:r>
      <w:proofErr w:type="spellEnd"/>
      <w:r w:rsidRPr="0025334A">
        <w:t xml:space="preserve"> se </w:t>
      </w:r>
      <w:proofErr w:type="spellStart"/>
      <w:r w:rsidRPr="0025334A">
        <w:t>realizează</w:t>
      </w:r>
      <w:proofErr w:type="spellEnd"/>
      <w:r w:rsidRPr="0025334A">
        <w:t xml:space="preserve"> </w:t>
      </w:r>
      <w:proofErr w:type="spellStart"/>
      <w:r w:rsidRPr="0025334A">
        <w:t>exclusiv</w:t>
      </w:r>
      <w:proofErr w:type="spellEnd"/>
      <w:r w:rsidRPr="0025334A">
        <w:t xml:space="preserve"> </w:t>
      </w:r>
      <w:proofErr w:type="spellStart"/>
      <w:r w:rsidRPr="0025334A">
        <w:t>pentru</w:t>
      </w:r>
      <w:proofErr w:type="spellEnd"/>
      <w:r w:rsidRPr="0025334A">
        <w:t xml:space="preserve"> </w:t>
      </w:r>
      <w:proofErr w:type="spellStart"/>
      <w:r w:rsidRPr="0025334A">
        <w:t>meniurile</w:t>
      </w:r>
      <w:proofErr w:type="spellEnd"/>
      <w:r w:rsidRPr="0025334A">
        <w:t xml:space="preserve"> </w:t>
      </w:r>
      <w:proofErr w:type="spellStart"/>
      <w:r w:rsidRPr="0025334A">
        <w:t>comandate</w:t>
      </w:r>
      <w:proofErr w:type="spellEnd"/>
      <w:r w:rsidRPr="0025334A">
        <w:t xml:space="preserve">, </w:t>
      </w:r>
      <w:proofErr w:type="spellStart"/>
      <w:r w:rsidRPr="0025334A">
        <w:t>livrate</w:t>
      </w:r>
      <w:proofErr w:type="spellEnd"/>
      <w:r w:rsidRPr="0025334A">
        <w:t xml:space="preserve">, </w:t>
      </w:r>
      <w:proofErr w:type="spellStart"/>
      <w:r w:rsidRPr="0025334A">
        <w:t>recepționate</w:t>
      </w:r>
      <w:proofErr w:type="spellEnd"/>
      <w:r w:rsidRPr="0025334A">
        <w:t xml:space="preserve"> </w:t>
      </w:r>
      <w:proofErr w:type="spellStart"/>
      <w:r w:rsidRPr="0025334A">
        <w:t>și</w:t>
      </w:r>
      <w:proofErr w:type="spellEnd"/>
      <w:r w:rsidRPr="0025334A">
        <w:t xml:space="preserve"> </w:t>
      </w:r>
      <w:proofErr w:type="spellStart"/>
      <w:r w:rsidRPr="0025334A">
        <w:t>acceptate</w:t>
      </w:r>
      <w:proofErr w:type="spellEnd"/>
      <w:r w:rsidRPr="0025334A">
        <w:t xml:space="preserve">. Factura se </w:t>
      </w:r>
      <w:proofErr w:type="spellStart"/>
      <w:r w:rsidRPr="0025334A">
        <w:t>corelează</w:t>
      </w:r>
      <w:proofErr w:type="spellEnd"/>
      <w:r w:rsidRPr="0025334A">
        <w:t xml:space="preserve"> cu </w:t>
      </w:r>
      <w:proofErr w:type="spellStart"/>
      <w:r w:rsidRPr="0025334A">
        <w:t>centralizatorul</w:t>
      </w:r>
      <w:proofErr w:type="spellEnd"/>
      <w:r w:rsidRPr="0025334A">
        <w:t xml:space="preserve"> lunar </w:t>
      </w:r>
      <w:proofErr w:type="spellStart"/>
      <w:r w:rsidRPr="0025334A">
        <w:t>și</w:t>
      </w:r>
      <w:proofErr w:type="spellEnd"/>
      <w:r w:rsidRPr="0025334A">
        <w:t xml:space="preserve"> </w:t>
      </w:r>
      <w:proofErr w:type="spellStart"/>
      <w:r w:rsidRPr="0025334A">
        <w:t>procesul</w:t>
      </w:r>
      <w:proofErr w:type="spellEnd"/>
      <w:r w:rsidRPr="0025334A">
        <w:t xml:space="preserve">-verbal de </w:t>
      </w:r>
      <w:proofErr w:type="spellStart"/>
      <w:r w:rsidRPr="0025334A">
        <w:t>recepție</w:t>
      </w:r>
      <w:proofErr w:type="spellEnd"/>
      <w:r w:rsidRPr="0025334A">
        <w:t xml:space="preserve"> </w:t>
      </w:r>
      <w:proofErr w:type="spellStart"/>
      <w:r w:rsidRPr="0025334A">
        <w:t>și</w:t>
      </w:r>
      <w:proofErr w:type="spellEnd"/>
      <w:r w:rsidRPr="0025334A">
        <w:t xml:space="preserve"> se </w:t>
      </w:r>
      <w:proofErr w:type="spellStart"/>
      <w:r w:rsidRPr="0025334A">
        <w:t>emite</w:t>
      </w:r>
      <w:proofErr w:type="spellEnd"/>
      <w:r w:rsidRPr="0025334A">
        <w:t>/</w:t>
      </w:r>
      <w:proofErr w:type="spellStart"/>
      <w:r w:rsidRPr="0025334A">
        <w:t>transmite</w:t>
      </w:r>
      <w:proofErr w:type="spellEnd"/>
      <w:r w:rsidRPr="0025334A">
        <w:t xml:space="preserve"> </w:t>
      </w:r>
      <w:proofErr w:type="spellStart"/>
      <w:r w:rsidRPr="0025334A">
        <w:t>prin</w:t>
      </w:r>
      <w:proofErr w:type="spellEnd"/>
      <w:r w:rsidRPr="0025334A">
        <w:t xml:space="preserve"> RO e-Factura </w:t>
      </w:r>
      <w:proofErr w:type="spellStart"/>
      <w:r w:rsidRPr="0025334A">
        <w:t>în</w:t>
      </w:r>
      <w:proofErr w:type="spellEnd"/>
      <w:r w:rsidRPr="0025334A">
        <w:t xml:space="preserve"> </w:t>
      </w:r>
      <w:proofErr w:type="spellStart"/>
      <w:r w:rsidRPr="0025334A">
        <w:t>condițiile</w:t>
      </w:r>
      <w:proofErr w:type="spellEnd"/>
      <w:r w:rsidRPr="0025334A">
        <w:t xml:space="preserve"> </w:t>
      </w:r>
      <w:proofErr w:type="spellStart"/>
      <w:r w:rsidRPr="0025334A">
        <w:t>legislației</w:t>
      </w:r>
      <w:proofErr w:type="spellEnd"/>
      <w:r w:rsidRPr="0025334A">
        <w:t xml:space="preserve"> </w:t>
      </w:r>
      <w:proofErr w:type="spellStart"/>
      <w:r w:rsidRPr="0025334A">
        <w:t>aplicabile</w:t>
      </w:r>
      <w:proofErr w:type="spellEnd"/>
      <w:r w:rsidRPr="0025334A">
        <w:t xml:space="preserve">. </w:t>
      </w:r>
      <w:proofErr w:type="spellStart"/>
      <w:r w:rsidRPr="0025334A">
        <w:t>Porțiile</w:t>
      </w:r>
      <w:proofErr w:type="spellEnd"/>
      <w:r w:rsidRPr="0025334A">
        <w:t xml:space="preserve"> </w:t>
      </w:r>
      <w:proofErr w:type="spellStart"/>
      <w:r w:rsidRPr="0025334A">
        <w:t>respinse</w:t>
      </w:r>
      <w:proofErr w:type="spellEnd"/>
      <w:r w:rsidRPr="0025334A">
        <w:t xml:space="preserve"> </w:t>
      </w:r>
      <w:proofErr w:type="spellStart"/>
      <w:r w:rsidRPr="0025334A">
        <w:t>și</w:t>
      </w:r>
      <w:proofErr w:type="spellEnd"/>
      <w:r w:rsidRPr="0025334A">
        <w:t xml:space="preserve"> </w:t>
      </w:r>
      <w:proofErr w:type="spellStart"/>
      <w:r w:rsidRPr="0025334A">
        <w:t>neînlocuite</w:t>
      </w:r>
      <w:proofErr w:type="spellEnd"/>
      <w:r w:rsidRPr="0025334A">
        <w:t xml:space="preserve"> nu se </w:t>
      </w:r>
      <w:proofErr w:type="spellStart"/>
      <w:r w:rsidRPr="0025334A">
        <w:t>facturează</w:t>
      </w:r>
      <w:proofErr w:type="spellEnd"/>
      <w:r w:rsidRPr="0025334A">
        <w:t xml:space="preserve">, </w:t>
      </w:r>
      <w:proofErr w:type="spellStart"/>
      <w:r w:rsidRPr="0025334A">
        <w:t>iar</w:t>
      </w:r>
      <w:proofErr w:type="spellEnd"/>
      <w:r w:rsidRPr="0025334A">
        <w:t xml:space="preserve"> </w:t>
      </w:r>
      <w:proofErr w:type="spellStart"/>
      <w:r w:rsidRPr="0025334A">
        <w:t>deducerile</w:t>
      </w:r>
      <w:proofErr w:type="spellEnd"/>
      <w:r w:rsidRPr="0025334A">
        <w:t xml:space="preserve"> </w:t>
      </w:r>
      <w:proofErr w:type="spellStart"/>
      <w:r w:rsidRPr="0025334A">
        <w:t>și</w:t>
      </w:r>
      <w:proofErr w:type="spellEnd"/>
      <w:r w:rsidRPr="0025334A">
        <w:t xml:space="preserve"> </w:t>
      </w:r>
      <w:proofErr w:type="spellStart"/>
      <w:r w:rsidRPr="0025334A">
        <w:t>penalitățile</w:t>
      </w:r>
      <w:proofErr w:type="spellEnd"/>
      <w:r w:rsidRPr="0025334A">
        <w:t xml:space="preserve"> se </w:t>
      </w:r>
      <w:proofErr w:type="spellStart"/>
      <w:r w:rsidRPr="0025334A">
        <w:t>aplică</w:t>
      </w:r>
      <w:proofErr w:type="spellEnd"/>
      <w:r w:rsidRPr="0025334A">
        <w:t xml:space="preserve"> </w:t>
      </w:r>
      <w:proofErr w:type="spellStart"/>
      <w:r w:rsidRPr="0025334A">
        <w:t>potrivit</w:t>
      </w:r>
      <w:proofErr w:type="spellEnd"/>
      <w:r w:rsidRPr="0025334A">
        <w:t xml:space="preserve"> </w:t>
      </w:r>
      <w:proofErr w:type="spellStart"/>
      <w:r w:rsidRPr="0025334A">
        <w:t>clauzelor</w:t>
      </w:r>
      <w:proofErr w:type="spellEnd"/>
      <w:r w:rsidRPr="0025334A">
        <w:t xml:space="preserve"> </w:t>
      </w:r>
      <w:proofErr w:type="spellStart"/>
      <w:r w:rsidRPr="0025334A">
        <w:t>contractuale</w:t>
      </w:r>
      <w:proofErr w:type="spellEnd"/>
      <w:r w:rsidRPr="0025334A">
        <w:t>.</w:t>
      </w:r>
    </w:p>
    <w:p w14:paraId="21C9A5B5" w14:textId="77777777" w:rsidR="0025334A" w:rsidRPr="0025334A" w:rsidRDefault="0025334A" w:rsidP="0025334A">
      <w:pPr>
        <w:spacing w:after="50" w:line="247" w:lineRule="auto"/>
      </w:pPr>
      <w:r w:rsidRPr="0025334A">
        <w:t xml:space="preserve">Baza de </w:t>
      </w:r>
      <w:proofErr w:type="spellStart"/>
      <w:r w:rsidRPr="0025334A">
        <w:t>decontare</w:t>
      </w:r>
      <w:proofErr w:type="spellEnd"/>
      <w:r w:rsidRPr="0025334A">
        <w:t xml:space="preserve"> </w:t>
      </w:r>
      <w:proofErr w:type="spellStart"/>
      <w:r w:rsidRPr="0025334A">
        <w:t>cuprinde</w:t>
      </w:r>
      <w:proofErr w:type="spellEnd"/>
      <w:r w:rsidRPr="0025334A">
        <w:t xml:space="preserve"> </w:t>
      </w:r>
      <w:proofErr w:type="spellStart"/>
      <w:r w:rsidRPr="0025334A">
        <w:t>meniurile</w:t>
      </w:r>
      <w:proofErr w:type="spellEnd"/>
      <w:r w:rsidRPr="0025334A">
        <w:t xml:space="preserve"> </w:t>
      </w:r>
      <w:proofErr w:type="spellStart"/>
      <w:r w:rsidRPr="0025334A">
        <w:t>efectiv</w:t>
      </w:r>
      <w:proofErr w:type="spellEnd"/>
      <w:r w:rsidRPr="0025334A">
        <w:t xml:space="preserve"> </w:t>
      </w:r>
      <w:proofErr w:type="spellStart"/>
      <w:r w:rsidRPr="0025334A">
        <w:t>comandate</w:t>
      </w:r>
      <w:proofErr w:type="spellEnd"/>
      <w:r w:rsidRPr="0025334A">
        <w:t xml:space="preserve">, </w:t>
      </w:r>
      <w:proofErr w:type="spellStart"/>
      <w:r w:rsidRPr="0025334A">
        <w:t>livrate</w:t>
      </w:r>
      <w:proofErr w:type="spellEnd"/>
      <w:r w:rsidRPr="0025334A">
        <w:t xml:space="preserve"> </w:t>
      </w:r>
      <w:proofErr w:type="spellStart"/>
      <w:r w:rsidRPr="0025334A">
        <w:t>și</w:t>
      </w:r>
      <w:proofErr w:type="spellEnd"/>
      <w:r w:rsidRPr="0025334A">
        <w:t xml:space="preserve"> </w:t>
      </w:r>
      <w:proofErr w:type="spellStart"/>
      <w:r w:rsidRPr="0025334A">
        <w:t>acceptate</w:t>
      </w:r>
      <w:proofErr w:type="spellEnd"/>
      <w:r w:rsidRPr="0025334A">
        <w:t xml:space="preserve">. </w:t>
      </w:r>
      <w:proofErr w:type="spellStart"/>
      <w:r w:rsidRPr="0025334A">
        <w:t>Porțiile</w:t>
      </w:r>
      <w:proofErr w:type="spellEnd"/>
      <w:r w:rsidRPr="0025334A">
        <w:t xml:space="preserve"> </w:t>
      </w:r>
      <w:proofErr w:type="spellStart"/>
      <w:r w:rsidRPr="0025334A">
        <w:t>înlocuite</w:t>
      </w:r>
      <w:proofErr w:type="spellEnd"/>
      <w:r w:rsidRPr="0025334A">
        <w:t xml:space="preserve"> </w:t>
      </w:r>
      <w:proofErr w:type="spellStart"/>
      <w:r w:rsidRPr="0025334A">
        <w:t>corect</w:t>
      </w:r>
      <w:proofErr w:type="spellEnd"/>
      <w:r w:rsidRPr="0025334A">
        <w:t xml:space="preserve"> se </w:t>
      </w:r>
      <w:proofErr w:type="spellStart"/>
      <w:r w:rsidRPr="0025334A">
        <w:t>decontează</w:t>
      </w:r>
      <w:proofErr w:type="spellEnd"/>
      <w:r w:rsidRPr="0025334A">
        <w:t xml:space="preserve"> o </w:t>
      </w:r>
      <w:proofErr w:type="spellStart"/>
      <w:r w:rsidRPr="0025334A">
        <w:t>singură</w:t>
      </w:r>
      <w:proofErr w:type="spellEnd"/>
      <w:r w:rsidRPr="0025334A">
        <w:t xml:space="preserve"> </w:t>
      </w:r>
      <w:proofErr w:type="spellStart"/>
      <w:r w:rsidRPr="0025334A">
        <w:t>dată</w:t>
      </w:r>
      <w:proofErr w:type="spellEnd"/>
      <w:r w:rsidRPr="0025334A">
        <w:t xml:space="preserve">, la </w:t>
      </w:r>
      <w:proofErr w:type="spellStart"/>
      <w:r w:rsidRPr="0025334A">
        <w:t>valoarea</w:t>
      </w:r>
      <w:proofErr w:type="spellEnd"/>
      <w:r w:rsidRPr="0025334A">
        <w:t xml:space="preserve"> </w:t>
      </w:r>
      <w:proofErr w:type="spellStart"/>
      <w:r w:rsidRPr="0025334A">
        <w:t>meniului</w:t>
      </w:r>
      <w:proofErr w:type="spellEnd"/>
      <w:r w:rsidRPr="0025334A">
        <w:t xml:space="preserve"> </w:t>
      </w:r>
      <w:proofErr w:type="spellStart"/>
      <w:r w:rsidRPr="0025334A">
        <w:t>acceptat</w:t>
      </w:r>
      <w:proofErr w:type="spellEnd"/>
      <w:r w:rsidRPr="0025334A">
        <w:t xml:space="preserve">. </w:t>
      </w:r>
      <w:proofErr w:type="spellStart"/>
      <w:r w:rsidRPr="0025334A">
        <w:t>Centralizatorul</w:t>
      </w:r>
      <w:proofErr w:type="spellEnd"/>
      <w:r w:rsidRPr="0025334A">
        <w:t xml:space="preserve"> lunar </w:t>
      </w:r>
      <w:proofErr w:type="spellStart"/>
      <w:r w:rsidRPr="0025334A">
        <w:t>evidențiază</w:t>
      </w:r>
      <w:proofErr w:type="spellEnd"/>
      <w:r w:rsidRPr="0025334A">
        <w:t xml:space="preserve"> distinct </w:t>
      </w:r>
      <w:proofErr w:type="spellStart"/>
      <w:r w:rsidRPr="0025334A">
        <w:t>porțiile</w:t>
      </w:r>
      <w:proofErr w:type="spellEnd"/>
      <w:r w:rsidRPr="0025334A">
        <w:t xml:space="preserve"> </w:t>
      </w:r>
      <w:proofErr w:type="spellStart"/>
      <w:r w:rsidRPr="0025334A">
        <w:t>lipsă</w:t>
      </w:r>
      <w:proofErr w:type="spellEnd"/>
      <w:r w:rsidRPr="0025334A">
        <w:t xml:space="preserve">, </w:t>
      </w:r>
      <w:proofErr w:type="spellStart"/>
      <w:r w:rsidRPr="0025334A">
        <w:t>respinse</w:t>
      </w:r>
      <w:proofErr w:type="spellEnd"/>
      <w:r w:rsidRPr="0025334A">
        <w:t xml:space="preserve">, remediate </w:t>
      </w:r>
      <w:proofErr w:type="spellStart"/>
      <w:r w:rsidRPr="0025334A">
        <w:t>și</w:t>
      </w:r>
      <w:proofErr w:type="spellEnd"/>
      <w:r w:rsidRPr="0025334A">
        <w:t xml:space="preserve"> </w:t>
      </w:r>
      <w:proofErr w:type="spellStart"/>
      <w:r w:rsidRPr="0025334A">
        <w:t>acceptate</w:t>
      </w:r>
      <w:proofErr w:type="spellEnd"/>
      <w:r w:rsidRPr="0025334A">
        <w:t xml:space="preserve">, </w:t>
      </w:r>
      <w:proofErr w:type="spellStart"/>
      <w:r w:rsidRPr="0025334A">
        <w:t>iar</w:t>
      </w:r>
      <w:proofErr w:type="spellEnd"/>
      <w:r w:rsidRPr="0025334A">
        <w:t xml:space="preserve"> </w:t>
      </w:r>
      <w:proofErr w:type="spellStart"/>
      <w:r w:rsidRPr="0025334A">
        <w:t>plata</w:t>
      </w:r>
      <w:proofErr w:type="spellEnd"/>
      <w:r w:rsidRPr="0025334A">
        <w:t xml:space="preserve"> se </w:t>
      </w:r>
      <w:proofErr w:type="spellStart"/>
      <w:r w:rsidRPr="0025334A">
        <w:t>calculează</w:t>
      </w:r>
      <w:proofErr w:type="spellEnd"/>
      <w:r w:rsidRPr="0025334A">
        <w:t xml:space="preserve"> </w:t>
      </w:r>
      <w:proofErr w:type="spellStart"/>
      <w:r w:rsidRPr="0025334A">
        <w:t>pentru</w:t>
      </w:r>
      <w:proofErr w:type="spellEnd"/>
      <w:r w:rsidRPr="0025334A">
        <w:t xml:space="preserve"> </w:t>
      </w:r>
      <w:proofErr w:type="spellStart"/>
      <w:r w:rsidRPr="0025334A">
        <w:t>prestația</w:t>
      </w:r>
      <w:proofErr w:type="spellEnd"/>
      <w:r w:rsidRPr="0025334A">
        <w:t xml:space="preserve"> </w:t>
      </w:r>
      <w:proofErr w:type="spellStart"/>
      <w:r w:rsidRPr="0025334A">
        <w:t>acceptată</w:t>
      </w:r>
      <w:proofErr w:type="spellEnd"/>
      <w:r w:rsidRPr="0025334A">
        <w:t>.</w:t>
      </w:r>
    </w:p>
    <w:p w14:paraId="4FE6D251" w14:textId="42EF77BB" w:rsidR="0025334A" w:rsidRPr="0025334A" w:rsidRDefault="0025334A" w:rsidP="0025334A">
      <w:pPr>
        <w:spacing w:after="50" w:line="247" w:lineRule="auto"/>
      </w:pPr>
      <w:r w:rsidRPr="0025334A">
        <w:t xml:space="preserve">Factura </w:t>
      </w:r>
      <w:proofErr w:type="spellStart"/>
      <w:r w:rsidRPr="0025334A">
        <w:t>va</w:t>
      </w:r>
      <w:proofErr w:type="spellEnd"/>
      <w:r w:rsidRPr="0025334A">
        <w:t xml:space="preserve"> fi </w:t>
      </w:r>
      <w:proofErr w:type="spellStart"/>
      <w:r w:rsidRPr="0025334A">
        <w:t>insotita</w:t>
      </w:r>
      <w:proofErr w:type="spellEnd"/>
      <w:r w:rsidRPr="0025334A">
        <w:t xml:space="preserve"> de</w:t>
      </w:r>
      <w:r w:rsidR="003135E1">
        <w:t>:</w:t>
      </w:r>
      <w:r w:rsidR="003135E1" w:rsidRPr="003135E1">
        <w:t xml:space="preserve"> </w:t>
      </w:r>
      <w:proofErr w:type="spellStart"/>
      <w:r w:rsidR="003135E1" w:rsidRPr="0025334A">
        <w:t>centralizatorul</w:t>
      </w:r>
      <w:proofErr w:type="spellEnd"/>
      <w:r w:rsidR="003135E1" w:rsidRPr="0025334A">
        <w:t xml:space="preserve"> lunar, </w:t>
      </w:r>
      <w:proofErr w:type="spellStart"/>
      <w:r w:rsidR="003135E1" w:rsidRPr="0025334A">
        <w:t>împreună</w:t>
      </w:r>
      <w:proofErr w:type="spellEnd"/>
      <w:r w:rsidR="003135E1" w:rsidRPr="0025334A">
        <w:t xml:space="preserve"> cu </w:t>
      </w:r>
      <w:r w:rsidR="003135E1" w:rsidRPr="003135E1">
        <w:rPr>
          <w:lang w:val="ro-RO"/>
        </w:rPr>
        <w:t>toate avizele de insotire a mărfii pentru 3 livrări /zi, procesele verbale de predare primire intocmite de 3 ori/zi, documentul de recepție a serviciilor prestate, semnat de către reprezentantul prestatorului serviciilor de catering și reprezentantul autoritatii contractante</w:t>
      </w:r>
      <w:r w:rsidR="003135E1">
        <w:t>.</w:t>
      </w:r>
      <w:r w:rsidRPr="0025334A">
        <w:t>.</w:t>
      </w:r>
    </w:p>
    <w:p w14:paraId="46AED84C" w14:textId="77777777" w:rsidR="003135E1" w:rsidRDefault="0025334A" w:rsidP="0025334A">
      <w:pPr>
        <w:spacing w:after="50" w:line="247" w:lineRule="auto"/>
        <w:rPr>
          <w:bCs/>
        </w:rPr>
      </w:pPr>
      <w:proofErr w:type="spellStart"/>
      <w:r w:rsidRPr="0025334A">
        <w:rPr>
          <w:bCs/>
        </w:rPr>
        <w:t>Facturarea</w:t>
      </w:r>
      <w:proofErr w:type="spellEnd"/>
      <w:r w:rsidRPr="0025334A">
        <w:rPr>
          <w:bCs/>
        </w:rPr>
        <w:t xml:space="preserve"> se </w:t>
      </w:r>
      <w:proofErr w:type="spellStart"/>
      <w:r w:rsidRPr="0025334A">
        <w:rPr>
          <w:bCs/>
        </w:rPr>
        <w:t>va</w:t>
      </w:r>
      <w:proofErr w:type="spellEnd"/>
      <w:r w:rsidRPr="0025334A">
        <w:rPr>
          <w:bCs/>
        </w:rPr>
        <w:t xml:space="preserve"> </w:t>
      </w:r>
      <w:proofErr w:type="spellStart"/>
      <w:r w:rsidRPr="0025334A">
        <w:rPr>
          <w:bCs/>
        </w:rPr>
        <w:t>realiza</w:t>
      </w:r>
      <w:proofErr w:type="spellEnd"/>
      <w:r w:rsidRPr="0025334A">
        <w:rPr>
          <w:bCs/>
        </w:rPr>
        <w:t xml:space="preserve"> pe </w:t>
      </w:r>
      <w:proofErr w:type="spellStart"/>
      <w:r w:rsidRPr="0025334A">
        <w:rPr>
          <w:bCs/>
        </w:rPr>
        <w:t>fiecare</w:t>
      </w:r>
      <w:proofErr w:type="spellEnd"/>
      <w:r w:rsidRPr="0025334A">
        <w:rPr>
          <w:bCs/>
        </w:rPr>
        <w:t xml:space="preserve"> </w:t>
      </w:r>
      <w:proofErr w:type="spellStart"/>
      <w:r w:rsidRPr="0025334A">
        <w:rPr>
          <w:bCs/>
        </w:rPr>
        <w:t>centru</w:t>
      </w:r>
      <w:proofErr w:type="spellEnd"/>
      <w:r w:rsidRPr="0025334A">
        <w:rPr>
          <w:bCs/>
        </w:rPr>
        <w:t xml:space="preserve"> in </w:t>
      </w:r>
      <w:proofErr w:type="spellStart"/>
      <w:r w:rsidRPr="0025334A">
        <w:rPr>
          <w:bCs/>
        </w:rPr>
        <w:t>parte</w:t>
      </w:r>
      <w:proofErr w:type="spellEnd"/>
      <w:r w:rsidRPr="0025334A">
        <w:rPr>
          <w:bCs/>
        </w:rPr>
        <w:t xml:space="preserve">. </w:t>
      </w:r>
    </w:p>
    <w:p w14:paraId="651F44CA" w14:textId="346895F9" w:rsidR="0025334A" w:rsidRDefault="00FA30E6" w:rsidP="0025334A">
      <w:pPr>
        <w:spacing w:after="50" w:line="247" w:lineRule="auto"/>
        <w:rPr>
          <w:bCs/>
        </w:rPr>
      </w:pPr>
      <w:r w:rsidRPr="00FA30E6">
        <w:rPr>
          <w:bCs/>
        </w:rPr>
        <w:t xml:space="preserve">Plata se </w:t>
      </w:r>
      <w:proofErr w:type="spellStart"/>
      <w:r w:rsidRPr="00FA30E6">
        <w:rPr>
          <w:bCs/>
        </w:rPr>
        <w:t>efectuează</w:t>
      </w:r>
      <w:proofErr w:type="spellEnd"/>
      <w:r w:rsidRPr="00FA30E6">
        <w:rPr>
          <w:bCs/>
        </w:rPr>
        <w:t xml:space="preserve"> </w:t>
      </w:r>
      <w:proofErr w:type="spellStart"/>
      <w:r w:rsidRPr="00FA30E6">
        <w:rPr>
          <w:bCs/>
        </w:rPr>
        <w:t>în</w:t>
      </w:r>
      <w:proofErr w:type="spellEnd"/>
      <w:r w:rsidRPr="00FA30E6">
        <w:rPr>
          <w:bCs/>
        </w:rPr>
        <w:t xml:space="preserve"> </w:t>
      </w:r>
      <w:proofErr w:type="spellStart"/>
      <w:r w:rsidRPr="00FA30E6">
        <w:rPr>
          <w:bCs/>
        </w:rPr>
        <w:t>termenul</w:t>
      </w:r>
      <w:proofErr w:type="spellEnd"/>
      <w:r w:rsidRPr="00FA30E6">
        <w:rPr>
          <w:bCs/>
        </w:rPr>
        <w:t xml:space="preserve"> legal </w:t>
      </w:r>
      <w:proofErr w:type="spellStart"/>
      <w:r w:rsidRPr="00FA30E6">
        <w:rPr>
          <w:bCs/>
        </w:rPr>
        <w:t>aplicabil</w:t>
      </w:r>
      <w:proofErr w:type="spellEnd"/>
      <w:r w:rsidRPr="00FA30E6">
        <w:rPr>
          <w:bCs/>
        </w:rPr>
        <w:t xml:space="preserve"> </w:t>
      </w:r>
      <w:proofErr w:type="spellStart"/>
      <w:r w:rsidRPr="00FA30E6">
        <w:rPr>
          <w:bCs/>
        </w:rPr>
        <w:t>potrivit</w:t>
      </w:r>
      <w:proofErr w:type="spellEnd"/>
      <w:r w:rsidRPr="00FA30E6">
        <w:rPr>
          <w:bCs/>
        </w:rPr>
        <w:t xml:space="preserve"> </w:t>
      </w:r>
      <w:proofErr w:type="spellStart"/>
      <w:r w:rsidRPr="00FA30E6">
        <w:rPr>
          <w:bCs/>
        </w:rPr>
        <w:t>Legii</w:t>
      </w:r>
      <w:proofErr w:type="spellEnd"/>
      <w:r w:rsidRPr="00FA30E6">
        <w:rPr>
          <w:bCs/>
        </w:rPr>
        <w:t xml:space="preserve"> nr. 72/2013, de </w:t>
      </w:r>
      <w:proofErr w:type="spellStart"/>
      <w:r w:rsidRPr="00FA30E6">
        <w:rPr>
          <w:bCs/>
        </w:rPr>
        <w:t>regulă</w:t>
      </w:r>
      <w:proofErr w:type="spellEnd"/>
      <w:r w:rsidRPr="00FA30E6">
        <w:rPr>
          <w:bCs/>
        </w:rPr>
        <w:t xml:space="preserve"> </w:t>
      </w:r>
      <w:proofErr w:type="spellStart"/>
      <w:r w:rsidRPr="00FA30E6">
        <w:rPr>
          <w:bCs/>
        </w:rPr>
        <w:t>în</w:t>
      </w:r>
      <w:proofErr w:type="spellEnd"/>
      <w:r w:rsidRPr="00FA30E6">
        <w:rPr>
          <w:bCs/>
        </w:rPr>
        <w:t xml:space="preserve"> maximum 30 de </w:t>
      </w:r>
      <w:proofErr w:type="spellStart"/>
      <w:r w:rsidRPr="00FA30E6">
        <w:rPr>
          <w:bCs/>
        </w:rPr>
        <w:t>zile</w:t>
      </w:r>
      <w:proofErr w:type="spellEnd"/>
      <w:r w:rsidRPr="00FA30E6">
        <w:rPr>
          <w:bCs/>
        </w:rPr>
        <w:t xml:space="preserve"> </w:t>
      </w:r>
      <w:proofErr w:type="spellStart"/>
      <w:r w:rsidRPr="00FA30E6">
        <w:rPr>
          <w:bCs/>
        </w:rPr>
        <w:t>calendaristice</w:t>
      </w:r>
      <w:proofErr w:type="spellEnd"/>
      <w:r w:rsidRPr="00FA30E6">
        <w:rPr>
          <w:bCs/>
        </w:rPr>
        <w:t xml:space="preserve"> de la </w:t>
      </w:r>
      <w:proofErr w:type="spellStart"/>
      <w:r w:rsidRPr="00FA30E6">
        <w:rPr>
          <w:bCs/>
        </w:rPr>
        <w:t>evenimentul</w:t>
      </w:r>
      <w:proofErr w:type="spellEnd"/>
      <w:r w:rsidRPr="00FA30E6">
        <w:rPr>
          <w:bCs/>
        </w:rPr>
        <w:t xml:space="preserve"> relevant </w:t>
      </w:r>
      <w:proofErr w:type="spellStart"/>
      <w:r w:rsidRPr="00FA30E6">
        <w:rPr>
          <w:bCs/>
        </w:rPr>
        <w:t>prevăzut</w:t>
      </w:r>
      <w:proofErr w:type="spellEnd"/>
      <w:r w:rsidRPr="00FA30E6">
        <w:rPr>
          <w:bCs/>
        </w:rPr>
        <w:t xml:space="preserve"> la art. 6 </w:t>
      </w:r>
      <w:proofErr w:type="spellStart"/>
      <w:r w:rsidRPr="00FA30E6">
        <w:rPr>
          <w:bCs/>
        </w:rPr>
        <w:t>alin</w:t>
      </w:r>
      <w:proofErr w:type="spellEnd"/>
      <w:r w:rsidRPr="00FA30E6">
        <w:rPr>
          <w:bCs/>
        </w:rPr>
        <w:t xml:space="preserve">. (1), </w:t>
      </w:r>
      <w:proofErr w:type="spellStart"/>
      <w:r w:rsidRPr="00FA30E6">
        <w:rPr>
          <w:bCs/>
        </w:rPr>
        <w:t>în</w:t>
      </w:r>
      <w:proofErr w:type="spellEnd"/>
      <w:r w:rsidRPr="00FA30E6">
        <w:rPr>
          <w:bCs/>
        </w:rPr>
        <w:t xml:space="preserve"> </w:t>
      </w:r>
      <w:proofErr w:type="spellStart"/>
      <w:r w:rsidRPr="00FA30E6">
        <w:rPr>
          <w:bCs/>
        </w:rPr>
        <w:t>corelare</w:t>
      </w:r>
      <w:proofErr w:type="spellEnd"/>
      <w:r w:rsidRPr="00FA30E6">
        <w:rPr>
          <w:bCs/>
        </w:rPr>
        <w:t xml:space="preserve"> cu </w:t>
      </w:r>
      <w:proofErr w:type="spellStart"/>
      <w:r w:rsidRPr="00FA30E6">
        <w:rPr>
          <w:bCs/>
        </w:rPr>
        <w:t>recepția</w:t>
      </w:r>
      <w:proofErr w:type="spellEnd"/>
      <w:r w:rsidRPr="00FA30E6">
        <w:rPr>
          <w:bCs/>
        </w:rPr>
        <w:t xml:space="preserve"> </w:t>
      </w:r>
      <w:proofErr w:type="spellStart"/>
      <w:r w:rsidRPr="00FA30E6">
        <w:rPr>
          <w:bCs/>
        </w:rPr>
        <w:t>și</w:t>
      </w:r>
      <w:proofErr w:type="spellEnd"/>
      <w:r w:rsidRPr="00FA30E6">
        <w:rPr>
          <w:bCs/>
        </w:rPr>
        <w:t xml:space="preserve"> factura.</w:t>
      </w:r>
    </w:p>
    <w:p w14:paraId="0E9DB0A7" w14:textId="4E402141" w:rsidR="003135E1" w:rsidRPr="003135E1" w:rsidRDefault="003135E1" w:rsidP="003135E1">
      <w:pPr>
        <w:spacing w:after="50" w:line="247" w:lineRule="auto"/>
        <w:rPr>
          <w:b/>
        </w:rPr>
      </w:pPr>
      <w:proofErr w:type="spellStart"/>
      <w:r w:rsidRPr="003135E1">
        <w:rPr>
          <w:b/>
        </w:rPr>
        <w:lastRenderedPageBreak/>
        <w:t>Prețul</w:t>
      </w:r>
      <w:proofErr w:type="spellEnd"/>
      <w:r w:rsidRPr="003135E1">
        <w:rPr>
          <w:b/>
        </w:rPr>
        <w:t xml:space="preserve"> </w:t>
      </w:r>
      <w:proofErr w:type="spellStart"/>
      <w:r w:rsidRPr="003135E1">
        <w:rPr>
          <w:b/>
        </w:rPr>
        <w:t>contractului</w:t>
      </w:r>
      <w:proofErr w:type="spellEnd"/>
      <w:r w:rsidRPr="003135E1">
        <w:rPr>
          <w:b/>
        </w:rPr>
        <w:t>:</w:t>
      </w:r>
    </w:p>
    <w:p w14:paraId="701026A6" w14:textId="77777777" w:rsidR="00E93791" w:rsidRDefault="00E93791" w:rsidP="003135E1">
      <w:pPr>
        <w:spacing w:after="50" w:line="247" w:lineRule="auto"/>
        <w:rPr>
          <w:bCs/>
        </w:rPr>
      </w:pPr>
      <w:r w:rsidRPr="00E93791">
        <w:rPr>
          <w:bCs/>
        </w:rPr>
        <w:t xml:space="preserve">– </w:t>
      </w:r>
      <w:proofErr w:type="spellStart"/>
      <w:r w:rsidRPr="00E93791">
        <w:rPr>
          <w:bCs/>
        </w:rPr>
        <w:t>Prețul</w:t>
      </w:r>
      <w:proofErr w:type="spellEnd"/>
      <w:r w:rsidRPr="00E93791">
        <w:rPr>
          <w:bCs/>
        </w:rPr>
        <w:t xml:space="preserve"> </w:t>
      </w:r>
      <w:proofErr w:type="spellStart"/>
      <w:r w:rsidRPr="00E93791">
        <w:rPr>
          <w:bCs/>
        </w:rPr>
        <w:t>serviciilor</w:t>
      </w:r>
      <w:proofErr w:type="spellEnd"/>
      <w:r w:rsidRPr="00E93791">
        <w:rPr>
          <w:bCs/>
        </w:rPr>
        <w:t xml:space="preserve"> </w:t>
      </w:r>
      <w:proofErr w:type="spellStart"/>
      <w:r w:rsidRPr="00E93791">
        <w:rPr>
          <w:bCs/>
        </w:rPr>
        <w:t>este</w:t>
      </w:r>
      <w:proofErr w:type="spellEnd"/>
      <w:r w:rsidRPr="00E93791">
        <w:rPr>
          <w:bCs/>
        </w:rPr>
        <w:t xml:space="preserve"> cel </w:t>
      </w:r>
      <w:proofErr w:type="spellStart"/>
      <w:r w:rsidRPr="00E93791">
        <w:rPr>
          <w:bCs/>
        </w:rPr>
        <w:t>rezultat</w:t>
      </w:r>
      <w:proofErr w:type="spellEnd"/>
      <w:r w:rsidRPr="00E93791">
        <w:rPr>
          <w:bCs/>
        </w:rPr>
        <w:t xml:space="preserve"> din </w:t>
      </w:r>
      <w:proofErr w:type="spellStart"/>
      <w:r w:rsidRPr="00E93791">
        <w:rPr>
          <w:bCs/>
        </w:rPr>
        <w:t>oferta</w:t>
      </w:r>
      <w:proofErr w:type="spellEnd"/>
      <w:r w:rsidRPr="00E93791">
        <w:rPr>
          <w:bCs/>
        </w:rPr>
        <w:t xml:space="preserve"> </w:t>
      </w:r>
      <w:proofErr w:type="spellStart"/>
      <w:r w:rsidRPr="00E93791">
        <w:rPr>
          <w:bCs/>
        </w:rPr>
        <w:t>declarată</w:t>
      </w:r>
      <w:proofErr w:type="spellEnd"/>
      <w:r w:rsidRPr="00E93791">
        <w:rPr>
          <w:bCs/>
        </w:rPr>
        <w:t xml:space="preserve"> </w:t>
      </w:r>
      <w:proofErr w:type="spellStart"/>
      <w:r w:rsidRPr="00E93791">
        <w:rPr>
          <w:bCs/>
        </w:rPr>
        <w:t>câștigătoare</w:t>
      </w:r>
      <w:proofErr w:type="spellEnd"/>
      <w:r w:rsidRPr="00E93791">
        <w:rPr>
          <w:bCs/>
        </w:rPr>
        <w:t xml:space="preserve">, </w:t>
      </w:r>
      <w:proofErr w:type="spellStart"/>
      <w:r w:rsidRPr="00E93791">
        <w:rPr>
          <w:bCs/>
        </w:rPr>
        <w:t>exprimat</w:t>
      </w:r>
      <w:proofErr w:type="spellEnd"/>
      <w:r w:rsidRPr="00E93791">
        <w:rPr>
          <w:bCs/>
        </w:rPr>
        <w:t xml:space="preserve"> </w:t>
      </w:r>
      <w:proofErr w:type="spellStart"/>
      <w:r w:rsidRPr="00E93791">
        <w:rPr>
          <w:bCs/>
        </w:rPr>
        <w:t>în</w:t>
      </w:r>
      <w:proofErr w:type="spellEnd"/>
      <w:r w:rsidRPr="00E93791">
        <w:rPr>
          <w:bCs/>
        </w:rPr>
        <w:t xml:space="preserve"> lei </w:t>
      </w:r>
      <w:proofErr w:type="spellStart"/>
      <w:r w:rsidRPr="00E93791">
        <w:rPr>
          <w:bCs/>
        </w:rPr>
        <w:t>fără</w:t>
      </w:r>
      <w:proofErr w:type="spellEnd"/>
      <w:r w:rsidRPr="00E93791">
        <w:rPr>
          <w:bCs/>
        </w:rPr>
        <w:t xml:space="preserve"> TVA, la care se </w:t>
      </w:r>
      <w:proofErr w:type="spellStart"/>
      <w:r w:rsidRPr="00E93791">
        <w:rPr>
          <w:bCs/>
        </w:rPr>
        <w:t>adaugă</w:t>
      </w:r>
      <w:proofErr w:type="spellEnd"/>
      <w:r w:rsidRPr="00E93791">
        <w:rPr>
          <w:bCs/>
        </w:rPr>
        <w:t xml:space="preserve"> TVA conform </w:t>
      </w:r>
      <w:proofErr w:type="spellStart"/>
      <w:r w:rsidRPr="00E93791">
        <w:rPr>
          <w:bCs/>
        </w:rPr>
        <w:t>legislației</w:t>
      </w:r>
      <w:proofErr w:type="spellEnd"/>
      <w:r w:rsidRPr="00E93791">
        <w:rPr>
          <w:bCs/>
        </w:rPr>
        <w:t xml:space="preserve">. </w:t>
      </w:r>
      <w:proofErr w:type="spellStart"/>
      <w:r w:rsidRPr="00E93791">
        <w:rPr>
          <w:bCs/>
        </w:rPr>
        <w:t>Prețul</w:t>
      </w:r>
      <w:proofErr w:type="spellEnd"/>
      <w:r w:rsidRPr="00E93791">
        <w:rPr>
          <w:bCs/>
        </w:rPr>
        <w:t xml:space="preserve"> </w:t>
      </w:r>
      <w:proofErr w:type="spellStart"/>
      <w:r w:rsidRPr="00E93791">
        <w:rPr>
          <w:bCs/>
        </w:rPr>
        <w:t>fără</w:t>
      </w:r>
      <w:proofErr w:type="spellEnd"/>
      <w:r w:rsidRPr="00E93791">
        <w:rPr>
          <w:bCs/>
        </w:rPr>
        <w:t xml:space="preserve"> TVA </w:t>
      </w:r>
      <w:proofErr w:type="spellStart"/>
      <w:r w:rsidRPr="00E93791">
        <w:rPr>
          <w:bCs/>
        </w:rPr>
        <w:t>poate</w:t>
      </w:r>
      <w:proofErr w:type="spellEnd"/>
      <w:r w:rsidRPr="00E93791">
        <w:rPr>
          <w:bCs/>
        </w:rPr>
        <w:t xml:space="preserve"> fi </w:t>
      </w:r>
      <w:proofErr w:type="spellStart"/>
      <w:r w:rsidRPr="00E93791">
        <w:rPr>
          <w:bCs/>
        </w:rPr>
        <w:t>revizuit</w:t>
      </w:r>
      <w:proofErr w:type="spellEnd"/>
      <w:r w:rsidRPr="00E93791">
        <w:rPr>
          <w:bCs/>
        </w:rPr>
        <w:t xml:space="preserve"> </w:t>
      </w:r>
      <w:proofErr w:type="spellStart"/>
      <w:r w:rsidRPr="00E93791">
        <w:rPr>
          <w:bCs/>
        </w:rPr>
        <w:t>numai</w:t>
      </w:r>
      <w:proofErr w:type="spellEnd"/>
      <w:r w:rsidRPr="00E93791">
        <w:rPr>
          <w:bCs/>
        </w:rPr>
        <w:t xml:space="preserve"> </w:t>
      </w:r>
      <w:proofErr w:type="spellStart"/>
      <w:r w:rsidRPr="00E93791">
        <w:rPr>
          <w:bCs/>
        </w:rPr>
        <w:t>în</w:t>
      </w:r>
      <w:proofErr w:type="spellEnd"/>
      <w:r w:rsidRPr="00E93791">
        <w:rPr>
          <w:bCs/>
        </w:rPr>
        <w:t xml:space="preserve"> </w:t>
      </w:r>
      <w:proofErr w:type="spellStart"/>
      <w:r w:rsidRPr="00E93791">
        <w:rPr>
          <w:bCs/>
        </w:rPr>
        <w:t>cazurile</w:t>
      </w:r>
      <w:proofErr w:type="spellEnd"/>
      <w:r w:rsidRPr="00E93791">
        <w:rPr>
          <w:bCs/>
        </w:rPr>
        <w:t xml:space="preserve"> </w:t>
      </w:r>
      <w:proofErr w:type="spellStart"/>
      <w:r w:rsidRPr="00E93791">
        <w:rPr>
          <w:bCs/>
        </w:rPr>
        <w:t>și</w:t>
      </w:r>
      <w:proofErr w:type="spellEnd"/>
      <w:r w:rsidRPr="00E93791">
        <w:rPr>
          <w:bCs/>
        </w:rPr>
        <w:t xml:space="preserve"> </w:t>
      </w:r>
      <w:proofErr w:type="spellStart"/>
      <w:r w:rsidRPr="00E93791">
        <w:rPr>
          <w:bCs/>
        </w:rPr>
        <w:t>prin</w:t>
      </w:r>
      <w:proofErr w:type="spellEnd"/>
      <w:r w:rsidRPr="00E93791">
        <w:rPr>
          <w:bCs/>
        </w:rPr>
        <w:t xml:space="preserve"> </w:t>
      </w:r>
      <w:proofErr w:type="spellStart"/>
      <w:r w:rsidRPr="00E93791">
        <w:rPr>
          <w:bCs/>
        </w:rPr>
        <w:t>mecanismul</w:t>
      </w:r>
      <w:proofErr w:type="spellEnd"/>
      <w:r w:rsidRPr="00E93791">
        <w:rPr>
          <w:bCs/>
        </w:rPr>
        <w:t xml:space="preserve"> </w:t>
      </w:r>
      <w:proofErr w:type="spellStart"/>
      <w:r w:rsidRPr="00E93791">
        <w:rPr>
          <w:bCs/>
        </w:rPr>
        <w:t>prevăzut</w:t>
      </w:r>
      <w:proofErr w:type="spellEnd"/>
      <w:r w:rsidRPr="00E93791">
        <w:rPr>
          <w:bCs/>
        </w:rPr>
        <w:t xml:space="preserve"> </w:t>
      </w:r>
      <w:proofErr w:type="spellStart"/>
      <w:r w:rsidRPr="00E93791">
        <w:rPr>
          <w:bCs/>
        </w:rPr>
        <w:t>expres</w:t>
      </w:r>
      <w:proofErr w:type="spellEnd"/>
      <w:r w:rsidRPr="00E93791">
        <w:rPr>
          <w:bCs/>
        </w:rPr>
        <w:t xml:space="preserve"> </w:t>
      </w:r>
      <w:proofErr w:type="spellStart"/>
      <w:r w:rsidRPr="00E93791">
        <w:rPr>
          <w:bCs/>
        </w:rPr>
        <w:t>în</w:t>
      </w:r>
      <w:proofErr w:type="spellEnd"/>
      <w:r w:rsidRPr="00E93791">
        <w:rPr>
          <w:bCs/>
        </w:rPr>
        <w:t xml:space="preserve"> </w:t>
      </w:r>
      <w:proofErr w:type="spellStart"/>
      <w:r w:rsidRPr="00E93791">
        <w:rPr>
          <w:bCs/>
        </w:rPr>
        <w:t>documentație</w:t>
      </w:r>
      <w:proofErr w:type="spellEnd"/>
      <w:r w:rsidRPr="00E93791">
        <w:rPr>
          <w:bCs/>
        </w:rPr>
        <w:t xml:space="preserve"> </w:t>
      </w:r>
      <w:proofErr w:type="spellStart"/>
      <w:r w:rsidRPr="00E93791">
        <w:rPr>
          <w:bCs/>
        </w:rPr>
        <w:t>și</w:t>
      </w:r>
      <w:proofErr w:type="spellEnd"/>
      <w:r w:rsidRPr="00E93791">
        <w:rPr>
          <w:bCs/>
        </w:rPr>
        <w:t xml:space="preserve"> contract </w:t>
      </w:r>
    </w:p>
    <w:p w14:paraId="240FF0E0" w14:textId="4ED680B6" w:rsidR="003135E1" w:rsidRPr="0025334A" w:rsidRDefault="00E93791" w:rsidP="003135E1">
      <w:pPr>
        <w:spacing w:after="50" w:line="247" w:lineRule="auto"/>
        <w:rPr>
          <w:bCs/>
        </w:rPr>
      </w:pPr>
      <w:r w:rsidRPr="00E93791">
        <w:rPr>
          <w:bCs/>
        </w:rPr>
        <w:t xml:space="preserve">– </w:t>
      </w:r>
      <w:proofErr w:type="spellStart"/>
      <w:r w:rsidRPr="00E93791">
        <w:rPr>
          <w:bCs/>
        </w:rPr>
        <w:t>Cantitatea</w:t>
      </w:r>
      <w:proofErr w:type="spellEnd"/>
      <w:r w:rsidRPr="00E93791">
        <w:rPr>
          <w:bCs/>
        </w:rPr>
        <w:t xml:space="preserve"> </w:t>
      </w:r>
      <w:proofErr w:type="spellStart"/>
      <w:r w:rsidRPr="00E93791">
        <w:rPr>
          <w:bCs/>
        </w:rPr>
        <w:t>zilnică</w:t>
      </w:r>
      <w:proofErr w:type="spellEnd"/>
      <w:r w:rsidRPr="00E93791">
        <w:rPr>
          <w:bCs/>
        </w:rPr>
        <w:t xml:space="preserve"> se </w:t>
      </w:r>
      <w:proofErr w:type="spellStart"/>
      <w:r w:rsidRPr="00E93791">
        <w:rPr>
          <w:bCs/>
        </w:rPr>
        <w:t>adaptează</w:t>
      </w:r>
      <w:proofErr w:type="spellEnd"/>
      <w:r w:rsidRPr="00E93791">
        <w:rPr>
          <w:bCs/>
        </w:rPr>
        <w:t xml:space="preserve"> </w:t>
      </w:r>
      <w:proofErr w:type="spellStart"/>
      <w:r w:rsidRPr="00E93791">
        <w:rPr>
          <w:bCs/>
        </w:rPr>
        <w:t>prin</w:t>
      </w:r>
      <w:proofErr w:type="spellEnd"/>
      <w:r w:rsidRPr="00E93791">
        <w:rPr>
          <w:bCs/>
        </w:rPr>
        <w:t xml:space="preserve"> </w:t>
      </w:r>
      <w:proofErr w:type="spellStart"/>
      <w:r w:rsidRPr="00E93791">
        <w:rPr>
          <w:bCs/>
        </w:rPr>
        <w:t>comenzile</w:t>
      </w:r>
      <w:proofErr w:type="spellEnd"/>
      <w:r w:rsidRPr="00E93791">
        <w:rPr>
          <w:bCs/>
        </w:rPr>
        <w:t xml:space="preserve"> </w:t>
      </w:r>
      <w:proofErr w:type="spellStart"/>
      <w:r w:rsidRPr="00E93791">
        <w:rPr>
          <w:bCs/>
        </w:rPr>
        <w:t>centrelor</w:t>
      </w:r>
      <w:proofErr w:type="spellEnd"/>
      <w:r w:rsidRPr="00E93791">
        <w:rPr>
          <w:bCs/>
        </w:rPr>
        <w:t xml:space="preserve"> </w:t>
      </w:r>
      <w:proofErr w:type="spellStart"/>
      <w:r w:rsidRPr="00E93791">
        <w:rPr>
          <w:bCs/>
        </w:rPr>
        <w:t>în</w:t>
      </w:r>
      <w:proofErr w:type="spellEnd"/>
      <w:r w:rsidRPr="00E93791">
        <w:rPr>
          <w:bCs/>
        </w:rPr>
        <w:t xml:space="preserve"> </w:t>
      </w:r>
      <w:proofErr w:type="spellStart"/>
      <w:r w:rsidRPr="00E93791">
        <w:rPr>
          <w:bCs/>
        </w:rPr>
        <w:t>limitele</w:t>
      </w:r>
      <w:proofErr w:type="spellEnd"/>
      <w:r w:rsidRPr="00E93791">
        <w:rPr>
          <w:bCs/>
        </w:rPr>
        <w:t xml:space="preserve"> </w:t>
      </w:r>
      <w:proofErr w:type="spellStart"/>
      <w:r w:rsidRPr="00E93791">
        <w:rPr>
          <w:bCs/>
        </w:rPr>
        <w:t>contractului</w:t>
      </w:r>
      <w:proofErr w:type="spellEnd"/>
      <w:r w:rsidRPr="00E93791">
        <w:rPr>
          <w:bCs/>
        </w:rPr>
        <w:t xml:space="preserve"> </w:t>
      </w:r>
      <w:proofErr w:type="spellStart"/>
      <w:r w:rsidRPr="00E93791">
        <w:rPr>
          <w:bCs/>
        </w:rPr>
        <w:t>subsecvent</w:t>
      </w:r>
      <w:proofErr w:type="spellEnd"/>
      <w:r>
        <w:rPr>
          <w:bCs/>
        </w:rPr>
        <w:t>;</w:t>
      </w:r>
      <w:r w:rsidRPr="00E93791">
        <w:rPr>
          <w:bCs/>
        </w:rPr>
        <w:t xml:space="preserve"> </w:t>
      </w:r>
      <w:proofErr w:type="spellStart"/>
      <w:r w:rsidR="003135E1" w:rsidRPr="003135E1">
        <w:rPr>
          <w:bCs/>
        </w:rPr>
        <w:t>autoritatea</w:t>
      </w:r>
      <w:proofErr w:type="spellEnd"/>
      <w:r w:rsidR="003135E1" w:rsidRPr="003135E1">
        <w:rPr>
          <w:bCs/>
        </w:rPr>
        <w:t xml:space="preserve"> </w:t>
      </w:r>
      <w:proofErr w:type="spellStart"/>
      <w:r w:rsidR="003135E1" w:rsidRPr="003135E1">
        <w:rPr>
          <w:bCs/>
        </w:rPr>
        <w:t>contractantă</w:t>
      </w:r>
      <w:proofErr w:type="spellEnd"/>
      <w:r w:rsidR="003135E1" w:rsidRPr="003135E1">
        <w:rPr>
          <w:bCs/>
        </w:rPr>
        <w:t xml:space="preserve"> </w:t>
      </w:r>
      <w:proofErr w:type="spellStart"/>
      <w:r w:rsidR="003135E1" w:rsidRPr="003135E1">
        <w:rPr>
          <w:bCs/>
        </w:rPr>
        <w:t>își</w:t>
      </w:r>
      <w:proofErr w:type="spellEnd"/>
      <w:r w:rsidR="003135E1" w:rsidRPr="003135E1">
        <w:rPr>
          <w:bCs/>
        </w:rPr>
        <w:t xml:space="preserve"> </w:t>
      </w:r>
      <w:proofErr w:type="spellStart"/>
      <w:r w:rsidR="003135E1" w:rsidRPr="003135E1">
        <w:rPr>
          <w:bCs/>
        </w:rPr>
        <w:t>rezervă</w:t>
      </w:r>
      <w:proofErr w:type="spellEnd"/>
      <w:r w:rsidR="003135E1" w:rsidRPr="003135E1">
        <w:rPr>
          <w:bCs/>
        </w:rPr>
        <w:t xml:space="preserve"> </w:t>
      </w:r>
      <w:proofErr w:type="spellStart"/>
      <w:r w:rsidR="003135E1" w:rsidRPr="003135E1">
        <w:rPr>
          <w:bCs/>
        </w:rPr>
        <w:t>dreptul</w:t>
      </w:r>
      <w:proofErr w:type="spellEnd"/>
      <w:r w:rsidR="003135E1" w:rsidRPr="003135E1">
        <w:rPr>
          <w:bCs/>
        </w:rPr>
        <w:t xml:space="preserve"> de a </w:t>
      </w:r>
      <w:proofErr w:type="spellStart"/>
      <w:r w:rsidR="003135E1" w:rsidRPr="003135E1">
        <w:rPr>
          <w:bCs/>
        </w:rPr>
        <w:t>suplimenta</w:t>
      </w:r>
      <w:proofErr w:type="spellEnd"/>
      <w:r w:rsidR="003135E1" w:rsidRPr="003135E1">
        <w:rPr>
          <w:bCs/>
        </w:rPr>
        <w:t xml:space="preserve"> </w:t>
      </w:r>
      <w:proofErr w:type="spellStart"/>
      <w:r w:rsidR="003135E1" w:rsidRPr="003135E1">
        <w:rPr>
          <w:bCs/>
        </w:rPr>
        <w:t>sau</w:t>
      </w:r>
      <w:proofErr w:type="spellEnd"/>
      <w:r w:rsidR="003135E1" w:rsidRPr="003135E1">
        <w:rPr>
          <w:bCs/>
        </w:rPr>
        <w:t xml:space="preserve"> </w:t>
      </w:r>
      <w:proofErr w:type="spellStart"/>
      <w:r w:rsidR="003135E1" w:rsidRPr="003135E1">
        <w:rPr>
          <w:bCs/>
        </w:rPr>
        <w:t>diminua</w:t>
      </w:r>
      <w:proofErr w:type="spellEnd"/>
      <w:r w:rsidR="003135E1" w:rsidRPr="003135E1">
        <w:rPr>
          <w:bCs/>
        </w:rPr>
        <w:t xml:space="preserve"> </w:t>
      </w:r>
      <w:proofErr w:type="spellStart"/>
      <w:r w:rsidR="003135E1" w:rsidRPr="003135E1">
        <w:rPr>
          <w:bCs/>
        </w:rPr>
        <w:t>cantitățile</w:t>
      </w:r>
      <w:proofErr w:type="spellEnd"/>
      <w:r w:rsidR="003135E1" w:rsidRPr="003135E1">
        <w:rPr>
          <w:bCs/>
        </w:rPr>
        <w:t xml:space="preserve"> </w:t>
      </w:r>
      <w:proofErr w:type="spellStart"/>
      <w:r w:rsidR="003135E1" w:rsidRPr="003135E1">
        <w:rPr>
          <w:bCs/>
        </w:rPr>
        <w:t>în</w:t>
      </w:r>
      <w:proofErr w:type="spellEnd"/>
      <w:r w:rsidR="003135E1" w:rsidRPr="003135E1">
        <w:rPr>
          <w:bCs/>
        </w:rPr>
        <w:t xml:space="preserve"> </w:t>
      </w:r>
      <w:proofErr w:type="spellStart"/>
      <w:r w:rsidR="003135E1" w:rsidRPr="003135E1">
        <w:rPr>
          <w:bCs/>
        </w:rPr>
        <w:t>raport</w:t>
      </w:r>
      <w:proofErr w:type="spellEnd"/>
      <w:r w:rsidR="003135E1" w:rsidRPr="003135E1">
        <w:rPr>
          <w:bCs/>
        </w:rPr>
        <w:t xml:space="preserve"> cu </w:t>
      </w:r>
      <w:proofErr w:type="spellStart"/>
      <w:r w:rsidR="003135E1" w:rsidRPr="003135E1">
        <w:rPr>
          <w:bCs/>
        </w:rPr>
        <w:t>numărul</w:t>
      </w:r>
      <w:proofErr w:type="spellEnd"/>
      <w:r w:rsidR="003135E1" w:rsidRPr="003135E1">
        <w:rPr>
          <w:bCs/>
        </w:rPr>
        <w:t xml:space="preserve"> </w:t>
      </w:r>
      <w:proofErr w:type="spellStart"/>
      <w:r w:rsidR="003135E1" w:rsidRPr="003135E1">
        <w:rPr>
          <w:bCs/>
        </w:rPr>
        <w:t>beneficiarilor</w:t>
      </w:r>
      <w:proofErr w:type="spellEnd"/>
      <w:r w:rsidR="003135E1" w:rsidRPr="003135E1">
        <w:rPr>
          <w:bCs/>
        </w:rPr>
        <w:t xml:space="preserve"> </w:t>
      </w:r>
      <w:proofErr w:type="spellStart"/>
      <w:r w:rsidR="003135E1" w:rsidRPr="003135E1">
        <w:rPr>
          <w:bCs/>
        </w:rPr>
        <w:t>prezenti</w:t>
      </w:r>
      <w:proofErr w:type="spellEnd"/>
      <w:r w:rsidR="003135E1" w:rsidRPr="003135E1">
        <w:rPr>
          <w:bCs/>
        </w:rPr>
        <w:t xml:space="preserve"> </w:t>
      </w:r>
      <w:proofErr w:type="spellStart"/>
      <w:r w:rsidR="003135E1" w:rsidRPr="003135E1">
        <w:rPr>
          <w:bCs/>
        </w:rPr>
        <w:t>în</w:t>
      </w:r>
      <w:proofErr w:type="spellEnd"/>
      <w:r w:rsidR="003135E1" w:rsidRPr="003135E1">
        <w:rPr>
          <w:bCs/>
        </w:rPr>
        <w:t xml:space="preserve"> </w:t>
      </w:r>
      <w:proofErr w:type="spellStart"/>
      <w:r w:rsidR="003135E1" w:rsidRPr="003135E1">
        <w:rPr>
          <w:bCs/>
        </w:rPr>
        <w:t>cadrul</w:t>
      </w:r>
      <w:proofErr w:type="spellEnd"/>
      <w:r w:rsidR="003135E1" w:rsidRPr="003135E1">
        <w:rPr>
          <w:bCs/>
        </w:rPr>
        <w:t xml:space="preserve"> </w:t>
      </w:r>
      <w:proofErr w:type="spellStart"/>
      <w:r w:rsidR="003135E1" w:rsidRPr="003135E1">
        <w:rPr>
          <w:bCs/>
        </w:rPr>
        <w:t>autoritatii</w:t>
      </w:r>
      <w:proofErr w:type="spellEnd"/>
      <w:r w:rsidR="003135E1" w:rsidRPr="003135E1">
        <w:rPr>
          <w:bCs/>
        </w:rPr>
        <w:t xml:space="preserve"> </w:t>
      </w:r>
      <w:proofErr w:type="spellStart"/>
      <w:r w:rsidR="003135E1" w:rsidRPr="003135E1">
        <w:rPr>
          <w:bCs/>
        </w:rPr>
        <w:t>contractante</w:t>
      </w:r>
      <w:proofErr w:type="spellEnd"/>
      <w:r w:rsidR="003135E1" w:rsidRPr="003135E1">
        <w:rPr>
          <w:bCs/>
        </w:rPr>
        <w:t xml:space="preserve"> pe </w:t>
      </w:r>
      <w:proofErr w:type="spellStart"/>
      <w:r w:rsidR="003135E1" w:rsidRPr="003135E1">
        <w:rPr>
          <w:bCs/>
        </w:rPr>
        <w:t>durata</w:t>
      </w:r>
      <w:proofErr w:type="spellEnd"/>
      <w:r w:rsidR="003135E1" w:rsidRPr="003135E1">
        <w:rPr>
          <w:bCs/>
        </w:rPr>
        <w:t xml:space="preserve"> </w:t>
      </w:r>
      <w:proofErr w:type="spellStart"/>
      <w:r w:rsidR="003135E1" w:rsidRPr="003135E1">
        <w:rPr>
          <w:bCs/>
        </w:rPr>
        <w:t>derulării</w:t>
      </w:r>
      <w:proofErr w:type="spellEnd"/>
      <w:r w:rsidR="003135E1" w:rsidRPr="003135E1">
        <w:rPr>
          <w:bCs/>
        </w:rPr>
        <w:t xml:space="preserve"> </w:t>
      </w:r>
      <w:proofErr w:type="spellStart"/>
      <w:r w:rsidR="003135E1" w:rsidRPr="003135E1">
        <w:rPr>
          <w:bCs/>
        </w:rPr>
        <w:t>contractului</w:t>
      </w:r>
      <w:proofErr w:type="spellEnd"/>
      <w:r w:rsidR="003135E1" w:rsidRPr="003135E1">
        <w:rPr>
          <w:bCs/>
        </w:rPr>
        <w:t xml:space="preserve">, </w:t>
      </w:r>
      <w:proofErr w:type="spellStart"/>
      <w:r w:rsidR="003135E1" w:rsidRPr="003135E1">
        <w:rPr>
          <w:bCs/>
        </w:rPr>
        <w:t>prin</w:t>
      </w:r>
      <w:proofErr w:type="spellEnd"/>
      <w:r w:rsidR="003135E1" w:rsidRPr="003135E1">
        <w:rPr>
          <w:bCs/>
        </w:rPr>
        <w:t xml:space="preserve"> </w:t>
      </w:r>
      <w:proofErr w:type="spellStart"/>
      <w:r w:rsidR="003135E1" w:rsidRPr="003135E1">
        <w:rPr>
          <w:bCs/>
        </w:rPr>
        <w:t>precizările</w:t>
      </w:r>
      <w:proofErr w:type="spellEnd"/>
      <w:r w:rsidR="003135E1" w:rsidRPr="003135E1">
        <w:rPr>
          <w:bCs/>
        </w:rPr>
        <w:t xml:space="preserve"> cu </w:t>
      </w:r>
      <w:proofErr w:type="spellStart"/>
      <w:r w:rsidR="003135E1" w:rsidRPr="003135E1">
        <w:rPr>
          <w:bCs/>
        </w:rPr>
        <w:t>privire</w:t>
      </w:r>
      <w:proofErr w:type="spellEnd"/>
      <w:r w:rsidR="003135E1" w:rsidRPr="003135E1">
        <w:rPr>
          <w:bCs/>
        </w:rPr>
        <w:t xml:space="preserve"> la </w:t>
      </w:r>
      <w:proofErr w:type="spellStart"/>
      <w:r w:rsidR="003135E1" w:rsidRPr="003135E1">
        <w:rPr>
          <w:bCs/>
        </w:rPr>
        <w:t>numărul</w:t>
      </w:r>
      <w:proofErr w:type="spellEnd"/>
      <w:r w:rsidR="003135E1" w:rsidRPr="003135E1">
        <w:rPr>
          <w:bCs/>
        </w:rPr>
        <w:t xml:space="preserve"> de </w:t>
      </w:r>
      <w:proofErr w:type="spellStart"/>
      <w:r w:rsidR="003135E1" w:rsidRPr="003135E1">
        <w:rPr>
          <w:bCs/>
        </w:rPr>
        <w:t>beneficiari</w:t>
      </w:r>
      <w:proofErr w:type="spellEnd"/>
      <w:r w:rsidR="003135E1" w:rsidRPr="003135E1">
        <w:rPr>
          <w:bCs/>
        </w:rPr>
        <w:t xml:space="preserve"> </w:t>
      </w:r>
      <w:proofErr w:type="spellStart"/>
      <w:r w:rsidR="003135E1" w:rsidRPr="003135E1">
        <w:rPr>
          <w:bCs/>
        </w:rPr>
        <w:t>cuprinse</w:t>
      </w:r>
      <w:proofErr w:type="spellEnd"/>
      <w:r w:rsidR="003135E1" w:rsidRPr="003135E1">
        <w:rPr>
          <w:bCs/>
        </w:rPr>
        <w:t xml:space="preserve"> in nota de </w:t>
      </w:r>
      <w:proofErr w:type="spellStart"/>
      <w:r w:rsidR="003135E1" w:rsidRPr="003135E1">
        <w:rPr>
          <w:bCs/>
        </w:rPr>
        <w:t>comanda</w:t>
      </w:r>
      <w:proofErr w:type="spellEnd"/>
      <w:r w:rsidR="003135E1" w:rsidRPr="003135E1">
        <w:rPr>
          <w:bCs/>
        </w:rPr>
        <w:t xml:space="preserve"> </w:t>
      </w:r>
      <w:proofErr w:type="spellStart"/>
      <w:r w:rsidR="003135E1" w:rsidRPr="003135E1">
        <w:rPr>
          <w:bCs/>
        </w:rPr>
        <w:t>lansata</w:t>
      </w:r>
      <w:proofErr w:type="spellEnd"/>
      <w:r w:rsidR="003135E1" w:rsidRPr="003135E1">
        <w:rPr>
          <w:bCs/>
        </w:rPr>
        <w:t xml:space="preserve"> </w:t>
      </w:r>
      <w:proofErr w:type="spellStart"/>
      <w:r w:rsidR="003135E1" w:rsidRPr="003135E1">
        <w:rPr>
          <w:bCs/>
        </w:rPr>
        <w:t>către</w:t>
      </w:r>
      <w:proofErr w:type="spellEnd"/>
      <w:r w:rsidR="003135E1" w:rsidRPr="003135E1">
        <w:rPr>
          <w:bCs/>
        </w:rPr>
        <w:t xml:space="preserve"> </w:t>
      </w:r>
      <w:proofErr w:type="spellStart"/>
      <w:r w:rsidR="003135E1" w:rsidRPr="003135E1">
        <w:rPr>
          <w:bCs/>
        </w:rPr>
        <w:t>prestatorul</w:t>
      </w:r>
      <w:proofErr w:type="spellEnd"/>
      <w:r w:rsidR="003135E1" w:rsidRPr="003135E1">
        <w:rPr>
          <w:bCs/>
        </w:rPr>
        <w:t xml:space="preserve"> </w:t>
      </w:r>
      <w:proofErr w:type="spellStart"/>
      <w:r w:rsidR="003135E1" w:rsidRPr="003135E1">
        <w:rPr>
          <w:bCs/>
        </w:rPr>
        <w:t>serviciilor</w:t>
      </w:r>
      <w:proofErr w:type="spellEnd"/>
      <w:r w:rsidR="003135E1" w:rsidRPr="003135E1">
        <w:rPr>
          <w:bCs/>
        </w:rPr>
        <w:t xml:space="preserve"> de catering.</w:t>
      </w:r>
    </w:p>
    <w:p w14:paraId="7B9EF1A4" w14:textId="77777777" w:rsidR="0025334A" w:rsidRPr="0025334A" w:rsidRDefault="0025334A" w:rsidP="0025334A">
      <w:pPr>
        <w:spacing w:after="50" w:line="247" w:lineRule="auto"/>
        <w:rPr>
          <w:b/>
          <w:lang w:val="ro-RO"/>
        </w:rPr>
      </w:pPr>
      <w:r w:rsidRPr="0025334A">
        <w:rPr>
          <w:b/>
          <w:lang w:val="ro-RO"/>
        </w:rPr>
        <w:t>a)</w:t>
      </w:r>
      <w:r w:rsidRPr="0025334A">
        <w:rPr>
          <w:b/>
          <w:lang w:val="ro-RO"/>
        </w:rPr>
        <w:tab/>
        <w:t>Conditii de plata:</w:t>
      </w:r>
    </w:p>
    <w:p w14:paraId="1BA90EE0" w14:textId="77777777" w:rsidR="0025334A" w:rsidRPr="0025334A" w:rsidRDefault="0025334A" w:rsidP="0025334A">
      <w:pPr>
        <w:spacing w:after="50" w:line="247" w:lineRule="auto"/>
        <w:rPr>
          <w:lang w:val="ro-RO"/>
        </w:rPr>
      </w:pPr>
      <w:r w:rsidRPr="0025334A">
        <w:rPr>
          <w:lang w:val="ro-RO"/>
        </w:rPr>
        <w:t>Prestatorul va emite factura pentru serviciile prestate. Factura:</w:t>
      </w:r>
    </w:p>
    <w:p w14:paraId="3FAC693D" w14:textId="77777777" w:rsidR="0025334A" w:rsidRPr="0025334A" w:rsidRDefault="0025334A" w:rsidP="0025334A">
      <w:pPr>
        <w:spacing w:after="50" w:line="247" w:lineRule="auto"/>
        <w:rPr>
          <w:lang w:val="ro-RO"/>
        </w:rPr>
      </w:pPr>
      <w:bookmarkStart w:id="67" w:name="bookmark202"/>
      <w:bookmarkEnd w:id="67"/>
      <w:r w:rsidRPr="0025334A">
        <w:rPr>
          <w:lang w:val="ro-RO"/>
        </w:rPr>
        <w:t>- va avea menționat numărul contractului, datele de emitere și de scadență;</w:t>
      </w:r>
    </w:p>
    <w:p w14:paraId="544E1609" w14:textId="77777777" w:rsidR="0025334A" w:rsidRPr="0025334A" w:rsidRDefault="0025334A" w:rsidP="0025334A">
      <w:pPr>
        <w:spacing w:after="50" w:line="247" w:lineRule="auto"/>
        <w:rPr>
          <w:lang w:val="ro-RO"/>
        </w:rPr>
      </w:pPr>
      <w:bookmarkStart w:id="68" w:name="bookmark203"/>
      <w:bookmarkEnd w:id="68"/>
      <w:r w:rsidRPr="0025334A">
        <w:rPr>
          <w:lang w:val="ro-RO"/>
        </w:rPr>
        <w:t>- va fi trimisă în original la adresa specificată de către Autoritatea contractantă;</w:t>
      </w:r>
    </w:p>
    <w:p w14:paraId="52B03F0B" w14:textId="77777777" w:rsidR="0025334A" w:rsidRPr="0025334A" w:rsidRDefault="0025334A" w:rsidP="0025334A">
      <w:pPr>
        <w:spacing w:after="50" w:line="247" w:lineRule="auto"/>
        <w:rPr>
          <w:lang w:val="ro-RO"/>
        </w:rPr>
      </w:pPr>
      <w:r w:rsidRPr="0025334A">
        <w:rPr>
          <w:lang w:val="ro-RO"/>
        </w:rPr>
        <w:t xml:space="preserve">- va fi emisă lunar, pentru fiecare centru in parte si transmisa in sistemul </w:t>
      </w:r>
      <w:r w:rsidRPr="0025334A">
        <w:t>RO e-Factura.</w:t>
      </w:r>
    </w:p>
    <w:p w14:paraId="4E6F78CA" w14:textId="77777777" w:rsidR="0025334A" w:rsidRPr="0025334A" w:rsidRDefault="0025334A" w:rsidP="0025334A">
      <w:pPr>
        <w:spacing w:after="50" w:line="247" w:lineRule="auto"/>
      </w:pPr>
      <w:r w:rsidRPr="0025334A">
        <w:rPr>
          <w:lang w:val="ro-RO"/>
        </w:rPr>
        <w:t xml:space="preserve">- va fi </w:t>
      </w:r>
      <w:proofErr w:type="spellStart"/>
      <w:r w:rsidRPr="0025334A">
        <w:t>insotita</w:t>
      </w:r>
      <w:proofErr w:type="spellEnd"/>
      <w:r w:rsidRPr="0025334A">
        <w:t xml:space="preserve"> de </w:t>
      </w:r>
      <w:proofErr w:type="spellStart"/>
      <w:r w:rsidRPr="0025334A">
        <w:t>centralizatorul</w:t>
      </w:r>
      <w:proofErr w:type="spellEnd"/>
      <w:r w:rsidRPr="0025334A">
        <w:t xml:space="preserve"> lunar </w:t>
      </w:r>
      <w:proofErr w:type="spellStart"/>
      <w:r w:rsidRPr="0025334A">
        <w:t>și</w:t>
      </w:r>
      <w:proofErr w:type="spellEnd"/>
      <w:r w:rsidRPr="0025334A">
        <w:t xml:space="preserve"> </w:t>
      </w:r>
      <w:proofErr w:type="spellStart"/>
      <w:r w:rsidRPr="0025334A">
        <w:t>documentul</w:t>
      </w:r>
      <w:proofErr w:type="spellEnd"/>
      <w:r w:rsidRPr="0025334A">
        <w:t>/</w:t>
      </w:r>
      <w:proofErr w:type="spellStart"/>
      <w:r w:rsidRPr="0025334A">
        <w:t>procesul</w:t>
      </w:r>
      <w:proofErr w:type="spellEnd"/>
      <w:r w:rsidRPr="0025334A">
        <w:t xml:space="preserve">-verbal de </w:t>
      </w:r>
      <w:proofErr w:type="spellStart"/>
      <w:r w:rsidRPr="0025334A">
        <w:t>recepție</w:t>
      </w:r>
      <w:proofErr w:type="spellEnd"/>
      <w:r w:rsidRPr="0025334A">
        <w:t xml:space="preserve"> lunar, </w:t>
      </w:r>
      <w:proofErr w:type="spellStart"/>
      <w:r w:rsidRPr="0025334A">
        <w:t>împreună</w:t>
      </w:r>
      <w:proofErr w:type="spellEnd"/>
      <w:r w:rsidRPr="0025334A">
        <w:t xml:space="preserve"> cu </w:t>
      </w:r>
      <w:proofErr w:type="spellStart"/>
      <w:r w:rsidRPr="0025334A">
        <w:t>documentele</w:t>
      </w:r>
      <w:proofErr w:type="spellEnd"/>
      <w:r w:rsidRPr="0025334A">
        <w:t xml:space="preserve"> </w:t>
      </w:r>
      <w:proofErr w:type="spellStart"/>
      <w:r w:rsidRPr="0025334A">
        <w:t>prevăzute</w:t>
      </w:r>
      <w:proofErr w:type="spellEnd"/>
      <w:r w:rsidRPr="0025334A">
        <w:t xml:space="preserve"> de </w:t>
      </w:r>
      <w:proofErr w:type="spellStart"/>
      <w:r w:rsidRPr="0025334A">
        <w:t>circuitul</w:t>
      </w:r>
      <w:proofErr w:type="spellEnd"/>
      <w:r w:rsidRPr="0025334A">
        <w:t xml:space="preserve"> </w:t>
      </w:r>
      <w:proofErr w:type="spellStart"/>
      <w:r w:rsidRPr="0025334A">
        <w:t>financiar</w:t>
      </w:r>
      <w:proofErr w:type="spellEnd"/>
      <w:r w:rsidRPr="0025334A">
        <w:t xml:space="preserve"> al </w:t>
      </w:r>
      <w:proofErr w:type="spellStart"/>
      <w:r w:rsidRPr="0025334A">
        <w:t>autorității</w:t>
      </w:r>
      <w:proofErr w:type="spellEnd"/>
      <w:r w:rsidRPr="0025334A">
        <w:t xml:space="preserve">. </w:t>
      </w:r>
    </w:p>
    <w:p w14:paraId="2579B786" w14:textId="77777777" w:rsidR="0025334A" w:rsidRPr="0025334A" w:rsidRDefault="0025334A" w:rsidP="0025334A">
      <w:pPr>
        <w:spacing w:after="50" w:line="247" w:lineRule="auto"/>
        <w:rPr>
          <w:lang w:val="ro-RO"/>
        </w:rPr>
      </w:pPr>
      <w:r w:rsidRPr="0025334A">
        <w:rPr>
          <w:lang w:val="ro-RO"/>
        </w:rPr>
        <w:t>Plata se va efectua în lei, în contul Executantului deschis la Trezoreria, în baza facturii fiscale însoțite de documentel ejustificative, astfel cum este prevăzut în Contract.</w:t>
      </w:r>
    </w:p>
    <w:p w14:paraId="498256DC" w14:textId="77777777" w:rsidR="0025334A" w:rsidRPr="0025334A" w:rsidRDefault="0025334A" w:rsidP="0025334A">
      <w:pPr>
        <w:spacing w:after="50" w:line="247" w:lineRule="auto"/>
        <w:rPr>
          <w:lang w:val="ro-RO"/>
        </w:rPr>
      </w:pPr>
      <w:r w:rsidRPr="0025334A">
        <w:rPr>
          <w:b/>
          <w:bCs/>
          <w:i/>
          <w:iCs/>
          <w:lang w:val="ro-RO"/>
        </w:rPr>
        <w:t>Plata în favoarea Prestatorului</w:t>
      </w:r>
      <w:r w:rsidRPr="0025334A">
        <w:rPr>
          <w:lang w:val="ro-RO"/>
        </w:rPr>
        <w:t xml:space="preserve"> se va efectua în conformitate cu prevederile </w:t>
      </w:r>
      <w:r w:rsidRPr="0025334A">
        <w:rPr>
          <w:i/>
          <w:lang w:val="ro-RO"/>
        </w:rPr>
        <w:t>Legii nr.72/2013</w:t>
      </w:r>
      <w:r w:rsidRPr="0025334A">
        <w:rPr>
          <w:lang w:val="ro-RO"/>
        </w:rPr>
        <w:t xml:space="preserve"> privind </w:t>
      </w:r>
      <w:r w:rsidRPr="0025334A">
        <w:rPr>
          <w:i/>
          <w:lang w:val="ro-RO"/>
        </w:rPr>
        <w:t>măsurile pentru combaterea întârzierii în executarea obligațiilor de plată a unor sume de bani rezultând din contracte încheiate între profesioniști și între aceștia și autorități contractante</w:t>
      </w:r>
      <w:r w:rsidRPr="0025334A">
        <w:rPr>
          <w:lang w:val="ro-RO"/>
        </w:rPr>
        <w:t xml:space="preserve">, cu modificările și completările ulterioare, respectiv în termen de max </w:t>
      </w:r>
      <w:r w:rsidRPr="0025334A">
        <w:rPr>
          <w:b/>
          <w:lang w:val="ro-RO"/>
        </w:rPr>
        <w:t xml:space="preserve">30 zile </w:t>
      </w:r>
      <w:r w:rsidRPr="0025334A">
        <w:rPr>
          <w:lang w:val="ro-RO"/>
        </w:rPr>
        <w:t>de la data primirii urmatoarelor documente:</w:t>
      </w:r>
    </w:p>
    <w:p w14:paraId="284B2531" w14:textId="77777777" w:rsidR="0025334A" w:rsidRPr="0025334A" w:rsidRDefault="0025334A" w:rsidP="0025334A">
      <w:pPr>
        <w:spacing w:after="50" w:line="247" w:lineRule="auto"/>
        <w:rPr>
          <w:lang w:val="ro-RO"/>
        </w:rPr>
      </w:pPr>
      <w:r w:rsidRPr="0025334A">
        <w:rPr>
          <w:lang w:val="ro-RO"/>
        </w:rPr>
        <w:t>- factura fiscala;</w:t>
      </w:r>
    </w:p>
    <w:p w14:paraId="65DE9886" w14:textId="77777777" w:rsidR="0025334A" w:rsidRPr="0025334A" w:rsidRDefault="0025334A" w:rsidP="0025334A">
      <w:pPr>
        <w:spacing w:after="50" w:line="247" w:lineRule="auto"/>
        <w:rPr>
          <w:lang w:val="ro-RO"/>
        </w:rPr>
      </w:pPr>
      <w:r w:rsidRPr="0025334A">
        <w:rPr>
          <w:lang w:val="ro-RO"/>
        </w:rPr>
        <w:t>- centralizatorul lunar si procesul-verbal de recepție;</w:t>
      </w:r>
    </w:p>
    <w:p w14:paraId="278E30B6" w14:textId="77777777" w:rsidR="0025334A" w:rsidRPr="0025334A" w:rsidRDefault="0025334A" w:rsidP="0025334A">
      <w:pPr>
        <w:spacing w:after="50" w:line="247" w:lineRule="auto"/>
        <w:rPr>
          <w:b/>
          <w:lang w:val="ro-RO"/>
        </w:rPr>
      </w:pPr>
      <w:r w:rsidRPr="0025334A">
        <w:rPr>
          <w:b/>
          <w:lang w:val="ro-RO"/>
        </w:rPr>
        <w:t>b)</w:t>
      </w:r>
      <w:r w:rsidRPr="0025334A">
        <w:rPr>
          <w:b/>
          <w:lang w:val="ro-RO"/>
        </w:rPr>
        <w:tab/>
        <w:t>Penalitati:</w:t>
      </w:r>
    </w:p>
    <w:p w14:paraId="14EF7C67" w14:textId="0049AC6F" w:rsidR="0025334A" w:rsidRPr="0025334A" w:rsidRDefault="00E93791" w:rsidP="0025334A">
      <w:pPr>
        <w:spacing w:after="50" w:line="247" w:lineRule="auto"/>
        <w:rPr>
          <w:lang w:val="ro-RO"/>
        </w:rPr>
      </w:pPr>
      <w:proofErr w:type="spellStart"/>
      <w:r w:rsidRPr="00E93791">
        <w:t>În</w:t>
      </w:r>
      <w:proofErr w:type="spellEnd"/>
      <w:r w:rsidRPr="00E93791">
        <w:t xml:space="preserve"> </w:t>
      </w:r>
      <w:proofErr w:type="spellStart"/>
      <w:r w:rsidRPr="00E93791">
        <w:t>cazul</w:t>
      </w:r>
      <w:proofErr w:type="spellEnd"/>
      <w:r w:rsidRPr="00E93791">
        <w:t xml:space="preserve"> </w:t>
      </w:r>
      <w:proofErr w:type="spellStart"/>
      <w:r w:rsidRPr="00E93791">
        <w:t>neîndeplinirii</w:t>
      </w:r>
      <w:proofErr w:type="spellEnd"/>
      <w:r w:rsidRPr="00E93791">
        <w:t xml:space="preserve"> </w:t>
      </w:r>
      <w:proofErr w:type="spellStart"/>
      <w:r w:rsidRPr="00E93791">
        <w:t>sau</w:t>
      </w:r>
      <w:proofErr w:type="spellEnd"/>
      <w:r w:rsidRPr="00E93791">
        <w:t xml:space="preserve"> </w:t>
      </w:r>
      <w:proofErr w:type="spellStart"/>
      <w:r w:rsidRPr="00E93791">
        <w:t>îndeplinirii</w:t>
      </w:r>
      <w:proofErr w:type="spellEnd"/>
      <w:r w:rsidRPr="00E93791">
        <w:t xml:space="preserve"> </w:t>
      </w:r>
      <w:proofErr w:type="spellStart"/>
      <w:r w:rsidRPr="00E93791">
        <w:t>necorespunzătoare</w:t>
      </w:r>
      <w:proofErr w:type="spellEnd"/>
      <w:r w:rsidRPr="00E93791">
        <w:t xml:space="preserve"> a </w:t>
      </w:r>
      <w:proofErr w:type="spellStart"/>
      <w:r w:rsidRPr="00E93791">
        <w:t>obligațiilor</w:t>
      </w:r>
      <w:proofErr w:type="spellEnd"/>
      <w:r w:rsidRPr="00E93791">
        <w:t xml:space="preserve">, </w:t>
      </w:r>
      <w:proofErr w:type="spellStart"/>
      <w:r w:rsidRPr="00E93791">
        <w:t>Autoritatea</w:t>
      </w:r>
      <w:proofErr w:type="spellEnd"/>
      <w:r w:rsidRPr="00E93791">
        <w:t xml:space="preserve"> </w:t>
      </w:r>
      <w:proofErr w:type="spellStart"/>
      <w:r w:rsidRPr="00E93791">
        <w:t>Contractantă</w:t>
      </w:r>
      <w:proofErr w:type="spellEnd"/>
      <w:r w:rsidRPr="00E93791">
        <w:t xml:space="preserve"> </w:t>
      </w:r>
      <w:proofErr w:type="spellStart"/>
      <w:r w:rsidRPr="00E93791">
        <w:t>poate</w:t>
      </w:r>
      <w:proofErr w:type="spellEnd"/>
      <w:r w:rsidRPr="00E93791">
        <w:t xml:space="preserve"> </w:t>
      </w:r>
      <w:proofErr w:type="spellStart"/>
      <w:r w:rsidRPr="00E93791">
        <w:t>aplica</w:t>
      </w:r>
      <w:proofErr w:type="spellEnd"/>
      <w:r w:rsidRPr="00E93791">
        <w:t xml:space="preserve"> </w:t>
      </w:r>
      <w:proofErr w:type="spellStart"/>
      <w:r w:rsidRPr="00E93791">
        <w:t>penalitățile</w:t>
      </w:r>
      <w:proofErr w:type="spellEnd"/>
      <w:r w:rsidRPr="00E93791">
        <w:t xml:space="preserve"> </w:t>
      </w:r>
      <w:proofErr w:type="spellStart"/>
      <w:r w:rsidRPr="00E93791">
        <w:t>stabilite</w:t>
      </w:r>
      <w:proofErr w:type="spellEnd"/>
      <w:r w:rsidRPr="00E93791">
        <w:t xml:space="preserve"> </w:t>
      </w:r>
      <w:proofErr w:type="spellStart"/>
      <w:r w:rsidRPr="00E93791">
        <w:t>mai</w:t>
      </w:r>
      <w:proofErr w:type="spellEnd"/>
      <w:r w:rsidRPr="00E93791">
        <w:t xml:space="preserve"> </w:t>
      </w:r>
      <w:proofErr w:type="spellStart"/>
      <w:r w:rsidRPr="00E93791">
        <w:t>jos</w:t>
      </w:r>
      <w:proofErr w:type="spellEnd"/>
      <w:r w:rsidRPr="00E93791">
        <w:t xml:space="preserve"> </w:t>
      </w:r>
      <w:proofErr w:type="spellStart"/>
      <w:r w:rsidRPr="00E93791">
        <w:t>și</w:t>
      </w:r>
      <w:proofErr w:type="spellEnd"/>
      <w:r w:rsidRPr="00E93791">
        <w:t xml:space="preserve"> </w:t>
      </w:r>
      <w:proofErr w:type="spellStart"/>
      <w:r w:rsidRPr="00E93791">
        <w:t>celelalte</w:t>
      </w:r>
      <w:proofErr w:type="spellEnd"/>
      <w:r w:rsidRPr="00E93791">
        <w:t xml:space="preserve"> </w:t>
      </w:r>
      <w:proofErr w:type="spellStart"/>
      <w:r w:rsidRPr="00E93791">
        <w:t>remedii</w:t>
      </w:r>
      <w:proofErr w:type="spellEnd"/>
      <w:r w:rsidRPr="00E93791">
        <w:t xml:space="preserve"> </w:t>
      </w:r>
      <w:proofErr w:type="spellStart"/>
      <w:r w:rsidRPr="00E93791">
        <w:t>contractuale</w:t>
      </w:r>
      <w:proofErr w:type="spellEnd"/>
      <w:r w:rsidRPr="00E93791">
        <w:t xml:space="preserve">, cu </w:t>
      </w:r>
      <w:proofErr w:type="spellStart"/>
      <w:r w:rsidRPr="00E93791">
        <w:t>respectarea</w:t>
      </w:r>
      <w:proofErr w:type="spellEnd"/>
      <w:r w:rsidRPr="00E93791">
        <w:t xml:space="preserve"> </w:t>
      </w:r>
      <w:proofErr w:type="spellStart"/>
      <w:r w:rsidRPr="00E93791">
        <w:t>proporționalității</w:t>
      </w:r>
      <w:proofErr w:type="spellEnd"/>
      <w:r w:rsidRPr="00E93791">
        <w:t xml:space="preserve"> </w:t>
      </w:r>
      <w:proofErr w:type="spellStart"/>
      <w:r w:rsidRPr="00E93791">
        <w:t>și</w:t>
      </w:r>
      <w:proofErr w:type="spellEnd"/>
      <w:r w:rsidRPr="00E93791">
        <w:t xml:space="preserve"> </w:t>
      </w:r>
      <w:proofErr w:type="spellStart"/>
      <w:r w:rsidRPr="00E93791">
        <w:t>evitarea</w:t>
      </w:r>
      <w:proofErr w:type="spellEnd"/>
      <w:r w:rsidRPr="00E93791">
        <w:t xml:space="preserve"> </w:t>
      </w:r>
      <w:proofErr w:type="spellStart"/>
      <w:r w:rsidRPr="00E93791">
        <w:t>dublei</w:t>
      </w:r>
      <w:proofErr w:type="spellEnd"/>
      <w:r w:rsidRPr="00E93791">
        <w:t xml:space="preserve"> </w:t>
      </w:r>
      <w:proofErr w:type="spellStart"/>
      <w:r w:rsidRPr="00E93791">
        <w:t>sancționări</w:t>
      </w:r>
      <w:proofErr w:type="spellEnd"/>
      <w:r w:rsidRPr="00E93791">
        <w:t xml:space="preserve"> </w:t>
      </w:r>
      <w:proofErr w:type="spellStart"/>
      <w:r w:rsidRPr="00E93791">
        <w:t>pentru</w:t>
      </w:r>
      <w:proofErr w:type="spellEnd"/>
      <w:r w:rsidRPr="00E93791">
        <w:t xml:space="preserve"> </w:t>
      </w:r>
      <w:proofErr w:type="spellStart"/>
      <w:r w:rsidRPr="00E93791">
        <w:t>aceeași</w:t>
      </w:r>
      <w:proofErr w:type="spellEnd"/>
      <w:r w:rsidRPr="00E93791">
        <w:t xml:space="preserve"> </w:t>
      </w:r>
      <w:proofErr w:type="spellStart"/>
      <w:r w:rsidRPr="00E93791">
        <w:t>faptă</w:t>
      </w:r>
      <w:proofErr w:type="spellEnd"/>
      <w:r w:rsidRPr="00E93791">
        <w:t>.</w:t>
      </w:r>
    </w:p>
    <w:p w14:paraId="42843D6E" w14:textId="77777777" w:rsidR="0025334A" w:rsidRPr="0025334A" w:rsidRDefault="0025334A" w:rsidP="0025334A">
      <w:pPr>
        <w:spacing w:after="50" w:line="247" w:lineRule="auto"/>
        <w:rPr>
          <w:lang w:val="ro-RO"/>
        </w:rPr>
      </w:pPr>
      <w:r w:rsidRPr="0025334A">
        <w:rPr>
          <w:lang w:val="ro-RO"/>
        </w:rPr>
        <w:t xml:space="preserve">In cazul in care, din vina sa exclusiva, prestatorul nu reuseste sa-si indeplineasca obligatiile asumate prin contract, atunci autoritatea contractanta are dreptul de a deduce din pretul contractului, ca penalitati, o suma echivalenta cu o cota de </w:t>
      </w:r>
      <w:r w:rsidRPr="0025334A">
        <w:rPr>
          <w:b/>
          <w:lang w:val="ro-RO"/>
        </w:rPr>
        <w:t>0,1% din pretul obligatiilor neindeplinite</w:t>
      </w:r>
      <w:r w:rsidRPr="0025334A">
        <w:rPr>
          <w:lang w:val="ro-RO"/>
        </w:rPr>
        <w:t xml:space="preserve"> sau indeplinite necorespunzator, pentru fiecare zi de intârziere, pana la indeplinirea efectiva a acestora.</w:t>
      </w:r>
    </w:p>
    <w:p w14:paraId="66357FC6" w14:textId="77777777" w:rsidR="0025334A" w:rsidRPr="0025334A" w:rsidRDefault="0025334A" w:rsidP="0025334A">
      <w:pPr>
        <w:spacing w:after="50" w:line="247" w:lineRule="auto"/>
        <w:rPr>
          <w:lang w:val="ro-RO"/>
        </w:rPr>
      </w:pPr>
      <w:r w:rsidRPr="0025334A">
        <w:rPr>
          <w:lang w:val="ro-RO"/>
        </w:rPr>
        <w:t xml:space="preserve">In cazul in care autoritatea contractanta nu onoreaza facturile in termen de 30 de zile de la expirarea perioadei convenite, atunci acesta are obligatia de a plati, ca penalitati, o suma echivalenta cu o cota de </w:t>
      </w:r>
      <w:r w:rsidRPr="0025334A">
        <w:rPr>
          <w:b/>
          <w:lang w:val="ro-RO"/>
        </w:rPr>
        <w:t>0,1% din plata neefectuata</w:t>
      </w:r>
      <w:r w:rsidRPr="0025334A">
        <w:rPr>
          <w:lang w:val="ro-RO"/>
        </w:rPr>
        <w:t>, pentru fiecare zi de intarziere, pana la data efectuariiplatii.</w:t>
      </w:r>
    </w:p>
    <w:p w14:paraId="2D73AE77" w14:textId="77777777" w:rsidR="0025334A" w:rsidRPr="0025334A" w:rsidRDefault="0025334A" w:rsidP="0025334A">
      <w:pPr>
        <w:spacing w:after="50" w:line="247" w:lineRule="auto"/>
        <w:rPr>
          <w:lang w:val="ro-RO"/>
        </w:rPr>
      </w:pPr>
      <w:r w:rsidRPr="0025334A">
        <w:rPr>
          <w:lang w:val="ro-RO"/>
        </w:rPr>
        <w:t xml:space="preserve">Achizitorul are dreptul de a deduce din valoarea contractului cuantumul penalitatilor calculate prin emiterea unei facturi separate pentru penalitati. </w:t>
      </w:r>
    </w:p>
    <w:p w14:paraId="49F8D569" w14:textId="77777777" w:rsidR="0025334A" w:rsidRPr="0025334A" w:rsidRDefault="0025334A" w:rsidP="0025334A">
      <w:pPr>
        <w:spacing w:after="50" w:line="247" w:lineRule="auto"/>
        <w:rPr>
          <w:lang w:val="ro-RO"/>
        </w:rPr>
      </w:pPr>
      <w:r w:rsidRPr="0025334A">
        <w:rPr>
          <w:lang w:val="ro-RO"/>
        </w:rPr>
        <w:t>Achizitorul isi rezerva dreptul de a renunta oricând la contract, printr-o notificare scrisa adresata furnizorului, fara nicio compensatie, de la deschiderea falimentului impotriva acestuia in conditiile Legii nr. 85/2014 privind procedura insolventei, cu modificarile si completarile ulterioare, cu conditia ca aceasta renuntare sa nu prejudicieze sau sa afecteze dreptul la actiune sau despagubire pentru furnizor.</w:t>
      </w:r>
    </w:p>
    <w:p w14:paraId="6A1FF03D" w14:textId="77777777" w:rsidR="0025334A" w:rsidRPr="0025334A" w:rsidRDefault="0025334A" w:rsidP="0025334A">
      <w:pPr>
        <w:spacing w:after="50" w:line="247" w:lineRule="auto"/>
        <w:rPr>
          <w:lang w:val="ro-RO"/>
        </w:rPr>
      </w:pPr>
      <w:r w:rsidRPr="0025334A">
        <w:rPr>
          <w:lang w:val="ro-RO"/>
        </w:rPr>
        <w:t>Partile contractante vor face toate eforturile necesare pentru a rezolva pe cale amiabila, prin tratative directe orice neintelegere sau disputa, care se poate ivi intre furnizor si beneficiar in legatura cu indeplinirea contractului incheiat.</w:t>
      </w:r>
    </w:p>
    <w:p w14:paraId="7D244154" w14:textId="7249F5D1" w:rsidR="00E2134C" w:rsidRPr="00E2134C" w:rsidRDefault="00E2134C" w:rsidP="00E2134C">
      <w:pPr>
        <w:pStyle w:val="Heading1"/>
      </w:pPr>
      <w:bookmarkStart w:id="69" w:name="_Toc242951507"/>
      <w:r>
        <w:lastRenderedPageBreak/>
        <w:t xml:space="preserve">9. </w:t>
      </w:r>
      <w:r w:rsidRPr="00E2134C">
        <w:t>GARANȚIA DE BUNĂ EXECUȚIE A CONTRACTULUI:</w:t>
      </w:r>
      <w:bookmarkEnd w:id="69"/>
    </w:p>
    <w:p w14:paraId="72EB30F1" w14:textId="1AA19B5D" w:rsidR="00E2134C" w:rsidRPr="00E2134C" w:rsidRDefault="00036CFE" w:rsidP="00E2134C">
      <w:pPr>
        <w:rPr>
          <w:lang w:val="ro-RO"/>
        </w:rPr>
      </w:pPr>
      <w:proofErr w:type="spellStart"/>
      <w:r w:rsidRPr="00036CFE">
        <w:t>Cuantumul</w:t>
      </w:r>
      <w:proofErr w:type="spellEnd"/>
      <w:r w:rsidRPr="00036CFE">
        <w:t xml:space="preserve"> </w:t>
      </w:r>
      <w:proofErr w:type="spellStart"/>
      <w:r w:rsidRPr="00036CFE">
        <w:t>garanției</w:t>
      </w:r>
      <w:proofErr w:type="spellEnd"/>
      <w:r w:rsidRPr="00036CFE">
        <w:t xml:space="preserve"> de </w:t>
      </w:r>
      <w:proofErr w:type="spellStart"/>
      <w:r w:rsidRPr="00036CFE">
        <w:t>bună</w:t>
      </w:r>
      <w:proofErr w:type="spellEnd"/>
      <w:r w:rsidRPr="00036CFE">
        <w:t xml:space="preserve"> </w:t>
      </w:r>
      <w:proofErr w:type="spellStart"/>
      <w:r w:rsidRPr="00036CFE">
        <w:t>execuție</w:t>
      </w:r>
      <w:proofErr w:type="spellEnd"/>
      <w:r w:rsidRPr="00036CFE">
        <w:t xml:space="preserve"> </w:t>
      </w:r>
      <w:proofErr w:type="spellStart"/>
      <w:r w:rsidRPr="00036CFE">
        <w:t>este</w:t>
      </w:r>
      <w:proofErr w:type="spellEnd"/>
      <w:r w:rsidRPr="00036CFE">
        <w:t xml:space="preserve"> de 5% din </w:t>
      </w:r>
      <w:proofErr w:type="spellStart"/>
      <w:r w:rsidRPr="00036CFE">
        <w:t>valoarea</w:t>
      </w:r>
      <w:proofErr w:type="spellEnd"/>
      <w:r w:rsidRPr="00036CFE">
        <w:t xml:space="preserve"> </w:t>
      </w:r>
      <w:proofErr w:type="spellStart"/>
      <w:r w:rsidRPr="00036CFE">
        <w:t>fără</w:t>
      </w:r>
      <w:proofErr w:type="spellEnd"/>
      <w:r w:rsidRPr="00036CFE">
        <w:t xml:space="preserve"> TVA a </w:t>
      </w:r>
      <w:proofErr w:type="spellStart"/>
      <w:r w:rsidRPr="00036CFE">
        <w:t>fiecărui</w:t>
      </w:r>
      <w:proofErr w:type="spellEnd"/>
      <w:r w:rsidRPr="00036CFE">
        <w:t xml:space="preserve"> contract </w:t>
      </w:r>
      <w:proofErr w:type="spellStart"/>
      <w:r w:rsidRPr="00036CFE">
        <w:t>subsecvent</w:t>
      </w:r>
      <w:proofErr w:type="spellEnd"/>
      <w:r w:rsidR="00E2134C" w:rsidRPr="00E2134C">
        <w:rPr>
          <w:lang w:val="ro-RO"/>
        </w:rPr>
        <w:t>.</w:t>
      </w:r>
    </w:p>
    <w:p w14:paraId="43C19073" w14:textId="5E36529F" w:rsidR="00E2134C" w:rsidRPr="00E2134C" w:rsidRDefault="00036CFE" w:rsidP="00E2134C">
      <w:pPr>
        <w:rPr>
          <w:lang w:val="ro-RO"/>
        </w:rPr>
      </w:pPr>
      <w:proofErr w:type="spellStart"/>
      <w:r w:rsidRPr="00036CFE">
        <w:t>Garanția</w:t>
      </w:r>
      <w:proofErr w:type="spellEnd"/>
      <w:r w:rsidRPr="00036CFE">
        <w:t xml:space="preserve"> de </w:t>
      </w:r>
      <w:proofErr w:type="spellStart"/>
      <w:r w:rsidRPr="00036CFE">
        <w:t>bună</w:t>
      </w:r>
      <w:proofErr w:type="spellEnd"/>
      <w:r w:rsidRPr="00036CFE">
        <w:t xml:space="preserve"> </w:t>
      </w:r>
      <w:proofErr w:type="spellStart"/>
      <w:r w:rsidRPr="00036CFE">
        <w:t>execuție</w:t>
      </w:r>
      <w:proofErr w:type="spellEnd"/>
      <w:r w:rsidRPr="00036CFE">
        <w:t xml:space="preserve"> se </w:t>
      </w:r>
      <w:proofErr w:type="spellStart"/>
      <w:r w:rsidRPr="00036CFE">
        <w:t>constituie</w:t>
      </w:r>
      <w:proofErr w:type="spellEnd"/>
      <w:r w:rsidRPr="00036CFE">
        <w:t xml:space="preserve"> </w:t>
      </w:r>
      <w:proofErr w:type="spellStart"/>
      <w:r w:rsidRPr="00036CFE">
        <w:t>în</w:t>
      </w:r>
      <w:proofErr w:type="spellEnd"/>
      <w:r w:rsidRPr="00036CFE">
        <w:t xml:space="preserve"> termen de 5 </w:t>
      </w:r>
      <w:proofErr w:type="spellStart"/>
      <w:r w:rsidRPr="00036CFE">
        <w:t>zile</w:t>
      </w:r>
      <w:proofErr w:type="spellEnd"/>
      <w:r w:rsidRPr="00036CFE">
        <w:t xml:space="preserve"> </w:t>
      </w:r>
      <w:proofErr w:type="spellStart"/>
      <w:r w:rsidRPr="00036CFE">
        <w:t>lucrătoare</w:t>
      </w:r>
      <w:proofErr w:type="spellEnd"/>
      <w:r w:rsidRPr="00036CFE">
        <w:t xml:space="preserve"> de la </w:t>
      </w:r>
      <w:proofErr w:type="spellStart"/>
      <w:r w:rsidRPr="00036CFE">
        <w:t>semnarea</w:t>
      </w:r>
      <w:proofErr w:type="spellEnd"/>
      <w:r w:rsidRPr="00036CFE">
        <w:t xml:space="preserve"> </w:t>
      </w:r>
      <w:proofErr w:type="spellStart"/>
      <w:r w:rsidRPr="00036CFE">
        <w:t>contractului</w:t>
      </w:r>
      <w:proofErr w:type="spellEnd"/>
      <w:r w:rsidRPr="00036CFE">
        <w:t xml:space="preserve"> </w:t>
      </w:r>
      <w:proofErr w:type="spellStart"/>
      <w:r w:rsidRPr="00036CFE">
        <w:t>subsecvent</w:t>
      </w:r>
      <w:proofErr w:type="spellEnd"/>
      <w:r w:rsidRPr="00036CFE">
        <w:t xml:space="preserve">. </w:t>
      </w:r>
      <w:proofErr w:type="spellStart"/>
      <w:r w:rsidRPr="00036CFE">
        <w:t>Termenul</w:t>
      </w:r>
      <w:proofErr w:type="spellEnd"/>
      <w:r w:rsidRPr="00036CFE">
        <w:t xml:space="preserve"> </w:t>
      </w:r>
      <w:proofErr w:type="spellStart"/>
      <w:r w:rsidRPr="00036CFE">
        <w:t>poate</w:t>
      </w:r>
      <w:proofErr w:type="spellEnd"/>
      <w:r w:rsidRPr="00036CFE">
        <w:t xml:space="preserve"> fi </w:t>
      </w:r>
      <w:proofErr w:type="spellStart"/>
      <w:r w:rsidRPr="00036CFE">
        <w:t>prelungit</w:t>
      </w:r>
      <w:proofErr w:type="spellEnd"/>
      <w:r w:rsidRPr="00036CFE">
        <w:t xml:space="preserve"> la </w:t>
      </w:r>
      <w:proofErr w:type="spellStart"/>
      <w:r w:rsidRPr="00036CFE">
        <w:t>solicitarea</w:t>
      </w:r>
      <w:proofErr w:type="spellEnd"/>
      <w:r w:rsidRPr="00036CFE">
        <w:t xml:space="preserve"> </w:t>
      </w:r>
      <w:proofErr w:type="spellStart"/>
      <w:r w:rsidRPr="00036CFE">
        <w:t>justificată</w:t>
      </w:r>
      <w:proofErr w:type="spellEnd"/>
      <w:r w:rsidRPr="00036CFE">
        <w:t xml:space="preserve"> a </w:t>
      </w:r>
      <w:proofErr w:type="spellStart"/>
      <w:r w:rsidRPr="00036CFE">
        <w:t>contractantului</w:t>
      </w:r>
      <w:proofErr w:type="spellEnd"/>
      <w:r w:rsidRPr="00036CFE">
        <w:t xml:space="preserve">, </w:t>
      </w:r>
      <w:proofErr w:type="spellStart"/>
      <w:r w:rsidRPr="00036CFE">
        <w:t>fără</w:t>
      </w:r>
      <w:proofErr w:type="spellEnd"/>
      <w:r w:rsidRPr="00036CFE">
        <w:t xml:space="preserve"> a </w:t>
      </w:r>
      <w:proofErr w:type="spellStart"/>
      <w:r w:rsidRPr="00036CFE">
        <w:t>depăși</w:t>
      </w:r>
      <w:proofErr w:type="spellEnd"/>
      <w:r w:rsidRPr="00036CFE">
        <w:t xml:space="preserve"> 15 </w:t>
      </w:r>
      <w:proofErr w:type="spellStart"/>
      <w:r w:rsidRPr="00036CFE">
        <w:t>zile</w:t>
      </w:r>
      <w:proofErr w:type="spellEnd"/>
      <w:r w:rsidRPr="00036CFE">
        <w:t xml:space="preserve"> de la </w:t>
      </w:r>
      <w:proofErr w:type="spellStart"/>
      <w:r w:rsidRPr="00036CFE">
        <w:t>semnare</w:t>
      </w:r>
      <w:proofErr w:type="spellEnd"/>
      <w:r w:rsidRPr="00036CFE">
        <w:t xml:space="preserve">, </w:t>
      </w:r>
      <w:proofErr w:type="spellStart"/>
      <w:r w:rsidRPr="00036CFE">
        <w:t>în</w:t>
      </w:r>
      <w:proofErr w:type="spellEnd"/>
      <w:r w:rsidRPr="00036CFE">
        <w:t xml:space="preserve"> </w:t>
      </w:r>
      <w:proofErr w:type="spellStart"/>
      <w:r w:rsidRPr="00036CFE">
        <w:t>condițiile</w:t>
      </w:r>
      <w:proofErr w:type="spellEnd"/>
      <w:r w:rsidRPr="00036CFE">
        <w:t xml:space="preserve"> </w:t>
      </w:r>
      <w:proofErr w:type="spellStart"/>
      <w:r w:rsidRPr="00036CFE">
        <w:t>Legii</w:t>
      </w:r>
      <w:proofErr w:type="spellEnd"/>
      <w:r w:rsidRPr="00036CFE">
        <w:t xml:space="preserve"> nr. 98/2016 </w:t>
      </w:r>
      <w:proofErr w:type="spellStart"/>
      <w:r w:rsidRPr="00036CFE">
        <w:t>și</w:t>
      </w:r>
      <w:proofErr w:type="spellEnd"/>
      <w:r w:rsidRPr="00036CFE">
        <w:t xml:space="preserve"> HG nr. 395/2016.</w:t>
      </w:r>
    </w:p>
    <w:p w14:paraId="73CF7234" w14:textId="77777777" w:rsidR="00E2134C" w:rsidRPr="00E2134C" w:rsidRDefault="00E2134C" w:rsidP="00E2134C">
      <w:pPr>
        <w:rPr>
          <w:lang w:val="ro-RO"/>
        </w:rPr>
      </w:pPr>
      <w:r w:rsidRPr="00E2134C">
        <w:rPr>
          <w:lang w:val="ro-RO"/>
        </w:rPr>
        <w:t>Garanția de bună execuție trebuie să fie irevocabilă, necondiționată și se constituie prin:</w:t>
      </w:r>
    </w:p>
    <w:p w14:paraId="785D1A57" w14:textId="5A427B12" w:rsidR="00E2134C" w:rsidRPr="00E2134C" w:rsidRDefault="00E2134C" w:rsidP="002459A2">
      <w:pPr>
        <w:numPr>
          <w:ilvl w:val="0"/>
          <w:numId w:val="21"/>
        </w:numPr>
        <w:tabs>
          <w:tab w:val="left" w:pos="426"/>
        </w:tabs>
        <w:rPr>
          <w:lang w:val="ro-RO"/>
        </w:rPr>
      </w:pPr>
      <w:r w:rsidRPr="00E2134C">
        <w:rPr>
          <w:lang w:val="ro-RO"/>
        </w:rPr>
        <w:t>virament bancar;</w:t>
      </w:r>
    </w:p>
    <w:p w14:paraId="26C879B6" w14:textId="43784844" w:rsidR="00E2134C" w:rsidRPr="00E2134C" w:rsidRDefault="00E2134C" w:rsidP="002459A2">
      <w:pPr>
        <w:numPr>
          <w:ilvl w:val="0"/>
          <w:numId w:val="21"/>
        </w:numPr>
        <w:tabs>
          <w:tab w:val="left" w:pos="426"/>
        </w:tabs>
        <w:rPr>
          <w:lang w:val="ro-RO"/>
        </w:rPr>
      </w:pPr>
      <w:r w:rsidRPr="00E2134C">
        <w:rPr>
          <w:lang w:val="ro-RO"/>
        </w:rPr>
        <w:t>instrumente de garantare emise în condițiile legii, astfel:</w:t>
      </w:r>
    </w:p>
    <w:p w14:paraId="2765E056" w14:textId="77777777" w:rsidR="00E2134C" w:rsidRPr="00E2134C" w:rsidRDefault="00E2134C" w:rsidP="00E2134C">
      <w:pPr>
        <w:rPr>
          <w:lang w:val="ro-RO"/>
        </w:rPr>
      </w:pPr>
      <w:r w:rsidRPr="00E2134C">
        <w:rPr>
          <w:lang w:val="ro-RO"/>
        </w:rPr>
        <w:t>(i) scrisori de garanție emise de instituții de credit bancare sau de instituții financiare nebancare din România sau din alt stat;</w:t>
      </w:r>
    </w:p>
    <w:p w14:paraId="3557EBFC" w14:textId="77777777" w:rsidR="00E2134C" w:rsidRDefault="00E2134C" w:rsidP="00E2134C">
      <w:pPr>
        <w:rPr>
          <w:lang w:val="ro-RO"/>
        </w:rPr>
      </w:pPr>
      <w:r w:rsidRPr="00E2134C">
        <w:rPr>
          <w:lang w:val="ro-RO"/>
        </w:rPr>
        <w:t>(ii) asigurări de garanții emise:</w:t>
      </w:r>
      <w:r>
        <w:rPr>
          <w:lang w:val="ro-RO"/>
        </w:rPr>
        <w:t xml:space="preserve"> </w:t>
      </w:r>
    </w:p>
    <w:p w14:paraId="2D92F16A" w14:textId="2F9F6CFA" w:rsidR="00E2134C" w:rsidRPr="00E2134C" w:rsidRDefault="00E2134C" w:rsidP="00E2134C">
      <w:pPr>
        <w:ind w:left="993" w:firstLine="0"/>
        <w:rPr>
          <w:lang w:val="ro-RO"/>
        </w:rPr>
      </w:pPr>
      <w:r>
        <w:rPr>
          <w:lang w:val="ro-RO"/>
        </w:rPr>
        <w:t xml:space="preserve">- </w:t>
      </w:r>
      <w:r w:rsidRPr="00E2134C">
        <w:rPr>
          <w:lang w:val="ro-RO"/>
        </w:rPr>
        <w:t>fie de societăți de asigurare care dețin autorizații de funcționare emise în România sau într-un alt stat membru al Uniunii Europene și/sau care sunt înscrise în registrele publicate pe site-ul Autorității de Supraveghere Financiară, după caz;</w:t>
      </w:r>
    </w:p>
    <w:p w14:paraId="79442E72" w14:textId="12248FCF" w:rsidR="00E2134C" w:rsidRPr="00E2134C" w:rsidRDefault="00E2134C" w:rsidP="00E2134C">
      <w:pPr>
        <w:ind w:left="993" w:firstLine="0"/>
        <w:rPr>
          <w:lang w:val="ro-RO"/>
        </w:rPr>
      </w:pPr>
      <w:r>
        <w:rPr>
          <w:lang w:val="ro-RO"/>
        </w:rPr>
        <w:t xml:space="preserve">- </w:t>
      </w:r>
      <w:r w:rsidRPr="00E2134C">
        <w:rPr>
          <w:lang w:val="ro-RO"/>
        </w:rPr>
        <w:t>fie de societăți de asigurare din state terțe prin sucursale autorizate în România de către Autoritatea de Supraveghere Financiară;</w:t>
      </w:r>
    </w:p>
    <w:p w14:paraId="0E29996B" w14:textId="77777777" w:rsidR="00E2134C" w:rsidRPr="00E2134C" w:rsidRDefault="00E2134C" w:rsidP="002459A2">
      <w:pPr>
        <w:numPr>
          <w:ilvl w:val="0"/>
          <w:numId w:val="21"/>
        </w:numPr>
        <w:tabs>
          <w:tab w:val="left" w:pos="426"/>
        </w:tabs>
        <w:rPr>
          <w:lang w:val="ro-RO"/>
        </w:rPr>
      </w:pPr>
      <w:r w:rsidRPr="00E2134C">
        <w:rPr>
          <w:lang w:val="ro-RO"/>
        </w:rPr>
        <w:t>prin rețineri succesive din sumele datorate pentru facturi parțiale; (suma inițială nu mai mică de 0,5 % din prețul contractului);</w:t>
      </w:r>
    </w:p>
    <w:p w14:paraId="72DAE1DA" w14:textId="082BF0D6" w:rsidR="00E2134C" w:rsidRPr="00E2134C" w:rsidRDefault="00E2134C" w:rsidP="002459A2">
      <w:pPr>
        <w:numPr>
          <w:ilvl w:val="0"/>
          <w:numId w:val="21"/>
        </w:numPr>
        <w:tabs>
          <w:tab w:val="left" w:pos="426"/>
        </w:tabs>
        <w:rPr>
          <w:lang w:val="ro-RO"/>
        </w:rPr>
      </w:pPr>
      <w:r w:rsidRPr="00E2134C">
        <w:rPr>
          <w:lang w:val="ro-RO"/>
        </w:rPr>
        <w:t>prin combinarea a două sau mai multe dintre modalitățile de constituire prevăzute la lit.</w:t>
      </w:r>
      <w:r>
        <w:rPr>
          <w:lang w:val="ro-RO"/>
        </w:rPr>
        <w:t>a)-</w:t>
      </w:r>
      <w:r w:rsidRPr="00E2134C">
        <w:rPr>
          <w:lang w:val="ro-RO"/>
        </w:rPr>
        <w:t>b).</w:t>
      </w:r>
    </w:p>
    <w:p w14:paraId="679F7C47" w14:textId="7CC6792A" w:rsidR="00E2134C" w:rsidRPr="00E2134C" w:rsidRDefault="00E2134C" w:rsidP="00E2134C">
      <w:pPr>
        <w:rPr>
          <w:lang w:val="ro-RO"/>
        </w:rPr>
      </w:pPr>
      <w:r w:rsidRPr="00E2134C">
        <w:rPr>
          <w:lang w:val="ro-RO"/>
        </w:rPr>
        <w:t>În situația executării garanției de bună execuție, parțial sau total, contractantul are obligația de a reîntregi garanția în cauză raportat la restul rămas de executat.</w:t>
      </w:r>
    </w:p>
    <w:p w14:paraId="6C6FAB1F" w14:textId="670421F9" w:rsidR="00E2134C" w:rsidRPr="00E2134C" w:rsidRDefault="00E2134C" w:rsidP="00E2134C">
      <w:pPr>
        <w:rPr>
          <w:lang w:val="ro-RO"/>
        </w:rPr>
      </w:pPr>
      <w:r w:rsidRPr="00E2134C">
        <w:rPr>
          <w:lang w:val="ro-RO"/>
        </w:rPr>
        <w:t>În cazul suplimentării valorii contractului pe parcursul executării acestuia, contractantul are obligația de a completa garanția în corelație cu noua valoare.</w:t>
      </w:r>
    </w:p>
    <w:p w14:paraId="2B719071" w14:textId="4DBA9C6E" w:rsidR="00E2134C" w:rsidRPr="00E2134C" w:rsidRDefault="00036CFE" w:rsidP="00E2134C">
      <w:proofErr w:type="spellStart"/>
      <w:r w:rsidRPr="00036CFE">
        <w:t>Pentru</w:t>
      </w:r>
      <w:proofErr w:type="spellEnd"/>
      <w:r w:rsidRPr="00036CFE">
        <w:t xml:space="preserve"> </w:t>
      </w:r>
      <w:proofErr w:type="spellStart"/>
      <w:r w:rsidRPr="00036CFE">
        <w:t>contractele</w:t>
      </w:r>
      <w:proofErr w:type="spellEnd"/>
      <w:r w:rsidRPr="00036CFE">
        <w:t xml:space="preserve"> de </w:t>
      </w:r>
      <w:proofErr w:type="spellStart"/>
      <w:r w:rsidRPr="00036CFE">
        <w:t>servicii</w:t>
      </w:r>
      <w:proofErr w:type="spellEnd"/>
      <w:r w:rsidRPr="00036CFE">
        <w:t xml:space="preserve">, </w:t>
      </w:r>
      <w:proofErr w:type="spellStart"/>
      <w:r w:rsidRPr="00036CFE">
        <w:t>Autoritatea</w:t>
      </w:r>
      <w:proofErr w:type="spellEnd"/>
      <w:r w:rsidRPr="00036CFE">
        <w:t xml:space="preserve"> </w:t>
      </w:r>
      <w:proofErr w:type="spellStart"/>
      <w:r w:rsidRPr="00036CFE">
        <w:t>Contractantă</w:t>
      </w:r>
      <w:proofErr w:type="spellEnd"/>
      <w:r w:rsidRPr="00036CFE">
        <w:t xml:space="preserve"> </w:t>
      </w:r>
      <w:proofErr w:type="spellStart"/>
      <w:r w:rsidRPr="00036CFE">
        <w:t>eliberează</w:t>
      </w:r>
      <w:proofErr w:type="spellEnd"/>
      <w:r w:rsidRPr="00036CFE">
        <w:t>/</w:t>
      </w:r>
      <w:proofErr w:type="spellStart"/>
      <w:r w:rsidRPr="00036CFE">
        <w:t>restituie</w:t>
      </w:r>
      <w:proofErr w:type="spellEnd"/>
      <w:r w:rsidRPr="00036CFE">
        <w:t xml:space="preserve"> </w:t>
      </w:r>
      <w:proofErr w:type="spellStart"/>
      <w:r w:rsidRPr="00036CFE">
        <w:t>garanția</w:t>
      </w:r>
      <w:proofErr w:type="spellEnd"/>
      <w:r w:rsidRPr="00036CFE">
        <w:t xml:space="preserve"> de </w:t>
      </w:r>
      <w:proofErr w:type="spellStart"/>
      <w:r w:rsidRPr="00036CFE">
        <w:t>bună</w:t>
      </w:r>
      <w:proofErr w:type="spellEnd"/>
      <w:r w:rsidRPr="00036CFE">
        <w:t xml:space="preserve"> </w:t>
      </w:r>
      <w:proofErr w:type="spellStart"/>
      <w:r w:rsidRPr="00036CFE">
        <w:t>execuție</w:t>
      </w:r>
      <w:proofErr w:type="spellEnd"/>
      <w:r w:rsidRPr="00036CFE">
        <w:t xml:space="preserve"> </w:t>
      </w:r>
      <w:proofErr w:type="spellStart"/>
      <w:r w:rsidRPr="00036CFE">
        <w:t>în</w:t>
      </w:r>
      <w:proofErr w:type="spellEnd"/>
      <w:r w:rsidRPr="00036CFE">
        <w:t xml:space="preserve"> </w:t>
      </w:r>
      <w:proofErr w:type="spellStart"/>
      <w:r w:rsidRPr="00036CFE">
        <w:t>condițiile</w:t>
      </w:r>
      <w:proofErr w:type="spellEnd"/>
      <w:r w:rsidRPr="00036CFE">
        <w:t xml:space="preserve"> </w:t>
      </w:r>
      <w:proofErr w:type="spellStart"/>
      <w:r w:rsidRPr="00036CFE">
        <w:t>și</w:t>
      </w:r>
      <w:proofErr w:type="spellEnd"/>
      <w:r w:rsidRPr="00036CFE">
        <w:t xml:space="preserve"> </w:t>
      </w:r>
      <w:proofErr w:type="spellStart"/>
      <w:r w:rsidRPr="00036CFE">
        <w:t>termenul</w:t>
      </w:r>
      <w:proofErr w:type="spellEnd"/>
      <w:r w:rsidRPr="00036CFE">
        <w:t xml:space="preserve"> </w:t>
      </w:r>
      <w:proofErr w:type="spellStart"/>
      <w:r w:rsidRPr="00036CFE">
        <w:t>prevăzute</w:t>
      </w:r>
      <w:proofErr w:type="spellEnd"/>
      <w:r w:rsidRPr="00036CFE">
        <w:t xml:space="preserve"> de art. 154^2 </w:t>
      </w:r>
      <w:proofErr w:type="spellStart"/>
      <w:r w:rsidRPr="00036CFE">
        <w:t>alin</w:t>
      </w:r>
      <w:proofErr w:type="spellEnd"/>
      <w:r w:rsidRPr="00036CFE">
        <w:t xml:space="preserve">. (2) din </w:t>
      </w:r>
      <w:proofErr w:type="spellStart"/>
      <w:r w:rsidRPr="00036CFE">
        <w:t>Legea</w:t>
      </w:r>
      <w:proofErr w:type="spellEnd"/>
      <w:r w:rsidRPr="00036CFE">
        <w:t xml:space="preserve"> nr. 98/2016, </w:t>
      </w:r>
      <w:proofErr w:type="spellStart"/>
      <w:r w:rsidRPr="00036CFE">
        <w:t>dacă</w:t>
      </w:r>
      <w:proofErr w:type="spellEnd"/>
      <w:r w:rsidRPr="00036CFE">
        <w:t xml:space="preserve"> </w:t>
      </w:r>
      <w:proofErr w:type="spellStart"/>
      <w:r w:rsidRPr="00036CFE">
        <w:t>până</w:t>
      </w:r>
      <w:proofErr w:type="spellEnd"/>
      <w:r w:rsidRPr="00036CFE">
        <w:t xml:space="preserve"> la </w:t>
      </w:r>
      <w:proofErr w:type="spellStart"/>
      <w:r w:rsidRPr="00036CFE">
        <w:t>acea</w:t>
      </w:r>
      <w:proofErr w:type="spellEnd"/>
      <w:r w:rsidRPr="00036CFE">
        <w:t xml:space="preserve"> </w:t>
      </w:r>
      <w:proofErr w:type="spellStart"/>
      <w:r w:rsidRPr="00036CFE">
        <w:t>dată</w:t>
      </w:r>
      <w:proofErr w:type="spellEnd"/>
      <w:r w:rsidRPr="00036CFE">
        <w:t xml:space="preserve"> nu a </w:t>
      </w:r>
      <w:proofErr w:type="spellStart"/>
      <w:r w:rsidRPr="00036CFE">
        <w:t>ridicat</w:t>
      </w:r>
      <w:proofErr w:type="spellEnd"/>
      <w:r w:rsidRPr="00036CFE">
        <w:t xml:space="preserve"> </w:t>
      </w:r>
      <w:proofErr w:type="spellStart"/>
      <w:r w:rsidRPr="00036CFE">
        <w:t>pretenții</w:t>
      </w:r>
      <w:proofErr w:type="spellEnd"/>
      <w:r w:rsidRPr="00036CFE">
        <w:t xml:space="preserve"> </w:t>
      </w:r>
      <w:proofErr w:type="spellStart"/>
      <w:r w:rsidRPr="00036CFE">
        <w:t>asupra</w:t>
      </w:r>
      <w:proofErr w:type="spellEnd"/>
      <w:r w:rsidRPr="00036CFE">
        <w:t xml:space="preserve"> </w:t>
      </w:r>
      <w:proofErr w:type="spellStart"/>
      <w:r w:rsidRPr="00036CFE">
        <w:t>acesteia</w:t>
      </w:r>
      <w:proofErr w:type="spellEnd"/>
      <w:r w:rsidRPr="00036CFE">
        <w:t>.</w:t>
      </w:r>
    </w:p>
    <w:p w14:paraId="601511CA" w14:textId="11E29B01" w:rsidR="000C4CB5" w:rsidRPr="0025334A" w:rsidRDefault="00E2134C" w:rsidP="0025334A">
      <w:pPr>
        <w:pStyle w:val="Heading1"/>
      </w:pPr>
      <w:bookmarkStart w:id="70" w:name="_Toc242951508"/>
      <w:r>
        <w:t>10</w:t>
      </w:r>
      <w:r w:rsidR="004E746A" w:rsidRPr="0025334A">
        <w:t>. CADRUL LEGAL APLICABIL</w:t>
      </w:r>
      <w:bookmarkEnd w:id="70"/>
    </w:p>
    <w:p w14:paraId="23586A0C" w14:textId="5A2CF337" w:rsidR="000C4CB5" w:rsidRPr="0025334A" w:rsidRDefault="004E746A" w:rsidP="0025334A">
      <w:pPr>
        <w:pStyle w:val="Heading2"/>
        <w:rPr>
          <w:color w:val="auto"/>
        </w:rPr>
      </w:pPr>
      <w:bookmarkStart w:id="71" w:name="_Toc242951509"/>
      <w:r w:rsidRPr="0025334A">
        <w:rPr>
          <w:color w:val="auto"/>
        </w:rPr>
        <w:t xml:space="preserve">1. </w:t>
      </w:r>
      <w:proofErr w:type="spellStart"/>
      <w:r w:rsidRPr="0025334A">
        <w:rPr>
          <w:color w:val="auto"/>
        </w:rPr>
        <w:t>Cadrul</w:t>
      </w:r>
      <w:proofErr w:type="spellEnd"/>
      <w:r w:rsidRPr="0025334A">
        <w:rPr>
          <w:color w:val="auto"/>
        </w:rPr>
        <w:t xml:space="preserve"> </w:t>
      </w:r>
      <w:proofErr w:type="spellStart"/>
      <w:r w:rsidRPr="0025334A">
        <w:rPr>
          <w:color w:val="auto"/>
        </w:rPr>
        <w:t>normativ</w:t>
      </w:r>
      <w:proofErr w:type="spellEnd"/>
      <w:r w:rsidRPr="0025334A">
        <w:rPr>
          <w:color w:val="auto"/>
        </w:rPr>
        <w:t xml:space="preserve"> de </w:t>
      </w:r>
      <w:proofErr w:type="spellStart"/>
      <w:r w:rsidRPr="0025334A">
        <w:rPr>
          <w:color w:val="auto"/>
        </w:rPr>
        <w:t>referință</w:t>
      </w:r>
      <w:bookmarkEnd w:id="71"/>
      <w:proofErr w:type="spellEnd"/>
    </w:p>
    <w:p w14:paraId="11E904E9" w14:textId="77777777" w:rsidR="000C4CB5" w:rsidRPr="0025334A" w:rsidRDefault="004E746A">
      <w:pPr>
        <w:spacing w:after="50" w:line="247" w:lineRule="auto"/>
        <w:ind w:left="283" w:hanging="283"/>
      </w:pPr>
      <w:r w:rsidRPr="0025334A">
        <w:rPr>
          <w:b/>
        </w:rPr>
        <w:t xml:space="preserve">a) </w:t>
      </w:r>
      <w:proofErr w:type="spellStart"/>
      <w:r w:rsidRPr="0025334A">
        <w:t>Legea</w:t>
      </w:r>
      <w:proofErr w:type="spellEnd"/>
      <w:r w:rsidRPr="0025334A">
        <w:t xml:space="preserve"> nr. 98/2016 </w:t>
      </w:r>
      <w:proofErr w:type="spellStart"/>
      <w:r w:rsidRPr="0025334A">
        <w:t>privind</w:t>
      </w:r>
      <w:proofErr w:type="spellEnd"/>
      <w:r w:rsidRPr="0025334A">
        <w:t xml:space="preserve"> </w:t>
      </w:r>
      <w:proofErr w:type="spellStart"/>
      <w:r w:rsidRPr="0025334A">
        <w:t>achizițiile</w:t>
      </w:r>
      <w:proofErr w:type="spellEnd"/>
      <w:r w:rsidRPr="0025334A">
        <w:t xml:space="preserve"> </w:t>
      </w:r>
      <w:proofErr w:type="spellStart"/>
      <w:r w:rsidRPr="0025334A">
        <w:t>publice</w:t>
      </w:r>
      <w:proofErr w:type="spellEnd"/>
      <w:r w:rsidRPr="0025334A">
        <w:t xml:space="preserve">, </w:t>
      </w:r>
      <w:proofErr w:type="spellStart"/>
      <w:r w:rsidRPr="0025334A">
        <w:t>în</w:t>
      </w:r>
      <w:proofErr w:type="spellEnd"/>
      <w:r w:rsidRPr="0025334A">
        <w:t xml:space="preserve"> special </w:t>
      </w:r>
      <w:proofErr w:type="spellStart"/>
      <w:r w:rsidRPr="0025334A">
        <w:t>regulile</w:t>
      </w:r>
      <w:proofErr w:type="spellEnd"/>
      <w:r w:rsidRPr="0025334A">
        <w:t xml:space="preserve"> </w:t>
      </w:r>
      <w:proofErr w:type="spellStart"/>
      <w:r w:rsidRPr="0025334A">
        <w:t>privind</w:t>
      </w:r>
      <w:proofErr w:type="spellEnd"/>
      <w:r w:rsidRPr="0025334A">
        <w:t xml:space="preserve"> </w:t>
      </w:r>
      <w:proofErr w:type="spellStart"/>
      <w:r w:rsidRPr="0025334A">
        <w:t>specificațiile</w:t>
      </w:r>
      <w:proofErr w:type="spellEnd"/>
      <w:r w:rsidRPr="0025334A">
        <w:t xml:space="preserve"> </w:t>
      </w:r>
      <w:proofErr w:type="spellStart"/>
      <w:r w:rsidRPr="0025334A">
        <w:t>tehnice</w:t>
      </w:r>
      <w:proofErr w:type="spellEnd"/>
      <w:r w:rsidRPr="0025334A">
        <w:t xml:space="preserve"> </w:t>
      </w:r>
      <w:proofErr w:type="spellStart"/>
      <w:r w:rsidRPr="0025334A">
        <w:t>și</w:t>
      </w:r>
      <w:proofErr w:type="spellEnd"/>
      <w:r w:rsidRPr="0025334A">
        <w:t xml:space="preserve"> </w:t>
      </w:r>
      <w:proofErr w:type="spellStart"/>
      <w:r w:rsidRPr="0025334A">
        <w:t>echivalența</w:t>
      </w:r>
      <w:proofErr w:type="spellEnd"/>
      <w:r w:rsidRPr="0025334A">
        <w:t>;</w:t>
      </w:r>
    </w:p>
    <w:p w14:paraId="336E1B1D" w14:textId="77777777" w:rsidR="000C4CB5" w:rsidRPr="0025334A" w:rsidRDefault="004E746A">
      <w:pPr>
        <w:spacing w:after="50" w:line="247" w:lineRule="auto"/>
        <w:ind w:left="283" w:hanging="283"/>
      </w:pPr>
      <w:r w:rsidRPr="0025334A">
        <w:rPr>
          <w:b/>
        </w:rPr>
        <w:t xml:space="preserve">b) </w:t>
      </w:r>
      <w:proofErr w:type="spellStart"/>
      <w:r w:rsidRPr="0025334A">
        <w:t>Hotărârea</w:t>
      </w:r>
      <w:proofErr w:type="spellEnd"/>
      <w:r w:rsidRPr="0025334A">
        <w:t xml:space="preserve"> </w:t>
      </w:r>
      <w:proofErr w:type="spellStart"/>
      <w:r w:rsidRPr="0025334A">
        <w:t>Guvernului</w:t>
      </w:r>
      <w:proofErr w:type="spellEnd"/>
      <w:r w:rsidRPr="0025334A">
        <w:t xml:space="preserve"> nr. 395/2016 </w:t>
      </w:r>
      <w:proofErr w:type="spellStart"/>
      <w:r w:rsidRPr="0025334A">
        <w:t>pentru</w:t>
      </w:r>
      <w:proofErr w:type="spellEnd"/>
      <w:r w:rsidRPr="0025334A">
        <w:t xml:space="preserve"> </w:t>
      </w:r>
      <w:proofErr w:type="spellStart"/>
      <w:r w:rsidRPr="0025334A">
        <w:t>aprobarea</w:t>
      </w:r>
      <w:proofErr w:type="spellEnd"/>
      <w:r w:rsidRPr="0025334A">
        <w:t xml:space="preserve"> </w:t>
      </w:r>
      <w:proofErr w:type="spellStart"/>
      <w:r w:rsidRPr="0025334A">
        <w:t>Normelor</w:t>
      </w:r>
      <w:proofErr w:type="spellEnd"/>
      <w:r w:rsidRPr="0025334A">
        <w:t xml:space="preserve"> </w:t>
      </w:r>
      <w:proofErr w:type="spellStart"/>
      <w:r w:rsidRPr="0025334A">
        <w:t>metodologice</w:t>
      </w:r>
      <w:proofErr w:type="spellEnd"/>
      <w:r w:rsidRPr="0025334A">
        <w:t xml:space="preserve"> de </w:t>
      </w:r>
      <w:proofErr w:type="spellStart"/>
      <w:r w:rsidRPr="0025334A">
        <w:t>aplicare</w:t>
      </w:r>
      <w:proofErr w:type="spellEnd"/>
      <w:r w:rsidRPr="0025334A">
        <w:t xml:space="preserve"> a </w:t>
      </w:r>
      <w:proofErr w:type="spellStart"/>
      <w:r w:rsidRPr="0025334A">
        <w:t>Legii</w:t>
      </w:r>
      <w:proofErr w:type="spellEnd"/>
      <w:r w:rsidRPr="0025334A">
        <w:t xml:space="preserve"> nr. 98/2016, </w:t>
      </w:r>
      <w:proofErr w:type="spellStart"/>
      <w:r w:rsidRPr="0025334A">
        <w:t>în</w:t>
      </w:r>
      <w:proofErr w:type="spellEnd"/>
      <w:r w:rsidRPr="0025334A">
        <w:t xml:space="preserve"> forma </w:t>
      </w:r>
      <w:proofErr w:type="spellStart"/>
      <w:r w:rsidRPr="0025334A">
        <w:t>în</w:t>
      </w:r>
      <w:proofErr w:type="spellEnd"/>
      <w:r w:rsidRPr="0025334A">
        <w:t xml:space="preserve"> </w:t>
      </w:r>
      <w:proofErr w:type="spellStart"/>
      <w:r w:rsidRPr="0025334A">
        <w:t>vigoare</w:t>
      </w:r>
      <w:proofErr w:type="spellEnd"/>
      <w:r w:rsidRPr="0025334A">
        <w:t>;</w:t>
      </w:r>
    </w:p>
    <w:p w14:paraId="2212F16B" w14:textId="77777777" w:rsidR="000C4CB5" w:rsidRPr="0025334A" w:rsidRDefault="004E746A">
      <w:pPr>
        <w:spacing w:after="50" w:line="247" w:lineRule="auto"/>
        <w:ind w:left="283" w:hanging="283"/>
      </w:pPr>
      <w:r w:rsidRPr="0025334A">
        <w:rPr>
          <w:b/>
        </w:rPr>
        <w:t xml:space="preserve">c) </w:t>
      </w:r>
      <w:proofErr w:type="spellStart"/>
      <w:r w:rsidRPr="0025334A">
        <w:t>Hotărârea</w:t>
      </w:r>
      <w:proofErr w:type="spellEnd"/>
      <w:r w:rsidRPr="0025334A">
        <w:t xml:space="preserve"> </w:t>
      </w:r>
      <w:proofErr w:type="spellStart"/>
      <w:r w:rsidRPr="0025334A">
        <w:t>Guvernului</w:t>
      </w:r>
      <w:proofErr w:type="spellEnd"/>
      <w:r w:rsidRPr="0025334A">
        <w:t xml:space="preserve"> nr. 6/2026 </w:t>
      </w:r>
      <w:proofErr w:type="spellStart"/>
      <w:r w:rsidRPr="0025334A">
        <w:t>și</w:t>
      </w:r>
      <w:proofErr w:type="spellEnd"/>
      <w:r w:rsidRPr="0025334A">
        <w:t xml:space="preserve"> </w:t>
      </w:r>
      <w:proofErr w:type="spellStart"/>
      <w:r w:rsidRPr="0025334A">
        <w:t>Legea</w:t>
      </w:r>
      <w:proofErr w:type="spellEnd"/>
      <w:r w:rsidRPr="0025334A">
        <w:t xml:space="preserve"> nr. 143/2022, </w:t>
      </w:r>
      <w:proofErr w:type="spellStart"/>
      <w:r w:rsidRPr="0025334A">
        <w:t>pentru</w:t>
      </w:r>
      <w:proofErr w:type="spellEnd"/>
      <w:r w:rsidRPr="0025334A">
        <w:t xml:space="preserve"> </w:t>
      </w:r>
      <w:proofErr w:type="spellStart"/>
      <w:r w:rsidRPr="0025334A">
        <w:t>nivelul</w:t>
      </w:r>
      <w:proofErr w:type="spellEnd"/>
      <w:r w:rsidRPr="0025334A">
        <w:t xml:space="preserve"> </w:t>
      </w:r>
      <w:proofErr w:type="spellStart"/>
      <w:r w:rsidRPr="0025334A">
        <w:t>alocației</w:t>
      </w:r>
      <w:proofErr w:type="spellEnd"/>
      <w:r w:rsidRPr="0025334A">
        <w:t xml:space="preserve"> </w:t>
      </w:r>
      <w:proofErr w:type="spellStart"/>
      <w:r w:rsidRPr="0025334A">
        <w:t>zilnice</w:t>
      </w:r>
      <w:proofErr w:type="spellEnd"/>
      <w:r w:rsidRPr="0025334A">
        <w:t xml:space="preserve"> de </w:t>
      </w:r>
      <w:proofErr w:type="spellStart"/>
      <w:r w:rsidRPr="0025334A">
        <w:t>hrană</w:t>
      </w:r>
      <w:proofErr w:type="spellEnd"/>
      <w:r w:rsidRPr="0025334A">
        <w:t xml:space="preserve"> </w:t>
      </w:r>
      <w:proofErr w:type="spellStart"/>
      <w:r w:rsidRPr="0025334A">
        <w:t>aplicabil</w:t>
      </w:r>
      <w:proofErr w:type="spellEnd"/>
      <w:r w:rsidRPr="0025334A">
        <w:t>;</w:t>
      </w:r>
    </w:p>
    <w:p w14:paraId="4BC44D18" w14:textId="77777777" w:rsidR="000C4CB5" w:rsidRPr="0025334A" w:rsidRDefault="004E746A">
      <w:pPr>
        <w:spacing w:after="50" w:line="247" w:lineRule="auto"/>
        <w:ind w:left="283" w:hanging="283"/>
      </w:pPr>
      <w:r w:rsidRPr="0025334A">
        <w:rPr>
          <w:b/>
        </w:rPr>
        <w:t xml:space="preserve">d) </w:t>
      </w:r>
      <w:proofErr w:type="spellStart"/>
      <w:r w:rsidRPr="0025334A">
        <w:t>Legea</w:t>
      </w:r>
      <w:proofErr w:type="spellEnd"/>
      <w:r w:rsidRPr="0025334A">
        <w:t xml:space="preserve"> nr. 272/2004 </w:t>
      </w:r>
      <w:proofErr w:type="spellStart"/>
      <w:r w:rsidRPr="0025334A">
        <w:t>privind</w:t>
      </w:r>
      <w:proofErr w:type="spellEnd"/>
      <w:r w:rsidRPr="0025334A">
        <w:t xml:space="preserve"> </w:t>
      </w:r>
      <w:proofErr w:type="spellStart"/>
      <w:r w:rsidRPr="0025334A">
        <w:t>protecția</w:t>
      </w:r>
      <w:proofErr w:type="spellEnd"/>
      <w:r w:rsidRPr="0025334A">
        <w:t xml:space="preserve"> </w:t>
      </w:r>
      <w:proofErr w:type="spellStart"/>
      <w:r w:rsidRPr="0025334A">
        <w:t>și</w:t>
      </w:r>
      <w:proofErr w:type="spellEnd"/>
      <w:r w:rsidRPr="0025334A">
        <w:t xml:space="preserve"> </w:t>
      </w:r>
      <w:proofErr w:type="spellStart"/>
      <w:r w:rsidRPr="0025334A">
        <w:t>promovarea</w:t>
      </w:r>
      <w:proofErr w:type="spellEnd"/>
      <w:r w:rsidRPr="0025334A">
        <w:t xml:space="preserve"> </w:t>
      </w:r>
      <w:proofErr w:type="spellStart"/>
      <w:r w:rsidRPr="0025334A">
        <w:t>drepturilor</w:t>
      </w:r>
      <w:proofErr w:type="spellEnd"/>
      <w:r w:rsidRPr="0025334A">
        <w:t xml:space="preserve"> </w:t>
      </w:r>
      <w:proofErr w:type="spellStart"/>
      <w:r w:rsidRPr="0025334A">
        <w:t>copilului</w:t>
      </w:r>
      <w:proofErr w:type="spellEnd"/>
      <w:r w:rsidRPr="0025334A">
        <w:t xml:space="preserve">, </w:t>
      </w:r>
      <w:proofErr w:type="spellStart"/>
      <w:r w:rsidRPr="0025334A">
        <w:t>în</w:t>
      </w:r>
      <w:proofErr w:type="spellEnd"/>
      <w:r w:rsidRPr="0025334A">
        <w:t xml:space="preserve"> forma </w:t>
      </w:r>
      <w:proofErr w:type="spellStart"/>
      <w:r w:rsidRPr="0025334A">
        <w:t>aplicabilă</w:t>
      </w:r>
      <w:proofErr w:type="spellEnd"/>
      <w:r w:rsidRPr="0025334A">
        <w:t>;</w:t>
      </w:r>
    </w:p>
    <w:p w14:paraId="44CE668A" w14:textId="77777777" w:rsidR="000C4CB5" w:rsidRPr="0025334A" w:rsidRDefault="004E746A">
      <w:pPr>
        <w:spacing w:after="50" w:line="247" w:lineRule="auto"/>
        <w:ind w:left="283" w:hanging="283"/>
      </w:pPr>
      <w:r w:rsidRPr="0025334A">
        <w:rPr>
          <w:b/>
        </w:rPr>
        <w:t xml:space="preserve">e) </w:t>
      </w:r>
      <w:proofErr w:type="spellStart"/>
      <w:r w:rsidRPr="0025334A">
        <w:t>Legea</w:t>
      </w:r>
      <w:proofErr w:type="spellEnd"/>
      <w:r w:rsidRPr="0025334A">
        <w:t xml:space="preserve"> nr. 448/2006 </w:t>
      </w:r>
      <w:proofErr w:type="spellStart"/>
      <w:r w:rsidRPr="0025334A">
        <w:t>privind</w:t>
      </w:r>
      <w:proofErr w:type="spellEnd"/>
      <w:r w:rsidRPr="0025334A">
        <w:t xml:space="preserve"> </w:t>
      </w:r>
      <w:proofErr w:type="spellStart"/>
      <w:r w:rsidRPr="0025334A">
        <w:t>protecția</w:t>
      </w:r>
      <w:proofErr w:type="spellEnd"/>
      <w:r w:rsidRPr="0025334A">
        <w:t xml:space="preserve"> </w:t>
      </w:r>
      <w:proofErr w:type="spellStart"/>
      <w:r w:rsidRPr="0025334A">
        <w:t>și</w:t>
      </w:r>
      <w:proofErr w:type="spellEnd"/>
      <w:r w:rsidRPr="0025334A">
        <w:t xml:space="preserve"> </w:t>
      </w:r>
      <w:proofErr w:type="spellStart"/>
      <w:r w:rsidRPr="0025334A">
        <w:t>promovarea</w:t>
      </w:r>
      <w:proofErr w:type="spellEnd"/>
      <w:r w:rsidRPr="0025334A">
        <w:t xml:space="preserve"> </w:t>
      </w:r>
      <w:proofErr w:type="spellStart"/>
      <w:r w:rsidRPr="0025334A">
        <w:t>drepturilor</w:t>
      </w:r>
      <w:proofErr w:type="spellEnd"/>
      <w:r w:rsidRPr="0025334A">
        <w:t xml:space="preserve"> </w:t>
      </w:r>
      <w:proofErr w:type="spellStart"/>
      <w:r w:rsidRPr="0025334A">
        <w:t>persoanelor</w:t>
      </w:r>
      <w:proofErr w:type="spellEnd"/>
      <w:r w:rsidRPr="0025334A">
        <w:t xml:space="preserve"> cu handicap, </w:t>
      </w:r>
      <w:proofErr w:type="spellStart"/>
      <w:r w:rsidRPr="0025334A">
        <w:t>în</w:t>
      </w:r>
      <w:proofErr w:type="spellEnd"/>
      <w:r w:rsidRPr="0025334A">
        <w:t xml:space="preserve"> forma </w:t>
      </w:r>
      <w:proofErr w:type="spellStart"/>
      <w:r w:rsidRPr="0025334A">
        <w:t>aplicabilă</w:t>
      </w:r>
      <w:proofErr w:type="spellEnd"/>
      <w:r w:rsidRPr="0025334A">
        <w:t>;</w:t>
      </w:r>
    </w:p>
    <w:p w14:paraId="3D408749" w14:textId="77777777" w:rsidR="000C4CB5" w:rsidRPr="0025334A" w:rsidRDefault="004E746A">
      <w:pPr>
        <w:spacing w:after="50" w:line="247" w:lineRule="auto"/>
        <w:ind w:left="283" w:hanging="283"/>
      </w:pPr>
      <w:r w:rsidRPr="0025334A">
        <w:rPr>
          <w:b/>
        </w:rPr>
        <w:t xml:space="preserve">f) </w:t>
      </w:r>
      <w:proofErr w:type="spellStart"/>
      <w:r w:rsidRPr="0025334A">
        <w:t>Regulamentul</w:t>
      </w:r>
      <w:proofErr w:type="spellEnd"/>
      <w:r w:rsidRPr="0025334A">
        <w:t xml:space="preserve"> (CE) nr. 178/2002 </w:t>
      </w:r>
      <w:proofErr w:type="spellStart"/>
      <w:r w:rsidRPr="0025334A">
        <w:t>privind</w:t>
      </w:r>
      <w:proofErr w:type="spellEnd"/>
      <w:r w:rsidRPr="0025334A">
        <w:t xml:space="preserve"> </w:t>
      </w:r>
      <w:proofErr w:type="spellStart"/>
      <w:r w:rsidRPr="0025334A">
        <w:t>principiile</w:t>
      </w:r>
      <w:proofErr w:type="spellEnd"/>
      <w:r w:rsidRPr="0025334A">
        <w:t xml:space="preserve"> generale ale </w:t>
      </w:r>
      <w:proofErr w:type="spellStart"/>
      <w:r w:rsidRPr="0025334A">
        <w:t>legislației</w:t>
      </w:r>
      <w:proofErr w:type="spellEnd"/>
      <w:r w:rsidRPr="0025334A">
        <w:t xml:space="preserve"> </w:t>
      </w:r>
      <w:proofErr w:type="spellStart"/>
      <w:r w:rsidRPr="0025334A">
        <w:t>alimentare</w:t>
      </w:r>
      <w:proofErr w:type="spellEnd"/>
      <w:r w:rsidRPr="0025334A">
        <w:t xml:space="preserve"> </w:t>
      </w:r>
      <w:proofErr w:type="spellStart"/>
      <w:r w:rsidRPr="0025334A">
        <w:t>și</w:t>
      </w:r>
      <w:proofErr w:type="spellEnd"/>
      <w:r w:rsidRPr="0025334A">
        <w:t xml:space="preserve"> </w:t>
      </w:r>
      <w:proofErr w:type="spellStart"/>
      <w:r w:rsidRPr="0025334A">
        <w:t>trasabilitatea</w:t>
      </w:r>
      <w:proofErr w:type="spellEnd"/>
      <w:r w:rsidRPr="0025334A">
        <w:t>;</w:t>
      </w:r>
    </w:p>
    <w:p w14:paraId="6F92DC79" w14:textId="77777777" w:rsidR="000C4CB5" w:rsidRPr="0025334A" w:rsidRDefault="004E746A">
      <w:pPr>
        <w:spacing w:after="50" w:line="247" w:lineRule="auto"/>
        <w:ind w:left="283" w:hanging="283"/>
      </w:pPr>
      <w:r w:rsidRPr="0025334A">
        <w:rPr>
          <w:b/>
        </w:rPr>
        <w:t xml:space="preserve">g) </w:t>
      </w:r>
      <w:proofErr w:type="spellStart"/>
      <w:r w:rsidRPr="0025334A">
        <w:t>Regulamentul</w:t>
      </w:r>
      <w:proofErr w:type="spellEnd"/>
      <w:r w:rsidRPr="0025334A">
        <w:t xml:space="preserve"> (CE) nr. 852/2004 </w:t>
      </w:r>
      <w:proofErr w:type="spellStart"/>
      <w:r w:rsidRPr="0025334A">
        <w:t>privind</w:t>
      </w:r>
      <w:proofErr w:type="spellEnd"/>
      <w:r w:rsidRPr="0025334A">
        <w:t xml:space="preserve"> </w:t>
      </w:r>
      <w:proofErr w:type="spellStart"/>
      <w:r w:rsidRPr="0025334A">
        <w:t>igiena</w:t>
      </w:r>
      <w:proofErr w:type="spellEnd"/>
      <w:r w:rsidRPr="0025334A">
        <w:t xml:space="preserve"> </w:t>
      </w:r>
      <w:proofErr w:type="spellStart"/>
      <w:r w:rsidRPr="0025334A">
        <w:t>produselor</w:t>
      </w:r>
      <w:proofErr w:type="spellEnd"/>
      <w:r w:rsidRPr="0025334A">
        <w:t xml:space="preserve"> </w:t>
      </w:r>
      <w:proofErr w:type="spellStart"/>
      <w:r w:rsidRPr="0025334A">
        <w:t>alimentare</w:t>
      </w:r>
      <w:proofErr w:type="spellEnd"/>
      <w:r w:rsidRPr="0025334A">
        <w:t xml:space="preserve"> </w:t>
      </w:r>
      <w:proofErr w:type="spellStart"/>
      <w:r w:rsidRPr="0025334A">
        <w:t>și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w:t>
      </w:r>
      <w:proofErr w:type="spellStart"/>
      <w:r w:rsidRPr="0025334A">
        <w:t>Regulamentul</w:t>
      </w:r>
      <w:proofErr w:type="spellEnd"/>
      <w:r w:rsidRPr="0025334A">
        <w:t xml:space="preserve"> (CE) nr. 853/2004;</w:t>
      </w:r>
    </w:p>
    <w:p w14:paraId="70210FCE" w14:textId="77777777" w:rsidR="000C4CB5" w:rsidRPr="0025334A" w:rsidRDefault="004E746A">
      <w:pPr>
        <w:spacing w:after="50" w:line="247" w:lineRule="auto"/>
        <w:ind w:left="283" w:hanging="283"/>
      </w:pPr>
      <w:r w:rsidRPr="0025334A">
        <w:rPr>
          <w:b/>
        </w:rPr>
        <w:t xml:space="preserve">h) </w:t>
      </w:r>
      <w:proofErr w:type="spellStart"/>
      <w:r w:rsidRPr="0025334A">
        <w:t>Regulamentul</w:t>
      </w:r>
      <w:proofErr w:type="spellEnd"/>
      <w:r w:rsidRPr="0025334A">
        <w:t xml:space="preserve"> (CE) nr. 2073/2005 </w:t>
      </w:r>
      <w:proofErr w:type="spellStart"/>
      <w:r w:rsidRPr="0025334A">
        <w:t>privind</w:t>
      </w:r>
      <w:proofErr w:type="spellEnd"/>
      <w:r w:rsidRPr="0025334A">
        <w:t xml:space="preserve"> </w:t>
      </w:r>
      <w:proofErr w:type="spellStart"/>
      <w:r w:rsidRPr="0025334A">
        <w:t>criteriile</w:t>
      </w:r>
      <w:proofErr w:type="spellEnd"/>
      <w:r w:rsidRPr="0025334A">
        <w:t xml:space="preserve"> </w:t>
      </w:r>
      <w:proofErr w:type="spellStart"/>
      <w:r w:rsidRPr="0025334A">
        <w:t>microbiologice</w:t>
      </w:r>
      <w:proofErr w:type="spellEnd"/>
      <w:r w:rsidRPr="0025334A">
        <w:t xml:space="preserve"> </w:t>
      </w:r>
      <w:proofErr w:type="spellStart"/>
      <w:r w:rsidRPr="0025334A">
        <w:t>pentru</w:t>
      </w:r>
      <w:proofErr w:type="spellEnd"/>
      <w:r w:rsidRPr="0025334A">
        <w:t xml:space="preserve"> </w:t>
      </w:r>
      <w:proofErr w:type="spellStart"/>
      <w:r w:rsidRPr="0025334A">
        <w:t>produsele</w:t>
      </w:r>
      <w:proofErr w:type="spellEnd"/>
      <w:r w:rsidRPr="0025334A">
        <w:t xml:space="preserve"> </w:t>
      </w:r>
      <w:proofErr w:type="spellStart"/>
      <w:r w:rsidRPr="0025334A">
        <w:t>alimentare</w:t>
      </w:r>
      <w:proofErr w:type="spellEnd"/>
      <w:r w:rsidRPr="0025334A">
        <w:t>;</w:t>
      </w:r>
    </w:p>
    <w:p w14:paraId="3F6849CC" w14:textId="77777777" w:rsidR="000C4CB5" w:rsidRPr="0025334A" w:rsidRDefault="004E746A">
      <w:pPr>
        <w:spacing w:after="50" w:line="247" w:lineRule="auto"/>
        <w:ind w:left="283" w:hanging="283"/>
      </w:pPr>
      <w:proofErr w:type="spellStart"/>
      <w:r w:rsidRPr="0025334A">
        <w:rPr>
          <w:b/>
        </w:rPr>
        <w:t>i</w:t>
      </w:r>
      <w:proofErr w:type="spellEnd"/>
      <w:r w:rsidRPr="0025334A">
        <w:rPr>
          <w:b/>
        </w:rPr>
        <w:t xml:space="preserve">) </w:t>
      </w:r>
      <w:proofErr w:type="spellStart"/>
      <w:r w:rsidRPr="0025334A">
        <w:t>Regulamentul</w:t>
      </w:r>
      <w:proofErr w:type="spellEnd"/>
      <w:r w:rsidRPr="0025334A">
        <w:t xml:space="preserve"> (UE) nr. 1169/2011 </w:t>
      </w:r>
      <w:proofErr w:type="spellStart"/>
      <w:r w:rsidRPr="0025334A">
        <w:t>privind</w:t>
      </w:r>
      <w:proofErr w:type="spellEnd"/>
      <w:r w:rsidRPr="0025334A">
        <w:t xml:space="preserve"> </w:t>
      </w:r>
      <w:proofErr w:type="spellStart"/>
      <w:r w:rsidRPr="0025334A">
        <w:t>informarea</w:t>
      </w:r>
      <w:proofErr w:type="spellEnd"/>
      <w:r w:rsidRPr="0025334A">
        <w:t xml:space="preserve"> </w:t>
      </w:r>
      <w:proofErr w:type="spellStart"/>
      <w:r w:rsidRPr="0025334A">
        <w:t>consumatorilor</w:t>
      </w:r>
      <w:proofErr w:type="spellEnd"/>
      <w:r w:rsidRPr="0025334A">
        <w:t xml:space="preserve"> cu </w:t>
      </w:r>
      <w:proofErr w:type="spellStart"/>
      <w:r w:rsidRPr="0025334A">
        <w:t>privire</w:t>
      </w:r>
      <w:proofErr w:type="spellEnd"/>
      <w:r w:rsidRPr="0025334A">
        <w:t xml:space="preserve"> la </w:t>
      </w:r>
      <w:proofErr w:type="spellStart"/>
      <w:r w:rsidRPr="0025334A">
        <w:t>produsele</w:t>
      </w:r>
      <w:proofErr w:type="spellEnd"/>
      <w:r w:rsidRPr="0025334A">
        <w:t xml:space="preserve"> </w:t>
      </w:r>
      <w:proofErr w:type="spellStart"/>
      <w:r w:rsidRPr="0025334A">
        <w:t>alimentare</w:t>
      </w:r>
      <w:proofErr w:type="spellEnd"/>
      <w:r w:rsidRPr="0025334A">
        <w:t xml:space="preserve"> </w:t>
      </w:r>
      <w:proofErr w:type="spellStart"/>
      <w:r w:rsidRPr="0025334A">
        <w:t>și</w:t>
      </w:r>
      <w:proofErr w:type="spellEnd"/>
      <w:r w:rsidRPr="0025334A">
        <w:t xml:space="preserve"> </w:t>
      </w:r>
      <w:proofErr w:type="spellStart"/>
      <w:r w:rsidRPr="0025334A">
        <w:t>alergenii</w:t>
      </w:r>
      <w:proofErr w:type="spellEnd"/>
      <w:r w:rsidRPr="0025334A">
        <w:t>;</w:t>
      </w:r>
    </w:p>
    <w:p w14:paraId="1EE3E99C" w14:textId="77777777" w:rsidR="000C4CB5" w:rsidRPr="0025334A" w:rsidRDefault="004E746A">
      <w:pPr>
        <w:spacing w:after="50" w:line="247" w:lineRule="auto"/>
        <w:ind w:left="283" w:hanging="283"/>
      </w:pPr>
      <w:r w:rsidRPr="0025334A">
        <w:rPr>
          <w:b/>
        </w:rPr>
        <w:t xml:space="preserve">j) </w:t>
      </w:r>
      <w:proofErr w:type="spellStart"/>
      <w:r w:rsidRPr="0025334A">
        <w:t>Regulamentul</w:t>
      </w:r>
      <w:proofErr w:type="spellEnd"/>
      <w:r w:rsidRPr="0025334A">
        <w:t xml:space="preserve"> (CE) nr. 1935/2004 </w:t>
      </w:r>
      <w:proofErr w:type="spellStart"/>
      <w:r w:rsidRPr="0025334A">
        <w:t>privind</w:t>
      </w:r>
      <w:proofErr w:type="spellEnd"/>
      <w:r w:rsidRPr="0025334A">
        <w:t xml:space="preserve"> </w:t>
      </w:r>
      <w:proofErr w:type="spellStart"/>
      <w:r w:rsidRPr="0025334A">
        <w:t>materialele</w:t>
      </w:r>
      <w:proofErr w:type="spellEnd"/>
      <w:r w:rsidRPr="0025334A">
        <w:t xml:space="preserve"> </w:t>
      </w:r>
      <w:proofErr w:type="spellStart"/>
      <w:r w:rsidRPr="0025334A">
        <w:t>și</w:t>
      </w:r>
      <w:proofErr w:type="spellEnd"/>
      <w:r w:rsidRPr="0025334A">
        <w:t xml:space="preserve"> </w:t>
      </w:r>
      <w:proofErr w:type="spellStart"/>
      <w:r w:rsidRPr="0025334A">
        <w:t>obiectele</w:t>
      </w:r>
      <w:proofErr w:type="spellEnd"/>
      <w:r w:rsidRPr="0025334A">
        <w:t xml:space="preserve"> destinate </w:t>
      </w:r>
      <w:proofErr w:type="spellStart"/>
      <w:r w:rsidRPr="0025334A">
        <w:t>să</w:t>
      </w:r>
      <w:proofErr w:type="spellEnd"/>
      <w:r w:rsidRPr="0025334A">
        <w:t xml:space="preserve"> </w:t>
      </w:r>
      <w:proofErr w:type="spellStart"/>
      <w:r w:rsidRPr="0025334A">
        <w:t>vină</w:t>
      </w:r>
      <w:proofErr w:type="spellEnd"/>
      <w:r w:rsidRPr="0025334A">
        <w:t xml:space="preserve"> </w:t>
      </w:r>
      <w:proofErr w:type="spellStart"/>
      <w:r w:rsidRPr="0025334A">
        <w:t>în</w:t>
      </w:r>
      <w:proofErr w:type="spellEnd"/>
      <w:r w:rsidRPr="0025334A">
        <w:t xml:space="preserve"> contact cu </w:t>
      </w:r>
      <w:proofErr w:type="spellStart"/>
      <w:r w:rsidRPr="0025334A">
        <w:t>produsele</w:t>
      </w:r>
      <w:proofErr w:type="spellEnd"/>
      <w:r w:rsidRPr="0025334A">
        <w:t xml:space="preserve"> </w:t>
      </w:r>
      <w:proofErr w:type="spellStart"/>
      <w:r w:rsidRPr="0025334A">
        <w:t>alimentare</w:t>
      </w:r>
      <w:proofErr w:type="spellEnd"/>
      <w:r w:rsidRPr="0025334A">
        <w:t>;</w:t>
      </w:r>
    </w:p>
    <w:p w14:paraId="2885B8A0" w14:textId="77777777" w:rsidR="000C4CB5" w:rsidRPr="0025334A" w:rsidRDefault="004E746A">
      <w:pPr>
        <w:spacing w:after="50" w:line="247" w:lineRule="auto"/>
        <w:ind w:left="283" w:hanging="283"/>
      </w:pPr>
      <w:r w:rsidRPr="0025334A">
        <w:rPr>
          <w:b/>
        </w:rPr>
        <w:lastRenderedPageBreak/>
        <w:t xml:space="preserve">k) </w:t>
      </w:r>
      <w:proofErr w:type="spellStart"/>
      <w:r w:rsidRPr="0025334A">
        <w:t>Legea</w:t>
      </w:r>
      <w:proofErr w:type="spellEnd"/>
      <w:r w:rsidRPr="0025334A">
        <w:t xml:space="preserve"> nr. 256/2015 </w:t>
      </w:r>
      <w:proofErr w:type="spellStart"/>
      <w:r w:rsidRPr="0025334A">
        <w:t>privind</w:t>
      </w:r>
      <w:proofErr w:type="spellEnd"/>
      <w:r w:rsidRPr="0025334A">
        <w:t xml:space="preserve"> </w:t>
      </w:r>
      <w:proofErr w:type="spellStart"/>
      <w:r w:rsidRPr="0025334A">
        <w:t>exercitarea</w:t>
      </w:r>
      <w:proofErr w:type="spellEnd"/>
      <w:r w:rsidRPr="0025334A">
        <w:t xml:space="preserve"> </w:t>
      </w:r>
      <w:proofErr w:type="spellStart"/>
      <w:r w:rsidRPr="0025334A">
        <w:t>profesiei</w:t>
      </w:r>
      <w:proofErr w:type="spellEnd"/>
      <w:r w:rsidRPr="0025334A">
        <w:t xml:space="preserve"> de </w:t>
      </w:r>
      <w:proofErr w:type="spellStart"/>
      <w:r w:rsidRPr="0025334A">
        <w:t>dietetician</w:t>
      </w:r>
      <w:proofErr w:type="spellEnd"/>
      <w:r w:rsidRPr="0025334A">
        <w:t xml:space="preserve">, </w:t>
      </w:r>
      <w:proofErr w:type="spellStart"/>
      <w:r w:rsidRPr="0025334A">
        <w:t>în</w:t>
      </w:r>
      <w:proofErr w:type="spellEnd"/>
      <w:r w:rsidRPr="0025334A">
        <w:t xml:space="preserve"> </w:t>
      </w:r>
      <w:proofErr w:type="spellStart"/>
      <w:r w:rsidRPr="0025334A">
        <w:t>măsura</w:t>
      </w:r>
      <w:proofErr w:type="spellEnd"/>
      <w:r w:rsidRPr="0025334A">
        <w:t xml:space="preserve"> </w:t>
      </w:r>
      <w:proofErr w:type="spellStart"/>
      <w:r w:rsidRPr="0025334A">
        <w:t>aplicabilă</w:t>
      </w:r>
      <w:proofErr w:type="spellEnd"/>
      <w:r w:rsidRPr="0025334A">
        <w:t>;</w:t>
      </w:r>
    </w:p>
    <w:p w14:paraId="2D089962" w14:textId="77777777" w:rsidR="000C4CB5" w:rsidRPr="0025334A" w:rsidRDefault="004E746A">
      <w:pPr>
        <w:spacing w:after="50" w:line="247" w:lineRule="auto"/>
        <w:ind w:left="283" w:hanging="283"/>
      </w:pPr>
      <w:r w:rsidRPr="0025334A">
        <w:t xml:space="preserve">l) </w:t>
      </w:r>
      <w:proofErr w:type="spellStart"/>
      <w:r w:rsidRPr="0025334A">
        <w:t>Ordinul</w:t>
      </w:r>
      <w:proofErr w:type="spellEnd"/>
      <w:r w:rsidRPr="0025334A">
        <w:t xml:space="preserve"> ANSVSA nr. 111/2008 </w:t>
      </w:r>
      <w:proofErr w:type="spellStart"/>
      <w:r w:rsidRPr="0025334A">
        <w:t>privind</w:t>
      </w:r>
      <w:proofErr w:type="spellEnd"/>
      <w:r w:rsidRPr="0025334A">
        <w:t xml:space="preserve"> </w:t>
      </w:r>
      <w:proofErr w:type="spellStart"/>
      <w:r w:rsidRPr="0025334A">
        <w:t>înregistrarea</w:t>
      </w:r>
      <w:proofErr w:type="spellEnd"/>
      <w:r w:rsidRPr="0025334A">
        <w:t xml:space="preserve"> </w:t>
      </w:r>
      <w:proofErr w:type="spellStart"/>
      <w:r w:rsidRPr="0025334A">
        <w:t>sanitară</w:t>
      </w:r>
      <w:proofErr w:type="spellEnd"/>
      <w:r w:rsidRPr="0025334A">
        <w:t xml:space="preserve"> </w:t>
      </w:r>
      <w:proofErr w:type="spellStart"/>
      <w:r w:rsidRPr="0025334A">
        <w:t>veterinară</w:t>
      </w:r>
      <w:proofErr w:type="spellEnd"/>
      <w:r w:rsidRPr="0025334A">
        <w:t xml:space="preserve"> </w:t>
      </w:r>
      <w:proofErr w:type="spellStart"/>
      <w:r w:rsidRPr="0025334A">
        <w:t>și</w:t>
      </w:r>
      <w:proofErr w:type="spellEnd"/>
      <w:r w:rsidRPr="0025334A">
        <w:t xml:space="preserve"> </w:t>
      </w:r>
      <w:proofErr w:type="spellStart"/>
      <w:r w:rsidRPr="0025334A">
        <w:t>pentru</w:t>
      </w:r>
      <w:proofErr w:type="spellEnd"/>
      <w:r w:rsidRPr="0025334A">
        <w:t xml:space="preserve"> </w:t>
      </w:r>
      <w:proofErr w:type="spellStart"/>
      <w:r w:rsidRPr="0025334A">
        <w:t>siguranța</w:t>
      </w:r>
      <w:proofErr w:type="spellEnd"/>
      <w:r w:rsidRPr="0025334A">
        <w:t xml:space="preserve"> </w:t>
      </w:r>
      <w:proofErr w:type="spellStart"/>
      <w:r w:rsidRPr="0025334A">
        <w:t>alimentelor</w:t>
      </w:r>
      <w:proofErr w:type="spellEnd"/>
      <w:r w:rsidRPr="0025334A">
        <w:t xml:space="preserve">, </w:t>
      </w:r>
      <w:proofErr w:type="spellStart"/>
      <w:r w:rsidRPr="0025334A">
        <w:t>inclusiv</w:t>
      </w:r>
      <w:proofErr w:type="spellEnd"/>
      <w:r w:rsidRPr="0025334A">
        <w:t xml:space="preserve"> </w:t>
      </w:r>
      <w:proofErr w:type="spellStart"/>
      <w:r w:rsidRPr="0025334A">
        <w:t>pentru</w:t>
      </w:r>
      <w:proofErr w:type="spellEnd"/>
      <w:r w:rsidRPr="0025334A">
        <w:t xml:space="preserve"> </w:t>
      </w:r>
      <w:proofErr w:type="spellStart"/>
      <w:r w:rsidRPr="0025334A">
        <w:t>unitățile</w:t>
      </w:r>
      <w:proofErr w:type="spellEnd"/>
      <w:r w:rsidRPr="0025334A">
        <w:t xml:space="preserve"> de catering </w:t>
      </w:r>
      <w:proofErr w:type="spellStart"/>
      <w:r w:rsidRPr="0025334A">
        <w:t>și</w:t>
      </w:r>
      <w:proofErr w:type="spellEnd"/>
      <w:r w:rsidRPr="0025334A">
        <w:t xml:space="preserve">, </w:t>
      </w:r>
      <w:proofErr w:type="spellStart"/>
      <w:r w:rsidRPr="0025334A">
        <w:t>după</w:t>
      </w:r>
      <w:proofErr w:type="spellEnd"/>
      <w:r w:rsidRPr="0025334A">
        <w:t xml:space="preserve"> </w:t>
      </w:r>
      <w:proofErr w:type="spellStart"/>
      <w:r w:rsidRPr="0025334A">
        <w:t>caz</w:t>
      </w:r>
      <w:proofErr w:type="spellEnd"/>
      <w:r w:rsidRPr="0025334A">
        <w:t xml:space="preserve">, </w:t>
      </w:r>
      <w:proofErr w:type="spellStart"/>
      <w:r w:rsidRPr="0025334A">
        <w:t>transportul</w:t>
      </w:r>
      <w:proofErr w:type="spellEnd"/>
      <w:r w:rsidRPr="0025334A">
        <w:t xml:space="preserve"> </w:t>
      </w:r>
      <w:proofErr w:type="spellStart"/>
      <w:r w:rsidRPr="0025334A">
        <w:t>produselor</w:t>
      </w:r>
      <w:proofErr w:type="spellEnd"/>
      <w:r w:rsidRPr="0025334A">
        <w:t xml:space="preserve"> </w:t>
      </w:r>
      <w:proofErr w:type="spellStart"/>
      <w:r w:rsidRPr="0025334A">
        <w:t>alimentare</w:t>
      </w:r>
      <w:proofErr w:type="spellEnd"/>
      <w:r w:rsidRPr="0025334A">
        <w:t xml:space="preserve"> de origine </w:t>
      </w:r>
      <w:proofErr w:type="spellStart"/>
      <w:r w:rsidRPr="0025334A">
        <w:t>nonanimală</w:t>
      </w:r>
      <w:proofErr w:type="spellEnd"/>
      <w:r w:rsidRPr="0025334A">
        <w:t>;</w:t>
      </w:r>
    </w:p>
    <w:p w14:paraId="3DF1147A" w14:textId="77777777" w:rsidR="000C4CB5" w:rsidRPr="0025334A" w:rsidRDefault="004E746A" w:rsidP="0025334A">
      <w:pPr>
        <w:spacing w:after="50" w:line="247" w:lineRule="auto"/>
        <w:ind w:left="283" w:hanging="283"/>
      </w:pPr>
      <w:r w:rsidRPr="0025334A">
        <w:t xml:space="preserve">m) </w:t>
      </w:r>
      <w:proofErr w:type="spellStart"/>
      <w:r w:rsidRPr="0025334A">
        <w:t>Ordinul</w:t>
      </w:r>
      <w:proofErr w:type="spellEnd"/>
      <w:r w:rsidRPr="0025334A">
        <w:t xml:space="preserve"> ANSVSA nr. 57/2010 </w:t>
      </w:r>
      <w:proofErr w:type="spellStart"/>
      <w:r w:rsidRPr="0025334A">
        <w:t>privind</w:t>
      </w:r>
      <w:proofErr w:type="spellEnd"/>
      <w:r w:rsidRPr="0025334A">
        <w:t xml:space="preserve"> </w:t>
      </w:r>
      <w:proofErr w:type="spellStart"/>
      <w:r w:rsidRPr="0025334A">
        <w:t>autorizarea</w:t>
      </w:r>
      <w:proofErr w:type="spellEnd"/>
      <w:r w:rsidRPr="0025334A">
        <w:t xml:space="preserve"> </w:t>
      </w:r>
      <w:proofErr w:type="spellStart"/>
      <w:r w:rsidRPr="0025334A">
        <w:t>sanitară</w:t>
      </w:r>
      <w:proofErr w:type="spellEnd"/>
      <w:r w:rsidRPr="0025334A">
        <w:t xml:space="preserve"> </w:t>
      </w:r>
      <w:proofErr w:type="spellStart"/>
      <w:r w:rsidRPr="0025334A">
        <w:t>veterinară</w:t>
      </w:r>
      <w:proofErr w:type="spellEnd"/>
      <w:r w:rsidRPr="0025334A">
        <w:t xml:space="preserve"> a </w:t>
      </w:r>
      <w:proofErr w:type="spellStart"/>
      <w:r w:rsidRPr="0025334A">
        <w:t>unităților</w:t>
      </w:r>
      <w:proofErr w:type="spellEnd"/>
      <w:r w:rsidRPr="0025334A">
        <w:t xml:space="preserve"> </w:t>
      </w:r>
      <w:proofErr w:type="spellStart"/>
      <w:r w:rsidRPr="0025334A">
        <w:t>și</w:t>
      </w:r>
      <w:proofErr w:type="spellEnd"/>
      <w:r w:rsidRPr="0025334A">
        <w:t xml:space="preserve"> </w:t>
      </w:r>
      <w:proofErr w:type="spellStart"/>
      <w:r w:rsidRPr="0025334A">
        <w:t>mijloacelor</w:t>
      </w:r>
      <w:proofErr w:type="spellEnd"/>
      <w:r w:rsidRPr="0025334A">
        <w:t xml:space="preserve"> de transport </w:t>
      </w:r>
      <w:proofErr w:type="spellStart"/>
      <w:r w:rsidRPr="0025334A">
        <w:t>pentru</w:t>
      </w:r>
      <w:proofErr w:type="spellEnd"/>
      <w:r w:rsidRPr="0025334A">
        <w:t xml:space="preserve"> </w:t>
      </w:r>
      <w:proofErr w:type="spellStart"/>
      <w:r w:rsidRPr="0025334A">
        <w:t>produse</w:t>
      </w:r>
      <w:proofErr w:type="spellEnd"/>
      <w:r w:rsidRPr="0025334A">
        <w:t xml:space="preserve"> de origine </w:t>
      </w:r>
      <w:proofErr w:type="spellStart"/>
      <w:r w:rsidRPr="0025334A">
        <w:t>animală</w:t>
      </w:r>
      <w:proofErr w:type="spellEnd"/>
      <w:r w:rsidRPr="0025334A">
        <w:t xml:space="preserve">, </w:t>
      </w:r>
      <w:proofErr w:type="spellStart"/>
      <w:r w:rsidRPr="0025334A">
        <w:t>în</w:t>
      </w:r>
      <w:proofErr w:type="spellEnd"/>
      <w:r w:rsidRPr="0025334A">
        <w:t xml:space="preserve"> forma </w:t>
      </w:r>
      <w:proofErr w:type="spellStart"/>
      <w:r w:rsidRPr="0025334A">
        <w:t>aplicabilă</w:t>
      </w:r>
      <w:proofErr w:type="spellEnd"/>
      <w:r w:rsidRPr="0025334A">
        <w:t>;</w:t>
      </w:r>
    </w:p>
    <w:p w14:paraId="64AB57EC" w14:textId="77777777" w:rsidR="000C4CB5" w:rsidRPr="0025334A" w:rsidRDefault="004E746A" w:rsidP="0025334A">
      <w:pPr>
        <w:spacing w:after="50" w:line="247" w:lineRule="auto"/>
        <w:ind w:left="283" w:hanging="283"/>
      </w:pPr>
      <w:r w:rsidRPr="0025334A">
        <w:t xml:space="preserve">n) </w:t>
      </w:r>
      <w:proofErr w:type="spellStart"/>
      <w:r w:rsidRPr="0025334A">
        <w:t>Ordinul</w:t>
      </w:r>
      <w:proofErr w:type="spellEnd"/>
      <w:r w:rsidRPr="0025334A">
        <w:t xml:space="preserve"> </w:t>
      </w:r>
      <w:proofErr w:type="spellStart"/>
      <w:r w:rsidRPr="0025334A">
        <w:t>ministrului</w:t>
      </w:r>
      <w:proofErr w:type="spellEnd"/>
      <w:r w:rsidRPr="0025334A">
        <w:t xml:space="preserve"> </w:t>
      </w:r>
      <w:proofErr w:type="spellStart"/>
      <w:r w:rsidRPr="0025334A">
        <w:t>sănătății</w:t>
      </w:r>
      <w:proofErr w:type="spellEnd"/>
      <w:r w:rsidRPr="0025334A">
        <w:t xml:space="preserve"> nr. 1.030/2009 </w:t>
      </w:r>
      <w:proofErr w:type="spellStart"/>
      <w:r w:rsidRPr="0025334A">
        <w:t>privind</w:t>
      </w:r>
      <w:proofErr w:type="spellEnd"/>
      <w:r w:rsidRPr="0025334A">
        <w:t xml:space="preserve"> </w:t>
      </w:r>
      <w:proofErr w:type="spellStart"/>
      <w:r w:rsidRPr="0025334A">
        <w:t>procedurile</w:t>
      </w:r>
      <w:proofErr w:type="spellEnd"/>
      <w:r w:rsidRPr="0025334A">
        <w:t xml:space="preserve"> de </w:t>
      </w:r>
      <w:proofErr w:type="spellStart"/>
      <w:r w:rsidRPr="0025334A">
        <w:t>reglementare</w:t>
      </w:r>
      <w:proofErr w:type="spellEnd"/>
      <w:r w:rsidRPr="0025334A">
        <w:t xml:space="preserve"> </w:t>
      </w:r>
      <w:proofErr w:type="spellStart"/>
      <w:r w:rsidRPr="0025334A">
        <w:t>sanitară</w:t>
      </w:r>
      <w:proofErr w:type="spellEnd"/>
      <w:r w:rsidRPr="0025334A">
        <w:t xml:space="preserve"> </w:t>
      </w:r>
      <w:proofErr w:type="spellStart"/>
      <w:r w:rsidRPr="0025334A">
        <w:t>pentru</w:t>
      </w:r>
      <w:proofErr w:type="spellEnd"/>
      <w:r w:rsidRPr="0025334A">
        <w:t xml:space="preserve"> </w:t>
      </w:r>
      <w:proofErr w:type="spellStart"/>
      <w:r w:rsidRPr="0025334A">
        <w:t>funcționarea</w:t>
      </w:r>
      <w:proofErr w:type="spellEnd"/>
      <w:r w:rsidRPr="0025334A">
        <w:t xml:space="preserve"> </w:t>
      </w:r>
      <w:proofErr w:type="spellStart"/>
      <w:r w:rsidRPr="0025334A">
        <w:t>obiectivelor</w:t>
      </w:r>
      <w:proofErr w:type="spellEnd"/>
      <w:r w:rsidRPr="0025334A">
        <w:t xml:space="preserve"> cu </w:t>
      </w:r>
      <w:proofErr w:type="spellStart"/>
      <w:r w:rsidRPr="0025334A">
        <w:t>risc</w:t>
      </w:r>
      <w:proofErr w:type="spellEnd"/>
      <w:r w:rsidRPr="0025334A">
        <w:t xml:space="preserve"> </w:t>
      </w:r>
      <w:proofErr w:type="spellStart"/>
      <w:r w:rsidRPr="0025334A">
        <w:t>pentru</w:t>
      </w:r>
      <w:proofErr w:type="spellEnd"/>
      <w:r w:rsidRPr="0025334A">
        <w:t xml:space="preserve"> </w:t>
      </w:r>
      <w:proofErr w:type="spellStart"/>
      <w:r w:rsidRPr="0025334A">
        <w:t>sănătatea</w:t>
      </w:r>
      <w:proofErr w:type="spellEnd"/>
      <w:r w:rsidRPr="0025334A">
        <w:t xml:space="preserve"> </w:t>
      </w:r>
      <w:proofErr w:type="spellStart"/>
      <w:r w:rsidRPr="0025334A">
        <w:t>populației</w:t>
      </w:r>
      <w:proofErr w:type="spellEnd"/>
      <w:r w:rsidRPr="0025334A">
        <w:t xml:space="preserve">, </w:t>
      </w:r>
      <w:proofErr w:type="spellStart"/>
      <w:r w:rsidRPr="0025334A">
        <w:t>inclusiv</w:t>
      </w:r>
      <w:proofErr w:type="spellEnd"/>
      <w:r w:rsidRPr="0025334A">
        <w:t xml:space="preserve"> </w:t>
      </w:r>
      <w:proofErr w:type="spellStart"/>
      <w:r w:rsidRPr="0025334A">
        <w:t>activitățile</w:t>
      </w:r>
      <w:proofErr w:type="spellEnd"/>
      <w:r w:rsidRPr="0025334A">
        <w:t xml:space="preserve"> de </w:t>
      </w:r>
      <w:proofErr w:type="spellStart"/>
      <w:r w:rsidRPr="0025334A">
        <w:t>alimentație</w:t>
      </w:r>
      <w:proofErr w:type="spellEnd"/>
      <w:r w:rsidRPr="0025334A">
        <w:t xml:space="preserve">/catering </w:t>
      </w:r>
      <w:proofErr w:type="spellStart"/>
      <w:r w:rsidRPr="0025334A">
        <w:t>prevăzute</w:t>
      </w:r>
      <w:proofErr w:type="spellEnd"/>
      <w:r w:rsidRPr="0025334A">
        <w:t xml:space="preserve"> </w:t>
      </w:r>
      <w:proofErr w:type="spellStart"/>
      <w:r w:rsidRPr="0025334A">
        <w:t>în</w:t>
      </w:r>
      <w:proofErr w:type="spellEnd"/>
      <w:r w:rsidRPr="0025334A">
        <w:t xml:space="preserve"> </w:t>
      </w:r>
      <w:proofErr w:type="spellStart"/>
      <w:r w:rsidRPr="0025334A">
        <w:t>anexele</w:t>
      </w:r>
      <w:proofErr w:type="spellEnd"/>
      <w:r w:rsidRPr="0025334A">
        <w:t xml:space="preserve"> </w:t>
      </w:r>
      <w:proofErr w:type="spellStart"/>
      <w:r w:rsidRPr="0025334A">
        <w:t>acestuia</w:t>
      </w:r>
      <w:proofErr w:type="spellEnd"/>
      <w:r w:rsidRPr="0025334A">
        <w:t>;</w:t>
      </w:r>
    </w:p>
    <w:p w14:paraId="1C58DD24" w14:textId="77777777" w:rsidR="000C4CB5" w:rsidRPr="0025334A" w:rsidRDefault="004E746A" w:rsidP="0025334A">
      <w:pPr>
        <w:spacing w:after="50" w:line="247" w:lineRule="auto"/>
        <w:ind w:left="283" w:hanging="283"/>
      </w:pPr>
      <w:r w:rsidRPr="0025334A">
        <w:t xml:space="preserve">o) </w:t>
      </w:r>
      <w:proofErr w:type="spellStart"/>
      <w:r w:rsidRPr="0025334A">
        <w:t>Ordinul</w:t>
      </w:r>
      <w:proofErr w:type="spellEnd"/>
      <w:r w:rsidRPr="0025334A">
        <w:t xml:space="preserve"> </w:t>
      </w:r>
      <w:proofErr w:type="spellStart"/>
      <w:r w:rsidRPr="0025334A">
        <w:t>ministrului</w:t>
      </w:r>
      <w:proofErr w:type="spellEnd"/>
      <w:r w:rsidRPr="0025334A">
        <w:t xml:space="preserve"> </w:t>
      </w:r>
      <w:proofErr w:type="spellStart"/>
      <w:r w:rsidRPr="0025334A">
        <w:t>sănătății</w:t>
      </w:r>
      <w:proofErr w:type="spellEnd"/>
      <w:r w:rsidRPr="0025334A">
        <w:t xml:space="preserve"> </w:t>
      </w:r>
      <w:proofErr w:type="spellStart"/>
      <w:r w:rsidRPr="0025334A">
        <w:t>și</w:t>
      </w:r>
      <w:proofErr w:type="spellEnd"/>
      <w:r w:rsidRPr="0025334A">
        <w:t xml:space="preserve"> </w:t>
      </w:r>
      <w:proofErr w:type="spellStart"/>
      <w:r w:rsidRPr="0025334A">
        <w:t>ministrului</w:t>
      </w:r>
      <w:proofErr w:type="spellEnd"/>
      <w:r w:rsidRPr="0025334A">
        <w:t xml:space="preserve"> </w:t>
      </w:r>
      <w:proofErr w:type="spellStart"/>
      <w:r w:rsidRPr="0025334A">
        <w:t>educației</w:t>
      </w:r>
      <w:proofErr w:type="spellEnd"/>
      <w:r w:rsidRPr="0025334A">
        <w:t xml:space="preserve"> nr. 2.209/4.469/2022 </w:t>
      </w:r>
      <w:proofErr w:type="spellStart"/>
      <w:r w:rsidRPr="0025334A">
        <w:t>privind</w:t>
      </w:r>
      <w:proofErr w:type="spellEnd"/>
      <w:r w:rsidRPr="0025334A">
        <w:t xml:space="preserve"> </w:t>
      </w:r>
      <w:proofErr w:type="spellStart"/>
      <w:r w:rsidRPr="0025334A">
        <w:t>instruirea</w:t>
      </w:r>
      <w:proofErr w:type="spellEnd"/>
      <w:r w:rsidRPr="0025334A">
        <w:t xml:space="preserve"> </w:t>
      </w:r>
      <w:proofErr w:type="spellStart"/>
      <w:r w:rsidRPr="0025334A">
        <w:t>profesională</w:t>
      </w:r>
      <w:proofErr w:type="spellEnd"/>
      <w:r w:rsidRPr="0025334A">
        <w:t xml:space="preserve"> </w:t>
      </w:r>
      <w:proofErr w:type="spellStart"/>
      <w:r w:rsidRPr="0025334A">
        <w:t>pentru</w:t>
      </w:r>
      <w:proofErr w:type="spellEnd"/>
      <w:r w:rsidRPr="0025334A">
        <w:t xml:space="preserve"> </w:t>
      </w:r>
      <w:proofErr w:type="spellStart"/>
      <w:r w:rsidRPr="0025334A">
        <w:t>însușirea</w:t>
      </w:r>
      <w:proofErr w:type="spellEnd"/>
      <w:r w:rsidRPr="0025334A">
        <w:t xml:space="preserve"> </w:t>
      </w:r>
      <w:proofErr w:type="spellStart"/>
      <w:r w:rsidRPr="0025334A">
        <w:t>noțiunilor</w:t>
      </w:r>
      <w:proofErr w:type="spellEnd"/>
      <w:r w:rsidRPr="0025334A">
        <w:t xml:space="preserve"> </w:t>
      </w:r>
      <w:proofErr w:type="spellStart"/>
      <w:r w:rsidRPr="0025334A">
        <w:t>fundamentale</w:t>
      </w:r>
      <w:proofErr w:type="spellEnd"/>
      <w:r w:rsidRPr="0025334A">
        <w:t xml:space="preserve"> de </w:t>
      </w:r>
      <w:proofErr w:type="spellStart"/>
      <w:r w:rsidRPr="0025334A">
        <w:t>igienă</w:t>
      </w:r>
      <w:proofErr w:type="spellEnd"/>
      <w:r w:rsidRPr="0025334A">
        <w:t>;</w:t>
      </w:r>
    </w:p>
    <w:p w14:paraId="6F0312C2" w14:textId="77777777" w:rsidR="00FA30E6" w:rsidRDefault="004E746A" w:rsidP="00FA30E6">
      <w:pPr>
        <w:spacing w:after="50" w:line="247" w:lineRule="auto"/>
        <w:ind w:left="283" w:hanging="283"/>
      </w:pPr>
      <w:r w:rsidRPr="0025334A">
        <w:t xml:space="preserve">p) </w:t>
      </w:r>
      <w:proofErr w:type="spellStart"/>
      <w:r w:rsidRPr="0025334A">
        <w:t>Hotărârea</w:t>
      </w:r>
      <w:proofErr w:type="spellEnd"/>
      <w:r w:rsidRPr="0025334A">
        <w:t xml:space="preserve"> </w:t>
      </w:r>
      <w:proofErr w:type="spellStart"/>
      <w:r w:rsidRPr="0025334A">
        <w:t>Guvernului</w:t>
      </w:r>
      <w:proofErr w:type="spellEnd"/>
      <w:r w:rsidRPr="0025334A">
        <w:t xml:space="preserve"> nr. 355/2007 </w:t>
      </w:r>
      <w:proofErr w:type="spellStart"/>
      <w:r w:rsidRPr="0025334A">
        <w:t>privind</w:t>
      </w:r>
      <w:proofErr w:type="spellEnd"/>
      <w:r w:rsidRPr="0025334A">
        <w:t xml:space="preserve"> </w:t>
      </w:r>
      <w:proofErr w:type="spellStart"/>
      <w:r w:rsidRPr="0025334A">
        <w:t>supravegherea</w:t>
      </w:r>
      <w:proofErr w:type="spellEnd"/>
      <w:r w:rsidRPr="0025334A">
        <w:t xml:space="preserve"> </w:t>
      </w:r>
      <w:proofErr w:type="spellStart"/>
      <w:r w:rsidRPr="0025334A">
        <w:t>sănătății</w:t>
      </w:r>
      <w:proofErr w:type="spellEnd"/>
      <w:r w:rsidRPr="0025334A">
        <w:t xml:space="preserve"> </w:t>
      </w:r>
      <w:proofErr w:type="spellStart"/>
      <w:r w:rsidRPr="0025334A">
        <w:t>lucrătorilor</w:t>
      </w:r>
      <w:proofErr w:type="spellEnd"/>
      <w:r w:rsidRPr="0025334A">
        <w:t xml:space="preserve">, </w:t>
      </w:r>
      <w:proofErr w:type="spellStart"/>
      <w:r w:rsidRPr="0025334A">
        <w:t>inclusiv</w:t>
      </w:r>
      <w:proofErr w:type="spellEnd"/>
      <w:r w:rsidRPr="0025334A">
        <w:t xml:space="preserve"> </w:t>
      </w:r>
      <w:proofErr w:type="spellStart"/>
      <w:r w:rsidRPr="0025334A">
        <w:t>cerințele</w:t>
      </w:r>
      <w:proofErr w:type="spellEnd"/>
      <w:r w:rsidRPr="0025334A">
        <w:t xml:space="preserve"> </w:t>
      </w:r>
      <w:proofErr w:type="spellStart"/>
      <w:r w:rsidRPr="0025334A">
        <w:t>aplicabile</w:t>
      </w:r>
      <w:proofErr w:type="spellEnd"/>
      <w:r w:rsidRPr="0025334A">
        <w:t xml:space="preserve"> </w:t>
      </w:r>
      <w:proofErr w:type="spellStart"/>
      <w:r w:rsidRPr="0025334A">
        <w:t>personalului</w:t>
      </w:r>
      <w:proofErr w:type="spellEnd"/>
      <w:r w:rsidRPr="0025334A">
        <w:t xml:space="preserve"> din </w:t>
      </w:r>
      <w:proofErr w:type="spellStart"/>
      <w:r w:rsidRPr="0025334A">
        <w:t>sectorul</w:t>
      </w:r>
      <w:proofErr w:type="spellEnd"/>
      <w:r w:rsidRPr="0025334A">
        <w:t xml:space="preserve"> </w:t>
      </w:r>
      <w:proofErr w:type="spellStart"/>
      <w:r w:rsidRPr="0025334A">
        <w:t>alimentar</w:t>
      </w:r>
      <w:proofErr w:type="spellEnd"/>
      <w:r w:rsidRPr="0025334A">
        <w:t>;</w:t>
      </w:r>
    </w:p>
    <w:p w14:paraId="3F4491E3" w14:textId="6B427157" w:rsidR="00FA30E6" w:rsidRPr="00FA30E6" w:rsidRDefault="00FA30E6" w:rsidP="00FA30E6">
      <w:pPr>
        <w:spacing w:after="50" w:line="247" w:lineRule="auto"/>
        <w:ind w:left="283" w:hanging="283"/>
      </w:pPr>
      <w:r w:rsidRPr="00FA30E6">
        <w:rPr>
          <w:lang w:val="ro-RO"/>
        </w:rPr>
        <w:t>q) Legea nr. 217/2016 privind diminuarea risipei alimentare, republicată, OUG nr. 92/2021 privind regimul deșeurilor și, după caz, Regulamentul (CE) nr. 1069/2009 privind subprodusele de origine animală;</w:t>
      </w:r>
    </w:p>
    <w:p w14:paraId="449D84EF" w14:textId="77777777" w:rsidR="00FA30E6" w:rsidRPr="00FA30E6" w:rsidRDefault="00FA30E6" w:rsidP="00FA30E6">
      <w:pPr>
        <w:spacing w:after="50" w:line="247" w:lineRule="auto"/>
        <w:ind w:left="283" w:hanging="283"/>
        <w:rPr>
          <w:lang w:val="ro-RO"/>
        </w:rPr>
      </w:pPr>
      <w:r w:rsidRPr="00FA30E6">
        <w:rPr>
          <w:lang w:val="ro-RO"/>
        </w:rPr>
        <w:t>r) Ordinul ministrului sănătății nr. 976/1998 pentru aprobarea Normelor de igienă privind producția, prelucrarea, depozitarea, păstrarea, transportul și desfacerea alimentelor, în măsura aplicabilă;</w:t>
      </w:r>
    </w:p>
    <w:p w14:paraId="6A2480B4" w14:textId="4A419D04" w:rsidR="00BE5687" w:rsidRDefault="00FA30E6" w:rsidP="00FA30E6">
      <w:pPr>
        <w:spacing w:after="50" w:line="247" w:lineRule="auto"/>
        <w:ind w:left="283" w:hanging="283"/>
        <w:rPr>
          <w:lang w:val="ro-RO"/>
        </w:rPr>
      </w:pPr>
      <w:r w:rsidRPr="00FA30E6">
        <w:rPr>
          <w:lang w:val="ro-RO"/>
        </w:rPr>
        <w:t>s) legislația privind securitatea și sănătatea în muncă, protecția mediului, deșeurile, prevenirea risipei alimentare și protecția datelor</w:t>
      </w:r>
      <w:r w:rsidR="00BE5687">
        <w:t>;</w:t>
      </w:r>
    </w:p>
    <w:p w14:paraId="7A283036" w14:textId="52318715" w:rsidR="00BE5687" w:rsidRPr="00BE5687" w:rsidRDefault="00BE5687" w:rsidP="00BE5687">
      <w:pPr>
        <w:spacing w:after="50" w:line="247" w:lineRule="auto"/>
        <w:ind w:left="283" w:hanging="283"/>
        <w:rPr>
          <w:lang w:val="ro-RO"/>
        </w:rPr>
      </w:pPr>
      <w:r w:rsidRPr="00BE5687">
        <w:rPr>
          <w:lang w:val="ro-RO"/>
        </w:rPr>
        <w:t>t) Ordinul nr.507/2026 privind aprobarea standardelor specifice minime de calitate obligatorii pentru serviciile sociale destinate persoanelor adulte cu dizabilitati</w:t>
      </w:r>
      <w:r>
        <w:rPr>
          <w:lang w:val="ro-RO"/>
        </w:rPr>
        <w:t>;</w:t>
      </w:r>
    </w:p>
    <w:p w14:paraId="6A01AC00" w14:textId="72CE8BB7" w:rsidR="00FA30E6" w:rsidRPr="00FA30E6" w:rsidRDefault="00BE5687" w:rsidP="00BE5687">
      <w:pPr>
        <w:spacing w:after="50" w:line="247" w:lineRule="auto"/>
        <w:ind w:left="283" w:hanging="283"/>
        <w:rPr>
          <w:lang w:val="ro-RO"/>
        </w:rPr>
      </w:pPr>
      <w:r w:rsidRPr="00BE5687">
        <w:rPr>
          <w:lang w:val="ro-RO"/>
        </w:rPr>
        <w:t>u) Ordinul nr. 834/2026 privind modificarea si completarea Ordinului ministrului muncii, familiei, tineretului si solidaritatii sociale nr.507/2026</w:t>
      </w:r>
      <w:r w:rsidR="00FA30E6" w:rsidRPr="00FA30E6">
        <w:rPr>
          <w:lang w:val="ro-RO"/>
        </w:rPr>
        <w:t>.</w:t>
      </w:r>
    </w:p>
    <w:p w14:paraId="0C9D5D11" w14:textId="540BF6DF" w:rsidR="000C4CB5" w:rsidRPr="0025334A" w:rsidRDefault="00036CFE" w:rsidP="00FA30E6">
      <w:pPr>
        <w:spacing w:after="50" w:line="247" w:lineRule="auto"/>
        <w:ind w:firstLine="720"/>
      </w:pPr>
      <w:proofErr w:type="spellStart"/>
      <w:r w:rsidRPr="00036CFE">
        <w:t>Actele</w:t>
      </w:r>
      <w:proofErr w:type="spellEnd"/>
      <w:r w:rsidRPr="00036CFE">
        <w:t xml:space="preserve"> normative enumerate </w:t>
      </w:r>
      <w:proofErr w:type="spellStart"/>
      <w:r w:rsidRPr="00036CFE">
        <w:t>constituie</w:t>
      </w:r>
      <w:proofErr w:type="spellEnd"/>
      <w:r w:rsidRPr="00036CFE">
        <w:t xml:space="preserve"> </w:t>
      </w:r>
      <w:proofErr w:type="spellStart"/>
      <w:r w:rsidRPr="00036CFE">
        <w:t>cadrul</w:t>
      </w:r>
      <w:proofErr w:type="spellEnd"/>
      <w:r w:rsidRPr="00036CFE">
        <w:t xml:space="preserve"> de </w:t>
      </w:r>
      <w:proofErr w:type="spellStart"/>
      <w:r w:rsidRPr="00036CFE">
        <w:t>referință</w:t>
      </w:r>
      <w:proofErr w:type="spellEnd"/>
      <w:r w:rsidRPr="00036CFE">
        <w:t xml:space="preserve"> al </w:t>
      </w:r>
      <w:proofErr w:type="spellStart"/>
      <w:r w:rsidRPr="00036CFE">
        <w:t>prezentei</w:t>
      </w:r>
      <w:proofErr w:type="spellEnd"/>
      <w:r w:rsidRPr="00036CFE">
        <w:t xml:space="preserve"> </w:t>
      </w:r>
      <w:proofErr w:type="spellStart"/>
      <w:r w:rsidRPr="00036CFE">
        <w:t>achiziții</w:t>
      </w:r>
      <w:proofErr w:type="spellEnd"/>
      <w:r w:rsidRPr="00036CFE">
        <w:t xml:space="preserve">. </w:t>
      </w:r>
      <w:proofErr w:type="spellStart"/>
      <w:r w:rsidRPr="00036CFE">
        <w:t>Prestatorul</w:t>
      </w:r>
      <w:proofErr w:type="spellEnd"/>
      <w:r w:rsidRPr="00036CFE">
        <w:t xml:space="preserve"> </w:t>
      </w:r>
      <w:proofErr w:type="spellStart"/>
      <w:r w:rsidRPr="00036CFE">
        <w:t>respectă</w:t>
      </w:r>
      <w:proofErr w:type="spellEnd"/>
      <w:r w:rsidRPr="00036CFE">
        <w:t xml:space="preserve"> </w:t>
      </w:r>
      <w:proofErr w:type="spellStart"/>
      <w:r w:rsidRPr="00036CFE">
        <w:t>toate</w:t>
      </w:r>
      <w:proofErr w:type="spellEnd"/>
      <w:r w:rsidRPr="00036CFE">
        <w:t xml:space="preserve"> </w:t>
      </w:r>
      <w:proofErr w:type="spellStart"/>
      <w:r w:rsidRPr="00036CFE">
        <w:t>dispozițiile</w:t>
      </w:r>
      <w:proofErr w:type="spellEnd"/>
      <w:r w:rsidRPr="00036CFE">
        <w:t xml:space="preserve"> </w:t>
      </w:r>
      <w:proofErr w:type="spellStart"/>
      <w:r w:rsidRPr="00036CFE">
        <w:t>legale</w:t>
      </w:r>
      <w:proofErr w:type="spellEnd"/>
      <w:r w:rsidRPr="00036CFE">
        <w:t xml:space="preserve"> </w:t>
      </w:r>
      <w:proofErr w:type="spellStart"/>
      <w:r w:rsidRPr="00036CFE">
        <w:t>obligatorii</w:t>
      </w:r>
      <w:proofErr w:type="spellEnd"/>
      <w:r w:rsidRPr="00036CFE">
        <w:t xml:space="preserve"> </w:t>
      </w:r>
      <w:proofErr w:type="spellStart"/>
      <w:r w:rsidRPr="00036CFE">
        <w:t>aplicabile</w:t>
      </w:r>
      <w:proofErr w:type="spellEnd"/>
      <w:r w:rsidRPr="00036CFE">
        <w:t xml:space="preserve"> </w:t>
      </w:r>
      <w:proofErr w:type="spellStart"/>
      <w:r w:rsidRPr="00036CFE">
        <w:t>serviciului</w:t>
      </w:r>
      <w:proofErr w:type="spellEnd"/>
      <w:r w:rsidRPr="00036CFE">
        <w:t xml:space="preserve"> la data </w:t>
      </w:r>
      <w:proofErr w:type="spellStart"/>
      <w:r w:rsidRPr="00036CFE">
        <w:t>executării</w:t>
      </w:r>
      <w:proofErr w:type="spellEnd"/>
      <w:r w:rsidRPr="00036CFE">
        <w:t xml:space="preserve">, </w:t>
      </w:r>
      <w:proofErr w:type="spellStart"/>
      <w:r w:rsidRPr="00036CFE">
        <w:t>inclusiv</w:t>
      </w:r>
      <w:proofErr w:type="spellEnd"/>
      <w:r w:rsidRPr="00036CFE">
        <w:t xml:space="preserve"> </w:t>
      </w:r>
      <w:proofErr w:type="spellStart"/>
      <w:r w:rsidRPr="00036CFE">
        <w:t>modificările</w:t>
      </w:r>
      <w:proofErr w:type="spellEnd"/>
      <w:r w:rsidRPr="00036CFE">
        <w:t xml:space="preserve"> </w:t>
      </w:r>
      <w:proofErr w:type="spellStart"/>
      <w:r w:rsidRPr="00036CFE">
        <w:t>și</w:t>
      </w:r>
      <w:proofErr w:type="spellEnd"/>
      <w:r w:rsidRPr="00036CFE">
        <w:t xml:space="preserve"> </w:t>
      </w:r>
      <w:proofErr w:type="spellStart"/>
      <w:r w:rsidRPr="00036CFE">
        <w:t>completările</w:t>
      </w:r>
      <w:proofErr w:type="spellEnd"/>
      <w:r w:rsidRPr="00036CFE">
        <w:t xml:space="preserve"> </w:t>
      </w:r>
      <w:proofErr w:type="spellStart"/>
      <w:r w:rsidRPr="00036CFE">
        <w:t>intrate</w:t>
      </w:r>
      <w:proofErr w:type="spellEnd"/>
      <w:r w:rsidRPr="00036CFE">
        <w:t xml:space="preserve"> </w:t>
      </w:r>
      <w:proofErr w:type="spellStart"/>
      <w:r w:rsidRPr="00036CFE">
        <w:t>în</w:t>
      </w:r>
      <w:proofErr w:type="spellEnd"/>
      <w:r w:rsidRPr="00036CFE">
        <w:t xml:space="preserve"> </w:t>
      </w:r>
      <w:proofErr w:type="spellStart"/>
      <w:r w:rsidRPr="00036CFE">
        <w:t>vigoare</w:t>
      </w:r>
      <w:proofErr w:type="spellEnd"/>
      <w:r w:rsidRPr="00036CFE">
        <w:t xml:space="preserve"> ulterior </w:t>
      </w:r>
      <w:proofErr w:type="spellStart"/>
      <w:r w:rsidRPr="00036CFE">
        <w:t>publicării</w:t>
      </w:r>
      <w:proofErr w:type="spellEnd"/>
      <w:r w:rsidRPr="00036CFE">
        <w:t xml:space="preserve"> </w:t>
      </w:r>
      <w:proofErr w:type="spellStart"/>
      <w:r w:rsidRPr="00036CFE">
        <w:t>documentației</w:t>
      </w:r>
      <w:proofErr w:type="spellEnd"/>
      <w:r w:rsidRPr="00036CFE">
        <w:t>.</w:t>
      </w:r>
    </w:p>
    <w:p w14:paraId="7063DE60" w14:textId="00F76EAA" w:rsidR="000C4CB5" w:rsidRPr="0025334A" w:rsidRDefault="004E746A" w:rsidP="0025334A">
      <w:pPr>
        <w:pStyle w:val="Heading2"/>
        <w:rPr>
          <w:color w:val="auto"/>
        </w:rPr>
      </w:pPr>
      <w:bookmarkStart w:id="72" w:name="_Toc242951510"/>
      <w:r w:rsidRPr="0025334A">
        <w:rPr>
          <w:color w:val="auto"/>
        </w:rPr>
        <w:t xml:space="preserve">3. </w:t>
      </w:r>
      <w:proofErr w:type="spellStart"/>
      <w:r w:rsidRPr="0025334A">
        <w:rPr>
          <w:color w:val="auto"/>
        </w:rPr>
        <w:t>Dispoziții</w:t>
      </w:r>
      <w:proofErr w:type="spellEnd"/>
      <w:r w:rsidRPr="0025334A">
        <w:rPr>
          <w:color w:val="auto"/>
        </w:rPr>
        <w:t xml:space="preserve"> finale </w:t>
      </w:r>
      <w:proofErr w:type="spellStart"/>
      <w:r w:rsidRPr="0025334A">
        <w:rPr>
          <w:color w:val="auto"/>
        </w:rPr>
        <w:t>privind</w:t>
      </w:r>
      <w:proofErr w:type="spellEnd"/>
      <w:r w:rsidRPr="0025334A">
        <w:rPr>
          <w:color w:val="auto"/>
        </w:rPr>
        <w:t xml:space="preserve"> </w:t>
      </w:r>
      <w:proofErr w:type="spellStart"/>
      <w:r w:rsidRPr="0025334A">
        <w:rPr>
          <w:color w:val="auto"/>
        </w:rPr>
        <w:t>aplicarea</w:t>
      </w:r>
      <w:proofErr w:type="spellEnd"/>
      <w:r w:rsidRPr="0025334A">
        <w:rPr>
          <w:color w:val="auto"/>
        </w:rPr>
        <w:t xml:space="preserve"> </w:t>
      </w:r>
      <w:proofErr w:type="spellStart"/>
      <w:r w:rsidRPr="0025334A">
        <w:rPr>
          <w:color w:val="auto"/>
        </w:rPr>
        <w:t>cerințelor</w:t>
      </w:r>
      <w:bookmarkEnd w:id="72"/>
      <w:proofErr w:type="spellEnd"/>
    </w:p>
    <w:p w14:paraId="3827ED5C" w14:textId="4EDA0ED4" w:rsidR="000C4CB5" w:rsidRDefault="004E746A">
      <w:pPr>
        <w:spacing w:after="50" w:line="247" w:lineRule="auto"/>
      </w:pPr>
      <w:proofErr w:type="spellStart"/>
      <w:r w:rsidRPr="0025334A">
        <w:t>Cerințele</w:t>
      </w:r>
      <w:proofErr w:type="spellEnd"/>
      <w:r w:rsidRPr="0025334A">
        <w:t xml:space="preserve"> </w:t>
      </w:r>
      <w:proofErr w:type="spellStart"/>
      <w:r w:rsidRPr="0025334A">
        <w:t>prezentului</w:t>
      </w:r>
      <w:proofErr w:type="spellEnd"/>
      <w:r w:rsidRPr="0025334A">
        <w:t xml:space="preserve"> </w:t>
      </w:r>
      <w:proofErr w:type="spellStart"/>
      <w:r w:rsidRPr="0025334A">
        <w:t>caiet</w:t>
      </w:r>
      <w:proofErr w:type="spellEnd"/>
      <w:r w:rsidRPr="0025334A">
        <w:t xml:space="preserve"> de </w:t>
      </w:r>
      <w:proofErr w:type="spellStart"/>
      <w:r w:rsidRPr="0025334A">
        <w:t>sarcini</w:t>
      </w:r>
      <w:proofErr w:type="spellEnd"/>
      <w:r w:rsidRPr="0025334A">
        <w:t xml:space="preserve"> sunt </w:t>
      </w:r>
      <w:proofErr w:type="spellStart"/>
      <w:r w:rsidRPr="0025334A">
        <w:t>cerințe</w:t>
      </w:r>
      <w:proofErr w:type="spellEnd"/>
      <w:r w:rsidRPr="0025334A">
        <w:t xml:space="preserve"> </w:t>
      </w:r>
      <w:proofErr w:type="spellStart"/>
      <w:r w:rsidRPr="0025334A">
        <w:t>minime</w:t>
      </w:r>
      <w:proofErr w:type="spellEnd"/>
      <w:r w:rsidRPr="0025334A">
        <w:t xml:space="preserve"> </w:t>
      </w:r>
      <w:proofErr w:type="spellStart"/>
      <w:r w:rsidRPr="0025334A">
        <w:t>obligatorii</w:t>
      </w:r>
      <w:proofErr w:type="spellEnd"/>
      <w:r w:rsidRPr="0025334A">
        <w:t xml:space="preserve"> </w:t>
      </w:r>
      <w:proofErr w:type="spellStart"/>
      <w:r w:rsidRPr="0025334A">
        <w:t>și</w:t>
      </w:r>
      <w:proofErr w:type="spellEnd"/>
      <w:r w:rsidRPr="0025334A">
        <w:t xml:space="preserve"> se </w:t>
      </w:r>
      <w:proofErr w:type="spellStart"/>
      <w:r w:rsidRPr="0025334A">
        <w:t>interpretează</w:t>
      </w:r>
      <w:proofErr w:type="spellEnd"/>
      <w:r w:rsidRPr="0025334A">
        <w:t xml:space="preserve"> </w:t>
      </w:r>
      <w:proofErr w:type="spellStart"/>
      <w:r w:rsidRPr="0025334A">
        <w:t>împreună</w:t>
      </w:r>
      <w:proofErr w:type="spellEnd"/>
      <w:r w:rsidRPr="0025334A">
        <w:t xml:space="preserve"> cu </w:t>
      </w:r>
      <w:proofErr w:type="spellStart"/>
      <w:r w:rsidRPr="0025334A">
        <w:t>acordul-cadru</w:t>
      </w:r>
      <w:proofErr w:type="spellEnd"/>
      <w:r w:rsidRPr="0025334A">
        <w:t xml:space="preserve">, </w:t>
      </w:r>
      <w:proofErr w:type="spellStart"/>
      <w:r w:rsidRPr="0025334A">
        <w:t>contractele</w:t>
      </w:r>
      <w:proofErr w:type="spellEnd"/>
      <w:r w:rsidRPr="0025334A">
        <w:t xml:space="preserve"> </w:t>
      </w:r>
      <w:proofErr w:type="spellStart"/>
      <w:r w:rsidRPr="0025334A">
        <w:t>subsecvente</w:t>
      </w:r>
      <w:proofErr w:type="spellEnd"/>
      <w:r w:rsidRPr="0025334A">
        <w:t xml:space="preserve">, </w:t>
      </w:r>
      <w:proofErr w:type="spellStart"/>
      <w:r w:rsidRPr="0025334A">
        <w:t>Strategia</w:t>
      </w:r>
      <w:proofErr w:type="spellEnd"/>
      <w:r w:rsidRPr="0025334A">
        <w:t xml:space="preserve"> de </w:t>
      </w:r>
      <w:proofErr w:type="spellStart"/>
      <w:r w:rsidRPr="0025334A">
        <w:t>contractare</w:t>
      </w:r>
      <w:proofErr w:type="spellEnd"/>
      <w:r w:rsidRPr="0025334A">
        <w:t xml:space="preserve">, </w:t>
      </w:r>
      <w:proofErr w:type="spellStart"/>
      <w:r w:rsidRPr="0025334A">
        <w:t>invitația</w:t>
      </w:r>
      <w:proofErr w:type="spellEnd"/>
      <w:r w:rsidRPr="0025334A">
        <w:t>/</w:t>
      </w:r>
      <w:proofErr w:type="spellStart"/>
      <w:r w:rsidRPr="0025334A">
        <w:t>instrucțiunile</w:t>
      </w:r>
      <w:proofErr w:type="spellEnd"/>
      <w:r w:rsidRPr="0025334A">
        <w:t xml:space="preserve">, </w:t>
      </w:r>
      <w:proofErr w:type="spellStart"/>
      <w:r w:rsidRPr="0025334A">
        <w:t>formularele</w:t>
      </w:r>
      <w:proofErr w:type="spellEnd"/>
      <w:r w:rsidRPr="0025334A">
        <w:t xml:space="preserve"> </w:t>
      </w:r>
      <w:proofErr w:type="spellStart"/>
      <w:r w:rsidRPr="0025334A">
        <w:t>și</w:t>
      </w:r>
      <w:proofErr w:type="spellEnd"/>
      <w:r w:rsidRPr="0025334A">
        <w:t xml:space="preserve"> </w:t>
      </w:r>
      <w:proofErr w:type="spellStart"/>
      <w:r w:rsidRPr="0025334A">
        <w:t>clarificările</w:t>
      </w:r>
      <w:proofErr w:type="spellEnd"/>
      <w:r w:rsidRPr="0025334A">
        <w:t xml:space="preserve"> </w:t>
      </w:r>
      <w:proofErr w:type="spellStart"/>
      <w:r w:rsidRPr="0025334A">
        <w:t>publicate</w:t>
      </w:r>
      <w:proofErr w:type="spellEnd"/>
      <w:r w:rsidRPr="0025334A">
        <w:t xml:space="preserve"> de </w:t>
      </w:r>
      <w:proofErr w:type="spellStart"/>
      <w:r w:rsidRPr="0025334A">
        <w:t>autoritatea</w:t>
      </w:r>
      <w:proofErr w:type="spellEnd"/>
      <w:r w:rsidRPr="0025334A">
        <w:t xml:space="preserve"> </w:t>
      </w:r>
      <w:proofErr w:type="spellStart"/>
      <w:r w:rsidRPr="0025334A">
        <w:t>contractantă</w:t>
      </w:r>
      <w:proofErr w:type="spellEnd"/>
      <w:r w:rsidRPr="0025334A">
        <w:t xml:space="preserve">. </w:t>
      </w: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unei</w:t>
      </w:r>
      <w:proofErr w:type="spellEnd"/>
      <w:r w:rsidRPr="0025334A">
        <w:t xml:space="preserve"> </w:t>
      </w:r>
      <w:proofErr w:type="spellStart"/>
      <w:r w:rsidRPr="0025334A">
        <w:t>neconcordanțe</w:t>
      </w:r>
      <w:proofErr w:type="spellEnd"/>
      <w:r w:rsidRPr="0025334A">
        <w:t xml:space="preserve">, se </w:t>
      </w:r>
      <w:proofErr w:type="spellStart"/>
      <w:r w:rsidRPr="0025334A">
        <w:t>aplică</w:t>
      </w:r>
      <w:proofErr w:type="spellEnd"/>
      <w:r w:rsidRPr="0025334A">
        <w:t xml:space="preserve"> </w:t>
      </w:r>
      <w:proofErr w:type="spellStart"/>
      <w:r w:rsidRPr="0025334A">
        <w:t>ordinea</w:t>
      </w:r>
      <w:proofErr w:type="spellEnd"/>
      <w:r w:rsidRPr="0025334A">
        <w:t xml:space="preserve"> de </w:t>
      </w:r>
      <w:proofErr w:type="spellStart"/>
      <w:r w:rsidRPr="0025334A">
        <w:t>prevalență</w:t>
      </w:r>
      <w:proofErr w:type="spellEnd"/>
      <w:r w:rsidRPr="0025334A">
        <w:t xml:space="preserve"> </w:t>
      </w:r>
      <w:proofErr w:type="spellStart"/>
      <w:r w:rsidRPr="0025334A">
        <w:t>stabilită</w:t>
      </w:r>
      <w:proofErr w:type="spellEnd"/>
      <w:r w:rsidRPr="0025334A">
        <w:t xml:space="preserve"> contractual, </w:t>
      </w:r>
      <w:proofErr w:type="spellStart"/>
      <w:r w:rsidRPr="0025334A">
        <w:t>fără</w:t>
      </w:r>
      <w:proofErr w:type="spellEnd"/>
      <w:r w:rsidRPr="0025334A">
        <w:t xml:space="preserve"> </w:t>
      </w:r>
      <w:proofErr w:type="spellStart"/>
      <w:r w:rsidRPr="0025334A">
        <w:t>diminuarea</w:t>
      </w:r>
      <w:proofErr w:type="spellEnd"/>
      <w:r w:rsidRPr="0025334A">
        <w:t xml:space="preserve"> </w:t>
      </w:r>
      <w:proofErr w:type="spellStart"/>
      <w:r w:rsidRPr="0025334A">
        <w:t>cerințelor</w:t>
      </w:r>
      <w:proofErr w:type="spellEnd"/>
      <w:r w:rsidRPr="0025334A">
        <w:t xml:space="preserve"> </w:t>
      </w:r>
      <w:proofErr w:type="spellStart"/>
      <w:r w:rsidRPr="0025334A">
        <w:t>tehnice</w:t>
      </w:r>
      <w:proofErr w:type="spellEnd"/>
      <w:r w:rsidRPr="0025334A">
        <w:t xml:space="preserve"> </w:t>
      </w:r>
      <w:proofErr w:type="spellStart"/>
      <w:r w:rsidRPr="0025334A">
        <w:t>minime</w:t>
      </w:r>
      <w:proofErr w:type="spellEnd"/>
      <w:r w:rsidRPr="0025334A">
        <w:t xml:space="preserve"> </w:t>
      </w:r>
      <w:proofErr w:type="spellStart"/>
      <w:r w:rsidRPr="0025334A">
        <w:t>publicate</w:t>
      </w:r>
      <w:proofErr w:type="spellEnd"/>
      <w:r w:rsidRPr="0025334A">
        <w:t xml:space="preserve"> </w:t>
      </w:r>
      <w:proofErr w:type="spellStart"/>
      <w:r w:rsidRPr="0025334A">
        <w:t>și</w:t>
      </w:r>
      <w:proofErr w:type="spellEnd"/>
      <w:r w:rsidRPr="0025334A">
        <w:t xml:space="preserve"> </w:t>
      </w:r>
      <w:proofErr w:type="spellStart"/>
      <w:r w:rsidRPr="0025334A">
        <w:t>fără</w:t>
      </w:r>
      <w:proofErr w:type="spellEnd"/>
      <w:r w:rsidRPr="0025334A">
        <w:t xml:space="preserve"> </w:t>
      </w:r>
      <w:proofErr w:type="spellStart"/>
      <w:r w:rsidRPr="0025334A">
        <w:t>reducerea</w:t>
      </w:r>
      <w:proofErr w:type="spellEnd"/>
      <w:r w:rsidRPr="0025334A">
        <w:t xml:space="preserve"> </w:t>
      </w:r>
      <w:proofErr w:type="spellStart"/>
      <w:r w:rsidRPr="0025334A">
        <w:t>nivelului</w:t>
      </w:r>
      <w:proofErr w:type="spellEnd"/>
      <w:r w:rsidRPr="0025334A">
        <w:t xml:space="preserve"> de </w:t>
      </w:r>
      <w:proofErr w:type="spellStart"/>
      <w:r w:rsidRPr="0025334A">
        <w:t>siguranță</w:t>
      </w:r>
      <w:proofErr w:type="spellEnd"/>
      <w:r w:rsidRPr="0025334A">
        <w:t xml:space="preserve"> </w:t>
      </w:r>
      <w:proofErr w:type="spellStart"/>
      <w:r w:rsidRPr="0025334A">
        <w:t>alimentară</w:t>
      </w:r>
      <w:proofErr w:type="spellEnd"/>
      <w:r w:rsidRPr="0025334A">
        <w:t>.</w:t>
      </w:r>
    </w:p>
    <w:p w14:paraId="65F82297" w14:textId="77777777" w:rsidR="00E93791" w:rsidRPr="0025334A" w:rsidRDefault="00E93791">
      <w:pPr>
        <w:spacing w:after="50" w:line="247" w:lineRule="auto"/>
      </w:pPr>
    </w:p>
    <w:p w14:paraId="6EC9A1E2" w14:textId="544D0DE2" w:rsidR="000C4CB5" w:rsidRPr="0025334A" w:rsidRDefault="004E746A" w:rsidP="0025334A">
      <w:pPr>
        <w:pStyle w:val="Heading1"/>
      </w:pPr>
      <w:bookmarkStart w:id="73" w:name="_Toc242951511"/>
      <w:r w:rsidRPr="0025334A">
        <w:t>1</w:t>
      </w:r>
      <w:r w:rsidR="00E2134C">
        <w:t>1</w:t>
      </w:r>
      <w:r w:rsidRPr="0025334A">
        <w:t xml:space="preserve">. </w:t>
      </w:r>
      <w:r w:rsidR="00FA30E6" w:rsidRPr="00FA30E6">
        <w:rPr>
          <w:bCs/>
        </w:rPr>
        <w:t xml:space="preserve">CERINȚE </w:t>
      </w:r>
      <w:r w:rsidRPr="0025334A">
        <w:t>PRIVIND PROPUNEREA TEHNICĂ</w:t>
      </w:r>
      <w:bookmarkEnd w:id="73"/>
    </w:p>
    <w:p w14:paraId="12C59FDD" w14:textId="77777777" w:rsidR="00E2134C" w:rsidRDefault="00E2134C">
      <w:pPr>
        <w:spacing w:after="50"/>
      </w:pPr>
      <w:proofErr w:type="spellStart"/>
      <w:r w:rsidRPr="00E2134C">
        <w:t>Propunerea</w:t>
      </w:r>
      <w:proofErr w:type="spellEnd"/>
      <w:r w:rsidRPr="00E2134C">
        <w:t xml:space="preserve"> </w:t>
      </w:r>
      <w:proofErr w:type="spellStart"/>
      <w:r w:rsidRPr="00E2134C">
        <w:t>tehnica</w:t>
      </w:r>
      <w:proofErr w:type="spellEnd"/>
      <w:r w:rsidRPr="00E2134C">
        <w:t xml:space="preserve"> </w:t>
      </w:r>
      <w:proofErr w:type="spellStart"/>
      <w:r w:rsidRPr="00E2134C">
        <w:t>trebuie</w:t>
      </w:r>
      <w:proofErr w:type="spellEnd"/>
      <w:r w:rsidRPr="00E2134C">
        <w:t xml:space="preserve"> </w:t>
      </w:r>
      <w:proofErr w:type="spellStart"/>
      <w:r w:rsidRPr="00E2134C">
        <w:t>sa</w:t>
      </w:r>
      <w:proofErr w:type="spellEnd"/>
      <w:r w:rsidRPr="00E2134C">
        <w:t xml:space="preserve"> </w:t>
      </w:r>
      <w:proofErr w:type="spellStart"/>
      <w:r w:rsidRPr="00E2134C">
        <w:t>permită</w:t>
      </w:r>
      <w:proofErr w:type="spellEnd"/>
      <w:r w:rsidRPr="00E2134C">
        <w:t xml:space="preserve"> </w:t>
      </w:r>
      <w:proofErr w:type="spellStart"/>
      <w:r w:rsidRPr="00E2134C">
        <w:t>identificarea</w:t>
      </w:r>
      <w:proofErr w:type="spellEnd"/>
      <w:r w:rsidRPr="00E2134C">
        <w:t xml:space="preserve"> cu </w:t>
      </w:r>
      <w:proofErr w:type="spellStart"/>
      <w:r w:rsidRPr="00E2134C">
        <w:t>ușurința</w:t>
      </w:r>
      <w:proofErr w:type="spellEnd"/>
      <w:r w:rsidRPr="00E2134C">
        <w:t xml:space="preserve"> a </w:t>
      </w:r>
      <w:proofErr w:type="spellStart"/>
      <w:r w:rsidRPr="00E2134C">
        <w:t>corespondentei</w:t>
      </w:r>
      <w:proofErr w:type="spellEnd"/>
      <w:r w:rsidRPr="00E2134C">
        <w:t xml:space="preserve"> cu </w:t>
      </w:r>
      <w:proofErr w:type="spellStart"/>
      <w:r w:rsidRPr="00E2134C">
        <w:t>specificațiile</w:t>
      </w:r>
      <w:proofErr w:type="spellEnd"/>
      <w:r w:rsidRPr="00E2134C">
        <w:t xml:space="preserve"> </w:t>
      </w:r>
      <w:proofErr w:type="spellStart"/>
      <w:r w:rsidRPr="00E2134C">
        <w:t>tehnice</w:t>
      </w:r>
      <w:proofErr w:type="spellEnd"/>
      <w:r w:rsidRPr="00E2134C">
        <w:t xml:space="preserve"> din </w:t>
      </w:r>
      <w:proofErr w:type="spellStart"/>
      <w:r w:rsidRPr="00E2134C">
        <w:t>caietul</w:t>
      </w:r>
      <w:proofErr w:type="spellEnd"/>
      <w:r w:rsidRPr="00E2134C">
        <w:t xml:space="preserve"> de </w:t>
      </w:r>
      <w:proofErr w:type="spellStart"/>
      <w:r w:rsidRPr="00E2134C">
        <w:t>sarcini</w:t>
      </w:r>
      <w:proofErr w:type="spellEnd"/>
      <w:r w:rsidRPr="00E2134C">
        <w:t xml:space="preserve"> </w:t>
      </w:r>
      <w:proofErr w:type="spellStart"/>
      <w:r w:rsidRPr="00E2134C">
        <w:t>si</w:t>
      </w:r>
      <w:proofErr w:type="spellEnd"/>
      <w:r w:rsidRPr="00E2134C">
        <w:t xml:space="preserve"> </w:t>
      </w:r>
      <w:proofErr w:type="spellStart"/>
      <w:r w:rsidRPr="00E2134C">
        <w:t>fisa</w:t>
      </w:r>
      <w:proofErr w:type="spellEnd"/>
      <w:r w:rsidRPr="00E2134C">
        <w:t xml:space="preserve"> de date.</w:t>
      </w:r>
    </w:p>
    <w:p w14:paraId="48545589" w14:textId="5449F92B" w:rsidR="000C4CB5" w:rsidRPr="008F31B7" w:rsidRDefault="00F678CC">
      <w:pPr>
        <w:spacing w:after="50"/>
        <w:rPr>
          <w:b/>
          <w:bCs/>
          <w:i/>
          <w:iCs/>
        </w:rPr>
      </w:pPr>
      <w:proofErr w:type="spellStart"/>
      <w:r w:rsidRPr="008F31B7">
        <w:rPr>
          <w:b/>
          <w:bCs/>
          <w:i/>
          <w:iCs/>
        </w:rPr>
        <w:t>Propunerea</w:t>
      </w:r>
      <w:proofErr w:type="spellEnd"/>
      <w:r w:rsidRPr="008F31B7">
        <w:rPr>
          <w:b/>
          <w:bCs/>
          <w:i/>
          <w:iCs/>
        </w:rPr>
        <w:t xml:space="preserve"> </w:t>
      </w:r>
      <w:proofErr w:type="spellStart"/>
      <w:r w:rsidRPr="008F31B7">
        <w:rPr>
          <w:b/>
          <w:bCs/>
          <w:i/>
          <w:iCs/>
        </w:rPr>
        <w:t>tehnică</w:t>
      </w:r>
      <w:proofErr w:type="spellEnd"/>
      <w:r w:rsidRPr="008F31B7">
        <w:rPr>
          <w:b/>
          <w:bCs/>
          <w:i/>
          <w:iCs/>
        </w:rPr>
        <w:t xml:space="preserve"> se </w:t>
      </w:r>
      <w:proofErr w:type="spellStart"/>
      <w:r w:rsidRPr="008F31B7">
        <w:rPr>
          <w:b/>
          <w:bCs/>
          <w:i/>
          <w:iCs/>
        </w:rPr>
        <w:t>întocmește</w:t>
      </w:r>
      <w:proofErr w:type="spellEnd"/>
      <w:r w:rsidRPr="008F31B7">
        <w:rPr>
          <w:b/>
          <w:bCs/>
          <w:i/>
          <w:iCs/>
        </w:rPr>
        <w:t xml:space="preserve"> </w:t>
      </w:r>
      <w:proofErr w:type="spellStart"/>
      <w:r w:rsidRPr="008F31B7">
        <w:rPr>
          <w:b/>
          <w:bCs/>
          <w:i/>
          <w:iCs/>
        </w:rPr>
        <w:t>utilizând</w:t>
      </w:r>
      <w:proofErr w:type="spellEnd"/>
      <w:r w:rsidRPr="008F31B7">
        <w:rPr>
          <w:b/>
          <w:bCs/>
          <w:i/>
          <w:iCs/>
        </w:rPr>
        <w:t xml:space="preserve"> </w:t>
      </w:r>
      <w:proofErr w:type="spellStart"/>
      <w:r w:rsidRPr="008F31B7">
        <w:rPr>
          <w:b/>
          <w:bCs/>
          <w:i/>
          <w:iCs/>
        </w:rPr>
        <w:t>modelul</w:t>
      </w:r>
      <w:proofErr w:type="spellEnd"/>
      <w:r w:rsidRPr="008F31B7">
        <w:rPr>
          <w:b/>
          <w:bCs/>
          <w:i/>
          <w:iCs/>
        </w:rPr>
        <w:t xml:space="preserve"> distinct pus la </w:t>
      </w:r>
      <w:proofErr w:type="spellStart"/>
      <w:r w:rsidRPr="008F31B7">
        <w:rPr>
          <w:b/>
          <w:bCs/>
          <w:i/>
          <w:iCs/>
        </w:rPr>
        <w:t>dispoziție</w:t>
      </w:r>
      <w:proofErr w:type="spellEnd"/>
      <w:r w:rsidRPr="008F31B7">
        <w:rPr>
          <w:b/>
          <w:bCs/>
          <w:i/>
          <w:iCs/>
        </w:rPr>
        <w:t xml:space="preserve"> </w:t>
      </w:r>
      <w:proofErr w:type="spellStart"/>
      <w:r w:rsidRPr="008F31B7">
        <w:rPr>
          <w:b/>
          <w:bCs/>
          <w:i/>
          <w:iCs/>
        </w:rPr>
        <w:t>în</w:t>
      </w:r>
      <w:proofErr w:type="spellEnd"/>
      <w:r w:rsidRPr="008F31B7">
        <w:rPr>
          <w:b/>
          <w:bCs/>
          <w:i/>
          <w:iCs/>
        </w:rPr>
        <w:t xml:space="preserve"> </w:t>
      </w:r>
      <w:proofErr w:type="spellStart"/>
      <w:r w:rsidRPr="008F31B7">
        <w:rPr>
          <w:b/>
          <w:bCs/>
          <w:i/>
          <w:iCs/>
        </w:rPr>
        <w:t>documentația</w:t>
      </w:r>
      <w:proofErr w:type="spellEnd"/>
      <w:r w:rsidRPr="008F31B7">
        <w:rPr>
          <w:b/>
          <w:bCs/>
          <w:i/>
          <w:iCs/>
        </w:rPr>
        <w:t xml:space="preserve"> de </w:t>
      </w:r>
      <w:proofErr w:type="spellStart"/>
      <w:r w:rsidRPr="008F31B7">
        <w:rPr>
          <w:b/>
          <w:bCs/>
          <w:i/>
          <w:iCs/>
        </w:rPr>
        <w:t>atribuire</w:t>
      </w:r>
      <w:proofErr w:type="spellEnd"/>
      <w:r w:rsidRPr="008F31B7">
        <w:rPr>
          <w:b/>
          <w:bCs/>
          <w:i/>
          <w:iCs/>
        </w:rPr>
        <w:t xml:space="preserve"> </w:t>
      </w:r>
      <w:proofErr w:type="spellStart"/>
      <w:r w:rsidRPr="008F31B7">
        <w:rPr>
          <w:b/>
          <w:bCs/>
          <w:i/>
          <w:iCs/>
        </w:rPr>
        <w:t>și</w:t>
      </w:r>
      <w:proofErr w:type="spellEnd"/>
      <w:r w:rsidRPr="008F31B7">
        <w:rPr>
          <w:b/>
          <w:bCs/>
          <w:i/>
          <w:iCs/>
        </w:rPr>
        <w:t xml:space="preserve"> </w:t>
      </w:r>
      <w:proofErr w:type="spellStart"/>
      <w:r w:rsidRPr="008F31B7">
        <w:rPr>
          <w:b/>
          <w:bCs/>
          <w:i/>
          <w:iCs/>
        </w:rPr>
        <w:t>urmărește</w:t>
      </w:r>
      <w:proofErr w:type="spellEnd"/>
      <w:r w:rsidRPr="008F31B7">
        <w:rPr>
          <w:b/>
          <w:bCs/>
          <w:i/>
          <w:iCs/>
        </w:rPr>
        <w:t xml:space="preserve"> </w:t>
      </w:r>
      <w:proofErr w:type="spellStart"/>
      <w:r w:rsidRPr="008F31B7">
        <w:rPr>
          <w:b/>
          <w:bCs/>
          <w:i/>
          <w:iCs/>
        </w:rPr>
        <w:t>în</w:t>
      </w:r>
      <w:proofErr w:type="spellEnd"/>
      <w:r w:rsidRPr="008F31B7">
        <w:rPr>
          <w:b/>
          <w:bCs/>
          <w:i/>
          <w:iCs/>
        </w:rPr>
        <w:t xml:space="preserve"> </w:t>
      </w:r>
      <w:proofErr w:type="spellStart"/>
      <w:r w:rsidRPr="008F31B7">
        <w:rPr>
          <w:b/>
          <w:bCs/>
          <w:i/>
          <w:iCs/>
        </w:rPr>
        <w:t>aceeași</w:t>
      </w:r>
      <w:proofErr w:type="spellEnd"/>
      <w:r w:rsidRPr="008F31B7">
        <w:rPr>
          <w:b/>
          <w:bCs/>
          <w:i/>
          <w:iCs/>
        </w:rPr>
        <w:t xml:space="preserve"> </w:t>
      </w:r>
      <w:proofErr w:type="spellStart"/>
      <w:r w:rsidRPr="008F31B7">
        <w:rPr>
          <w:b/>
          <w:bCs/>
          <w:i/>
          <w:iCs/>
        </w:rPr>
        <w:t>ordine</w:t>
      </w:r>
      <w:proofErr w:type="spellEnd"/>
      <w:r w:rsidRPr="008F31B7">
        <w:rPr>
          <w:b/>
          <w:bCs/>
          <w:i/>
          <w:iCs/>
        </w:rPr>
        <w:t xml:space="preserve"> </w:t>
      </w:r>
      <w:proofErr w:type="spellStart"/>
      <w:r w:rsidRPr="008F31B7">
        <w:rPr>
          <w:b/>
          <w:bCs/>
          <w:i/>
          <w:iCs/>
        </w:rPr>
        <w:t>cerințele</w:t>
      </w:r>
      <w:proofErr w:type="spellEnd"/>
      <w:r w:rsidRPr="008F31B7">
        <w:rPr>
          <w:b/>
          <w:bCs/>
          <w:i/>
          <w:iCs/>
        </w:rPr>
        <w:t xml:space="preserve"> </w:t>
      </w:r>
      <w:proofErr w:type="spellStart"/>
      <w:r w:rsidRPr="008F31B7">
        <w:rPr>
          <w:b/>
          <w:bCs/>
          <w:i/>
          <w:iCs/>
        </w:rPr>
        <w:t>prezentului</w:t>
      </w:r>
      <w:proofErr w:type="spellEnd"/>
      <w:r w:rsidRPr="008F31B7">
        <w:rPr>
          <w:b/>
          <w:bCs/>
          <w:i/>
          <w:iCs/>
        </w:rPr>
        <w:t xml:space="preserve"> </w:t>
      </w:r>
      <w:proofErr w:type="spellStart"/>
      <w:r w:rsidRPr="008F31B7">
        <w:rPr>
          <w:b/>
          <w:bCs/>
          <w:i/>
          <w:iCs/>
        </w:rPr>
        <w:t>Caiet</w:t>
      </w:r>
      <w:proofErr w:type="spellEnd"/>
      <w:r w:rsidRPr="008F31B7">
        <w:rPr>
          <w:b/>
          <w:bCs/>
          <w:i/>
          <w:iCs/>
        </w:rPr>
        <w:t xml:space="preserve"> de </w:t>
      </w:r>
      <w:proofErr w:type="spellStart"/>
      <w:r w:rsidRPr="008F31B7">
        <w:rPr>
          <w:b/>
          <w:bCs/>
          <w:i/>
          <w:iCs/>
        </w:rPr>
        <w:t>sarcini</w:t>
      </w:r>
      <w:proofErr w:type="spellEnd"/>
      <w:r w:rsidRPr="008F31B7">
        <w:rPr>
          <w:b/>
          <w:bCs/>
          <w:i/>
          <w:iCs/>
        </w:rPr>
        <w:t>.</w:t>
      </w:r>
    </w:p>
    <w:p w14:paraId="66623B1D" w14:textId="77777777" w:rsidR="000C4CB5" w:rsidRPr="0025334A" w:rsidRDefault="004E746A">
      <w:pPr>
        <w:spacing w:after="50"/>
      </w:pPr>
      <w:proofErr w:type="spellStart"/>
      <w:r w:rsidRPr="0025334A">
        <w:t>Ofertantul</w:t>
      </w:r>
      <w:proofErr w:type="spellEnd"/>
      <w:r w:rsidRPr="0025334A">
        <w:t xml:space="preserve"> </w:t>
      </w:r>
      <w:proofErr w:type="spellStart"/>
      <w:r w:rsidRPr="0025334A">
        <w:t>completează</w:t>
      </w:r>
      <w:proofErr w:type="spellEnd"/>
      <w:r w:rsidRPr="0025334A">
        <w:t xml:space="preserve"> </w:t>
      </w:r>
      <w:proofErr w:type="spellStart"/>
      <w:r w:rsidRPr="0025334A">
        <w:t>toate</w:t>
      </w:r>
      <w:proofErr w:type="spellEnd"/>
      <w:r w:rsidRPr="0025334A">
        <w:t xml:space="preserve"> </w:t>
      </w:r>
      <w:proofErr w:type="spellStart"/>
      <w:r w:rsidRPr="0025334A">
        <w:t>rubricile</w:t>
      </w:r>
      <w:proofErr w:type="spellEnd"/>
      <w:r w:rsidRPr="0025334A">
        <w:t xml:space="preserve"> </w:t>
      </w:r>
      <w:proofErr w:type="spellStart"/>
      <w:r w:rsidRPr="0025334A">
        <w:t>aplicabile</w:t>
      </w:r>
      <w:proofErr w:type="spellEnd"/>
      <w:r w:rsidRPr="0025334A">
        <w:t xml:space="preserve">, </w:t>
      </w:r>
      <w:proofErr w:type="spellStart"/>
      <w:r w:rsidRPr="0025334A">
        <w:t>confirmă</w:t>
      </w:r>
      <w:proofErr w:type="spellEnd"/>
      <w:r w:rsidRPr="0025334A">
        <w:t xml:space="preserve"> </w:t>
      </w:r>
      <w:proofErr w:type="spellStart"/>
      <w:r w:rsidRPr="0025334A">
        <w:t>cerințele</w:t>
      </w:r>
      <w:proofErr w:type="spellEnd"/>
      <w:r w:rsidRPr="0025334A">
        <w:t xml:space="preserve"> </w:t>
      </w:r>
      <w:proofErr w:type="spellStart"/>
      <w:r w:rsidRPr="0025334A">
        <w:t>obligatorii</w:t>
      </w:r>
      <w:proofErr w:type="spellEnd"/>
      <w:r w:rsidRPr="0025334A">
        <w:t xml:space="preserve"> </w:t>
      </w:r>
      <w:proofErr w:type="spellStart"/>
      <w:r w:rsidRPr="0025334A">
        <w:t>și</w:t>
      </w:r>
      <w:proofErr w:type="spellEnd"/>
      <w:r w:rsidRPr="0025334A">
        <w:t xml:space="preserve"> </w:t>
      </w:r>
      <w:proofErr w:type="spellStart"/>
      <w:r w:rsidRPr="0025334A">
        <w:t>descrie</w:t>
      </w:r>
      <w:proofErr w:type="spellEnd"/>
      <w:r w:rsidRPr="0025334A">
        <w:t xml:space="preserve"> </w:t>
      </w:r>
      <w:proofErr w:type="spellStart"/>
      <w:r w:rsidRPr="0025334A">
        <w:t>succint</w:t>
      </w:r>
      <w:proofErr w:type="spellEnd"/>
      <w:r w:rsidRPr="0025334A">
        <w:t xml:space="preserve"> </w:t>
      </w:r>
      <w:proofErr w:type="spellStart"/>
      <w:r w:rsidRPr="0025334A">
        <w:t>și</w:t>
      </w:r>
      <w:proofErr w:type="spellEnd"/>
      <w:r w:rsidRPr="0025334A">
        <w:t xml:space="preserve"> </w:t>
      </w:r>
      <w:proofErr w:type="spellStart"/>
      <w:r w:rsidRPr="0025334A">
        <w:t>concret</w:t>
      </w:r>
      <w:proofErr w:type="spellEnd"/>
      <w:r w:rsidRPr="0025334A">
        <w:t xml:space="preserve"> </w:t>
      </w:r>
      <w:proofErr w:type="spellStart"/>
      <w:r w:rsidRPr="0025334A">
        <w:t>modul</w:t>
      </w:r>
      <w:proofErr w:type="spellEnd"/>
      <w:r w:rsidRPr="0025334A">
        <w:t xml:space="preserve"> de </w:t>
      </w:r>
      <w:proofErr w:type="spellStart"/>
      <w:r w:rsidRPr="0025334A">
        <w:t>îndeplinire</w:t>
      </w:r>
      <w:proofErr w:type="spellEnd"/>
      <w:r w:rsidRPr="0025334A">
        <w:t xml:space="preserve">. </w:t>
      </w:r>
      <w:proofErr w:type="spellStart"/>
      <w:r w:rsidRPr="0025334A">
        <w:t>Dacă</w:t>
      </w:r>
      <w:proofErr w:type="spellEnd"/>
      <w:r w:rsidRPr="0025334A">
        <w:t xml:space="preserve"> o </w:t>
      </w:r>
      <w:proofErr w:type="spellStart"/>
      <w:r w:rsidRPr="0025334A">
        <w:t>cerință</w:t>
      </w:r>
      <w:proofErr w:type="spellEnd"/>
      <w:r w:rsidRPr="0025334A">
        <w:t xml:space="preserve"> </w:t>
      </w:r>
      <w:proofErr w:type="spellStart"/>
      <w:r w:rsidRPr="0025334A">
        <w:t>este</w:t>
      </w:r>
      <w:proofErr w:type="spellEnd"/>
      <w:r w:rsidRPr="0025334A">
        <w:t xml:space="preserve"> </w:t>
      </w:r>
      <w:proofErr w:type="spellStart"/>
      <w:r w:rsidRPr="0025334A">
        <w:t>demonstrată</w:t>
      </w:r>
      <w:proofErr w:type="spellEnd"/>
      <w:r w:rsidRPr="0025334A">
        <w:t xml:space="preserve"> </w:t>
      </w:r>
      <w:proofErr w:type="spellStart"/>
      <w:r w:rsidRPr="0025334A">
        <w:t>printr</w:t>
      </w:r>
      <w:proofErr w:type="spellEnd"/>
      <w:r w:rsidRPr="0025334A">
        <w:t xml:space="preserve">-un document </w:t>
      </w:r>
      <w:proofErr w:type="spellStart"/>
      <w:r w:rsidRPr="0025334A">
        <w:t>anexat</w:t>
      </w:r>
      <w:proofErr w:type="spellEnd"/>
      <w:r w:rsidRPr="0025334A">
        <w:t xml:space="preserve">, se </w:t>
      </w:r>
      <w:proofErr w:type="spellStart"/>
      <w:r w:rsidRPr="0025334A">
        <w:t>indică</w:t>
      </w:r>
      <w:proofErr w:type="spellEnd"/>
      <w:r w:rsidRPr="0025334A">
        <w:t xml:space="preserve"> </w:t>
      </w:r>
      <w:proofErr w:type="spellStart"/>
      <w:r w:rsidRPr="0025334A">
        <w:t>denumirea</w:t>
      </w:r>
      <w:proofErr w:type="spellEnd"/>
      <w:r w:rsidRPr="0025334A">
        <w:t xml:space="preserve"> </w:t>
      </w:r>
      <w:proofErr w:type="spellStart"/>
      <w:r w:rsidRPr="0025334A">
        <w:t>documentului</w:t>
      </w:r>
      <w:proofErr w:type="spellEnd"/>
      <w:r w:rsidRPr="0025334A">
        <w:t xml:space="preserve"> </w:t>
      </w:r>
      <w:proofErr w:type="spellStart"/>
      <w:r w:rsidRPr="0025334A">
        <w:t>și</w:t>
      </w:r>
      <w:proofErr w:type="spellEnd"/>
      <w:r w:rsidRPr="0025334A">
        <w:t xml:space="preserve">, </w:t>
      </w:r>
      <w:proofErr w:type="spellStart"/>
      <w:r w:rsidRPr="0025334A">
        <w:t>dacă</w:t>
      </w:r>
      <w:proofErr w:type="spellEnd"/>
      <w:r w:rsidRPr="0025334A">
        <w:t xml:space="preserve"> </w:t>
      </w:r>
      <w:proofErr w:type="spellStart"/>
      <w:r w:rsidRPr="0025334A">
        <w:t>oferta</w:t>
      </w:r>
      <w:proofErr w:type="spellEnd"/>
      <w:r w:rsidRPr="0025334A">
        <w:t xml:space="preserve"> </w:t>
      </w:r>
      <w:proofErr w:type="spellStart"/>
      <w:r w:rsidRPr="0025334A">
        <w:t>este</w:t>
      </w:r>
      <w:proofErr w:type="spellEnd"/>
      <w:r w:rsidRPr="0025334A">
        <w:t xml:space="preserve"> </w:t>
      </w:r>
      <w:proofErr w:type="spellStart"/>
      <w:r w:rsidRPr="0025334A">
        <w:t>paginată</w:t>
      </w:r>
      <w:proofErr w:type="spellEnd"/>
      <w:r w:rsidRPr="0025334A">
        <w:t xml:space="preserve">, </w:t>
      </w:r>
      <w:proofErr w:type="spellStart"/>
      <w:r w:rsidRPr="0025334A">
        <w:t>pagina</w:t>
      </w:r>
      <w:proofErr w:type="spellEnd"/>
      <w:r w:rsidRPr="0025334A">
        <w:t xml:space="preserve"> </w:t>
      </w:r>
      <w:proofErr w:type="spellStart"/>
      <w:r w:rsidRPr="0025334A">
        <w:t>sau</w:t>
      </w:r>
      <w:proofErr w:type="spellEnd"/>
      <w:r w:rsidRPr="0025334A">
        <w:t xml:space="preserve"> </w:t>
      </w:r>
      <w:proofErr w:type="spellStart"/>
      <w:r w:rsidRPr="0025334A">
        <w:t>poziția</w:t>
      </w:r>
      <w:proofErr w:type="spellEnd"/>
      <w:r w:rsidRPr="0025334A">
        <w:t xml:space="preserve"> </w:t>
      </w:r>
      <w:proofErr w:type="spellStart"/>
      <w:r w:rsidRPr="0025334A">
        <w:t>acestuia</w:t>
      </w:r>
      <w:proofErr w:type="spellEnd"/>
      <w:r w:rsidRPr="0025334A">
        <w:t>.</w:t>
      </w:r>
    </w:p>
    <w:p w14:paraId="6182B946" w14:textId="77777777" w:rsidR="000C4CB5" w:rsidRPr="0025334A" w:rsidRDefault="004E746A">
      <w:pPr>
        <w:spacing w:after="50"/>
      </w:pPr>
      <w:proofErr w:type="spellStart"/>
      <w:r w:rsidRPr="0025334A">
        <w:t>Simpla</w:t>
      </w:r>
      <w:proofErr w:type="spellEnd"/>
      <w:r w:rsidRPr="0025334A">
        <w:t xml:space="preserve"> </w:t>
      </w:r>
      <w:proofErr w:type="spellStart"/>
      <w:r w:rsidRPr="0025334A">
        <w:t>copiere</w:t>
      </w:r>
      <w:proofErr w:type="spellEnd"/>
      <w:r w:rsidRPr="0025334A">
        <w:t xml:space="preserve"> a </w:t>
      </w:r>
      <w:proofErr w:type="spellStart"/>
      <w:r w:rsidRPr="0025334A">
        <w:t>Caietului</w:t>
      </w:r>
      <w:proofErr w:type="spellEnd"/>
      <w:r w:rsidRPr="0025334A">
        <w:t xml:space="preserve"> de </w:t>
      </w:r>
      <w:proofErr w:type="spellStart"/>
      <w:r w:rsidRPr="0025334A">
        <w:t>sarcini</w:t>
      </w:r>
      <w:proofErr w:type="spellEnd"/>
      <w:r w:rsidRPr="0025334A">
        <w:t xml:space="preserve"> </w:t>
      </w:r>
      <w:proofErr w:type="spellStart"/>
      <w:r w:rsidRPr="0025334A">
        <w:t>sau</w:t>
      </w:r>
      <w:proofErr w:type="spellEnd"/>
      <w:r w:rsidRPr="0025334A">
        <w:t xml:space="preserve"> o </w:t>
      </w:r>
      <w:proofErr w:type="spellStart"/>
      <w:r w:rsidRPr="0025334A">
        <w:t>declarație</w:t>
      </w:r>
      <w:proofErr w:type="spellEnd"/>
      <w:r w:rsidRPr="0025334A">
        <w:t xml:space="preserve"> </w:t>
      </w:r>
      <w:proofErr w:type="spellStart"/>
      <w:r w:rsidRPr="0025334A">
        <w:t>generală</w:t>
      </w:r>
      <w:proofErr w:type="spellEnd"/>
      <w:r w:rsidRPr="0025334A">
        <w:t xml:space="preserve"> de </w:t>
      </w:r>
      <w:proofErr w:type="spellStart"/>
      <w:r w:rsidRPr="0025334A">
        <w:t>acceptare</w:t>
      </w:r>
      <w:proofErr w:type="spellEnd"/>
      <w:r w:rsidRPr="0025334A">
        <w:t xml:space="preserve"> nu </w:t>
      </w:r>
      <w:proofErr w:type="spellStart"/>
      <w:r w:rsidRPr="0025334A">
        <w:t>înlocuiește</w:t>
      </w:r>
      <w:proofErr w:type="spellEnd"/>
      <w:r w:rsidRPr="0025334A">
        <w:t xml:space="preserve"> </w:t>
      </w:r>
      <w:proofErr w:type="spellStart"/>
      <w:r w:rsidRPr="0025334A">
        <w:t>răspunsul</w:t>
      </w:r>
      <w:proofErr w:type="spellEnd"/>
      <w:r w:rsidRPr="0025334A">
        <w:t xml:space="preserve"> </w:t>
      </w:r>
      <w:proofErr w:type="spellStart"/>
      <w:r w:rsidRPr="0025334A">
        <w:t>tehnic</w:t>
      </w:r>
      <w:proofErr w:type="spellEnd"/>
      <w:r w:rsidRPr="0025334A">
        <w:t xml:space="preserve">. </w:t>
      </w:r>
      <w:proofErr w:type="spellStart"/>
      <w:r w:rsidRPr="0025334A">
        <w:t>Pentru</w:t>
      </w:r>
      <w:proofErr w:type="spellEnd"/>
      <w:r w:rsidRPr="0025334A">
        <w:t xml:space="preserve"> </w:t>
      </w:r>
      <w:proofErr w:type="spellStart"/>
      <w:r w:rsidRPr="0025334A">
        <w:t>cerințele</w:t>
      </w:r>
      <w:proofErr w:type="spellEnd"/>
      <w:r w:rsidRPr="0025334A">
        <w:t xml:space="preserve"> care </w:t>
      </w:r>
      <w:proofErr w:type="spellStart"/>
      <w:r w:rsidRPr="0025334A">
        <w:t>conțin</w:t>
      </w:r>
      <w:proofErr w:type="spellEnd"/>
      <w:r w:rsidRPr="0025334A">
        <w:t xml:space="preserve"> </w:t>
      </w:r>
      <w:proofErr w:type="spellStart"/>
      <w:r w:rsidRPr="0025334A">
        <w:t>exclusiv</w:t>
      </w:r>
      <w:proofErr w:type="spellEnd"/>
      <w:r w:rsidRPr="0025334A">
        <w:t xml:space="preserve"> </w:t>
      </w:r>
      <w:proofErr w:type="spellStart"/>
      <w:r w:rsidRPr="0025334A">
        <w:t>informații</w:t>
      </w:r>
      <w:proofErr w:type="spellEnd"/>
      <w:r w:rsidRPr="0025334A">
        <w:t xml:space="preserve"> de context </w:t>
      </w:r>
      <w:proofErr w:type="spellStart"/>
      <w:r w:rsidRPr="0025334A">
        <w:t>ori</w:t>
      </w:r>
      <w:proofErr w:type="spellEnd"/>
      <w:r w:rsidRPr="0025334A">
        <w:t xml:space="preserve"> </w:t>
      </w:r>
      <w:proofErr w:type="spellStart"/>
      <w:r w:rsidRPr="0025334A">
        <w:t>obligații</w:t>
      </w:r>
      <w:proofErr w:type="spellEnd"/>
      <w:r w:rsidRPr="0025334A">
        <w:t xml:space="preserve"> care nu </w:t>
      </w:r>
      <w:proofErr w:type="spellStart"/>
      <w:r w:rsidRPr="0025334A">
        <w:t>necesită</w:t>
      </w:r>
      <w:proofErr w:type="spellEnd"/>
      <w:r w:rsidRPr="0025334A">
        <w:t xml:space="preserve"> o </w:t>
      </w:r>
      <w:proofErr w:type="spellStart"/>
      <w:r w:rsidRPr="0025334A">
        <w:t>metodologie</w:t>
      </w:r>
      <w:proofErr w:type="spellEnd"/>
      <w:r w:rsidRPr="0025334A">
        <w:t xml:space="preserve"> </w:t>
      </w:r>
      <w:proofErr w:type="spellStart"/>
      <w:r w:rsidRPr="0025334A">
        <w:t>proprie</w:t>
      </w:r>
      <w:proofErr w:type="spellEnd"/>
      <w:r w:rsidRPr="0025334A">
        <w:t xml:space="preserve">, </w:t>
      </w:r>
      <w:proofErr w:type="spellStart"/>
      <w:r w:rsidRPr="0025334A">
        <w:t>ofertantul</w:t>
      </w:r>
      <w:proofErr w:type="spellEnd"/>
      <w:r w:rsidRPr="0025334A">
        <w:t xml:space="preserve"> </w:t>
      </w:r>
      <w:proofErr w:type="spellStart"/>
      <w:r w:rsidRPr="0025334A">
        <w:t>poate</w:t>
      </w:r>
      <w:proofErr w:type="spellEnd"/>
      <w:r w:rsidRPr="0025334A">
        <w:t xml:space="preserve"> </w:t>
      </w:r>
      <w:proofErr w:type="spellStart"/>
      <w:r w:rsidRPr="0025334A">
        <w:t>utiliza</w:t>
      </w:r>
      <w:proofErr w:type="spellEnd"/>
      <w:r w:rsidRPr="0025334A">
        <w:t xml:space="preserve"> </w:t>
      </w:r>
      <w:proofErr w:type="spellStart"/>
      <w:r w:rsidRPr="0025334A">
        <w:t>formularea</w:t>
      </w:r>
      <w:proofErr w:type="spellEnd"/>
      <w:r w:rsidRPr="0025334A">
        <w:t xml:space="preserve"> „Luat la </w:t>
      </w:r>
      <w:proofErr w:type="spellStart"/>
      <w:r w:rsidRPr="0025334A">
        <w:t>cunoștință</w:t>
      </w:r>
      <w:proofErr w:type="spellEnd"/>
      <w:r w:rsidRPr="0025334A">
        <w:t xml:space="preserve"> </w:t>
      </w:r>
      <w:proofErr w:type="spellStart"/>
      <w:r w:rsidRPr="0025334A">
        <w:t>și</w:t>
      </w:r>
      <w:proofErr w:type="spellEnd"/>
      <w:r w:rsidRPr="0025334A">
        <w:t xml:space="preserve"> </w:t>
      </w:r>
      <w:proofErr w:type="spellStart"/>
      <w:r w:rsidRPr="0025334A">
        <w:t>asumat</w:t>
      </w:r>
      <w:proofErr w:type="spellEnd"/>
      <w:r w:rsidRPr="0025334A">
        <w:t>”.</w:t>
      </w:r>
    </w:p>
    <w:p w14:paraId="6F0AA84A" w14:textId="77777777" w:rsidR="000C4CB5" w:rsidRDefault="004E746A">
      <w:pPr>
        <w:spacing w:after="50"/>
      </w:pPr>
      <w:proofErr w:type="spellStart"/>
      <w:r w:rsidRPr="0025334A">
        <w:lastRenderedPageBreak/>
        <w:t>Propunerea</w:t>
      </w:r>
      <w:proofErr w:type="spellEnd"/>
      <w:r w:rsidRPr="0025334A">
        <w:t xml:space="preserve"> </w:t>
      </w:r>
      <w:proofErr w:type="spellStart"/>
      <w:r w:rsidRPr="0025334A">
        <w:t>tehnică</w:t>
      </w:r>
      <w:proofErr w:type="spellEnd"/>
      <w:r w:rsidRPr="0025334A">
        <w:t xml:space="preserve"> nu </w:t>
      </w:r>
      <w:proofErr w:type="spellStart"/>
      <w:r w:rsidRPr="0025334A">
        <w:t>va</w:t>
      </w:r>
      <w:proofErr w:type="spellEnd"/>
      <w:r w:rsidRPr="0025334A">
        <w:t xml:space="preserve"> </w:t>
      </w:r>
      <w:proofErr w:type="spellStart"/>
      <w:r w:rsidRPr="0025334A">
        <w:t>conține</w:t>
      </w:r>
      <w:proofErr w:type="spellEnd"/>
      <w:r w:rsidRPr="0025334A">
        <w:t xml:space="preserve"> </w:t>
      </w:r>
      <w:proofErr w:type="spellStart"/>
      <w:r w:rsidRPr="0025334A">
        <w:t>prețuri</w:t>
      </w:r>
      <w:proofErr w:type="spellEnd"/>
      <w:r w:rsidRPr="0025334A">
        <w:t xml:space="preserve">, </w:t>
      </w:r>
      <w:proofErr w:type="spellStart"/>
      <w:r w:rsidRPr="0025334A">
        <w:t>tarife</w:t>
      </w:r>
      <w:proofErr w:type="spellEnd"/>
      <w:r w:rsidRPr="0025334A">
        <w:t xml:space="preserve"> </w:t>
      </w:r>
      <w:proofErr w:type="spellStart"/>
      <w:r w:rsidRPr="0025334A">
        <w:t>sau</w:t>
      </w:r>
      <w:proofErr w:type="spellEnd"/>
      <w:r w:rsidRPr="0025334A">
        <w:t xml:space="preserve"> </w:t>
      </w:r>
      <w:proofErr w:type="spellStart"/>
      <w:r w:rsidRPr="0025334A">
        <w:t>alte</w:t>
      </w:r>
      <w:proofErr w:type="spellEnd"/>
      <w:r w:rsidRPr="0025334A">
        <w:t xml:space="preserve"> </w:t>
      </w:r>
      <w:proofErr w:type="spellStart"/>
      <w:r w:rsidRPr="0025334A">
        <w:t>valori</w:t>
      </w:r>
      <w:proofErr w:type="spellEnd"/>
      <w:r w:rsidRPr="0025334A">
        <w:t xml:space="preserve"> </w:t>
      </w:r>
      <w:proofErr w:type="spellStart"/>
      <w:r w:rsidRPr="0025334A">
        <w:t>financiare</w:t>
      </w:r>
      <w:proofErr w:type="spellEnd"/>
      <w:r w:rsidRPr="0025334A">
        <w:t xml:space="preserve">. </w:t>
      </w:r>
      <w:proofErr w:type="spellStart"/>
      <w:r w:rsidRPr="0025334A">
        <w:t>Pentru</w:t>
      </w:r>
      <w:proofErr w:type="spellEnd"/>
      <w:r w:rsidRPr="0025334A">
        <w:t xml:space="preserve"> cap. 8 se </w:t>
      </w:r>
      <w:proofErr w:type="spellStart"/>
      <w:r w:rsidRPr="0025334A">
        <w:t>confirmă</w:t>
      </w:r>
      <w:proofErr w:type="spellEnd"/>
      <w:r w:rsidRPr="0025334A">
        <w:t xml:space="preserve"> </w:t>
      </w:r>
      <w:proofErr w:type="spellStart"/>
      <w:r w:rsidRPr="0025334A">
        <w:t>numai</w:t>
      </w:r>
      <w:proofErr w:type="spellEnd"/>
      <w:r w:rsidRPr="0025334A">
        <w:t xml:space="preserve"> </w:t>
      </w:r>
      <w:proofErr w:type="spellStart"/>
      <w:r w:rsidRPr="0025334A">
        <w:t>înțelegerea</w:t>
      </w:r>
      <w:proofErr w:type="spellEnd"/>
      <w:r w:rsidRPr="0025334A">
        <w:t xml:space="preserve"> </w:t>
      </w:r>
      <w:proofErr w:type="spellStart"/>
      <w:r w:rsidRPr="0025334A">
        <w:t>mecanismului</w:t>
      </w:r>
      <w:proofErr w:type="spellEnd"/>
      <w:r w:rsidRPr="0025334A">
        <w:t xml:space="preserve"> de </w:t>
      </w:r>
      <w:proofErr w:type="spellStart"/>
      <w:r w:rsidRPr="0025334A">
        <w:t>decontare</w:t>
      </w:r>
      <w:proofErr w:type="spellEnd"/>
      <w:r w:rsidRPr="0025334A">
        <w:t xml:space="preserve"> </w:t>
      </w:r>
      <w:proofErr w:type="spellStart"/>
      <w:r w:rsidRPr="0025334A">
        <w:t>și</w:t>
      </w:r>
      <w:proofErr w:type="spellEnd"/>
      <w:r w:rsidRPr="0025334A">
        <w:t xml:space="preserve"> a </w:t>
      </w:r>
      <w:proofErr w:type="spellStart"/>
      <w:r w:rsidRPr="0025334A">
        <w:t>obligațiilor</w:t>
      </w:r>
      <w:proofErr w:type="spellEnd"/>
      <w:r w:rsidRPr="0025334A">
        <w:t xml:space="preserve"> </w:t>
      </w:r>
      <w:proofErr w:type="spellStart"/>
      <w:r w:rsidRPr="0025334A">
        <w:t>aferente</w:t>
      </w:r>
      <w:proofErr w:type="spellEnd"/>
      <w:r w:rsidRPr="0025334A">
        <w:t xml:space="preserve">, </w:t>
      </w:r>
      <w:proofErr w:type="spellStart"/>
      <w:r w:rsidRPr="0025334A">
        <w:t>fără</w:t>
      </w:r>
      <w:proofErr w:type="spellEnd"/>
      <w:r w:rsidRPr="0025334A">
        <w:t xml:space="preserve"> </w:t>
      </w:r>
      <w:proofErr w:type="spellStart"/>
      <w:r w:rsidRPr="0025334A">
        <w:t>introducerea</w:t>
      </w:r>
      <w:proofErr w:type="spellEnd"/>
      <w:r w:rsidRPr="0025334A">
        <w:t xml:space="preserve"> </w:t>
      </w:r>
      <w:proofErr w:type="spellStart"/>
      <w:r w:rsidRPr="0025334A">
        <w:t>elementelor</w:t>
      </w:r>
      <w:proofErr w:type="spellEnd"/>
      <w:r w:rsidRPr="0025334A">
        <w:t xml:space="preserve"> </w:t>
      </w:r>
      <w:proofErr w:type="spellStart"/>
      <w:r w:rsidRPr="0025334A">
        <w:t>ofertei</w:t>
      </w:r>
      <w:proofErr w:type="spellEnd"/>
      <w:r w:rsidRPr="0025334A">
        <w:t xml:space="preserve"> </w:t>
      </w:r>
      <w:proofErr w:type="spellStart"/>
      <w:r w:rsidRPr="0025334A">
        <w:t>financiare</w:t>
      </w:r>
      <w:proofErr w:type="spellEnd"/>
      <w:r w:rsidRPr="0025334A">
        <w:t>.</w:t>
      </w:r>
    </w:p>
    <w:p w14:paraId="497DFE37" w14:textId="5608F082" w:rsidR="00E2134C" w:rsidRDefault="00E2134C">
      <w:pPr>
        <w:spacing w:after="50"/>
      </w:pPr>
    </w:p>
    <w:p w14:paraId="5A57EFC6" w14:textId="518A57D6" w:rsidR="00F678CC" w:rsidRDefault="00F678CC">
      <w:pPr>
        <w:spacing w:after="50"/>
      </w:pPr>
      <w:proofErr w:type="spellStart"/>
      <w:r w:rsidRPr="00F678CC">
        <w:t>Pentru</w:t>
      </w:r>
      <w:proofErr w:type="spellEnd"/>
      <w:r w:rsidRPr="00F678CC">
        <w:t xml:space="preserve"> </w:t>
      </w:r>
      <w:proofErr w:type="spellStart"/>
      <w:r w:rsidRPr="00F678CC">
        <w:t>regimurile</w:t>
      </w:r>
      <w:proofErr w:type="spellEnd"/>
      <w:r w:rsidRPr="00F678CC">
        <w:t xml:space="preserve"> </w:t>
      </w:r>
      <w:proofErr w:type="spellStart"/>
      <w:r w:rsidRPr="00F678CC">
        <w:t>relevante</w:t>
      </w:r>
      <w:proofErr w:type="spellEnd"/>
      <w:r w:rsidRPr="00F678CC">
        <w:t xml:space="preserve"> </w:t>
      </w:r>
      <w:proofErr w:type="spellStart"/>
      <w:r w:rsidRPr="00F678CC">
        <w:t>prevăzute</w:t>
      </w:r>
      <w:proofErr w:type="spellEnd"/>
      <w:r w:rsidRPr="00F678CC">
        <w:t xml:space="preserve"> </w:t>
      </w:r>
      <w:proofErr w:type="spellStart"/>
      <w:r w:rsidRPr="00F678CC">
        <w:t>în</w:t>
      </w:r>
      <w:proofErr w:type="spellEnd"/>
      <w:r w:rsidRPr="00F678CC">
        <w:t xml:space="preserve"> Caiet, </w:t>
      </w:r>
      <w:proofErr w:type="spellStart"/>
      <w:r w:rsidRPr="00F678CC">
        <w:t>ofertantul</w:t>
      </w:r>
      <w:proofErr w:type="spellEnd"/>
      <w:r w:rsidRPr="00F678CC">
        <w:t xml:space="preserve"> </w:t>
      </w:r>
      <w:proofErr w:type="spellStart"/>
      <w:r w:rsidRPr="00F678CC">
        <w:t>prezintă</w:t>
      </w:r>
      <w:proofErr w:type="spellEnd"/>
      <w:r w:rsidRPr="00F678CC">
        <w:t xml:space="preserve"> </w:t>
      </w:r>
      <w:proofErr w:type="spellStart"/>
      <w:r w:rsidRPr="00F678CC">
        <w:t>exemple</w:t>
      </w:r>
      <w:proofErr w:type="spellEnd"/>
      <w:r w:rsidRPr="00F678CC">
        <w:t xml:space="preserve"> de </w:t>
      </w:r>
      <w:proofErr w:type="spellStart"/>
      <w:r w:rsidRPr="00F678CC">
        <w:t>adaptare</w:t>
      </w:r>
      <w:proofErr w:type="spellEnd"/>
      <w:r w:rsidRPr="00F678CC">
        <w:t xml:space="preserve"> a </w:t>
      </w:r>
      <w:proofErr w:type="spellStart"/>
      <w:r w:rsidRPr="00F678CC">
        <w:t>meniului</w:t>
      </w:r>
      <w:proofErr w:type="spellEnd"/>
      <w:r w:rsidRPr="00F678CC">
        <w:t xml:space="preserve"> </w:t>
      </w:r>
      <w:proofErr w:type="spellStart"/>
      <w:r w:rsidRPr="00F678CC">
        <w:t>comun</w:t>
      </w:r>
      <w:proofErr w:type="spellEnd"/>
      <w:r w:rsidRPr="00F678CC">
        <w:t xml:space="preserve"> </w:t>
      </w:r>
      <w:proofErr w:type="spellStart"/>
      <w:r w:rsidRPr="00F678CC">
        <w:t>și</w:t>
      </w:r>
      <w:proofErr w:type="spellEnd"/>
      <w:r w:rsidRPr="00F678CC">
        <w:t xml:space="preserve"> </w:t>
      </w:r>
      <w:proofErr w:type="spellStart"/>
      <w:r w:rsidRPr="00F678CC">
        <w:t>descrie</w:t>
      </w:r>
      <w:proofErr w:type="spellEnd"/>
      <w:r w:rsidRPr="00F678CC">
        <w:t xml:space="preserve"> </w:t>
      </w:r>
      <w:proofErr w:type="spellStart"/>
      <w:r w:rsidRPr="00F678CC">
        <w:t>metodologia</w:t>
      </w:r>
      <w:proofErr w:type="spellEnd"/>
      <w:r w:rsidRPr="00F678CC">
        <w:t xml:space="preserve"> de </w:t>
      </w:r>
      <w:proofErr w:type="spellStart"/>
      <w:r w:rsidRPr="00F678CC">
        <w:t>individualizare</w:t>
      </w:r>
      <w:proofErr w:type="spellEnd"/>
      <w:r w:rsidRPr="00F678CC">
        <w:t xml:space="preserve">. Nu se </w:t>
      </w:r>
      <w:proofErr w:type="spellStart"/>
      <w:r w:rsidRPr="00F678CC">
        <w:t>solicită</w:t>
      </w:r>
      <w:proofErr w:type="spellEnd"/>
      <w:r w:rsidRPr="00F678CC">
        <w:t xml:space="preserve"> o </w:t>
      </w:r>
      <w:proofErr w:type="spellStart"/>
      <w:r w:rsidRPr="00F678CC">
        <w:t>listă</w:t>
      </w:r>
      <w:proofErr w:type="spellEnd"/>
      <w:r w:rsidRPr="00F678CC">
        <w:t xml:space="preserve"> </w:t>
      </w:r>
      <w:proofErr w:type="spellStart"/>
      <w:r w:rsidRPr="00F678CC">
        <w:t>închisă</w:t>
      </w:r>
      <w:proofErr w:type="spellEnd"/>
      <w:r w:rsidRPr="00F678CC">
        <w:t xml:space="preserve"> de minimum 30 de preparate </w:t>
      </w:r>
      <w:proofErr w:type="spellStart"/>
      <w:r w:rsidRPr="00F678CC">
        <w:t>pentru</w:t>
      </w:r>
      <w:proofErr w:type="spellEnd"/>
      <w:r w:rsidRPr="00F678CC">
        <w:t xml:space="preserve"> </w:t>
      </w:r>
      <w:proofErr w:type="spellStart"/>
      <w:r w:rsidRPr="00F678CC">
        <w:t>fiecare</w:t>
      </w:r>
      <w:proofErr w:type="spellEnd"/>
      <w:r w:rsidRPr="00F678CC">
        <w:t xml:space="preserve"> </w:t>
      </w:r>
      <w:proofErr w:type="spellStart"/>
      <w:r w:rsidRPr="00F678CC">
        <w:t>regim</w:t>
      </w:r>
      <w:proofErr w:type="spellEnd"/>
      <w:r w:rsidRPr="00F678CC">
        <w:t>.</w:t>
      </w:r>
    </w:p>
    <w:p w14:paraId="108ADBFA" w14:textId="34D6292E" w:rsidR="0025334A" w:rsidRPr="00833E8D" w:rsidRDefault="00F678CC" w:rsidP="00F678CC">
      <w:pPr>
        <w:spacing w:after="50"/>
        <w:rPr>
          <w:b/>
          <w:lang w:val="fr-FR"/>
        </w:rPr>
      </w:pPr>
      <w:proofErr w:type="spellStart"/>
      <w:r w:rsidRPr="00F678CC">
        <w:t>Înainte</w:t>
      </w:r>
      <w:proofErr w:type="spellEnd"/>
      <w:r w:rsidRPr="00F678CC">
        <w:t xml:space="preserve"> de prima </w:t>
      </w:r>
      <w:proofErr w:type="spellStart"/>
      <w:r w:rsidRPr="00F678CC">
        <w:t>prestare</w:t>
      </w:r>
      <w:proofErr w:type="spellEnd"/>
      <w:r w:rsidRPr="00F678CC">
        <w:t xml:space="preserve">, </w:t>
      </w:r>
      <w:proofErr w:type="spellStart"/>
      <w:r w:rsidRPr="00F678CC">
        <w:t>contractantul</w:t>
      </w:r>
      <w:proofErr w:type="spellEnd"/>
      <w:r w:rsidRPr="00F678CC">
        <w:t xml:space="preserve"> </w:t>
      </w:r>
      <w:proofErr w:type="spellStart"/>
      <w:r w:rsidRPr="00F678CC">
        <w:t>prezintă</w:t>
      </w:r>
      <w:proofErr w:type="spellEnd"/>
      <w:r w:rsidRPr="00F678CC">
        <w:t xml:space="preserve"> </w:t>
      </w:r>
      <w:proofErr w:type="spellStart"/>
      <w:r w:rsidRPr="00F678CC">
        <w:t>meniurile</w:t>
      </w:r>
      <w:proofErr w:type="spellEnd"/>
      <w:r w:rsidRPr="00F678CC">
        <w:t xml:space="preserve"> </w:t>
      </w:r>
      <w:proofErr w:type="spellStart"/>
      <w:r w:rsidRPr="00F678CC">
        <w:t>aplicabile</w:t>
      </w:r>
      <w:proofErr w:type="spellEnd"/>
      <w:r w:rsidRPr="00F678CC">
        <w:t xml:space="preserve"> </w:t>
      </w:r>
      <w:proofErr w:type="spellStart"/>
      <w:r w:rsidRPr="00F678CC">
        <w:t>regimurilor</w:t>
      </w:r>
      <w:proofErr w:type="spellEnd"/>
      <w:r w:rsidRPr="00F678CC">
        <w:t xml:space="preserve"> </w:t>
      </w:r>
      <w:proofErr w:type="spellStart"/>
      <w:r w:rsidRPr="00F678CC">
        <w:t>efectiv</w:t>
      </w:r>
      <w:proofErr w:type="spellEnd"/>
      <w:r w:rsidRPr="00F678CC">
        <w:t xml:space="preserve"> solicitate, validate de </w:t>
      </w:r>
      <w:proofErr w:type="spellStart"/>
      <w:r w:rsidRPr="00F678CC">
        <w:t>profesionistul</w:t>
      </w:r>
      <w:proofErr w:type="spellEnd"/>
      <w:r w:rsidRPr="00F678CC">
        <w:t xml:space="preserve"> competent </w:t>
      </w:r>
      <w:proofErr w:type="spellStart"/>
      <w:r w:rsidRPr="00F678CC">
        <w:t>în</w:t>
      </w:r>
      <w:proofErr w:type="spellEnd"/>
      <w:r w:rsidRPr="00F678CC">
        <w:t xml:space="preserve"> </w:t>
      </w:r>
      <w:proofErr w:type="spellStart"/>
      <w:r w:rsidRPr="00F678CC">
        <w:t>nutriție</w:t>
      </w:r>
      <w:proofErr w:type="spellEnd"/>
      <w:r w:rsidRPr="00F678CC">
        <w:t>/</w:t>
      </w:r>
      <w:proofErr w:type="spellStart"/>
      <w:r w:rsidRPr="00F678CC">
        <w:t>dietetică</w:t>
      </w:r>
      <w:proofErr w:type="spellEnd"/>
      <w:r w:rsidRPr="00F678CC">
        <w:t xml:space="preserve">. </w:t>
      </w:r>
      <w:proofErr w:type="spellStart"/>
      <w:r w:rsidRPr="00F678CC">
        <w:t>Referirea</w:t>
      </w:r>
      <w:proofErr w:type="spellEnd"/>
      <w:r w:rsidRPr="00F678CC">
        <w:t xml:space="preserve"> la „lot” se </w:t>
      </w:r>
      <w:proofErr w:type="spellStart"/>
      <w:r w:rsidRPr="00F678CC">
        <w:t>elimină</w:t>
      </w:r>
      <w:proofErr w:type="spellEnd"/>
      <w:r w:rsidRPr="00F678CC">
        <w:t xml:space="preserve">, </w:t>
      </w:r>
      <w:proofErr w:type="spellStart"/>
      <w:r w:rsidRPr="00F678CC">
        <w:t>întrucât</w:t>
      </w:r>
      <w:proofErr w:type="spellEnd"/>
      <w:r w:rsidRPr="00F678CC">
        <w:t xml:space="preserve"> </w:t>
      </w:r>
      <w:proofErr w:type="spellStart"/>
      <w:r w:rsidRPr="00F678CC">
        <w:t>structura</w:t>
      </w:r>
      <w:proofErr w:type="spellEnd"/>
      <w:r w:rsidRPr="00F678CC">
        <w:t xml:space="preserve"> </w:t>
      </w:r>
      <w:proofErr w:type="spellStart"/>
      <w:r w:rsidRPr="00F678CC">
        <w:t>actuală</w:t>
      </w:r>
      <w:proofErr w:type="spellEnd"/>
      <w:r w:rsidRPr="00F678CC">
        <w:t xml:space="preserve"> nu </w:t>
      </w:r>
      <w:proofErr w:type="spellStart"/>
      <w:r w:rsidRPr="00F678CC">
        <w:t>definește</w:t>
      </w:r>
      <w:proofErr w:type="spellEnd"/>
      <w:r w:rsidRPr="00F678CC">
        <w:t xml:space="preserve"> </w:t>
      </w:r>
      <w:proofErr w:type="spellStart"/>
      <w:r w:rsidRPr="00F678CC">
        <w:t>loturi</w:t>
      </w:r>
      <w:proofErr w:type="spellEnd"/>
      <w:r w:rsidRPr="00F678CC">
        <w:t>.</w:t>
      </w:r>
    </w:p>
    <w:p w14:paraId="048F826A" w14:textId="77777777" w:rsidR="0025334A" w:rsidRPr="0025334A" w:rsidRDefault="0025334A" w:rsidP="0025334A">
      <w:pPr>
        <w:widowControl w:val="0"/>
        <w:ind w:firstLine="419"/>
        <w:rPr>
          <w:rFonts w:eastAsia="Arial" w:cs="Times New Roman"/>
          <w:b/>
          <w:bCs/>
          <w:color w:val="FF0000"/>
          <w:szCs w:val="24"/>
          <w:lang w:val="fr-FR"/>
        </w:rPr>
      </w:pPr>
    </w:p>
    <w:p w14:paraId="2E294338" w14:textId="52CF386A" w:rsidR="00466787" w:rsidRDefault="00E2134C" w:rsidP="00466787">
      <w:pPr>
        <w:pStyle w:val="Heading1"/>
        <w:ind w:firstLine="680"/>
      </w:pPr>
      <w:bookmarkStart w:id="74" w:name="_Toc242951512"/>
      <w:r>
        <w:t xml:space="preserve">12. </w:t>
      </w:r>
      <w:r w:rsidR="00F678CC" w:rsidRPr="00F678CC">
        <w:rPr>
          <w:bCs/>
        </w:rPr>
        <w:t xml:space="preserve">CERINȚELE </w:t>
      </w:r>
      <w:r w:rsidR="00466787">
        <w:t>PRIVIND REALIZAREA PROPUNERII FINANCIARE:</w:t>
      </w:r>
      <w:bookmarkEnd w:id="74"/>
    </w:p>
    <w:p w14:paraId="1B33FFFF" w14:textId="77777777" w:rsidR="00371A16" w:rsidRDefault="00371A16" w:rsidP="00466787">
      <w:pPr>
        <w:spacing w:after="50"/>
      </w:pPr>
      <w:proofErr w:type="spellStart"/>
      <w:r w:rsidRPr="00371A16">
        <w:t>Prețul</w:t>
      </w:r>
      <w:proofErr w:type="spellEnd"/>
      <w:r w:rsidRPr="00371A16">
        <w:t xml:space="preserve"> </w:t>
      </w:r>
      <w:proofErr w:type="spellStart"/>
      <w:r w:rsidRPr="00371A16">
        <w:t>unitar</w:t>
      </w:r>
      <w:proofErr w:type="spellEnd"/>
      <w:r w:rsidRPr="00371A16">
        <w:t xml:space="preserve"> </w:t>
      </w:r>
      <w:proofErr w:type="spellStart"/>
      <w:r w:rsidRPr="00371A16">
        <w:t>ofertat</w:t>
      </w:r>
      <w:proofErr w:type="spellEnd"/>
      <w:r w:rsidRPr="00371A16">
        <w:t xml:space="preserve"> </w:t>
      </w:r>
      <w:proofErr w:type="spellStart"/>
      <w:r w:rsidRPr="00371A16">
        <w:t>va</w:t>
      </w:r>
      <w:proofErr w:type="spellEnd"/>
      <w:r w:rsidRPr="00371A16">
        <w:t xml:space="preserve"> include </w:t>
      </w:r>
      <w:proofErr w:type="spellStart"/>
      <w:r w:rsidRPr="00371A16">
        <w:t>toate</w:t>
      </w:r>
      <w:proofErr w:type="spellEnd"/>
      <w:r w:rsidRPr="00371A16">
        <w:t xml:space="preserve"> </w:t>
      </w:r>
      <w:proofErr w:type="spellStart"/>
      <w:r w:rsidRPr="00371A16">
        <w:t>costurile</w:t>
      </w:r>
      <w:proofErr w:type="spellEnd"/>
      <w:r w:rsidRPr="00371A16">
        <w:t xml:space="preserve"> </w:t>
      </w:r>
      <w:proofErr w:type="spellStart"/>
      <w:r w:rsidRPr="00371A16">
        <w:t>necesare</w:t>
      </w:r>
      <w:proofErr w:type="spellEnd"/>
      <w:r w:rsidRPr="00371A16">
        <w:t xml:space="preserve"> </w:t>
      </w:r>
      <w:proofErr w:type="spellStart"/>
      <w:r w:rsidRPr="00371A16">
        <w:t>prestării</w:t>
      </w:r>
      <w:proofErr w:type="spellEnd"/>
      <w:r w:rsidRPr="00371A16">
        <w:t xml:space="preserve"> </w:t>
      </w:r>
      <w:proofErr w:type="spellStart"/>
      <w:r w:rsidRPr="00371A16">
        <w:t>serviciului</w:t>
      </w:r>
      <w:proofErr w:type="spellEnd"/>
      <w:r w:rsidRPr="00371A16">
        <w:t xml:space="preserve"> </w:t>
      </w:r>
      <w:proofErr w:type="spellStart"/>
      <w:r w:rsidRPr="00371A16">
        <w:t>în</w:t>
      </w:r>
      <w:proofErr w:type="spellEnd"/>
      <w:r w:rsidRPr="00371A16">
        <w:t xml:space="preserve"> </w:t>
      </w:r>
      <w:proofErr w:type="spellStart"/>
      <w:r w:rsidRPr="00371A16">
        <w:t>condițiile</w:t>
      </w:r>
      <w:proofErr w:type="spellEnd"/>
      <w:r w:rsidRPr="00371A16">
        <w:t xml:space="preserve"> </w:t>
      </w:r>
      <w:proofErr w:type="spellStart"/>
      <w:r w:rsidRPr="00371A16">
        <w:t>prezentului</w:t>
      </w:r>
      <w:proofErr w:type="spellEnd"/>
      <w:r w:rsidRPr="00371A16">
        <w:t xml:space="preserve"> </w:t>
      </w:r>
      <w:proofErr w:type="spellStart"/>
      <w:r w:rsidRPr="00371A16">
        <w:t>Caiet</w:t>
      </w:r>
      <w:proofErr w:type="spellEnd"/>
      <w:r w:rsidRPr="00371A16">
        <w:t xml:space="preserve"> de </w:t>
      </w:r>
      <w:proofErr w:type="spellStart"/>
      <w:r w:rsidRPr="00371A16">
        <w:t>sarcini</w:t>
      </w:r>
      <w:proofErr w:type="spellEnd"/>
      <w:r w:rsidRPr="00371A16">
        <w:t xml:space="preserve">, </w:t>
      </w:r>
      <w:proofErr w:type="spellStart"/>
      <w:r w:rsidRPr="00371A16">
        <w:t>inclusiv</w:t>
      </w:r>
      <w:proofErr w:type="spellEnd"/>
      <w:r w:rsidRPr="00371A16">
        <w:t xml:space="preserve"> </w:t>
      </w:r>
      <w:proofErr w:type="spellStart"/>
      <w:r w:rsidRPr="00371A16">
        <w:t>materiile</w:t>
      </w:r>
      <w:proofErr w:type="spellEnd"/>
      <w:r w:rsidRPr="00371A16">
        <w:t xml:space="preserve"> prime, </w:t>
      </w:r>
      <w:proofErr w:type="spellStart"/>
      <w:r w:rsidRPr="00371A16">
        <w:t>prepararea</w:t>
      </w:r>
      <w:proofErr w:type="spellEnd"/>
      <w:r w:rsidRPr="00371A16">
        <w:t xml:space="preserve">, </w:t>
      </w:r>
      <w:proofErr w:type="spellStart"/>
      <w:r w:rsidRPr="00371A16">
        <w:t>personalul</w:t>
      </w:r>
      <w:proofErr w:type="spellEnd"/>
      <w:r w:rsidRPr="00371A16">
        <w:t xml:space="preserve">, </w:t>
      </w:r>
      <w:proofErr w:type="spellStart"/>
      <w:r w:rsidRPr="00371A16">
        <w:t>ambalarea</w:t>
      </w:r>
      <w:proofErr w:type="spellEnd"/>
      <w:r w:rsidRPr="00371A16">
        <w:t xml:space="preserve">, </w:t>
      </w:r>
      <w:proofErr w:type="spellStart"/>
      <w:r w:rsidRPr="00371A16">
        <w:t>transportul</w:t>
      </w:r>
      <w:proofErr w:type="spellEnd"/>
      <w:r w:rsidRPr="00371A16">
        <w:t xml:space="preserve">, </w:t>
      </w:r>
      <w:proofErr w:type="spellStart"/>
      <w:r w:rsidRPr="00371A16">
        <w:t>manipularea</w:t>
      </w:r>
      <w:proofErr w:type="spellEnd"/>
      <w:r w:rsidRPr="00371A16">
        <w:t xml:space="preserve"> </w:t>
      </w:r>
      <w:proofErr w:type="spellStart"/>
      <w:r w:rsidRPr="00371A16">
        <w:t>și</w:t>
      </w:r>
      <w:proofErr w:type="spellEnd"/>
      <w:r w:rsidRPr="00371A16">
        <w:t xml:space="preserve"> </w:t>
      </w:r>
      <w:proofErr w:type="spellStart"/>
      <w:r w:rsidRPr="00371A16">
        <w:t>celelalte</w:t>
      </w:r>
      <w:proofErr w:type="spellEnd"/>
      <w:r w:rsidRPr="00371A16">
        <w:t xml:space="preserve"> </w:t>
      </w:r>
      <w:proofErr w:type="spellStart"/>
      <w:r w:rsidRPr="00371A16">
        <w:t>cheltuieli</w:t>
      </w:r>
      <w:proofErr w:type="spellEnd"/>
      <w:r w:rsidRPr="00371A16">
        <w:t xml:space="preserve"> </w:t>
      </w:r>
      <w:proofErr w:type="spellStart"/>
      <w:r w:rsidRPr="00371A16">
        <w:t>conexe</w:t>
      </w:r>
      <w:proofErr w:type="spellEnd"/>
      <w:r w:rsidRPr="00371A16">
        <w:t xml:space="preserve"> </w:t>
      </w:r>
      <w:proofErr w:type="spellStart"/>
      <w:r w:rsidRPr="00371A16">
        <w:t>asumate</w:t>
      </w:r>
      <w:proofErr w:type="spellEnd"/>
      <w:r w:rsidRPr="00371A16">
        <w:t xml:space="preserve"> </w:t>
      </w:r>
      <w:proofErr w:type="spellStart"/>
      <w:r w:rsidRPr="00371A16">
        <w:t>prin</w:t>
      </w:r>
      <w:proofErr w:type="spellEnd"/>
      <w:r w:rsidRPr="00371A16">
        <w:t xml:space="preserve"> </w:t>
      </w:r>
      <w:proofErr w:type="spellStart"/>
      <w:r w:rsidRPr="00371A16">
        <w:t>ofertă</w:t>
      </w:r>
      <w:proofErr w:type="spellEnd"/>
      <w:r w:rsidRPr="00371A16">
        <w:t>.</w:t>
      </w:r>
    </w:p>
    <w:p w14:paraId="49498FDA" w14:textId="2BC453D6" w:rsidR="00466787" w:rsidRDefault="00466787" w:rsidP="00466787">
      <w:pPr>
        <w:spacing w:after="50"/>
      </w:pPr>
      <w:proofErr w:type="spellStart"/>
      <w:r>
        <w:t>Ofertantul</w:t>
      </w:r>
      <w:proofErr w:type="spellEnd"/>
      <w:r>
        <w:t xml:space="preserve"> </w:t>
      </w:r>
      <w:proofErr w:type="spellStart"/>
      <w:r>
        <w:t>va</w:t>
      </w:r>
      <w:proofErr w:type="spellEnd"/>
      <w:r>
        <w:t xml:space="preserve"> </w:t>
      </w:r>
      <w:proofErr w:type="spellStart"/>
      <w:r>
        <w:t>elabora</w:t>
      </w:r>
      <w:proofErr w:type="spellEnd"/>
      <w:r>
        <w:t xml:space="preserve"> </w:t>
      </w:r>
      <w:proofErr w:type="spellStart"/>
      <w:r>
        <w:t>propunerea</w:t>
      </w:r>
      <w:proofErr w:type="spellEnd"/>
      <w:r>
        <w:t xml:space="preserve"> </w:t>
      </w:r>
      <w:proofErr w:type="spellStart"/>
      <w:r>
        <w:t>financiara</w:t>
      </w:r>
      <w:proofErr w:type="spellEnd"/>
      <w:r>
        <w:t xml:space="preserve"> </w:t>
      </w:r>
      <w:proofErr w:type="spellStart"/>
      <w:r>
        <w:t>astfel</w:t>
      </w:r>
      <w:proofErr w:type="spellEnd"/>
      <w:r>
        <w:t xml:space="preserve"> </w:t>
      </w:r>
      <w:proofErr w:type="spellStart"/>
      <w:r>
        <w:t>incat</w:t>
      </w:r>
      <w:proofErr w:type="spellEnd"/>
      <w:r>
        <w:t xml:space="preserve"> </w:t>
      </w:r>
      <w:proofErr w:type="spellStart"/>
      <w:r>
        <w:t>aceasta</w:t>
      </w:r>
      <w:proofErr w:type="spellEnd"/>
      <w:r>
        <w:t xml:space="preserve"> </w:t>
      </w:r>
      <w:proofErr w:type="spellStart"/>
      <w:r>
        <w:t>sa</w:t>
      </w:r>
      <w:proofErr w:type="spellEnd"/>
      <w:r>
        <w:t xml:space="preserve"> </w:t>
      </w:r>
      <w:proofErr w:type="spellStart"/>
      <w:r>
        <w:t>cuprindă</w:t>
      </w:r>
      <w:proofErr w:type="spellEnd"/>
      <w:r w:rsidR="00DC45E4">
        <w:t xml:space="preserve"> </w:t>
      </w:r>
      <w:proofErr w:type="spellStart"/>
      <w:r w:rsidR="00DC45E4">
        <w:t>toate</w:t>
      </w:r>
      <w:proofErr w:type="spellEnd"/>
      <w:r w:rsidR="00DC45E4">
        <w:t xml:space="preserve"> </w:t>
      </w:r>
      <w:proofErr w:type="spellStart"/>
      <w:r w:rsidR="00DC45E4">
        <w:t>elementele</w:t>
      </w:r>
      <w:proofErr w:type="spellEnd"/>
      <w:r w:rsidR="00DC45E4">
        <w:t xml:space="preserve"> de </w:t>
      </w:r>
      <w:proofErr w:type="spellStart"/>
      <w:r w:rsidR="00DC45E4">
        <w:t>pret</w:t>
      </w:r>
      <w:proofErr w:type="spellEnd"/>
      <w:r w:rsidR="00DC45E4">
        <w:t xml:space="preserve"> </w:t>
      </w:r>
      <w:proofErr w:type="spellStart"/>
      <w:r w:rsidR="00DC45E4">
        <w:t>identificate</w:t>
      </w:r>
      <w:proofErr w:type="spellEnd"/>
      <w:r w:rsidR="00DC45E4">
        <w:t xml:space="preserve"> la </w:t>
      </w:r>
      <w:proofErr w:type="spellStart"/>
      <w:r w:rsidR="00DC45E4">
        <w:t>capitolul</w:t>
      </w:r>
      <w:proofErr w:type="spellEnd"/>
      <w:r w:rsidR="00DC45E4">
        <w:t xml:space="preserve"> 7.2 - </w:t>
      </w:r>
      <w:r w:rsidR="00DC45E4">
        <w:rPr>
          <w:i/>
          <w:iCs/>
        </w:rPr>
        <w:t xml:space="preserve"> </w:t>
      </w:r>
      <w:proofErr w:type="spellStart"/>
      <w:r w:rsidR="00DC45E4">
        <w:rPr>
          <w:i/>
          <w:iCs/>
        </w:rPr>
        <w:t>Pretul</w:t>
      </w:r>
      <w:proofErr w:type="spellEnd"/>
      <w:r w:rsidR="00DC45E4">
        <w:rPr>
          <w:i/>
          <w:iCs/>
        </w:rPr>
        <w:t xml:space="preserve"> </w:t>
      </w:r>
      <w:proofErr w:type="spellStart"/>
      <w:r w:rsidR="00DC45E4">
        <w:rPr>
          <w:i/>
          <w:iCs/>
        </w:rPr>
        <w:t>contractului</w:t>
      </w:r>
      <w:proofErr w:type="spellEnd"/>
      <w:r w:rsidR="00DC45E4">
        <w:t xml:space="preserve">, </w:t>
      </w:r>
      <w:proofErr w:type="spellStart"/>
      <w:r w:rsidR="00DC45E4">
        <w:t>respectiv</w:t>
      </w:r>
      <w:proofErr w:type="spellEnd"/>
      <w:r>
        <w:t>:</w:t>
      </w:r>
    </w:p>
    <w:p w14:paraId="26207916" w14:textId="22B59B42" w:rsidR="00466787" w:rsidRDefault="00466787" w:rsidP="002459A2">
      <w:pPr>
        <w:pStyle w:val="ListParagraph"/>
        <w:numPr>
          <w:ilvl w:val="0"/>
          <w:numId w:val="19"/>
        </w:numPr>
        <w:spacing w:after="50"/>
        <w:ind w:left="0" w:firstLine="349"/>
      </w:pPr>
      <w:proofErr w:type="spellStart"/>
      <w:r>
        <w:t>alocația</w:t>
      </w:r>
      <w:proofErr w:type="spellEnd"/>
      <w:r>
        <w:t xml:space="preserve"> de </w:t>
      </w:r>
      <w:proofErr w:type="spellStart"/>
      <w:r>
        <w:t>hrana</w:t>
      </w:r>
      <w:proofErr w:type="spellEnd"/>
      <w:r>
        <w:t xml:space="preserve"> ( lei /zi /</w:t>
      </w:r>
      <w:proofErr w:type="spellStart"/>
      <w:r>
        <w:t>beneficiar</w:t>
      </w:r>
      <w:proofErr w:type="spellEnd"/>
      <w:r>
        <w:t xml:space="preserve"> ) </w:t>
      </w:r>
      <w:proofErr w:type="spellStart"/>
      <w:r>
        <w:t>stabilita</w:t>
      </w:r>
      <w:proofErr w:type="spellEnd"/>
      <w:r>
        <w:t xml:space="preserve"> conform </w:t>
      </w:r>
      <w:proofErr w:type="spellStart"/>
      <w:r>
        <w:t>Hotararea</w:t>
      </w:r>
      <w:proofErr w:type="spellEnd"/>
      <w:r w:rsidR="003135E1" w:rsidRPr="003135E1">
        <w:rPr>
          <w:sz w:val="22"/>
          <w:szCs w:val="20"/>
          <w:lang w:val="ro-RO"/>
        </w:rPr>
        <w:t xml:space="preserve"> </w:t>
      </w:r>
      <w:r w:rsidR="003135E1" w:rsidRPr="0025334A">
        <w:rPr>
          <w:lang w:val="ro-RO"/>
        </w:rPr>
        <w:t xml:space="preserve">nr. 6/2026 </w:t>
      </w:r>
      <w:proofErr w:type="spellStart"/>
      <w:r>
        <w:t>privind</w:t>
      </w:r>
      <w:proofErr w:type="spellEnd"/>
      <w:r>
        <w:t xml:space="preserve"> </w:t>
      </w:r>
      <w:proofErr w:type="spellStart"/>
      <w:r>
        <w:t>stabilirea</w:t>
      </w:r>
      <w:proofErr w:type="spellEnd"/>
      <w:r>
        <w:t xml:space="preserve"> </w:t>
      </w:r>
      <w:proofErr w:type="spellStart"/>
      <w:r>
        <w:t>nivelului</w:t>
      </w:r>
      <w:proofErr w:type="spellEnd"/>
      <w:r>
        <w:t xml:space="preserve"> minim al </w:t>
      </w:r>
      <w:proofErr w:type="spellStart"/>
      <w:r>
        <w:t>alocației</w:t>
      </w:r>
      <w:proofErr w:type="spellEnd"/>
      <w:r>
        <w:t xml:space="preserve"> </w:t>
      </w:r>
      <w:proofErr w:type="spellStart"/>
      <w:r>
        <w:t>zilnice</w:t>
      </w:r>
      <w:proofErr w:type="spellEnd"/>
      <w:r>
        <w:t xml:space="preserve"> de </w:t>
      </w:r>
      <w:proofErr w:type="spellStart"/>
      <w:r>
        <w:t>hrană</w:t>
      </w:r>
      <w:proofErr w:type="spellEnd"/>
      <w:r>
        <w:t xml:space="preserve"> </w:t>
      </w:r>
      <w:proofErr w:type="spellStart"/>
      <w:r>
        <w:t>pentru</w:t>
      </w:r>
      <w:proofErr w:type="spellEnd"/>
      <w:r>
        <w:t xml:space="preserve"> </w:t>
      </w:r>
      <w:proofErr w:type="spellStart"/>
      <w:r>
        <w:t>consumurile</w:t>
      </w:r>
      <w:proofErr w:type="spellEnd"/>
      <w:r>
        <w:t xml:space="preserve"> </w:t>
      </w:r>
      <w:proofErr w:type="spellStart"/>
      <w:r>
        <w:t>colective</w:t>
      </w:r>
      <w:proofErr w:type="spellEnd"/>
      <w:r>
        <w:t xml:space="preserve"> din </w:t>
      </w:r>
      <w:proofErr w:type="spellStart"/>
      <w:r>
        <w:t>instituțiile</w:t>
      </w:r>
      <w:proofErr w:type="spellEnd"/>
      <w:r>
        <w:t xml:space="preserve"> </w:t>
      </w:r>
      <w:proofErr w:type="spellStart"/>
      <w:r>
        <w:t>publice</w:t>
      </w:r>
      <w:proofErr w:type="spellEnd"/>
      <w:r>
        <w:t xml:space="preserve"> de </w:t>
      </w:r>
      <w:proofErr w:type="spellStart"/>
      <w:r>
        <w:t>asistenta</w:t>
      </w:r>
      <w:proofErr w:type="spellEnd"/>
      <w:r>
        <w:t xml:space="preserve"> </w:t>
      </w:r>
      <w:proofErr w:type="spellStart"/>
      <w:r>
        <w:t>socială</w:t>
      </w:r>
      <w:proofErr w:type="spellEnd"/>
      <w:r>
        <w:t xml:space="preserve">, </w:t>
      </w:r>
      <w:proofErr w:type="spellStart"/>
      <w:r>
        <w:t>si</w:t>
      </w:r>
      <w:proofErr w:type="spellEnd"/>
      <w:r>
        <w:t xml:space="preserve"> </w:t>
      </w:r>
      <w:proofErr w:type="spellStart"/>
      <w:r>
        <w:t>anume</w:t>
      </w:r>
      <w:proofErr w:type="spellEnd"/>
      <w:r>
        <w:t xml:space="preserve"> de </w:t>
      </w:r>
      <w:r w:rsidR="003135E1" w:rsidRPr="00F634CF">
        <w:rPr>
          <w:b/>
          <w:bCs/>
        </w:rPr>
        <w:t>28,828</w:t>
      </w:r>
      <w:r w:rsidRPr="00F634CF">
        <w:rPr>
          <w:b/>
          <w:bCs/>
        </w:rPr>
        <w:t xml:space="preserve"> lei / zi / </w:t>
      </w:r>
      <w:proofErr w:type="spellStart"/>
      <w:r w:rsidRPr="00F634CF">
        <w:rPr>
          <w:b/>
          <w:bCs/>
        </w:rPr>
        <w:t>beneficiar</w:t>
      </w:r>
      <w:proofErr w:type="spellEnd"/>
      <w:r>
        <w:t xml:space="preserve"> (</w:t>
      </w:r>
      <w:proofErr w:type="spellStart"/>
      <w:r>
        <w:t>fara</w:t>
      </w:r>
      <w:proofErr w:type="spellEnd"/>
      <w:r>
        <w:t xml:space="preserve"> TVA /</w:t>
      </w:r>
      <w:proofErr w:type="spellStart"/>
      <w:r>
        <w:t>porție</w:t>
      </w:r>
      <w:proofErr w:type="spellEnd"/>
      <w:r>
        <w:t xml:space="preserve">, TVA </w:t>
      </w:r>
      <w:r w:rsidR="00D23C0D">
        <w:t>11</w:t>
      </w:r>
      <w:r>
        <w:t xml:space="preserve">%), </w:t>
      </w:r>
      <w:proofErr w:type="spellStart"/>
      <w:r>
        <w:t>preț</w:t>
      </w:r>
      <w:proofErr w:type="spellEnd"/>
      <w:r>
        <w:t xml:space="preserve"> final la </w:t>
      </w:r>
      <w:proofErr w:type="spellStart"/>
      <w:r>
        <w:t>destinațiile</w:t>
      </w:r>
      <w:proofErr w:type="spellEnd"/>
      <w:r>
        <w:t xml:space="preserve"> </w:t>
      </w:r>
      <w:proofErr w:type="spellStart"/>
      <w:r>
        <w:t>specificate</w:t>
      </w:r>
      <w:proofErr w:type="spellEnd"/>
      <w:r>
        <w:t xml:space="preserve"> in </w:t>
      </w:r>
      <w:proofErr w:type="spellStart"/>
      <w:r>
        <w:t>prezentul</w:t>
      </w:r>
      <w:proofErr w:type="spellEnd"/>
      <w:r>
        <w:t xml:space="preserve"> </w:t>
      </w:r>
      <w:proofErr w:type="spellStart"/>
      <w:r>
        <w:t>caiet</w:t>
      </w:r>
      <w:proofErr w:type="spellEnd"/>
      <w:r>
        <w:t xml:space="preserve"> de </w:t>
      </w:r>
      <w:proofErr w:type="spellStart"/>
      <w:r>
        <w:t>sarcini</w:t>
      </w:r>
      <w:proofErr w:type="spellEnd"/>
      <w:r>
        <w:t>.</w:t>
      </w:r>
    </w:p>
    <w:p w14:paraId="07F5E890" w14:textId="7FDC957B" w:rsidR="00CB730F" w:rsidRDefault="00CB730F" w:rsidP="00CB730F">
      <w:pPr>
        <w:pStyle w:val="ListParagraph"/>
        <w:numPr>
          <w:ilvl w:val="0"/>
          <w:numId w:val="19"/>
        </w:numPr>
        <w:spacing w:after="50"/>
        <w:ind w:left="0" w:firstLine="349"/>
      </w:pPr>
      <w:proofErr w:type="spellStart"/>
      <w:r w:rsidRPr="00A52B77">
        <w:rPr>
          <w:color w:val="FF0000"/>
        </w:rPr>
        <w:t>cheltuieli</w:t>
      </w:r>
      <w:proofErr w:type="spellEnd"/>
      <w:r w:rsidRPr="00A52B77">
        <w:rPr>
          <w:color w:val="FF0000"/>
        </w:rPr>
        <w:t xml:space="preserve"> </w:t>
      </w:r>
      <w:proofErr w:type="spellStart"/>
      <w:r w:rsidRPr="00A52B77">
        <w:rPr>
          <w:color w:val="FF0000"/>
        </w:rPr>
        <w:t>conexe</w:t>
      </w:r>
      <w:proofErr w:type="spellEnd"/>
      <w:r w:rsidRPr="00CD4A62">
        <w:t xml:space="preserve">: </w:t>
      </w:r>
      <w:r w:rsidRPr="00CB730F">
        <w:t>include transport/</w:t>
      </w:r>
      <w:proofErr w:type="spellStart"/>
      <w:r w:rsidRPr="00CB730F">
        <w:t>distribuție</w:t>
      </w:r>
      <w:proofErr w:type="spellEnd"/>
      <w:r w:rsidRPr="00CB730F">
        <w:t>/</w:t>
      </w:r>
      <w:proofErr w:type="spellStart"/>
      <w:r w:rsidRPr="00CB730F">
        <w:t>ambalaje</w:t>
      </w:r>
      <w:proofErr w:type="spellEnd"/>
      <w:r>
        <w:t xml:space="preserve">, </w:t>
      </w:r>
      <w:proofErr w:type="spellStart"/>
      <w:r>
        <w:t>si</w:t>
      </w:r>
      <w:proofErr w:type="spellEnd"/>
      <w:r>
        <w:t xml:space="preserve"> </w:t>
      </w:r>
      <w:proofErr w:type="spellStart"/>
      <w:r>
        <w:t>este</w:t>
      </w:r>
      <w:proofErr w:type="spellEnd"/>
      <w:r>
        <w:t xml:space="preserve"> de maxim</w:t>
      </w:r>
      <w:r w:rsidRPr="0025334A">
        <w:t xml:space="preserve"> </w:t>
      </w:r>
      <w:r w:rsidRPr="00F634CF">
        <w:rPr>
          <w:b/>
          <w:bCs/>
        </w:rPr>
        <w:t>3,14</w:t>
      </w:r>
      <w:r w:rsidR="00677625">
        <w:rPr>
          <w:b/>
          <w:bCs/>
        </w:rPr>
        <w:t>8</w:t>
      </w:r>
      <w:r w:rsidRPr="00F634CF">
        <w:rPr>
          <w:b/>
          <w:bCs/>
        </w:rPr>
        <w:t xml:space="preserve"> lei / zi</w:t>
      </w:r>
      <w:r w:rsidRPr="00CB730F">
        <w:t xml:space="preserve"> / </w:t>
      </w:r>
      <w:proofErr w:type="spellStart"/>
      <w:r w:rsidRPr="00F634CF">
        <w:rPr>
          <w:b/>
          <w:bCs/>
        </w:rPr>
        <w:t>beneficiar</w:t>
      </w:r>
      <w:proofErr w:type="spellEnd"/>
      <w:r w:rsidRPr="00CB730F">
        <w:t xml:space="preserve"> (</w:t>
      </w:r>
      <w:proofErr w:type="spellStart"/>
      <w:r w:rsidRPr="00CB730F">
        <w:t>fara</w:t>
      </w:r>
      <w:proofErr w:type="spellEnd"/>
      <w:r w:rsidRPr="00CB730F">
        <w:t xml:space="preserve"> TVA /</w:t>
      </w:r>
      <w:proofErr w:type="spellStart"/>
      <w:r w:rsidRPr="00CB730F">
        <w:t>porție</w:t>
      </w:r>
      <w:proofErr w:type="spellEnd"/>
      <w:r w:rsidRPr="00CB730F">
        <w:t xml:space="preserve">, TVA </w:t>
      </w:r>
      <w:r>
        <w:t>2</w:t>
      </w:r>
      <w:r w:rsidRPr="00CB730F">
        <w:t>1%)</w:t>
      </w:r>
      <w:r>
        <w:t xml:space="preserve">; </w:t>
      </w:r>
      <w:proofErr w:type="spellStart"/>
      <w:r>
        <w:t>c</w:t>
      </w:r>
      <w:r w:rsidRPr="00CD4A62">
        <w:t>osturile</w:t>
      </w:r>
      <w:proofErr w:type="spellEnd"/>
      <w:r w:rsidRPr="00CD4A62">
        <w:t xml:space="preserve"> </w:t>
      </w:r>
      <w:proofErr w:type="spellStart"/>
      <w:r w:rsidRPr="00CD4A62">
        <w:t>conexe</w:t>
      </w:r>
      <w:proofErr w:type="spellEnd"/>
      <w:r w:rsidRPr="00CD4A62">
        <w:t xml:space="preserve"> sunt </w:t>
      </w:r>
      <w:proofErr w:type="spellStart"/>
      <w:r w:rsidRPr="00CD4A62">
        <w:t>incluse</w:t>
      </w:r>
      <w:proofErr w:type="spellEnd"/>
      <w:r w:rsidRPr="00CD4A62">
        <w:t xml:space="preserve"> </w:t>
      </w:r>
      <w:proofErr w:type="spellStart"/>
      <w:r w:rsidRPr="00CD4A62">
        <w:t>în</w:t>
      </w:r>
      <w:proofErr w:type="spellEnd"/>
      <w:r w:rsidRPr="00CD4A62">
        <w:t xml:space="preserve"> </w:t>
      </w:r>
      <w:proofErr w:type="spellStart"/>
      <w:r w:rsidRPr="00CD4A62">
        <w:t>prețul</w:t>
      </w:r>
      <w:proofErr w:type="spellEnd"/>
      <w:r w:rsidRPr="00CD4A62">
        <w:t xml:space="preserve"> total al </w:t>
      </w:r>
      <w:proofErr w:type="spellStart"/>
      <w:r w:rsidRPr="00CD4A62">
        <w:t>serviciului</w:t>
      </w:r>
      <w:proofErr w:type="spellEnd"/>
      <w:r w:rsidRPr="00CD4A62">
        <w:t xml:space="preserve"> </w:t>
      </w:r>
      <w:proofErr w:type="spellStart"/>
      <w:r w:rsidRPr="00CD4A62">
        <w:t>și</w:t>
      </w:r>
      <w:proofErr w:type="spellEnd"/>
      <w:r w:rsidRPr="00CD4A62">
        <w:t xml:space="preserve"> nu se </w:t>
      </w:r>
      <w:proofErr w:type="spellStart"/>
      <w:r w:rsidRPr="00CD4A62">
        <w:t>facturează</w:t>
      </w:r>
      <w:proofErr w:type="spellEnd"/>
      <w:r w:rsidRPr="00CD4A62">
        <w:t xml:space="preserve"> </w:t>
      </w:r>
      <w:proofErr w:type="spellStart"/>
      <w:r w:rsidRPr="00CD4A62">
        <w:t>suplimentar</w:t>
      </w:r>
      <w:proofErr w:type="spellEnd"/>
      <w:r w:rsidRPr="00CD4A62">
        <w:t xml:space="preserve">. </w:t>
      </w:r>
    </w:p>
    <w:p w14:paraId="1CC86C2B" w14:textId="2881B8BF" w:rsidR="00CA14FF" w:rsidRDefault="00CB730F" w:rsidP="00D534BE">
      <w:pPr>
        <w:spacing w:after="50"/>
        <w:ind w:left="349" w:firstLine="0"/>
      </w:pPr>
      <w:r>
        <w:t xml:space="preserve"> </w:t>
      </w:r>
      <w:proofErr w:type="spellStart"/>
      <w:r w:rsidR="00CA14FF">
        <w:t>Prețul</w:t>
      </w:r>
      <w:proofErr w:type="spellEnd"/>
      <w:r w:rsidR="00CA14FF">
        <w:t xml:space="preserve"> </w:t>
      </w:r>
      <w:proofErr w:type="spellStart"/>
      <w:r w:rsidR="00CA14FF">
        <w:t>unitar</w:t>
      </w:r>
      <w:proofErr w:type="spellEnd"/>
      <w:r w:rsidR="00CA14FF">
        <w:t xml:space="preserve"> </w:t>
      </w:r>
      <w:proofErr w:type="spellStart"/>
      <w:r w:rsidR="00CA14FF">
        <w:t>pentru</w:t>
      </w:r>
      <w:proofErr w:type="spellEnd"/>
      <w:r w:rsidR="00CA14FF">
        <w:t xml:space="preserve"> </w:t>
      </w:r>
      <w:proofErr w:type="spellStart"/>
      <w:r w:rsidR="00CA14FF">
        <w:t>prestarea</w:t>
      </w:r>
      <w:proofErr w:type="spellEnd"/>
      <w:r w:rsidR="00CA14FF">
        <w:t xml:space="preserve"> de </w:t>
      </w:r>
      <w:proofErr w:type="spellStart"/>
      <w:r w:rsidR="00CA14FF">
        <w:t>servicii</w:t>
      </w:r>
      <w:proofErr w:type="spellEnd"/>
      <w:r w:rsidR="00CA14FF">
        <w:t xml:space="preserve"> la </w:t>
      </w:r>
      <w:proofErr w:type="spellStart"/>
      <w:r w:rsidR="00CA14FF">
        <w:t>destinația</w:t>
      </w:r>
      <w:proofErr w:type="spellEnd"/>
      <w:r w:rsidR="00CA14FF">
        <w:t xml:space="preserve"> </w:t>
      </w:r>
      <w:proofErr w:type="spellStart"/>
      <w:r w:rsidR="00CA14FF">
        <w:t>finala</w:t>
      </w:r>
      <w:proofErr w:type="spellEnd"/>
      <w:r w:rsidR="00CA14FF">
        <w:t xml:space="preserve"> </w:t>
      </w:r>
      <w:proofErr w:type="spellStart"/>
      <w:r w:rsidR="00CA14FF">
        <w:t>va</w:t>
      </w:r>
      <w:proofErr w:type="spellEnd"/>
      <w:r w:rsidR="00CA14FF">
        <w:t xml:space="preserve"> fi </w:t>
      </w:r>
      <w:proofErr w:type="spellStart"/>
      <w:r w:rsidR="00CA14FF">
        <w:t>exprimat</w:t>
      </w:r>
      <w:proofErr w:type="spellEnd"/>
      <w:r w:rsidR="00CA14FF">
        <w:t xml:space="preserve"> </w:t>
      </w:r>
      <w:proofErr w:type="spellStart"/>
      <w:r w:rsidR="00CA14FF">
        <w:t>în</w:t>
      </w:r>
      <w:proofErr w:type="spellEnd"/>
      <w:r w:rsidR="00CA14FF">
        <w:t xml:space="preserve"> lei (RON), </w:t>
      </w:r>
      <w:proofErr w:type="spellStart"/>
      <w:r w:rsidR="00CA14FF">
        <w:t>fară</w:t>
      </w:r>
      <w:proofErr w:type="spellEnd"/>
      <w:r w:rsidR="00CA14FF">
        <w:t xml:space="preserve"> TVA, </w:t>
      </w:r>
      <w:proofErr w:type="spellStart"/>
      <w:r w:rsidR="00CA14FF">
        <w:t>numai</w:t>
      </w:r>
      <w:proofErr w:type="spellEnd"/>
      <w:r w:rsidR="00CA14FF">
        <w:t xml:space="preserve"> cu </w:t>
      </w:r>
      <w:proofErr w:type="spellStart"/>
      <w:r w:rsidR="00CA14FF">
        <w:t>două</w:t>
      </w:r>
      <w:proofErr w:type="spellEnd"/>
      <w:r w:rsidR="00CA14FF">
        <w:t xml:space="preserve"> </w:t>
      </w:r>
      <w:proofErr w:type="spellStart"/>
      <w:r w:rsidR="00CA14FF">
        <w:t>zecimale</w:t>
      </w:r>
      <w:proofErr w:type="spellEnd"/>
      <w:r w:rsidR="00CA14FF">
        <w:t xml:space="preserve"> (</w:t>
      </w:r>
      <w:proofErr w:type="spellStart"/>
      <w:r w:rsidR="00CA14FF">
        <w:t>două</w:t>
      </w:r>
      <w:proofErr w:type="spellEnd"/>
      <w:r w:rsidR="00CA14FF">
        <w:t xml:space="preserve"> </w:t>
      </w:r>
      <w:proofErr w:type="spellStart"/>
      <w:r w:rsidR="00CA14FF">
        <w:t>cifre</w:t>
      </w:r>
      <w:proofErr w:type="spellEnd"/>
      <w:r w:rsidR="00CA14FF">
        <w:t xml:space="preserve"> </w:t>
      </w:r>
      <w:proofErr w:type="spellStart"/>
      <w:r w:rsidR="00CA14FF">
        <w:t>după</w:t>
      </w:r>
      <w:proofErr w:type="spellEnd"/>
      <w:r w:rsidR="00CA14FF">
        <w:t xml:space="preserve"> </w:t>
      </w:r>
      <w:proofErr w:type="spellStart"/>
      <w:r w:rsidR="00CA14FF">
        <w:t>virgulă</w:t>
      </w:r>
      <w:proofErr w:type="spellEnd"/>
      <w:r w:rsidR="00CA14FF">
        <w:t xml:space="preserve"> ).</w:t>
      </w:r>
    </w:p>
    <w:p w14:paraId="2082FD4B" w14:textId="74D8F681" w:rsidR="00466787" w:rsidRDefault="003135E1" w:rsidP="00466787">
      <w:pPr>
        <w:spacing w:after="50"/>
      </w:pPr>
      <w:proofErr w:type="spellStart"/>
      <w:r>
        <w:t>În</w:t>
      </w:r>
      <w:proofErr w:type="spellEnd"/>
      <w:r>
        <w:t xml:space="preserve"> </w:t>
      </w:r>
      <w:proofErr w:type="spellStart"/>
      <w:r w:rsidR="00466787">
        <w:t>cazul</w:t>
      </w:r>
      <w:proofErr w:type="spellEnd"/>
      <w:r w:rsidR="00466787">
        <w:t xml:space="preserve"> </w:t>
      </w:r>
      <w:proofErr w:type="spellStart"/>
      <w:r w:rsidR="00466787">
        <w:t>propunerilor</w:t>
      </w:r>
      <w:proofErr w:type="spellEnd"/>
      <w:r w:rsidR="00466787">
        <w:t xml:space="preserve"> </w:t>
      </w:r>
      <w:proofErr w:type="spellStart"/>
      <w:r w:rsidR="00466787">
        <w:t>financiare</w:t>
      </w:r>
      <w:proofErr w:type="spellEnd"/>
      <w:r w:rsidR="00466787">
        <w:t xml:space="preserve"> care </w:t>
      </w:r>
      <w:proofErr w:type="spellStart"/>
      <w:r w:rsidR="00466787">
        <w:t>conțin</w:t>
      </w:r>
      <w:proofErr w:type="spellEnd"/>
      <w:r w:rsidR="00466787">
        <w:t xml:space="preserve"> </w:t>
      </w:r>
      <w:proofErr w:type="spellStart"/>
      <w:r w:rsidR="00466787">
        <w:t>prețuri</w:t>
      </w:r>
      <w:proofErr w:type="spellEnd"/>
      <w:r w:rsidR="00466787">
        <w:t xml:space="preserve"> (</w:t>
      </w:r>
      <w:proofErr w:type="spellStart"/>
      <w:r w:rsidR="00466787">
        <w:t>tarife</w:t>
      </w:r>
      <w:proofErr w:type="spellEnd"/>
      <w:r w:rsidR="00466787">
        <w:t xml:space="preserve">) cu </w:t>
      </w:r>
      <w:proofErr w:type="spellStart"/>
      <w:r w:rsidR="00466787">
        <w:t>mai</w:t>
      </w:r>
      <w:proofErr w:type="spellEnd"/>
      <w:r w:rsidR="00466787">
        <w:t xml:space="preserve"> </w:t>
      </w:r>
      <w:proofErr w:type="spellStart"/>
      <w:r w:rsidR="00466787">
        <w:t>multe</w:t>
      </w:r>
      <w:proofErr w:type="spellEnd"/>
      <w:r w:rsidR="00466787">
        <w:t xml:space="preserve"> </w:t>
      </w:r>
      <w:proofErr w:type="spellStart"/>
      <w:r w:rsidR="00466787">
        <w:t>cifre</w:t>
      </w:r>
      <w:proofErr w:type="spellEnd"/>
      <w:r w:rsidR="00466787">
        <w:t xml:space="preserve"> </w:t>
      </w:r>
      <w:proofErr w:type="spellStart"/>
      <w:r w:rsidR="00466787">
        <w:t>după</w:t>
      </w:r>
      <w:proofErr w:type="spellEnd"/>
      <w:r w:rsidR="00466787">
        <w:t xml:space="preserve"> </w:t>
      </w:r>
      <w:proofErr w:type="spellStart"/>
      <w:r w:rsidR="00466787">
        <w:t>virgulă</w:t>
      </w:r>
      <w:proofErr w:type="spellEnd"/>
      <w:r w:rsidR="00466787">
        <w:t xml:space="preserve"> se </w:t>
      </w:r>
      <w:proofErr w:type="spellStart"/>
      <w:r w:rsidR="00466787">
        <w:t>vor</w:t>
      </w:r>
      <w:proofErr w:type="spellEnd"/>
      <w:r w:rsidR="00466787">
        <w:t xml:space="preserve"> </w:t>
      </w:r>
      <w:proofErr w:type="spellStart"/>
      <w:r w:rsidR="00466787">
        <w:t>lua</w:t>
      </w:r>
      <w:proofErr w:type="spellEnd"/>
      <w:r w:rsidR="00466787">
        <w:t xml:space="preserve"> </w:t>
      </w:r>
      <w:proofErr w:type="spellStart"/>
      <w:r w:rsidR="00466787">
        <w:t>în</w:t>
      </w:r>
      <w:proofErr w:type="spellEnd"/>
      <w:r w:rsidR="00466787">
        <w:t xml:space="preserve"> </w:t>
      </w:r>
      <w:proofErr w:type="spellStart"/>
      <w:r w:rsidR="00466787">
        <w:t>considerare</w:t>
      </w:r>
      <w:proofErr w:type="spellEnd"/>
      <w:r w:rsidR="00466787">
        <w:t xml:space="preserve">, </w:t>
      </w:r>
      <w:proofErr w:type="spellStart"/>
      <w:r w:rsidR="00466787">
        <w:t>pentru</w:t>
      </w:r>
      <w:proofErr w:type="spellEnd"/>
      <w:r w:rsidR="00466787">
        <w:t xml:space="preserve"> </w:t>
      </w:r>
      <w:proofErr w:type="spellStart"/>
      <w:r w:rsidR="00466787">
        <w:t>departajare</w:t>
      </w:r>
      <w:proofErr w:type="spellEnd"/>
      <w:r w:rsidR="00466787">
        <w:t xml:space="preserve">, </w:t>
      </w:r>
      <w:proofErr w:type="spellStart"/>
      <w:r w:rsidR="00466787">
        <w:t>numai</w:t>
      </w:r>
      <w:proofErr w:type="spellEnd"/>
      <w:r w:rsidR="00466787">
        <w:t xml:space="preserve"> </w:t>
      </w:r>
      <w:proofErr w:type="spellStart"/>
      <w:r w:rsidR="00466787">
        <w:t>primele</w:t>
      </w:r>
      <w:proofErr w:type="spellEnd"/>
      <w:r w:rsidR="00466787">
        <w:t xml:space="preserve"> </w:t>
      </w:r>
      <w:proofErr w:type="spellStart"/>
      <w:r w:rsidR="00466787">
        <w:t>două</w:t>
      </w:r>
      <w:proofErr w:type="spellEnd"/>
      <w:r w:rsidR="00466787">
        <w:t xml:space="preserve"> </w:t>
      </w:r>
      <w:proofErr w:type="spellStart"/>
      <w:r w:rsidR="00466787">
        <w:t>cifre</w:t>
      </w:r>
      <w:proofErr w:type="spellEnd"/>
      <w:r w:rsidR="00466787">
        <w:t>.</w:t>
      </w:r>
    </w:p>
    <w:p w14:paraId="05B1E57B" w14:textId="56BA622B" w:rsidR="00DC45E4" w:rsidRDefault="00D534BE" w:rsidP="00DC45E4">
      <w:pPr>
        <w:spacing w:after="50"/>
        <w:rPr>
          <w:b/>
          <w:bCs/>
        </w:rPr>
      </w:pPr>
      <w:r>
        <w:rPr>
          <w:b/>
          <w:bCs/>
          <w:lang w:val="ro-RO"/>
        </w:rPr>
        <w:t xml:space="preserve"> Pentru alocatia de hrana, pretul ofertat pentru / meniu/zi va respecta valoarea legala </w:t>
      </w:r>
      <w:proofErr w:type="spellStart"/>
      <w:r w:rsidRPr="00D534BE">
        <w:rPr>
          <w:b/>
          <w:bCs/>
        </w:rPr>
        <w:t>stabilita</w:t>
      </w:r>
      <w:proofErr w:type="spellEnd"/>
      <w:r w:rsidRPr="00D534BE">
        <w:rPr>
          <w:b/>
          <w:bCs/>
        </w:rPr>
        <w:t xml:space="preserve"> </w:t>
      </w:r>
      <w:r w:rsidRPr="00D534BE">
        <w:t xml:space="preserve">conform </w:t>
      </w:r>
      <w:proofErr w:type="spellStart"/>
      <w:r w:rsidRPr="00D534BE">
        <w:t>Hotararea</w:t>
      </w:r>
      <w:proofErr w:type="spellEnd"/>
      <w:r w:rsidRPr="00D534BE">
        <w:rPr>
          <w:lang w:val="ro-RO"/>
        </w:rPr>
        <w:t xml:space="preserve"> </w:t>
      </w:r>
      <w:r w:rsidRPr="0025334A">
        <w:rPr>
          <w:lang w:val="ro-RO"/>
        </w:rPr>
        <w:t xml:space="preserve">nr. 6/2026 </w:t>
      </w:r>
      <w:proofErr w:type="spellStart"/>
      <w:r w:rsidRPr="00D534BE">
        <w:t>privind</w:t>
      </w:r>
      <w:proofErr w:type="spellEnd"/>
      <w:r w:rsidRPr="00D534BE">
        <w:t xml:space="preserve"> </w:t>
      </w:r>
      <w:proofErr w:type="spellStart"/>
      <w:r w:rsidRPr="00D534BE">
        <w:t>stabilirea</w:t>
      </w:r>
      <w:proofErr w:type="spellEnd"/>
      <w:r w:rsidRPr="00D534BE">
        <w:t xml:space="preserve"> </w:t>
      </w:r>
      <w:proofErr w:type="spellStart"/>
      <w:r w:rsidRPr="00D534BE">
        <w:t>nivelului</w:t>
      </w:r>
      <w:proofErr w:type="spellEnd"/>
      <w:r w:rsidRPr="00D534BE">
        <w:t xml:space="preserve"> minim al </w:t>
      </w:r>
      <w:proofErr w:type="spellStart"/>
      <w:r w:rsidRPr="00D534BE">
        <w:t>alocației</w:t>
      </w:r>
      <w:proofErr w:type="spellEnd"/>
      <w:r w:rsidRPr="00D534BE">
        <w:t xml:space="preserve"> </w:t>
      </w:r>
      <w:proofErr w:type="spellStart"/>
      <w:r w:rsidRPr="00D534BE">
        <w:t>zilnice</w:t>
      </w:r>
      <w:proofErr w:type="spellEnd"/>
      <w:r w:rsidRPr="00D534BE">
        <w:t xml:space="preserve"> de </w:t>
      </w:r>
      <w:proofErr w:type="spellStart"/>
      <w:r w:rsidRPr="00D534BE">
        <w:t>hrană</w:t>
      </w:r>
      <w:proofErr w:type="spellEnd"/>
      <w:r w:rsidRPr="00D534BE">
        <w:t xml:space="preserve"> </w:t>
      </w:r>
      <w:proofErr w:type="spellStart"/>
      <w:r w:rsidRPr="00D534BE">
        <w:t>pentru</w:t>
      </w:r>
      <w:proofErr w:type="spellEnd"/>
      <w:r w:rsidRPr="00D534BE">
        <w:t xml:space="preserve"> </w:t>
      </w:r>
      <w:proofErr w:type="spellStart"/>
      <w:r w:rsidRPr="00D534BE">
        <w:t>consumurile</w:t>
      </w:r>
      <w:proofErr w:type="spellEnd"/>
      <w:r w:rsidRPr="00D534BE">
        <w:t xml:space="preserve"> </w:t>
      </w:r>
      <w:proofErr w:type="spellStart"/>
      <w:r w:rsidRPr="00D534BE">
        <w:t>colective</w:t>
      </w:r>
      <w:proofErr w:type="spellEnd"/>
      <w:r w:rsidRPr="00D534BE">
        <w:t xml:space="preserve"> din </w:t>
      </w:r>
      <w:proofErr w:type="spellStart"/>
      <w:r w:rsidRPr="00D534BE">
        <w:t>instituțiile</w:t>
      </w:r>
      <w:proofErr w:type="spellEnd"/>
      <w:r w:rsidRPr="00D534BE">
        <w:t xml:space="preserve"> </w:t>
      </w:r>
      <w:proofErr w:type="spellStart"/>
      <w:r w:rsidRPr="00D534BE">
        <w:t>publice</w:t>
      </w:r>
      <w:proofErr w:type="spellEnd"/>
      <w:r w:rsidRPr="00D534BE">
        <w:t xml:space="preserve"> de </w:t>
      </w:r>
      <w:proofErr w:type="spellStart"/>
      <w:r w:rsidRPr="00D534BE">
        <w:t>asistenta</w:t>
      </w:r>
      <w:proofErr w:type="spellEnd"/>
      <w:r w:rsidRPr="00D534BE">
        <w:t xml:space="preserve"> </w:t>
      </w:r>
      <w:proofErr w:type="spellStart"/>
      <w:r w:rsidRPr="00D534BE">
        <w:t>socială</w:t>
      </w:r>
      <w:proofErr w:type="spellEnd"/>
      <w:r w:rsidRPr="00D534BE">
        <w:t>,</w:t>
      </w:r>
      <w:r w:rsidRPr="00D534BE">
        <w:rPr>
          <w:b/>
          <w:bCs/>
        </w:rPr>
        <w:t xml:space="preserve"> </w:t>
      </w:r>
      <w:proofErr w:type="spellStart"/>
      <w:r w:rsidRPr="00D534BE">
        <w:rPr>
          <w:b/>
          <w:bCs/>
        </w:rPr>
        <w:t>si</w:t>
      </w:r>
      <w:proofErr w:type="spellEnd"/>
      <w:r w:rsidRPr="00D534BE">
        <w:rPr>
          <w:b/>
          <w:bCs/>
        </w:rPr>
        <w:t xml:space="preserve"> </w:t>
      </w:r>
      <w:proofErr w:type="spellStart"/>
      <w:r w:rsidRPr="00D534BE">
        <w:rPr>
          <w:b/>
          <w:bCs/>
        </w:rPr>
        <w:t>anume</w:t>
      </w:r>
      <w:proofErr w:type="spellEnd"/>
      <w:r w:rsidRPr="00D534BE">
        <w:rPr>
          <w:b/>
          <w:bCs/>
        </w:rPr>
        <w:t xml:space="preserve"> de 28,82</w:t>
      </w:r>
      <w:r w:rsidR="00F634CF">
        <w:rPr>
          <w:b/>
          <w:bCs/>
        </w:rPr>
        <w:t>8</w:t>
      </w:r>
      <w:r w:rsidRPr="00D534BE">
        <w:rPr>
          <w:b/>
          <w:bCs/>
        </w:rPr>
        <w:t xml:space="preserve"> lei / zi / </w:t>
      </w:r>
      <w:proofErr w:type="spellStart"/>
      <w:r w:rsidRPr="00D534BE">
        <w:rPr>
          <w:b/>
          <w:bCs/>
        </w:rPr>
        <w:t>beneficiar</w:t>
      </w:r>
      <w:proofErr w:type="spellEnd"/>
      <w:r w:rsidR="00EA7A22">
        <w:rPr>
          <w:b/>
          <w:bCs/>
        </w:rPr>
        <w:t xml:space="preserve">. </w:t>
      </w:r>
      <w:r w:rsidR="00EA7A22" w:rsidRPr="00EA7A22">
        <w:rPr>
          <w:b/>
          <w:bCs/>
          <w:i/>
          <w:iCs/>
        </w:rPr>
        <w:t xml:space="preserve">In </w:t>
      </w:r>
      <w:proofErr w:type="spellStart"/>
      <w:r w:rsidR="00EA7A22" w:rsidRPr="00EA7A22">
        <w:rPr>
          <w:b/>
          <w:bCs/>
          <w:i/>
          <w:iCs/>
        </w:rPr>
        <w:t>cazul</w:t>
      </w:r>
      <w:proofErr w:type="spellEnd"/>
      <w:r w:rsidR="00EA7A22" w:rsidRPr="00EA7A22">
        <w:rPr>
          <w:b/>
          <w:bCs/>
          <w:i/>
          <w:iCs/>
        </w:rPr>
        <w:t xml:space="preserve"> in care, </w:t>
      </w:r>
      <w:proofErr w:type="spellStart"/>
      <w:r w:rsidR="00EA7A22" w:rsidRPr="00EA7A22">
        <w:rPr>
          <w:b/>
          <w:bCs/>
          <w:i/>
          <w:iCs/>
        </w:rPr>
        <w:t>pretul</w:t>
      </w:r>
      <w:proofErr w:type="spellEnd"/>
      <w:r w:rsidR="00EA7A22" w:rsidRPr="00EA7A22">
        <w:rPr>
          <w:b/>
          <w:bCs/>
          <w:i/>
          <w:iCs/>
        </w:rPr>
        <w:t xml:space="preserve"> </w:t>
      </w:r>
      <w:proofErr w:type="spellStart"/>
      <w:r w:rsidR="00EA7A22" w:rsidRPr="00EA7A22">
        <w:rPr>
          <w:b/>
          <w:bCs/>
          <w:i/>
          <w:iCs/>
        </w:rPr>
        <w:t>aferent</w:t>
      </w:r>
      <w:proofErr w:type="spellEnd"/>
      <w:r w:rsidR="00EA7A22" w:rsidRPr="00EA7A22">
        <w:rPr>
          <w:b/>
          <w:bCs/>
          <w:i/>
          <w:iCs/>
        </w:rPr>
        <w:t xml:space="preserve"> </w:t>
      </w:r>
      <w:proofErr w:type="spellStart"/>
      <w:r w:rsidR="00EA7A22" w:rsidRPr="00EA7A22">
        <w:rPr>
          <w:b/>
          <w:bCs/>
          <w:i/>
          <w:iCs/>
        </w:rPr>
        <w:t>alocatiei</w:t>
      </w:r>
      <w:proofErr w:type="spellEnd"/>
      <w:r w:rsidR="00EA7A22" w:rsidRPr="00EA7A22">
        <w:rPr>
          <w:b/>
          <w:bCs/>
          <w:i/>
          <w:iCs/>
        </w:rPr>
        <w:t xml:space="preserve"> de </w:t>
      </w:r>
      <w:proofErr w:type="spellStart"/>
      <w:r w:rsidR="00EA7A22" w:rsidRPr="00EA7A22">
        <w:rPr>
          <w:b/>
          <w:bCs/>
          <w:i/>
          <w:iCs/>
        </w:rPr>
        <w:t>hrana</w:t>
      </w:r>
      <w:proofErr w:type="spellEnd"/>
      <w:r w:rsidR="00EA7A22" w:rsidRPr="00EA7A22">
        <w:rPr>
          <w:b/>
          <w:bCs/>
          <w:i/>
          <w:iCs/>
        </w:rPr>
        <w:t xml:space="preserve"> </w:t>
      </w:r>
      <w:proofErr w:type="spellStart"/>
      <w:r w:rsidR="00EA7A22" w:rsidRPr="00EA7A22">
        <w:rPr>
          <w:b/>
          <w:bCs/>
          <w:i/>
          <w:iCs/>
        </w:rPr>
        <w:t>este</w:t>
      </w:r>
      <w:proofErr w:type="spellEnd"/>
      <w:r w:rsidR="00EA7A22" w:rsidRPr="00EA7A22">
        <w:rPr>
          <w:b/>
          <w:bCs/>
          <w:i/>
          <w:iCs/>
        </w:rPr>
        <w:t xml:space="preserve"> </w:t>
      </w:r>
      <w:proofErr w:type="spellStart"/>
      <w:r w:rsidR="00EA7A22" w:rsidRPr="00EA7A22">
        <w:rPr>
          <w:b/>
          <w:bCs/>
          <w:i/>
          <w:iCs/>
        </w:rPr>
        <w:t>diferit</w:t>
      </w:r>
      <w:proofErr w:type="spellEnd"/>
      <w:r w:rsidR="00EA7A22" w:rsidRPr="00EA7A22">
        <w:rPr>
          <w:b/>
          <w:bCs/>
          <w:i/>
          <w:iCs/>
        </w:rPr>
        <w:t xml:space="preserve"> de cel </w:t>
      </w:r>
      <w:proofErr w:type="spellStart"/>
      <w:r w:rsidR="00EA7A22" w:rsidRPr="00EA7A22">
        <w:rPr>
          <w:b/>
          <w:bCs/>
          <w:i/>
          <w:iCs/>
        </w:rPr>
        <w:t>stabilit</w:t>
      </w:r>
      <w:proofErr w:type="spellEnd"/>
      <w:r w:rsidR="00EA7A22" w:rsidRPr="00EA7A22">
        <w:rPr>
          <w:b/>
          <w:bCs/>
          <w:i/>
          <w:iCs/>
        </w:rPr>
        <w:t xml:space="preserve"> </w:t>
      </w:r>
      <w:proofErr w:type="spellStart"/>
      <w:r w:rsidR="00EA7A22" w:rsidRPr="00EA7A22">
        <w:rPr>
          <w:b/>
          <w:bCs/>
          <w:i/>
          <w:iCs/>
        </w:rPr>
        <w:t>prin</w:t>
      </w:r>
      <w:proofErr w:type="spellEnd"/>
      <w:r w:rsidR="00EA7A22" w:rsidRPr="00EA7A22">
        <w:rPr>
          <w:b/>
          <w:bCs/>
          <w:i/>
          <w:iCs/>
        </w:rPr>
        <w:t xml:space="preserve"> </w:t>
      </w:r>
      <w:proofErr w:type="spellStart"/>
      <w:r w:rsidR="00EA7A22" w:rsidRPr="00EA7A22">
        <w:rPr>
          <w:b/>
          <w:bCs/>
          <w:i/>
          <w:iCs/>
        </w:rPr>
        <w:t>legislaţia</w:t>
      </w:r>
      <w:proofErr w:type="spellEnd"/>
      <w:r w:rsidR="00EA7A22" w:rsidRPr="00EA7A22">
        <w:rPr>
          <w:b/>
          <w:bCs/>
          <w:i/>
          <w:iCs/>
        </w:rPr>
        <w:t xml:space="preserve"> </w:t>
      </w:r>
      <w:proofErr w:type="spellStart"/>
      <w:r w:rsidR="00EA7A22" w:rsidRPr="00EA7A22">
        <w:rPr>
          <w:b/>
          <w:bCs/>
          <w:i/>
          <w:iCs/>
        </w:rPr>
        <w:t>incidenta</w:t>
      </w:r>
      <w:proofErr w:type="spellEnd"/>
      <w:r w:rsidR="00EA7A22" w:rsidRPr="00EA7A22">
        <w:rPr>
          <w:b/>
          <w:bCs/>
          <w:i/>
          <w:iCs/>
        </w:rPr>
        <w:t xml:space="preserve">, </w:t>
      </w:r>
      <w:proofErr w:type="spellStart"/>
      <w:r w:rsidR="00EA7A22" w:rsidRPr="00EA7A22">
        <w:rPr>
          <w:b/>
          <w:bCs/>
          <w:i/>
          <w:iCs/>
        </w:rPr>
        <w:t>oferta</w:t>
      </w:r>
      <w:proofErr w:type="spellEnd"/>
      <w:r w:rsidR="00EA7A22" w:rsidRPr="00EA7A22">
        <w:rPr>
          <w:b/>
          <w:bCs/>
          <w:i/>
          <w:iCs/>
        </w:rPr>
        <w:t xml:space="preserve"> </w:t>
      </w:r>
      <w:proofErr w:type="spellStart"/>
      <w:r w:rsidR="00EA7A22" w:rsidRPr="00EA7A22">
        <w:rPr>
          <w:b/>
          <w:bCs/>
          <w:i/>
          <w:iCs/>
        </w:rPr>
        <w:t>va</w:t>
      </w:r>
      <w:proofErr w:type="spellEnd"/>
      <w:r w:rsidR="00EA7A22" w:rsidRPr="00EA7A22">
        <w:rPr>
          <w:b/>
          <w:bCs/>
          <w:i/>
          <w:iCs/>
        </w:rPr>
        <w:t xml:space="preserve"> fi </w:t>
      </w:r>
      <w:proofErr w:type="spellStart"/>
      <w:r w:rsidR="00EA7A22" w:rsidRPr="00EA7A22">
        <w:rPr>
          <w:b/>
          <w:bCs/>
          <w:i/>
          <w:iCs/>
        </w:rPr>
        <w:t>declarata</w:t>
      </w:r>
      <w:proofErr w:type="spellEnd"/>
      <w:r w:rsidR="00EA7A22" w:rsidRPr="00EA7A22">
        <w:rPr>
          <w:b/>
          <w:bCs/>
          <w:i/>
          <w:iCs/>
        </w:rPr>
        <w:t xml:space="preserve"> </w:t>
      </w:r>
      <w:proofErr w:type="spellStart"/>
      <w:r w:rsidR="00EA7A22" w:rsidRPr="00EA7A22">
        <w:rPr>
          <w:b/>
          <w:bCs/>
          <w:i/>
          <w:iCs/>
        </w:rPr>
        <w:t>neconforma</w:t>
      </w:r>
      <w:proofErr w:type="spellEnd"/>
      <w:r w:rsidR="00EA7A22" w:rsidRPr="00EA7A22">
        <w:rPr>
          <w:b/>
          <w:bCs/>
          <w:i/>
          <w:iCs/>
        </w:rPr>
        <w:t>.</w:t>
      </w:r>
    </w:p>
    <w:p w14:paraId="5F740520" w14:textId="1288B481" w:rsidR="00EA7A22" w:rsidRPr="00BF6ADA" w:rsidRDefault="00BF6ADA" w:rsidP="00DC45E4">
      <w:pPr>
        <w:spacing w:after="50"/>
        <w:rPr>
          <w:lang w:val="ro-RO"/>
        </w:rPr>
      </w:pPr>
      <w:r w:rsidRPr="00BF6ADA">
        <w:rPr>
          <w:lang w:val="ro-RO"/>
        </w:rPr>
        <w:t>Se va oferta cantitatea maxima estimata a acordului cadru.</w:t>
      </w:r>
    </w:p>
    <w:p w14:paraId="182EB158" w14:textId="4246A4F4" w:rsidR="00D534BE" w:rsidRDefault="00D534BE" w:rsidP="00DC45E4">
      <w:pPr>
        <w:spacing w:after="50"/>
        <w:rPr>
          <w:lang w:val="ro-RO"/>
        </w:rPr>
      </w:pPr>
      <w:r>
        <w:rPr>
          <w:lang w:val="ro-RO"/>
        </w:rPr>
        <w:t>Model centralizator preturi:</w:t>
      </w:r>
    </w:p>
    <w:tbl>
      <w:tblPr>
        <w:tblStyle w:val="TableGrid"/>
        <w:tblW w:w="0" w:type="auto"/>
        <w:tblLook w:val="04A0" w:firstRow="1" w:lastRow="0" w:firstColumn="1" w:lastColumn="0" w:noHBand="0" w:noVBand="1"/>
      </w:tblPr>
      <w:tblGrid>
        <w:gridCol w:w="1572"/>
        <w:gridCol w:w="1111"/>
        <w:gridCol w:w="1159"/>
        <w:gridCol w:w="1953"/>
        <w:gridCol w:w="1221"/>
        <w:gridCol w:w="1476"/>
        <w:gridCol w:w="1476"/>
      </w:tblGrid>
      <w:tr w:rsidR="00213777" w:rsidRPr="00EA7A22" w14:paraId="3714BCA2" w14:textId="77777777" w:rsidTr="00AD64C0">
        <w:tc>
          <w:tcPr>
            <w:tcW w:w="1572" w:type="dxa"/>
          </w:tcPr>
          <w:p w14:paraId="7D8D5109" w14:textId="4D8AC7B3" w:rsidR="00213777" w:rsidRPr="00EA7A22" w:rsidRDefault="00213777" w:rsidP="00BF6ADA">
            <w:pPr>
              <w:spacing w:after="50"/>
              <w:ind w:firstLine="0"/>
              <w:jc w:val="left"/>
              <w:rPr>
                <w:sz w:val="22"/>
              </w:rPr>
            </w:pPr>
            <w:proofErr w:type="spellStart"/>
            <w:r>
              <w:rPr>
                <w:sz w:val="22"/>
              </w:rPr>
              <w:t>Denumire</w:t>
            </w:r>
            <w:proofErr w:type="spellEnd"/>
            <w:r>
              <w:rPr>
                <w:sz w:val="22"/>
              </w:rPr>
              <w:t xml:space="preserve"> </w:t>
            </w:r>
            <w:proofErr w:type="spellStart"/>
            <w:r>
              <w:rPr>
                <w:sz w:val="22"/>
              </w:rPr>
              <w:t>serviciu</w:t>
            </w:r>
            <w:proofErr w:type="spellEnd"/>
          </w:p>
        </w:tc>
        <w:tc>
          <w:tcPr>
            <w:tcW w:w="1111" w:type="dxa"/>
          </w:tcPr>
          <w:p w14:paraId="316ACD5E" w14:textId="694CFACC" w:rsidR="00213777" w:rsidRPr="00EA7A22" w:rsidRDefault="00213777" w:rsidP="00BF6ADA">
            <w:pPr>
              <w:spacing w:after="50"/>
              <w:ind w:firstLine="0"/>
              <w:jc w:val="left"/>
              <w:rPr>
                <w:sz w:val="22"/>
              </w:rPr>
            </w:pPr>
            <w:r>
              <w:rPr>
                <w:sz w:val="22"/>
              </w:rPr>
              <w:t>U.M.</w:t>
            </w:r>
          </w:p>
        </w:tc>
        <w:tc>
          <w:tcPr>
            <w:tcW w:w="1159" w:type="dxa"/>
          </w:tcPr>
          <w:p w14:paraId="695555CE" w14:textId="6B494AF5" w:rsidR="00213777" w:rsidRPr="00EA7A22" w:rsidRDefault="00213777" w:rsidP="00BF6ADA">
            <w:pPr>
              <w:spacing w:after="50"/>
              <w:ind w:firstLine="0"/>
              <w:jc w:val="left"/>
              <w:rPr>
                <w:sz w:val="22"/>
              </w:rPr>
            </w:pPr>
            <w:proofErr w:type="spellStart"/>
            <w:r>
              <w:rPr>
                <w:sz w:val="22"/>
              </w:rPr>
              <w:t>Număr</w:t>
            </w:r>
            <w:proofErr w:type="spellEnd"/>
            <w:r>
              <w:rPr>
                <w:sz w:val="22"/>
              </w:rPr>
              <w:t xml:space="preserve"> maxim </w:t>
            </w:r>
            <w:proofErr w:type="spellStart"/>
            <w:r>
              <w:rPr>
                <w:sz w:val="22"/>
              </w:rPr>
              <w:t>meniuri</w:t>
            </w:r>
            <w:proofErr w:type="spellEnd"/>
            <w:r>
              <w:rPr>
                <w:sz w:val="22"/>
              </w:rPr>
              <w:t xml:space="preserve"> / an (365 </w:t>
            </w:r>
            <w:proofErr w:type="spellStart"/>
            <w:r>
              <w:rPr>
                <w:sz w:val="22"/>
              </w:rPr>
              <w:t>zile</w:t>
            </w:r>
            <w:proofErr w:type="spellEnd"/>
            <w:r>
              <w:rPr>
                <w:sz w:val="22"/>
              </w:rPr>
              <w:t>)</w:t>
            </w:r>
          </w:p>
        </w:tc>
        <w:tc>
          <w:tcPr>
            <w:tcW w:w="1953" w:type="dxa"/>
          </w:tcPr>
          <w:p w14:paraId="4196250C" w14:textId="790E62D2" w:rsidR="00213777" w:rsidRPr="00EA7A22" w:rsidRDefault="00213777" w:rsidP="00BF6ADA">
            <w:pPr>
              <w:spacing w:after="50"/>
              <w:ind w:firstLine="0"/>
              <w:jc w:val="left"/>
              <w:rPr>
                <w:sz w:val="22"/>
              </w:rPr>
            </w:pPr>
            <w:r>
              <w:rPr>
                <w:sz w:val="22"/>
              </w:rPr>
              <w:t xml:space="preserve">Preț </w:t>
            </w:r>
            <w:proofErr w:type="spellStart"/>
            <w:r>
              <w:rPr>
                <w:sz w:val="22"/>
              </w:rPr>
              <w:t>unitar</w:t>
            </w:r>
            <w:proofErr w:type="spellEnd"/>
            <w:r>
              <w:rPr>
                <w:sz w:val="22"/>
              </w:rPr>
              <w:t xml:space="preserve"> </w:t>
            </w:r>
            <w:proofErr w:type="spellStart"/>
            <w:r>
              <w:rPr>
                <w:sz w:val="22"/>
              </w:rPr>
              <w:t>fara</w:t>
            </w:r>
            <w:proofErr w:type="spellEnd"/>
            <w:r>
              <w:rPr>
                <w:sz w:val="22"/>
              </w:rPr>
              <w:t xml:space="preserve"> TVA / zi / </w:t>
            </w:r>
            <w:proofErr w:type="spellStart"/>
            <w:r>
              <w:rPr>
                <w:sz w:val="22"/>
              </w:rPr>
              <w:t>beneficiar</w:t>
            </w:r>
            <w:proofErr w:type="spellEnd"/>
          </w:p>
        </w:tc>
        <w:tc>
          <w:tcPr>
            <w:tcW w:w="1221" w:type="dxa"/>
          </w:tcPr>
          <w:p w14:paraId="123DCF5A" w14:textId="15009F80" w:rsidR="00213777" w:rsidRDefault="00213777" w:rsidP="00BF6ADA">
            <w:pPr>
              <w:spacing w:after="50"/>
              <w:ind w:firstLine="0"/>
              <w:jc w:val="left"/>
              <w:rPr>
                <w:sz w:val="22"/>
              </w:rPr>
            </w:pPr>
            <w:r>
              <w:rPr>
                <w:sz w:val="22"/>
              </w:rPr>
              <w:t xml:space="preserve">Preț </w:t>
            </w:r>
            <w:proofErr w:type="spellStart"/>
            <w:r>
              <w:rPr>
                <w:sz w:val="22"/>
              </w:rPr>
              <w:t>unitar</w:t>
            </w:r>
            <w:proofErr w:type="spellEnd"/>
            <w:r>
              <w:rPr>
                <w:sz w:val="22"/>
              </w:rPr>
              <w:t xml:space="preserve"> cu TVA / zi / </w:t>
            </w:r>
            <w:proofErr w:type="spellStart"/>
            <w:r>
              <w:rPr>
                <w:sz w:val="22"/>
              </w:rPr>
              <w:t>beneficiar</w:t>
            </w:r>
            <w:proofErr w:type="spellEnd"/>
          </w:p>
        </w:tc>
        <w:tc>
          <w:tcPr>
            <w:tcW w:w="1476" w:type="dxa"/>
          </w:tcPr>
          <w:p w14:paraId="09C9A4B1" w14:textId="44808A13" w:rsidR="00213777" w:rsidRPr="00EA7A22" w:rsidRDefault="00213777" w:rsidP="00BF6ADA">
            <w:pPr>
              <w:spacing w:after="50"/>
              <w:ind w:firstLine="0"/>
              <w:jc w:val="left"/>
              <w:rPr>
                <w:sz w:val="22"/>
              </w:rPr>
            </w:pPr>
            <w:proofErr w:type="spellStart"/>
            <w:r>
              <w:rPr>
                <w:sz w:val="22"/>
              </w:rPr>
              <w:t>Valoare</w:t>
            </w:r>
            <w:proofErr w:type="spellEnd"/>
            <w:r>
              <w:rPr>
                <w:sz w:val="22"/>
              </w:rPr>
              <w:t xml:space="preserve"> in lei (</w:t>
            </w:r>
            <w:proofErr w:type="spellStart"/>
            <w:r>
              <w:rPr>
                <w:sz w:val="22"/>
              </w:rPr>
              <w:t>fara</w:t>
            </w:r>
            <w:proofErr w:type="spellEnd"/>
            <w:r>
              <w:rPr>
                <w:sz w:val="22"/>
              </w:rPr>
              <w:t xml:space="preserve"> TVA)</w:t>
            </w:r>
          </w:p>
        </w:tc>
        <w:tc>
          <w:tcPr>
            <w:tcW w:w="1476" w:type="dxa"/>
          </w:tcPr>
          <w:p w14:paraId="51EFA82F" w14:textId="346DCE92" w:rsidR="00213777" w:rsidRDefault="00213777" w:rsidP="00BF6ADA">
            <w:pPr>
              <w:spacing w:after="50"/>
              <w:ind w:firstLine="0"/>
              <w:jc w:val="left"/>
              <w:rPr>
                <w:sz w:val="22"/>
              </w:rPr>
            </w:pPr>
            <w:proofErr w:type="spellStart"/>
            <w:r>
              <w:rPr>
                <w:sz w:val="22"/>
              </w:rPr>
              <w:t>Valoare</w:t>
            </w:r>
            <w:proofErr w:type="spellEnd"/>
            <w:r>
              <w:rPr>
                <w:sz w:val="22"/>
              </w:rPr>
              <w:t xml:space="preserve"> </w:t>
            </w:r>
            <w:proofErr w:type="spellStart"/>
            <w:r>
              <w:rPr>
                <w:sz w:val="22"/>
              </w:rPr>
              <w:t>ofertată</w:t>
            </w:r>
            <w:proofErr w:type="spellEnd"/>
          </w:p>
          <w:p w14:paraId="17BFE083" w14:textId="693D195B" w:rsidR="00213777" w:rsidRPr="00D534BE" w:rsidRDefault="00213777" w:rsidP="00BF6ADA">
            <w:pPr>
              <w:spacing w:after="50"/>
              <w:ind w:firstLine="0"/>
              <w:jc w:val="left"/>
              <w:rPr>
                <w:sz w:val="22"/>
              </w:rPr>
            </w:pPr>
            <w:r>
              <w:rPr>
                <w:sz w:val="22"/>
              </w:rPr>
              <w:t>(cu TVA)</w:t>
            </w:r>
          </w:p>
        </w:tc>
      </w:tr>
      <w:tr w:rsidR="00213777" w14:paraId="0CFB5682" w14:textId="77777777" w:rsidTr="00AD64C0">
        <w:tc>
          <w:tcPr>
            <w:tcW w:w="1572" w:type="dxa"/>
          </w:tcPr>
          <w:p w14:paraId="319571C9" w14:textId="792CF1AB" w:rsidR="00213777" w:rsidRDefault="00213777" w:rsidP="00D534BE">
            <w:pPr>
              <w:spacing w:after="50"/>
              <w:ind w:firstLine="0"/>
              <w:rPr>
                <w:lang w:val="ro-RO"/>
              </w:rPr>
            </w:pPr>
            <w:proofErr w:type="spellStart"/>
            <w:r>
              <w:rPr>
                <w:sz w:val="22"/>
              </w:rPr>
              <w:t>Alocație</w:t>
            </w:r>
            <w:proofErr w:type="spellEnd"/>
            <w:r>
              <w:rPr>
                <w:sz w:val="22"/>
              </w:rPr>
              <w:t xml:space="preserve"> de </w:t>
            </w:r>
            <w:proofErr w:type="spellStart"/>
            <w:r>
              <w:rPr>
                <w:sz w:val="22"/>
              </w:rPr>
              <w:t>hrana</w:t>
            </w:r>
            <w:proofErr w:type="spellEnd"/>
          </w:p>
        </w:tc>
        <w:tc>
          <w:tcPr>
            <w:tcW w:w="1111" w:type="dxa"/>
          </w:tcPr>
          <w:p w14:paraId="4D3B0B2E" w14:textId="3903D28D" w:rsidR="00213777" w:rsidRDefault="00213777" w:rsidP="00D534BE">
            <w:pPr>
              <w:spacing w:after="50"/>
              <w:ind w:firstLine="0"/>
              <w:rPr>
                <w:lang w:val="ro-RO"/>
              </w:rPr>
            </w:pPr>
            <w:proofErr w:type="spellStart"/>
            <w:r>
              <w:rPr>
                <w:sz w:val="22"/>
              </w:rPr>
              <w:t>Meniu</w:t>
            </w:r>
            <w:proofErr w:type="spellEnd"/>
            <w:r>
              <w:rPr>
                <w:sz w:val="22"/>
              </w:rPr>
              <w:t>/zi</w:t>
            </w:r>
          </w:p>
        </w:tc>
        <w:tc>
          <w:tcPr>
            <w:tcW w:w="1159" w:type="dxa"/>
          </w:tcPr>
          <w:p w14:paraId="6D28B169" w14:textId="64D8FDB2" w:rsidR="00213777" w:rsidRDefault="00213777" w:rsidP="00D534BE">
            <w:pPr>
              <w:spacing w:after="50"/>
              <w:ind w:firstLine="0"/>
              <w:rPr>
                <w:lang w:val="ro-RO"/>
              </w:rPr>
            </w:pPr>
            <w:r w:rsidRPr="0025334A">
              <w:rPr>
                <w:sz w:val="22"/>
              </w:rPr>
              <w:t>47.450</w:t>
            </w:r>
          </w:p>
        </w:tc>
        <w:tc>
          <w:tcPr>
            <w:tcW w:w="1953" w:type="dxa"/>
          </w:tcPr>
          <w:p w14:paraId="10418590" w14:textId="628ADF22" w:rsidR="00213777" w:rsidRDefault="00213777" w:rsidP="00D534BE">
            <w:pPr>
              <w:spacing w:after="50"/>
              <w:ind w:firstLine="0"/>
              <w:rPr>
                <w:lang w:val="ro-RO"/>
              </w:rPr>
            </w:pPr>
            <w:r>
              <w:rPr>
                <w:lang w:val="ro-RO"/>
              </w:rPr>
              <w:t>28,828</w:t>
            </w:r>
          </w:p>
        </w:tc>
        <w:tc>
          <w:tcPr>
            <w:tcW w:w="1221" w:type="dxa"/>
          </w:tcPr>
          <w:p w14:paraId="3A6513ED" w14:textId="0108954C" w:rsidR="00213777" w:rsidRDefault="00213777" w:rsidP="00D534BE">
            <w:pPr>
              <w:spacing w:after="50"/>
              <w:ind w:firstLine="0"/>
              <w:rPr>
                <w:lang w:val="ro-RO"/>
              </w:rPr>
            </w:pPr>
            <w:r>
              <w:rPr>
                <w:lang w:val="ro-RO"/>
              </w:rPr>
              <w:t>32,00</w:t>
            </w:r>
          </w:p>
        </w:tc>
        <w:tc>
          <w:tcPr>
            <w:tcW w:w="1476" w:type="dxa"/>
          </w:tcPr>
          <w:p w14:paraId="4D2AF0D8" w14:textId="3DF969AB" w:rsidR="00213777" w:rsidRDefault="0046654C" w:rsidP="00D534BE">
            <w:pPr>
              <w:spacing w:after="50"/>
              <w:ind w:firstLine="0"/>
              <w:rPr>
                <w:lang w:val="ro-RO"/>
              </w:rPr>
            </w:pPr>
            <w:r>
              <w:rPr>
                <w:lang w:val="ro-RO"/>
              </w:rPr>
              <w:t>1.367.927,92</w:t>
            </w:r>
          </w:p>
        </w:tc>
        <w:tc>
          <w:tcPr>
            <w:tcW w:w="1476" w:type="dxa"/>
          </w:tcPr>
          <w:p w14:paraId="0366774C" w14:textId="1940A51C" w:rsidR="00213777" w:rsidRDefault="0046654C" w:rsidP="00D534BE">
            <w:pPr>
              <w:spacing w:after="50"/>
              <w:ind w:firstLine="0"/>
              <w:rPr>
                <w:lang w:val="ro-RO"/>
              </w:rPr>
            </w:pPr>
            <w:r>
              <w:rPr>
                <w:lang w:val="ro-RO"/>
              </w:rPr>
              <w:t>1.518.400,00</w:t>
            </w:r>
          </w:p>
        </w:tc>
      </w:tr>
      <w:tr w:rsidR="00213777" w14:paraId="2E463582" w14:textId="77777777" w:rsidTr="00AD64C0">
        <w:tc>
          <w:tcPr>
            <w:tcW w:w="1572" w:type="dxa"/>
          </w:tcPr>
          <w:p w14:paraId="21328009" w14:textId="1F2839D0" w:rsidR="00213777" w:rsidRDefault="00677625" w:rsidP="00D534BE">
            <w:pPr>
              <w:spacing w:after="50"/>
              <w:ind w:firstLine="0"/>
              <w:jc w:val="left"/>
              <w:rPr>
                <w:lang w:val="ro-RO"/>
              </w:rPr>
            </w:pPr>
            <w:proofErr w:type="spellStart"/>
            <w:r w:rsidRPr="00A52B77">
              <w:rPr>
                <w:color w:val="FF0000"/>
                <w:sz w:val="22"/>
              </w:rPr>
              <w:t>S</w:t>
            </w:r>
            <w:r w:rsidR="00213777" w:rsidRPr="00A52B77">
              <w:rPr>
                <w:color w:val="FF0000"/>
                <w:sz w:val="22"/>
              </w:rPr>
              <w:t>ervici</w:t>
            </w:r>
            <w:r w:rsidRPr="00A52B77">
              <w:rPr>
                <w:color w:val="FF0000"/>
                <w:sz w:val="22"/>
              </w:rPr>
              <w:t>i</w:t>
            </w:r>
            <w:proofErr w:type="spellEnd"/>
            <w:r w:rsidR="00213777" w:rsidRPr="00A52B77">
              <w:rPr>
                <w:color w:val="FF0000"/>
                <w:sz w:val="22"/>
              </w:rPr>
              <w:t xml:space="preserve"> </w:t>
            </w:r>
            <w:proofErr w:type="spellStart"/>
            <w:r w:rsidR="00213777" w:rsidRPr="00A52B77">
              <w:rPr>
                <w:color w:val="FF0000"/>
                <w:sz w:val="22"/>
              </w:rPr>
              <w:t>conex</w:t>
            </w:r>
            <w:r w:rsidRPr="00A52B77">
              <w:rPr>
                <w:color w:val="FF0000"/>
                <w:sz w:val="22"/>
              </w:rPr>
              <w:t>e</w:t>
            </w:r>
            <w:proofErr w:type="spellEnd"/>
          </w:p>
        </w:tc>
        <w:tc>
          <w:tcPr>
            <w:tcW w:w="1111" w:type="dxa"/>
          </w:tcPr>
          <w:p w14:paraId="2966A5B3" w14:textId="744A1B17" w:rsidR="00213777" w:rsidRDefault="00213777" w:rsidP="00D534BE">
            <w:pPr>
              <w:spacing w:after="50"/>
              <w:ind w:firstLine="0"/>
              <w:rPr>
                <w:lang w:val="ro-RO"/>
              </w:rPr>
            </w:pPr>
            <w:proofErr w:type="spellStart"/>
            <w:r>
              <w:rPr>
                <w:sz w:val="22"/>
              </w:rPr>
              <w:t>Meniu</w:t>
            </w:r>
            <w:proofErr w:type="spellEnd"/>
            <w:r>
              <w:rPr>
                <w:sz w:val="22"/>
              </w:rPr>
              <w:t>/zi</w:t>
            </w:r>
          </w:p>
        </w:tc>
        <w:tc>
          <w:tcPr>
            <w:tcW w:w="1159" w:type="dxa"/>
          </w:tcPr>
          <w:p w14:paraId="61EF81FE" w14:textId="48C904EC" w:rsidR="00213777" w:rsidRDefault="00213777" w:rsidP="00D534BE">
            <w:pPr>
              <w:spacing w:after="50"/>
              <w:ind w:firstLine="0"/>
              <w:rPr>
                <w:lang w:val="ro-RO"/>
              </w:rPr>
            </w:pPr>
            <w:r w:rsidRPr="0025334A">
              <w:rPr>
                <w:sz w:val="22"/>
              </w:rPr>
              <w:t>47.450</w:t>
            </w:r>
          </w:p>
        </w:tc>
        <w:tc>
          <w:tcPr>
            <w:tcW w:w="1953" w:type="dxa"/>
          </w:tcPr>
          <w:p w14:paraId="6CA2B9D8" w14:textId="77777777" w:rsidR="00213777" w:rsidRDefault="00213777" w:rsidP="00D534BE">
            <w:pPr>
              <w:spacing w:after="50"/>
              <w:ind w:firstLine="0"/>
              <w:rPr>
                <w:lang w:val="ro-RO"/>
              </w:rPr>
            </w:pPr>
          </w:p>
        </w:tc>
        <w:tc>
          <w:tcPr>
            <w:tcW w:w="1221" w:type="dxa"/>
          </w:tcPr>
          <w:p w14:paraId="4EEADD3F" w14:textId="77777777" w:rsidR="00213777" w:rsidRDefault="00213777" w:rsidP="00D534BE">
            <w:pPr>
              <w:spacing w:after="50"/>
              <w:ind w:firstLine="0"/>
              <w:rPr>
                <w:lang w:val="ro-RO"/>
              </w:rPr>
            </w:pPr>
          </w:p>
        </w:tc>
        <w:tc>
          <w:tcPr>
            <w:tcW w:w="1476" w:type="dxa"/>
          </w:tcPr>
          <w:p w14:paraId="3C5ACF6E" w14:textId="52BA44B6" w:rsidR="00213777" w:rsidRDefault="00213777" w:rsidP="00D534BE">
            <w:pPr>
              <w:spacing w:after="50"/>
              <w:ind w:firstLine="0"/>
              <w:rPr>
                <w:lang w:val="ro-RO"/>
              </w:rPr>
            </w:pPr>
          </w:p>
        </w:tc>
        <w:tc>
          <w:tcPr>
            <w:tcW w:w="1476" w:type="dxa"/>
          </w:tcPr>
          <w:p w14:paraId="02D486DB" w14:textId="77777777" w:rsidR="00213777" w:rsidRDefault="00213777" w:rsidP="00D534BE">
            <w:pPr>
              <w:spacing w:after="50"/>
              <w:ind w:firstLine="0"/>
              <w:rPr>
                <w:lang w:val="ro-RO"/>
              </w:rPr>
            </w:pPr>
          </w:p>
        </w:tc>
      </w:tr>
      <w:tr w:rsidR="00213777" w14:paraId="3A617695" w14:textId="77777777" w:rsidTr="00AD64C0">
        <w:tc>
          <w:tcPr>
            <w:tcW w:w="1572" w:type="dxa"/>
          </w:tcPr>
          <w:p w14:paraId="567F8DAD" w14:textId="30A606FE" w:rsidR="00213777" w:rsidRDefault="00213777" w:rsidP="00D534BE">
            <w:pPr>
              <w:spacing w:after="50"/>
              <w:ind w:firstLine="0"/>
              <w:rPr>
                <w:lang w:val="ro-RO"/>
              </w:rPr>
            </w:pPr>
            <w:r>
              <w:rPr>
                <w:lang w:val="ro-RO"/>
              </w:rPr>
              <w:t>Total :</w:t>
            </w:r>
          </w:p>
        </w:tc>
        <w:tc>
          <w:tcPr>
            <w:tcW w:w="1111" w:type="dxa"/>
          </w:tcPr>
          <w:p w14:paraId="766B0155" w14:textId="77777777" w:rsidR="00213777" w:rsidRDefault="00213777" w:rsidP="00D534BE">
            <w:pPr>
              <w:spacing w:after="50"/>
              <w:ind w:firstLine="0"/>
              <w:rPr>
                <w:lang w:val="ro-RO"/>
              </w:rPr>
            </w:pPr>
          </w:p>
        </w:tc>
        <w:tc>
          <w:tcPr>
            <w:tcW w:w="1159" w:type="dxa"/>
          </w:tcPr>
          <w:p w14:paraId="021F11C5" w14:textId="77777777" w:rsidR="00213777" w:rsidRDefault="00213777" w:rsidP="00D534BE">
            <w:pPr>
              <w:spacing w:after="50"/>
              <w:ind w:firstLine="0"/>
              <w:rPr>
                <w:lang w:val="ro-RO"/>
              </w:rPr>
            </w:pPr>
          </w:p>
        </w:tc>
        <w:tc>
          <w:tcPr>
            <w:tcW w:w="1953" w:type="dxa"/>
          </w:tcPr>
          <w:p w14:paraId="285068E0" w14:textId="77777777" w:rsidR="00213777" w:rsidRDefault="00213777" w:rsidP="00D534BE">
            <w:pPr>
              <w:spacing w:after="50"/>
              <w:ind w:firstLine="0"/>
              <w:rPr>
                <w:lang w:val="ro-RO"/>
              </w:rPr>
            </w:pPr>
          </w:p>
        </w:tc>
        <w:tc>
          <w:tcPr>
            <w:tcW w:w="1221" w:type="dxa"/>
          </w:tcPr>
          <w:p w14:paraId="019723AF" w14:textId="77777777" w:rsidR="00213777" w:rsidRDefault="00213777" w:rsidP="00D534BE">
            <w:pPr>
              <w:spacing w:after="50"/>
              <w:ind w:firstLine="0"/>
              <w:rPr>
                <w:lang w:val="ro-RO"/>
              </w:rPr>
            </w:pPr>
          </w:p>
        </w:tc>
        <w:tc>
          <w:tcPr>
            <w:tcW w:w="1476" w:type="dxa"/>
          </w:tcPr>
          <w:p w14:paraId="7CF957A7" w14:textId="23369FA4" w:rsidR="00213777" w:rsidRDefault="00213777" w:rsidP="00D534BE">
            <w:pPr>
              <w:spacing w:after="50"/>
              <w:ind w:firstLine="0"/>
              <w:rPr>
                <w:lang w:val="ro-RO"/>
              </w:rPr>
            </w:pPr>
          </w:p>
        </w:tc>
        <w:tc>
          <w:tcPr>
            <w:tcW w:w="1476" w:type="dxa"/>
          </w:tcPr>
          <w:p w14:paraId="04A49E81" w14:textId="77777777" w:rsidR="00213777" w:rsidRDefault="00213777" w:rsidP="00D534BE">
            <w:pPr>
              <w:spacing w:after="50"/>
              <w:ind w:firstLine="0"/>
              <w:rPr>
                <w:lang w:val="ro-RO"/>
              </w:rPr>
            </w:pPr>
          </w:p>
        </w:tc>
      </w:tr>
    </w:tbl>
    <w:p w14:paraId="200EFFE3" w14:textId="1479AC97" w:rsidR="00AD64C0" w:rsidRPr="00D80DB6" w:rsidRDefault="00AD64C0" w:rsidP="00AD64C0">
      <w:pPr>
        <w:ind w:firstLine="0"/>
        <w:rPr>
          <w:rFonts w:cs="Times New Roman"/>
          <w:color w:val="EE0000"/>
          <w:sz w:val="20"/>
          <w:szCs w:val="18"/>
        </w:rPr>
      </w:pPr>
      <w:proofErr w:type="spellStart"/>
      <w:r w:rsidRPr="00AD64C0">
        <w:rPr>
          <w:rFonts w:cs="Times New Roman"/>
          <w:color w:val="EE0000"/>
          <w:sz w:val="20"/>
          <w:szCs w:val="18"/>
        </w:rPr>
        <w:t>Nota</w:t>
      </w:r>
      <w:proofErr w:type="spellEnd"/>
      <w:r w:rsidRPr="00AD64C0">
        <w:rPr>
          <w:rFonts w:cs="Times New Roman"/>
          <w:color w:val="EE0000"/>
          <w:sz w:val="20"/>
          <w:szCs w:val="18"/>
        </w:rPr>
        <w:t>: l</w:t>
      </w:r>
      <w:r w:rsidRPr="00D80DB6">
        <w:rPr>
          <w:rFonts w:cs="Times New Roman"/>
          <w:color w:val="EE0000"/>
          <w:sz w:val="20"/>
          <w:szCs w:val="18"/>
        </w:rPr>
        <w:t xml:space="preserve">a </w:t>
      </w:r>
      <w:proofErr w:type="spellStart"/>
      <w:r w:rsidRPr="00D80DB6">
        <w:rPr>
          <w:rFonts w:cs="Times New Roman"/>
          <w:color w:val="EE0000"/>
          <w:sz w:val="20"/>
          <w:szCs w:val="18"/>
        </w:rPr>
        <w:t>calculul</w:t>
      </w:r>
      <w:proofErr w:type="spellEnd"/>
      <w:r w:rsidRPr="00D80DB6">
        <w:rPr>
          <w:rFonts w:cs="Times New Roman"/>
          <w:color w:val="EE0000"/>
          <w:sz w:val="20"/>
          <w:szCs w:val="18"/>
        </w:rPr>
        <w:t xml:space="preserve"> </w:t>
      </w:r>
      <w:proofErr w:type="spellStart"/>
      <w:r w:rsidRPr="00D80DB6">
        <w:rPr>
          <w:rFonts w:cs="Times New Roman"/>
          <w:color w:val="EE0000"/>
          <w:sz w:val="20"/>
          <w:szCs w:val="18"/>
        </w:rPr>
        <w:t>pretului</w:t>
      </w:r>
      <w:proofErr w:type="spellEnd"/>
      <w:r w:rsidRPr="00D80DB6">
        <w:rPr>
          <w:rFonts w:cs="Times New Roman"/>
          <w:color w:val="EE0000"/>
          <w:sz w:val="20"/>
          <w:szCs w:val="18"/>
        </w:rPr>
        <w:t xml:space="preserve"> </w:t>
      </w:r>
      <w:proofErr w:type="spellStart"/>
      <w:r w:rsidRPr="00D80DB6">
        <w:rPr>
          <w:rFonts w:cs="Times New Roman"/>
          <w:color w:val="EE0000"/>
          <w:sz w:val="20"/>
          <w:szCs w:val="18"/>
        </w:rPr>
        <w:t>unitar</w:t>
      </w:r>
      <w:proofErr w:type="spellEnd"/>
      <w:r w:rsidRPr="00D80DB6">
        <w:rPr>
          <w:rFonts w:cs="Times New Roman"/>
          <w:color w:val="EE0000"/>
          <w:sz w:val="20"/>
          <w:szCs w:val="18"/>
        </w:rPr>
        <w:t xml:space="preserve"> se pot </w:t>
      </w:r>
      <w:proofErr w:type="spellStart"/>
      <w:r w:rsidRPr="00D80DB6">
        <w:rPr>
          <w:rFonts w:cs="Times New Roman"/>
          <w:color w:val="EE0000"/>
          <w:sz w:val="20"/>
          <w:szCs w:val="18"/>
        </w:rPr>
        <w:t>folosi</w:t>
      </w:r>
      <w:proofErr w:type="spellEnd"/>
      <w:r w:rsidRPr="00D80DB6">
        <w:rPr>
          <w:rFonts w:cs="Times New Roman"/>
          <w:color w:val="EE0000"/>
          <w:sz w:val="20"/>
          <w:szCs w:val="18"/>
        </w:rPr>
        <w:t xml:space="preserve"> 4 </w:t>
      </w:r>
      <w:proofErr w:type="spellStart"/>
      <w:r w:rsidRPr="00D80DB6">
        <w:rPr>
          <w:rFonts w:cs="Times New Roman"/>
          <w:color w:val="EE0000"/>
          <w:sz w:val="20"/>
          <w:szCs w:val="18"/>
        </w:rPr>
        <w:t>zecimale</w:t>
      </w:r>
      <w:proofErr w:type="spellEnd"/>
      <w:r w:rsidRPr="00D80DB6">
        <w:rPr>
          <w:rFonts w:cs="Times New Roman"/>
          <w:color w:val="EE0000"/>
          <w:sz w:val="20"/>
          <w:szCs w:val="18"/>
        </w:rPr>
        <w:t xml:space="preserve">, </w:t>
      </w:r>
      <w:proofErr w:type="spellStart"/>
      <w:r w:rsidRPr="00D80DB6">
        <w:rPr>
          <w:rFonts w:cs="Times New Roman"/>
          <w:color w:val="EE0000"/>
          <w:sz w:val="20"/>
          <w:szCs w:val="18"/>
        </w:rPr>
        <w:t>pretul</w:t>
      </w:r>
      <w:proofErr w:type="spellEnd"/>
      <w:r w:rsidRPr="00D80DB6">
        <w:rPr>
          <w:rFonts w:cs="Times New Roman"/>
          <w:color w:val="EE0000"/>
          <w:sz w:val="20"/>
          <w:szCs w:val="18"/>
        </w:rPr>
        <w:t xml:space="preserve"> final al </w:t>
      </w:r>
      <w:proofErr w:type="spellStart"/>
      <w:r w:rsidRPr="00D80DB6">
        <w:rPr>
          <w:rFonts w:cs="Times New Roman"/>
          <w:color w:val="EE0000"/>
          <w:sz w:val="20"/>
          <w:szCs w:val="18"/>
        </w:rPr>
        <w:t>ofertei</w:t>
      </w:r>
      <w:proofErr w:type="spellEnd"/>
      <w:r w:rsidRPr="00D80DB6">
        <w:rPr>
          <w:rFonts w:cs="Times New Roman"/>
          <w:color w:val="EE0000"/>
          <w:sz w:val="20"/>
          <w:szCs w:val="18"/>
        </w:rPr>
        <w:t xml:space="preserve"> </w:t>
      </w:r>
      <w:proofErr w:type="spellStart"/>
      <w:r w:rsidRPr="00D80DB6">
        <w:rPr>
          <w:rFonts w:cs="Times New Roman"/>
          <w:color w:val="EE0000"/>
          <w:sz w:val="20"/>
          <w:szCs w:val="18"/>
        </w:rPr>
        <w:t>urmand</w:t>
      </w:r>
      <w:proofErr w:type="spellEnd"/>
      <w:r w:rsidRPr="00D80DB6">
        <w:rPr>
          <w:rFonts w:cs="Times New Roman"/>
          <w:color w:val="EE0000"/>
          <w:sz w:val="20"/>
          <w:szCs w:val="18"/>
        </w:rPr>
        <w:t xml:space="preserve"> </w:t>
      </w:r>
      <w:proofErr w:type="spellStart"/>
      <w:r w:rsidRPr="00D80DB6">
        <w:rPr>
          <w:rFonts w:cs="Times New Roman"/>
          <w:color w:val="EE0000"/>
          <w:sz w:val="20"/>
          <w:szCs w:val="18"/>
        </w:rPr>
        <w:t>sa</w:t>
      </w:r>
      <w:proofErr w:type="spellEnd"/>
      <w:r w:rsidRPr="00D80DB6">
        <w:rPr>
          <w:rFonts w:cs="Times New Roman"/>
          <w:color w:val="EE0000"/>
          <w:sz w:val="20"/>
          <w:szCs w:val="18"/>
        </w:rPr>
        <w:t xml:space="preserve"> fie </w:t>
      </w:r>
      <w:proofErr w:type="spellStart"/>
      <w:r w:rsidRPr="00D80DB6">
        <w:rPr>
          <w:rFonts w:cs="Times New Roman"/>
          <w:color w:val="EE0000"/>
          <w:sz w:val="20"/>
          <w:szCs w:val="18"/>
        </w:rPr>
        <w:t>prezentat</w:t>
      </w:r>
      <w:proofErr w:type="spellEnd"/>
      <w:r w:rsidRPr="00D80DB6">
        <w:rPr>
          <w:rFonts w:cs="Times New Roman"/>
          <w:color w:val="EE0000"/>
          <w:sz w:val="20"/>
          <w:szCs w:val="18"/>
        </w:rPr>
        <w:t xml:space="preserve"> cu </w:t>
      </w:r>
      <w:proofErr w:type="spellStart"/>
      <w:r w:rsidRPr="00D80DB6">
        <w:rPr>
          <w:rFonts w:cs="Times New Roman"/>
          <w:color w:val="EE0000"/>
          <w:sz w:val="20"/>
          <w:szCs w:val="18"/>
        </w:rPr>
        <w:t>doua</w:t>
      </w:r>
      <w:proofErr w:type="spellEnd"/>
      <w:r w:rsidRPr="00D80DB6">
        <w:rPr>
          <w:rFonts w:cs="Times New Roman"/>
          <w:color w:val="EE0000"/>
          <w:sz w:val="20"/>
          <w:szCs w:val="18"/>
        </w:rPr>
        <w:t xml:space="preserve"> </w:t>
      </w:r>
      <w:proofErr w:type="spellStart"/>
      <w:r w:rsidRPr="00D80DB6">
        <w:rPr>
          <w:rFonts w:cs="Times New Roman"/>
          <w:color w:val="EE0000"/>
          <w:sz w:val="20"/>
          <w:szCs w:val="18"/>
        </w:rPr>
        <w:t>zecimale</w:t>
      </w:r>
      <w:proofErr w:type="spellEnd"/>
      <w:r w:rsidRPr="00D80DB6">
        <w:rPr>
          <w:rFonts w:cs="Times New Roman"/>
          <w:color w:val="EE0000"/>
          <w:sz w:val="20"/>
          <w:szCs w:val="18"/>
        </w:rPr>
        <w:t>.</w:t>
      </w:r>
    </w:p>
    <w:p w14:paraId="04D7CCB3" w14:textId="467CC1AB" w:rsidR="0025334A" w:rsidRDefault="00492B36" w:rsidP="00466787">
      <w:pPr>
        <w:spacing w:after="50"/>
        <w:rPr>
          <w:lang w:val="ro-RO"/>
        </w:rPr>
      </w:pPr>
      <w:proofErr w:type="spellStart"/>
      <w:r>
        <w:t>Alocatia</w:t>
      </w:r>
      <w:proofErr w:type="spellEnd"/>
      <w:r>
        <w:t xml:space="preserve"> de </w:t>
      </w:r>
      <w:proofErr w:type="spellStart"/>
      <w:r>
        <w:t>hrana</w:t>
      </w:r>
      <w:proofErr w:type="spellEnd"/>
      <w:r>
        <w:t xml:space="preserve"> </w:t>
      </w:r>
      <w:proofErr w:type="spellStart"/>
      <w:r>
        <w:t>fiind</w:t>
      </w:r>
      <w:proofErr w:type="spellEnd"/>
      <w:r>
        <w:t xml:space="preserve"> in </w:t>
      </w:r>
      <w:proofErr w:type="spellStart"/>
      <w:r>
        <w:t>suma</w:t>
      </w:r>
      <w:proofErr w:type="spellEnd"/>
      <w:r>
        <w:t xml:space="preserve"> </w:t>
      </w:r>
      <w:proofErr w:type="spellStart"/>
      <w:r>
        <w:t>fixa</w:t>
      </w:r>
      <w:proofErr w:type="spellEnd"/>
      <w:r>
        <w:t xml:space="preserve">, </w:t>
      </w:r>
      <w:proofErr w:type="spellStart"/>
      <w:r>
        <w:t>stabilita</w:t>
      </w:r>
      <w:proofErr w:type="spellEnd"/>
      <w:r>
        <w:t xml:space="preserve"> </w:t>
      </w:r>
      <w:proofErr w:type="spellStart"/>
      <w:r>
        <w:t>prin</w:t>
      </w:r>
      <w:proofErr w:type="spellEnd"/>
      <w:r>
        <w:t xml:space="preserve"> </w:t>
      </w:r>
      <w:proofErr w:type="spellStart"/>
      <w:r>
        <w:t>Hotararea</w:t>
      </w:r>
      <w:proofErr w:type="spellEnd"/>
      <w:r w:rsidRPr="003135E1">
        <w:rPr>
          <w:sz w:val="22"/>
          <w:szCs w:val="20"/>
          <w:lang w:val="ro-RO"/>
        </w:rPr>
        <w:t xml:space="preserve"> </w:t>
      </w:r>
      <w:r w:rsidRPr="0025334A">
        <w:rPr>
          <w:lang w:val="ro-RO"/>
        </w:rPr>
        <w:t>nr. 6/2026</w:t>
      </w:r>
      <w:r>
        <w:rPr>
          <w:lang w:val="ro-RO"/>
        </w:rPr>
        <w:t>, pentru aceasta componenta</w:t>
      </w:r>
      <w:r w:rsidR="00677625">
        <w:rPr>
          <w:lang w:val="ro-RO"/>
        </w:rPr>
        <w:t xml:space="preserve"> </w:t>
      </w:r>
      <w:r>
        <w:rPr>
          <w:lang w:val="ro-RO"/>
        </w:rPr>
        <w:t>autoritatea contractanta initiaza o procedura de atribuire cu buget fix, conform art. 187 alin. (6) din Legea nr. 98/2016.</w:t>
      </w:r>
    </w:p>
    <w:p w14:paraId="14CB0510" w14:textId="7EAFB30D" w:rsidR="00213777" w:rsidRDefault="00492B36" w:rsidP="00AD64C0">
      <w:pPr>
        <w:spacing w:after="50"/>
        <w:rPr>
          <w:rFonts w:cs="Times New Roman"/>
          <w:sz w:val="20"/>
          <w:szCs w:val="18"/>
        </w:rPr>
      </w:pPr>
      <w:r>
        <w:rPr>
          <w:lang w:val="ro-RO"/>
        </w:rPr>
        <w:lastRenderedPageBreak/>
        <w:t>Pretul estimat pentru serviciile de catering prestate este de 3,14</w:t>
      </w:r>
      <w:r w:rsidR="00677625">
        <w:rPr>
          <w:lang w:val="ro-RO"/>
        </w:rPr>
        <w:t>8</w:t>
      </w:r>
      <w:r>
        <w:rPr>
          <w:lang w:val="ro-RO"/>
        </w:rPr>
        <w:t xml:space="preserve"> lei fara TVA / zi/ meniu beneficiar. Intrucat s-a stabilit deja ca pentru sumele reprezentand alocatie de hrana nu se acorda punctaj, departajarea se va face dupa valoarea ofertelor de pretprivind cheltuielile cu serviciile conexe.</w:t>
      </w:r>
    </w:p>
    <w:p w14:paraId="504C171C" w14:textId="77777777" w:rsidR="0046654C" w:rsidRPr="0025334A" w:rsidRDefault="0046654C" w:rsidP="00213777">
      <w:pPr>
        <w:pStyle w:val="ListParagraph"/>
        <w:spacing w:after="50"/>
        <w:ind w:left="1040" w:firstLine="0"/>
      </w:pPr>
    </w:p>
    <w:p w14:paraId="06E71460" w14:textId="77777777" w:rsidR="000C4CB5" w:rsidRPr="0025334A" w:rsidRDefault="004E746A" w:rsidP="0025334A">
      <w:pPr>
        <w:pStyle w:val="Heading1"/>
      </w:pPr>
      <w:bookmarkStart w:id="75" w:name="_Toc242951513"/>
      <w:r w:rsidRPr="0025334A">
        <w:t>11. ANEXE</w:t>
      </w:r>
      <w:bookmarkEnd w:id="75"/>
    </w:p>
    <w:p w14:paraId="6A055328" w14:textId="77777777" w:rsidR="000C4CB5" w:rsidRPr="0025334A" w:rsidRDefault="004E746A">
      <w:pPr>
        <w:spacing w:after="50" w:line="247" w:lineRule="auto"/>
      </w:pPr>
      <w:proofErr w:type="spellStart"/>
      <w:r w:rsidRPr="0025334A">
        <w:t>Anexele</w:t>
      </w:r>
      <w:proofErr w:type="spellEnd"/>
      <w:r w:rsidRPr="0025334A">
        <w:t xml:space="preserve"> fac </w:t>
      </w:r>
      <w:proofErr w:type="spellStart"/>
      <w:r w:rsidRPr="0025334A">
        <w:t>parte</w:t>
      </w:r>
      <w:proofErr w:type="spellEnd"/>
      <w:r w:rsidRPr="0025334A">
        <w:t xml:space="preserve"> </w:t>
      </w:r>
      <w:proofErr w:type="spellStart"/>
      <w:r w:rsidRPr="0025334A">
        <w:t>integrantă</w:t>
      </w:r>
      <w:proofErr w:type="spellEnd"/>
      <w:r w:rsidRPr="0025334A">
        <w:t xml:space="preserve"> din </w:t>
      </w:r>
      <w:proofErr w:type="spellStart"/>
      <w:r w:rsidRPr="0025334A">
        <w:t>prezentul</w:t>
      </w:r>
      <w:proofErr w:type="spellEnd"/>
      <w:r w:rsidRPr="0025334A">
        <w:t xml:space="preserve"> </w:t>
      </w:r>
      <w:proofErr w:type="spellStart"/>
      <w:r w:rsidRPr="0025334A">
        <w:t>Caiet</w:t>
      </w:r>
      <w:proofErr w:type="spellEnd"/>
      <w:r w:rsidRPr="0025334A">
        <w:t xml:space="preserve"> de </w:t>
      </w:r>
      <w:proofErr w:type="spellStart"/>
      <w:r w:rsidRPr="0025334A">
        <w:t>sarcini</w:t>
      </w:r>
      <w:proofErr w:type="spellEnd"/>
      <w:r w:rsidRPr="0025334A">
        <w:t xml:space="preserve">. </w:t>
      </w:r>
      <w:proofErr w:type="spellStart"/>
      <w:r w:rsidRPr="0025334A">
        <w:t>Modelele</w:t>
      </w:r>
      <w:proofErr w:type="spellEnd"/>
      <w:r w:rsidRPr="0025334A">
        <w:t xml:space="preserve"> </w:t>
      </w:r>
      <w:proofErr w:type="spellStart"/>
      <w:r w:rsidRPr="0025334A">
        <w:t>operaționale</w:t>
      </w:r>
      <w:proofErr w:type="spellEnd"/>
      <w:r w:rsidRPr="0025334A">
        <w:t xml:space="preserve"> pot fi </w:t>
      </w:r>
      <w:proofErr w:type="spellStart"/>
      <w:r w:rsidRPr="0025334A">
        <w:t>adaptate</w:t>
      </w:r>
      <w:proofErr w:type="spellEnd"/>
      <w:r w:rsidRPr="0025334A">
        <w:t xml:space="preserve"> </w:t>
      </w:r>
      <w:proofErr w:type="spellStart"/>
      <w:r w:rsidRPr="0025334A">
        <w:t>în</w:t>
      </w:r>
      <w:proofErr w:type="spellEnd"/>
      <w:r w:rsidRPr="0025334A">
        <w:t xml:space="preserve"> </w:t>
      </w:r>
      <w:proofErr w:type="spellStart"/>
      <w:r w:rsidRPr="0025334A">
        <w:t>executarea</w:t>
      </w:r>
      <w:proofErr w:type="spellEnd"/>
      <w:r w:rsidRPr="0025334A">
        <w:t xml:space="preserve"> </w:t>
      </w:r>
      <w:proofErr w:type="spellStart"/>
      <w:r w:rsidRPr="0025334A">
        <w:t>acordului-cadru</w:t>
      </w:r>
      <w:proofErr w:type="spellEnd"/>
      <w:r w:rsidRPr="0025334A">
        <w:t xml:space="preserve"> </w:t>
      </w:r>
      <w:proofErr w:type="spellStart"/>
      <w:r w:rsidRPr="0025334A">
        <w:t>numai</w:t>
      </w:r>
      <w:proofErr w:type="spellEnd"/>
      <w:r w:rsidRPr="0025334A">
        <w:t xml:space="preserve"> </w:t>
      </w:r>
      <w:proofErr w:type="spellStart"/>
      <w:r w:rsidRPr="0025334A">
        <w:t>în</w:t>
      </w:r>
      <w:proofErr w:type="spellEnd"/>
      <w:r w:rsidRPr="0025334A">
        <w:t xml:space="preserve"> </w:t>
      </w:r>
      <w:proofErr w:type="spellStart"/>
      <w:r w:rsidRPr="0025334A">
        <w:t>măsura</w:t>
      </w:r>
      <w:proofErr w:type="spellEnd"/>
      <w:r w:rsidRPr="0025334A">
        <w:t xml:space="preserve"> </w:t>
      </w:r>
      <w:proofErr w:type="spellStart"/>
      <w:r w:rsidRPr="0025334A">
        <w:t>în</w:t>
      </w:r>
      <w:proofErr w:type="spellEnd"/>
      <w:r w:rsidRPr="0025334A">
        <w:t xml:space="preserve"> care </w:t>
      </w:r>
      <w:proofErr w:type="spellStart"/>
      <w:r w:rsidRPr="0025334A">
        <w:t>adaptarea</w:t>
      </w:r>
      <w:proofErr w:type="spellEnd"/>
      <w:r w:rsidRPr="0025334A">
        <w:t xml:space="preserve"> nu </w:t>
      </w:r>
      <w:proofErr w:type="spellStart"/>
      <w:r w:rsidRPr="0025334A">
        <w:t>diminuează</w:t>
      </w:r>
      <w:proofErr w:type="spellEnd"/>
      <w:r w:rsidRPr="0025334A">
        <w:t xml:space="preserve"> </w:t>
      </w:r>
      <w:proofErr w:type="spellStart"/>
      <w:r w:rsidRPr="0025334A">
        <w:t>informațiile</w:t>
      </w:r>
      <w:proofErr w:type="spellEnd"/>
      <w:r w:rsidRPr="0025334A">
        <w:t xml:space="preserve"> </w:t>
      </w:r>
      <w:proofErr w:type="spellStart"/>
      <w:r w:rsidRPr="0025334A">
        <w:t>minime</w:t>
      </w:r>
      <w:proofErr w:type="spellEnd"/>
      <w:r w:rsidRPr="0025334A">
        <w:t xml:space="preserve">, </w:t>
      </w:r>
      <w:proofErr w:type="spellStart"/>
      <w:r w:rsidRPr="0025334A">
        <w:t>trasabilitatea</w:t>
      </w:r>
      <w:proofErr w:type="spellEnd"/>
      <w:r w:rsidRPr="0025334A">
        <w:t xml:space="preserve">, </w:t>
      </w:r>
      <w:proofErr w:type="spellStart"/>
      <w:r w:rsidRPr="0025334A">
        <w:t>cerințele</w:t>
      </w:r>
      <w:proofErr w:type="spellEnd"/>
      <w:r w:rsidRPr="0025334A">
        <w:t xml:space="preserve"> de </w:t>
      </w:r>
      <w:proofErr w:type="spellStart"/>
      <w:r w:rsidRPr="0025334A">
        <w:t>recepție</w:t>
      </w:r>
      <w:proofErr w:type="spellEnd"/>
      <w:r w:rsidRPr="0025334A">
        <w:t xml:space="preserve"> </w:t>
      </w:r>
      <w:proofErr w:type="spellStart"/>
      <w:r w:rsidRPr="0025334A">
        <w:t>și</w:t>
      </w:r>
      <w:proofErr w:type="spellEnd"/>
      <w:r w:rsidRPr="0025334A">
        <w:t xml:space="preserve"> </w:t>
      </w:r>
      <w:proofErr w:type="spellStart"/>
      <w:r w:rsidRPr="0025334A">
        <w:t>obligațiile</w:t>
      </w:r>
      <w:proofErr w:type="spellEnd"/>
      <w:r w:rsidRPr="0025334A">
        <w:t xml:space="preserve"> </w:t>
      </w:r>
      <w:proofErr w:type="spellStart"/>
      <w:r w:rsidRPr="0025334A">
        <w:t>asumate</w:t>
      </w:r>
      <w:proofErr w:type="spellEnd"/>
      <w:r w:rsidRPr="0025334A">
        <w:t xml:space="preserve"> </w:t>
      </w:r>
      <w:proofErr w:type="spellStart"/>
      <w:r w:rsidRPr="0025334A">
        <w:t>prin</w:t>
      </w:r>
      <w:proofErr w:type="spellEnd"/>
      <w:r w:rsidRPr="0025334A">
        <w:t xml:space="preserve"> </w:t>
      </w:r>
      <w:proofErr w:type="spellStart"/>
      <w:r w:rsidRPr="0025334A">
        <w:t>documentația</w:t>
      </w:r>
      <w:proofErr w:type="spellEnd"/>
      <w:r w:rsidRPr="0025334A">
        <w:t xml:space="preserve"> de </w:t>
      </w:r>
      <w:proofErr w:type="spellStart"/>
      <w:r w:rsidRPr="0025334A">
        <w:t>atribuire</w:t>
      </w:r>
      <w:proofErr w:type="spellEnd"/>
      <w:r w:rsidRPr="0025334A">
        <w:t>.</w:t>
      </w:r>
    </w:p>
    <w:p w14:paraId="313C24BF" w14:textId="77777777" w:rsidR="000D2543" w:rsidRDefault="000D2543">
      <w:pPr>
        <w:spacing w:after="200" w:line="276" w:lineRule="auto"/>
        <w:ind w:firstLine="0"/>
        <w:jc w:val="left"/>
      </w:pPr>
    </w:p>
    <w:p w14:paraId="081487D9" w14:textId="77777777" w:rsidR="000D2543" w:rsidRDefault="000D2543">
      <w:pPr>
        <w:spacing w:after="200" w:line="276" w:lineRule="auto"/>
        <w:ind w:firstLine="0"/>
        <w:jc w:val="left"/>
      </w:pPr>
    </w:p>
    <w:p w14:paraId="7D876444" w14:textId="77777777" w:rsidR="000D2543" w:rsidRPr="00D0046B" w:rsidRDefault="000D2543" w:rsidP="000D2543">
      <w:pPr>
        <w:ind w:firstLine="0"/>
        <w:contextualSpacing/>
        <w:rPr>
          <w:rFonts w:cs="Times New Roman"/>
          <w:szCs w:val="24"/>
        </w:rPr>
      </w:pPr>
      <w:r w:rsidRPr="00D0046B">
        <w:rPr>
          <w:rFonts w:cs="Times New Roman"/>
          <w:szCs w:val="24"/>
        </w:rPr>
        <w:t>Director General Adjunct,</w:t>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t>Director General Adjunct</w:t>
      </w:r>
    </w:p>
    <w:p w14:paraId="4E1E7DC9" w14:textId="77777777" w:rsidR="000D2543" w:rsidRPr="00D0046B" w:rsidRDefault="000D2543" w:rsidP="000D2543">
      <w:pPr>
        <w:ind w:firstLine="0"/>
        <w:rPr>
          <w:rFonts w:cs="Times New Roman"/>
          <w:szCs w:val="24"/>
        </w:rPr>
      </w:pPr>
      <w:proofErr w:type="spellStart"/>
      <w:r w:rsidRPr="00D0046B">
        <w:rPr>
          <w:rFonts w:cs="Times New Roman"/>
          <w:szCs w:val="24"/>
        </w:rPr>
        <w:t>Avornicitei</w:t>
      </w:r>
      <w:proofErr w:type="spellEnd"/>
      <w:r w:rsidRPr="00D0046B">
        <w:rPr>
          <w:rFonts w:cs="Times New Roman"/>
          <w:szCs w:val="24"/>
        </w:rPr>
        <w:t xml:space="preserve"> Irina</w:t>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t>Popa Ciprian</w:t>
      </w:r>
    </w:p>
    <w:p w14:paraId="02CC763E" w14:textId="77777777" w:rsidR="000D2543" w:rsidRPr="00D0046B" w:rsidRDefault="000D2543" w:rsidP="000D2543">
      <w:pPr>
        <w:ind w:firstLine="0"/>
        <w:rPr>
          <w:rFonts w:cs="Times New Roman"/>
          <w:szCs w:val="24"/>
        </w:rPr>
      </w:pPr>
    </w:p>
    <w:p w14:paraId="78E0E36A" w14:textId="77777777" w:rsidR="000D2543" w:rsidRPr="00D0046B" w:rsidRDefault="000D2543" w:rsidP="000D2543">
      <w:pPr>
        <w:ind w:firstLine="0"/>
        <w:rPr>
          <w:rFonts w:cs="Times New Roman"/>
          <w:szCs w:val="24"/>
        </w:rPr>
      </w:pPr>
    </w:p>
    <w:p w14:paraId="668150DE" w14:textId="77777777" w:rsidR="000D2543" w:rsidRPr="00D0046B" w:rsidRDefault="000D2543" w:rsidP="000D2543">
      <w:pPr>
        <w:ind w:firstLine="0"/>
        <w:rPr>
          <w:rFonts w:cs="Times New Roman"/>
          <w:szCs w:val="24"/>
          <w:lang w:val="ro-RO"/>
        </w:rPr>
      </w:pPr>
      <w:r w:rsidRPr="00D0046B">
        <w:rPr>
          <w:rFonts w:cs="Times New Roman"/>
          <w:szCs w:val="24"/>
          <w:lang w:val="ro-RO"/>
        </w:rPr>
        <w:t>Sef Serviciu Achiziţii Publice,</w:t>
      </w:r>
      <w:r w:rsidRPr="00D0046B">
        <w:rPr>
          <w:rFonts w:cs="Times New Roman"/>
          <w:szCs w:val="24"/>
          <w:lang w:val="ro-RO"/>
        </w:rPr>
        <w:tab/>
      </w:r>
      <w:r w:rsidRPr="00D0046B">
        <w:rPr>
          <w:rFonts w:cs="Times New Roman"/>
          <w:szCs w:val="24"/>
          <w:lang w:val="ro-RO"/>
        </w:rPr>
        <w:tab/>
      </w:r>
      <w:r w:rsidRPr="00D0046B">
        <w:rPr>
          <w:rFonts w:cs="Times New Roman"/>
          <w:szCs w:val="24"/>
          <w:lang w:val="ro-RO"/>
        </w:rPr>
        <w:tab/>
      </w:r>
      <w:r w:rsidRPr="00D0046B">
        <w:rPr>
          <w:rFonts w:cs="Times New Roman"/>
          <w:szCs w:val="24"/>
          <w:lang w:val="ro-RO"/>
        </w:rPr>
        <w:tab/>
      </w:r>
      <w:r w:rsidRPr="00D0046B">
        <w:rPr>
          <w:rFonts w:cs="Times New Roman"/>
          <w:szCs w:val="24"/>
          <w:lang w:val="ro-RO"/>
        </w:rPr>
        <w:tab/>
      </w:r>
    </w:p>
    <w:p w14:paraId="0A08530E" w14:textId="77777777" w:rsidR="000D2543" w:rsidRPr="00D0046B" w:rsidRDefault="000D2543" w:rsidP="000D2543">
      <w:pPr>
        <w:ind w:firstLine="0"/>
        <w:rPr>
          <w:rFonts w:cs="Times New Roman"/>
          <w:szCs w:val="24"/>
          <w:lang w:val="ro-RO"/>
        </w:rPr>
      </w:pPr>
      <w:r w:rsidRPr="00D0046B">
        <w:rPr>
          <w:rFonts w:cs="Times New Roman"/>
          <w:szCs w:val="24"/>
          <w:lang w:val="ro-RO"/>
        </w:rPr>
        <w:t xml:space="preserve">Capătă Loredana Ionela </w:t>
      </w:r>
    </w:p>
    <w:p w14:paraId="7C6703F8" w14:textId="77777777" w:rsidR="000D2543" w:rsidRPr="00D0046B" w:rsidRDefault="000D2543" w:rsidP="000D2543">
      <w:pPr>
        <w:ind w:firstLine="0"/>
        <w:rPr>
          <w:rFonts w:cs="Times New Roman"/>
          <w:szCs w:val="24"/>
          <w:lang w:val="ro-RO"/>
        </w:rPr>
      </w:pPr>
      <w:r w:rsidRPr="00D0046B">
        <w:rPr>
          <w:rFonts w:cs="Times New Roman"/>
          <w:szCs w:val="24"/>
          <w:lang w:val="ro-RO"/>
        </w:rPr>
        <w:t xml:space="preserve">                                </w:t>
      </w:r>
    </w:p>
    <w:p w14:paraId="171030AA" w14:textId="77777777" w:rsidR="000D2543" w:rsidRPr="00D0046B" w:rsidRDefault="000D2543" w:rsidP="000D2543">
      <w:pPr>
        <w:ind w:firstLine="0"/>
        <w:rPr>
          <w:rFonts w:cs="Times New Roman"/>
          <w:szCs w:val="24"/>
          <w:lang w:val="ro-RO"/>
        </w:rPr>
      </w:pPr>
    </w:p>
    <w:p w14:paraId="6327AF11" w14:textId="77777777" w:rsidR="000D2543" w:rsidRPr="00D0046B" w:rsidRDefault="000D2543" w:rsidP="000D2543">
      <w:pPr>
        <w:ind w:firstLine="0"/>
        <w:rPr>
          <w:rFonts w:cs="Times New Roman"/>
          <w:szCs w:val="24"/>
          <w:lang w:val="ro-RO"/>
        </w:rPr>
      </w:pPr>
      <w:r w:rsidRPr="00D0046B">
        <w:rPr>
          <w:rFonts w:cs="Times New Roman"/>
          <w:szCs w:val="24"/>
          <w:lang w:val="ro-RO"/>
        </w:rPr>
        <w:t>Întocmit,</w:t>
      </w:r>
    </w:p>
    <w:p w14:paraId="0473F9B1" w14:textId="77777777" w:rsidR="000D2543" w:rsidRPr="00D0046B" w:rsidRDefault="000D2543" w:rsidP="000D2543">
      <w:pPr>
        <w:ind w:firstLine="0"/>
        <w:rPr>
          <w:rFonts w:cs="Times New Roman"/>
          <w:szCs w:val="24"/>
          <w:lang w:val="ro-RO"/>
        </w:rPr>
      </w:pPr>
      <w:r w:rsidRPr="00D0046B">
        <w:rPr>
          <w:rFonts w:cs="Times New Roman"/>
          <w:szCs w:val="24"/>
          <w:lang w:val="ro-RO"/>
        </w:rPr>
        <w:t xml:space="preserve">Serviciul Achizitii Publice </w:t>
      </w:r>
    </w:p>
    <w:p w14:paraId="703EBEF5" w14:textId="77777777" w:rsidR="000D2543" w:rsidRPr="00D0046B" w:rsidRDefault="000D2543" w:rsidP="000D2543">
      <w:pPr>
        <w:ind w:firstLine="0"/>
        <w:rPr>
          <w:rFonts w:cs="Times New Roman"/>
          <w:szCs w:val="24"/>
          <w:lang w:val="ro-RO"/>
        </w:rPr>
      </w:pPr>
      <w:r w:rsidRPr="00D0046B">
        <w:rPr>
          <w:rFonts w:cs="Times New Roman"/>
          <w:szCs w:val="24"/>
        </w:rPr>
        <w:t>Gradinaru Ana Maria</w:t>
      </w:r>
    </w:p>
    <w:p w14:paraId="3230BE08" w14:textId="77777777" w:rsidR="000D2543" w:rsidRPr="0025334A" w:rsidRDefault="000D2543" w:rsidP="000D2543"/>
    <w:p w14:paraId="03B52529" w14:textId="6B5A73AC" w:rsidR="00330EFD" w:rsidRDefault="00330EFD">
      <w:pPr>
        <w:spacing w:after="200" w:line="276" w:lineRule="auto"/>
        <w:ind w:firstLine="0"/>
        <w:jc w:val="left"/>
        <w:rPr>
          <w:rFonts w:eastAsiaTheme="majorEastAsia" w:cstheme="majorBidi"/>
          <w:b/>
          <w:szCs w:val="28"/>
        </w:rPr>
      </w:pPr>
      <w:r>
        <w:br w:type="page"/>
      </w:r>
    </w:p>
    <w:p w14:paraId="69540CC8" w14:textId="521ED3EE" w:rsidR="000C4CB5" w:rsidRPr="0025334A" w:rsidRDefault="004E746A" w:rsidP="0025334A">
      <w:pPr>
        <w:pStyle w:val="Heading1"/>
      </w:pPr>
      <w:bookmarkStart w:id="76" w:name="_Toc242951514"/>
      <w:r w:rsidRPr="0025334A">
        <w:lastRenderedPageBreak/>
        <w:t>ANEXA NR. 1 – CENTRE, LOCAȚII ȘI PROGRAM ORIENTATIV</w:t>
      </w:r>
      <w:bookmarkEnd w:id="76"/>
    </w:p>
    <w:tbl>
      <w:tblPr>
        <w:tblStyle w:val="TableGrid"/>
        <w:tblW w:w="0" w:type="auto"/>
        <w:jc w:val="center"/>
        <w:tblLook w:val="04A0" w:firstRow="1" w:lastRow="0" w:firstColumn="1" w:lastColumn="0" w:noHBand="0" w:noVBand="1"/>
      </w:tblPr>
      <w:tblGrid>
        <w:gridCol w:w="2324"/>
        <w:gridCol w:w="2835"/>
        <w:gridCol w:w="1108"/>
        <w:gridCol w:w="1134"/>
        <w:gridCol w:w="1134"/>
        <w:gridCol w:w="1134"/>
      </w:tblGrid>
      <w:tr w:rsidR="0025334A" w:rsidRPr="0025334A" w14:paraId="4C185A6F" w14:textId="77777777" w:rsidTr="00D95DB9">
        <w:trPr>
          <w:tblHeader/>
          <w:jc w:val="center"/>
        </w:trPr>
        <w:tc>
          <w:tcPr>
            <w:tcW w:w="2324" w:type="dxa"/>
            <w:vAlign w:val="center"/>
          </w:tcPr>
          <w:p w14:paraId="587B3A08" w14:textId="77777777" w:rsidR="000C4CB5" w:rsidRPr="0025334A" w:rsidRDefault="004E746A">
            <w:pPr>
              <w:ind w:firstLine="0"/>
              <w:jc w:val="center"/>
              <w:rPr>
                <w:sz w:val="22"/>
                <w:szCs w:val="28"/>
              </w:rPr>
            </w:pPr>
            <w:proofErr w:type="spellStart"/>
            <w:r w:rsidRPr="0025334A">
              <w:rPr>
                <w:b/>
                <w:sz w:val="22"/>
                <w:szCs w:val="28"/>
              </w:rPr>
              <w:t>Structura</w:t>
            </w:r>
            <w:proofErr w:type="spellEnd"/>
          </w:p>
        </w:tc>
        <w:tc>
          <w:tcPr>
            <w:tcW w:w="2835" w:type="dxa"/>
            <w:vAlign w:val="center"/>
          </w:tcPr>
          <w:p w14:paraId="0A6E3BE5" w14:textId="77777777" w:rsidR="000C4CB5" w:rsidRPr="0025334A" w:rsidRDefault="004E746A">
            <w:pPr>
              <w:ind w:firstLine="0"/>
              <w:jc w:val="center"/>
              <w:rPr>
                <w:sz w:val="22"/>
                <w:szCs w:val="28"/>
              </w:rPr>
            </w:pPr>
            <w:proofErr w:type="spellStart"/>
            <w:r w:rsidRPr="0025334A">
              <w:rPr>
                <w:b/>
                <w:sz w:val="22"/>
                <w:szCs w:val="28"/>
              </w:rPr>
              <w:t>Adresă</w:t>
            </w:r>
            <w:proofErr w:type="spellEnd"/>
          </w:p>
        </w:tc>
        <w:tc>
          <w:tcPr>
            <w:tcW w:w="1108" w:type="dxa"/>
            <w:vAlign w:val="center"/>
          </w:tcPr>
          <w:p w14:paraId="41FC84C0" w14:textId="77777777" w:rsidR="000C4CB5" w:rsidRPr="0025334A" w:rsidRDefault="004E746A">
            <w:pPr>
              <w:ind w:firstLine="0"/>
              <w:jc w:val="center"/>
              <w:rPr>
                <w:sz w:val="22"/>
                <w:szCs w:val="28"/>
              </w:rPr>
            </w:pPr>
            <w:r w:rsidRPr="0025334A">
              <w:rPr>
                <w:b/>
                <w:sz w:val="22"/>
                <w:szCs w:val="28"/>
              </w:rPr>
              <w:t>Maxim/zi</w:t>
            </w:r>
          </w:p>
        </w:tc>
        <w:tc>
          <w:tcPr>
            <w:tcW w:w="1134" w:type="dxa"/>
            <w:vAlign w:val="center"/>
          </w:tcPr>
          <w:p w14:paraId="0F7D9B4F" w14:textId="77777777" w:rsidR="000C4CB5" w:rsidRPr="0025334A" w:rsidRDefault="004E746A">
            <w:pPr>
              <w:ind w:firstLine="0"/>
              <w:jc w:val="center"/>
              <w:rPr>
                <w:sz w:val="22"/>
                <w:szCs w:val="28"/>
              </w:rPr>
            </w:pPr>
            <w:r w:rsidRPr="0025334A">
              <w:rPr>
                <w:b/>
                <w:sz w:val="22"/>
                <w:szCs w:val="28"/>
              </w:rPr>
              <w:t xml:space="preserve">Mic </w:t>
            </w:r>
            <w:proofErr w:type="spellStart"/>
            <w:r w:rsidRPr="0025334A">
              <w:rPr>
                <w:b/>
                <w:sz w:val="22"/>
                <w:szCs w:val="28"/>
              </w:rPr>
              <w:t>dejun</w:t>
            </w:r>
            <w:proofErr w:type="spellEnd"/>
          </w:p>
        </w:tc>
        <w:tc>
          <w:tcPr>
            <w:tcW w:w="1134" w:type="dxa"/>
            <w:vAlign w:val="center"/>
          </w:tcPr>
          <w:p w14:paraId="60BBEC34" w14:textId="77777777" w:rsidR="000C4CB5" w:rsidRPr="0025334A" w:rsidRDefault="004E746A">
            <w:pPr>
              <w:ind w:firstLine="0"/>
              <w:jc w:val="center"/>
              <w:rPr>
                <w:sz w:val="22"/>
                <w:szCs w:val="28"/>
              </w:rPr>
            </w:pPr>
            <w:proofErr w:type="spellStart"/>
            <w:r w:rsidRPr="0025334A">
              <w:rPr>
                <w:b/>
                <w:sz w:val="22"/>
                <w:szCs w:val="28"/>
              </w:rPr>
              <w:t>Prânz</w:t>
            </w:r>
            <w:proofErr w:type="spellEnd"/>
          </w:p>
        </w:tc>
        <w:tc>
          <w:tcPr>
            <w:tcW w:w="1134" w:type="dxa"/>
            <w:vAlign w:val="center"/>
          </w:tcPr>
          <w:p w14:paraId="2461842C" w14:textId="77777777" w:rsidR="000C4CB5" w:rsidRPr="0025334A" w:rsidRDefault="004E746A">
            <w:pPr>
              <w:ind w:firstLine="0"/>
              <w:jc w:val="center"/>
              <w:rPr>
                <w:sz w:val="22"/>
                <w:szCs w:val="28"/>
              </w:rPr>
            </w:pPr>
            <w:proofErr w:type="spellStart"/>
            <w:r w:rsidRPr="0025334A">
              <w:rPr>
                <w:b/>
                <w:sz w:val="22"/>
                <w:szCs w:val="28"/>
              </w:rPr>
              <w:t>Cină</w:t>
            </w:r>
            <w:proofErr w:type="spellEnd"/>
          </w:p>
        </w:tc>
      </w:tr>
      <w:tr w:rsidR="00BE5687" w:rsidRPr="0025334A" w14:paraId="428DF867" w14:textId="77777777" w:rsidTr="00D95DB9">
        <w:trPr>
          <w:jc w:val="center"/>
        </w:trPr>
        <w:tc>
          <w:tcPr>
            <w:tcW w:w="2324" w:type="dxa"/>
            <w:vAlign w:val="center"/>
          </w:tcPr>
          <w:p w14:paraId="5D5234FB" w14:textId="77777777" w:rsidR="00BE5687" w:rsidRPr="0025334A" w:rsidRDefault="00BE5687" w:rsidP="00BE5687">
            <w:pPr>
              <w:ind w:firstLine="0"/>
              <w:jc w:val="left"/>
              <w:rPr>
                <w:sz w:val="22"/>
                <w:szCs w:val="28"/>
              </w:rPr>
            </w:pPr>
            <w:proofErr w:type="spellStart"/>
            <w:r w:rsidRPr="0025334A">
              <w:rPr>
                <w:sz w:val="22"/>
                <w:szCs w:val="28"/>
              </w:rPr>
              <w:t>Centrele</w:t>
            </w:r>
            <w:proofErr w:type="spellEnd"/>
            <w:r w:rsidRPr="0025334A">
              <w:rPr>
                <w:sz w:val="22"/>
                <w:szCs w:val="28"/>
              </w:rPr>
              <w:t xml:space="preserve"> Maternal </w:t>
            </w:r>
            <w:proofErr w:type="spellStart"/>
            <w:r w:rsidRPr="0025334A">
              <w:rPr>
                <w:sz w:val="22"/>
                <w:szCs w:val="28"/>
              </w:rPr>
              <w:t>și</w:t>
            </w:r>
            <w:proofErr w:type="spellEnd"/>
            <w:r w:rsidRPr="0025334A">
              <w:rPr>
                <w:sz w:val="22"/>
                <w:szCs w:val="28"/>
              </w:rPr>
              <w:t xml:space="preserve"> Artemis</w:t>
            </w:r>
          </w:p>
        </w:tc>
        <w:tc>
          <w:tcPr>
            <w:tcW w:w="2835" w:type="dxa"/>
            <w:vAlign w:val="center"/>
          </w:tcPr>
          <w:p w14:paraId="35C76729" w14:textId="77777777" w:rsidR="00BE5687" w:rsidRPr="0025334A" w:rsidRDefault="00BE5687" w:rsidP="00BE5687">
            <w:pPr>
              <w:ind w:firstLine="0"/>
              <w:jc w:val="left"/>
              <w:rPr>
                <w:sz w:val="22"/>
                <w:szCs w:val="28"/>
              </w:rPr>
            </w:pPr>
            <w:r w:rsidRPr="0025334A">
              <w:rPr>
                <w:sz w:val="22"/>
                <w:szCs w:val="28"/>
              </w:rPr>
              <w:t xml:space="preserve">Str. </w:t>
            </w:r>
            <w:proofErr w:type="spellStart"/>
            <w:r w:rsidRPr="0025334A">
              <w:rPr>
                <w:sz w:val="22"/>
                <w:szCs w:val="28"/>
              </w:rPr>
              <w:t>Vulturului</w:t>
            </w:r>
            <w:proofErr w:type="spellEnd"/>
            <w:r w:rsidRPr="0025334A">
              <w:rPr>
                <w:sz w:val="22"/>
                <w:szCs w:val="28"/>
              </w:rPr>
              <w:t xml:space="preserve"> nr. 5 bis; </w:t>
            </w:r>
            <w:proofErr w:type="spellStart"/>
            <w:r w:rsidRPr="0025334A">
              <w:rPr>
                <w:sz w:val="22"/>
                <w:szCs w:val="28"/>
              </w:rPr>
              <w:t>locația</w:t>
            </w:r>
            <w:proofErr w:type="spellEnd"/>
            <w:r w:rsidRPr="0025334A">
              <w:rPr>
                <w:sz w:val="22"/>
                <w:szCs w:val="28"/>
              </w:rPr>
              <w:t xml:space="preserve"> </w:t>
            </w:r>
            <w:proofErr w:type="spellStart"/>
            <w:r w:rsidRPr="0025334A">
              <w:rPr>
                <w:sz w:val="22"/>
                <w:szCs w:val="28"/>
              </w:rPr>
              <w:t>protejată</w:t>
            </w:r>
            <w:proofErr w:type="spellEnd"/>
            <w:r w:rsidRPr="0025334A">
              <w:rPr>
                <w:sz w:val="22"/>
                <w:szCs w:val="28"/>
              </w:rPr>
              <w:t xml:space="preserve">, </w:t>
            </w:r>
            <w:proofErr w:type="spellStart"/>
            <w:r w:rsidRPr="0025334A">
              <w:rPr>
                <w:sz w:val="22"/>
                <w:szCs w:val="28"/>
              </w:rPr>
              <w:t>dacă</w:t>
            </w:r>
            <w:proofErr w:type="spellEnd"/>
            <w:r w:rsidRPr="0025334A">
              <w:rPr>
                <w:sz w:val="22"/>
                <w:szCs w:val="28"/>
              </w:rPr>
              <w:t xml:space="preserve"> </w:t>
            </w:r>
            <w:proofErr w:type="spellStart"/>
            <w:r w:rsidRPr="0025334A">
              <w:rPr>
                <w:sz w:val="22"/>
                <w:szCs w:val="28"/>
              </w:rPr>
              <w:t>este</w:t>
            </w:r>
            <w:proofErr w:type="spellEnd"/>
            <w:r w:rsidRPr="0025334A">
              <w:rPr>
                <w:sz w:val="22"/>
                <w:szCs w:val="28"/>
              </w:rPr>
              <w:t xml:space="preserve"> </w:t>
            </w:r>
            <w:proofErr w:type="spellStart"/>
            <w:r w:rsidRPr="0025334A">
              <w:rPr>
                <w:sz w:val="22"/>
                <w:szCs w:val="28"/>
              </w:rPr>
              <w:t>cazul</w:t>
            </w:r>
            <w:proofErr w:type="spellEnd"/>
            <w:r w:rsidRPr="0025334A">
              <w:rPr>
                <w:sz w:val="22"/>
                <w:szCs w:val="28"/>
              </w:rPr>
              <w:t xml:space="preserve">, se </w:t>
            </w:r>
            <w:proofErr w:type="spellStart"/>
            <w:r w:rsidRPr="0025334A">
              <w:rPr>
                <w:sz w:val="22"/>
                <w:szCs w:val="28"/>
              </w:rPr>
              <w:t>comunică</w:t>
            </w:r>
            <w:proofErr w:type="spellEnd"/>
            <w:r w:rsidRPr="0025334A">
              <w:rPr>
                <w:sz w:val="22"/>
                <w:szCs w:val="28"/>
              </w:rPr>
              <w:t xml:space="preserve"> </w:t>
            </w:r>
            <w:proofErr w:type="spellStart"/>
            <w:r w:rsidRPr="0025334A">
              <w:rPr>
                <w:sz w:val="22"/>
                <w:szCs w:val="28"/>
              </w:rPr>
              <w:t>după</w:t>
            </w:r>
            <w:proofErr w:type="spellEnd"/>
            <w:r w:rsidRPr="0025334A">
              <w:rPr>
                <w:sz w:val="22"/>
                <w:szCs w:val="28"/>
              </w:rPr>
              <w:t xml:space="preserve"> </w:t>
            </w:r>
            <w:proofErr w:type="spellStart"/>
            <w:r w:rsidRPr="0025334A">
              <w:rPr>
                <w:sz w:val="22"/>
                <w:szCs w:val="28"/>
              </w:rPr>
              <w:t>atribuire</w:t>
            </w:r>
            <w:proofErr w:type="spellEnd"/>
          </w:p>
        </w:tc>
        <w:tc>
          <w:tcPr>
            <w:tcW w:w="1108" w:type="dxa"/>
            <w:vAlign w:val="center"/>
          </w:tcPr>
          <w:p w14:paraId="3DCD71E7" w14:textId="77777777" w:rsidR="00BE5687" w:rsidRPr="0025334A" w:rsidRDefault="00BE5687" w:rsidP="00BE5687">
            <w:pPr>
              <w:ind w:firstLine="0"/>
              <w:jc w:val="left"/>
              <w:rPr>
                <w:sz w:val="22"/>
                <w:szCs w:val="28"/>
              </w:rPr>
            </w:pPr>
            <w:r w:rsidRPr="0025334A">
              <w:rPr>
                <w:sz w:val="22"/>
                <w:szCs w:val="28"/>
              </w:rPr>
              <w:t>32</w:t>
            </w:r>
          </w:p>
        </w:tc>
        <w:tc>
          <w:tcPr>
            <w:tcW w:w="1134" w:type="dxa"/>
            <w:vAlign w:val="center"/>
          </w:tcPr>
          <w:p w14:paraId="0D9774E0" w14:textId="23C338EC" w:rsidR="00BE5687" w:rsidRPr="00D95DB9" w:rsidRDefault="00BE5687" w:rsidP="00BE5687">
            <w:pPr>
              <w:ind w:firstLine="0"/>
              <w:jc w:val="left"/>
              <w:rPr>
                <w:sz w:val="22"/>
                <w:szCs w:val="28"/>
                <w:highlight w:val="yellow"/>
              </w:rPr>
            </w:pPr>
            <w:r>
              <w:rPr>
                <w:sz w:val="22"/>
                <w:highlight w:val="magenta"/>
              </w:rPr>
              <w:t>07:00–07:30</w:t>
            </w:r>
          </w:p>
        </w:tc>
        <w:tc>
          <w:tcPr>
            <w:tcW w:w="1134" w:type="dxa"/>
            <w:vAlign w:val="center"/>
          </w:tcPr>
          <w:p w14:paraId="066B7392" w14:textId="1DD4EA15" w:rsidR="00BE5687" w:rsidRPr="00D95DB9" w:rsidRDefault="00BE5687" w:rsidP="00BE5687">
            <w:pPr>
              <w:ind w:firstLine="0"/>
              <w:jc w:val="left"/>
              <w:rPr>
                <w:sz w:val="22"/>
                <w:szCs w:val="28"/>
                <w:highlight w:val="yellow"/>
              </w:rPr>
            </w:pPr>
            <w:r>
              <w:rPr>
                <w:sz w:val="22"/>
                <w:highlight w:val="magenta"/>
              </w:rPr>
              <w:t>12:30–13:30</w:t>
            </w:r>
          </w:p>
        </w:tc>
        <w:tc>
          <w:tcPr>
            <w:tcW w:w="1134" w:type="dxa"/>
            <w:vAlign w:val="center"/>
          </w:tcPr>
          <w:p w14:paraId="633D525F" w14:textId="7C72326D" w:rsidR="00BE5687" w:rsidRPr="00D95DB9" w:rsidRDefault="00BE5687" w:rsidP="00BE5687">
            <w:pPr>
              <w:ind w:firstLine="0"/>
              <w:jc w:val="left"/>
              <w:rPr>
                <w:sz w:val="22"/>
                <w:szCs w:val="28"/>
                <w:highlight w:val="yellow"/>
              </w:rPr>
            </w:pPr>
            <w:r>
              <w:rPr>
                <w:sz w:val="22"/>
                <w:highlight w:val="magenta"/>
              </w:rPr>
              <w:t>18:30-19:30</w:t>
            </w:r>
          </w:p>
        </w:tc>
      </w:tr>
      <w:tr w:rsidR="00D95DB9" w:rsidRPr="0025334A" w14:paraId="4D772F1B" w14:textId="77777777" w:rsidTr="00D95DB9">
        <w:trPr>
          <w:jc w:val="center"/>
        </w:trPr>
        <w:tc>
          <w:tcPr>
            <w:tcW w:w="2324" w:type="dxa"/>
            <w:vAlign w:val="center"/>
          </w:tcPr>
          <w:p w14:paraId="5B7F64DA" w14:textId="77777777" w:rsidR="00D95DB9" w:rsidRPr="0025334A" w:rsidRDefault="00D95DB9" w:rsidP="00D95DB9">
            <w:pPr>
              <w:ind w:firstLine="0"/>
              <w:jc w:val="left"/>
              <w:rPr>
                <w:sz w:val="22"/>
                <w:szCs w:val="28"/>
              </w:rPr>
            </w:pPr>
            <w:r w:rsidRPr="0025334A">
              <w:rPr>
                <w:sz w:val="22"/>
                <w:szCs w:val="28"/>
              </w:rPr>
              <w:t>CIAPAD „</w:t>
            </w:r>
            <w:proofErr w:type="spellStart"/>
            <w:r w:rsidRPr="0025334A">
              <w:rPr>
                <w:sz w:val="22"/>
                <w:szCs w:val="28"/>
              </w:rPr>
              <w:t>Condorul</w:t>
            </w:r>
            <w:proofErr w:type="spellEnd"/>
            <w:r w:rsidRPr="0025334A">
              <w:rPr>
                <w:sz w:val="22"/>
                <w:szCs w:val="28"/>
              </w:rPr>
              <w:t>”</w:t>
            </w:r>
          </w:p>
        </w:tc>
        <w:tc>
          <w:tcPr>
            <w:tcW w:w="2835" w:type="dxa"/>
            <w:vAlign w:val="center"/>
          </w:tcPr>
          <w:p w14:paraId="414CEC71" w14:textId="77777777" w:rsidR="00D95DB9" w:rsidRPr="0025334A" w:rsidRDefault="00D95DB9" w:rsidP="00D95DB9">
            <w:pPr>
              <w:ind w:firstLine="0"/>
              <w:jc w:val="left"/>
              <w:rPr>
                <w:sz w:val="22"/>
                <w:szCs w:val="28"/>
              </w:rPr>
            </w:pPr>
            <w:r w:rsidRPr="0025334A">
              <w:rPr>
                <w:sz w:val="22"/>
                <w:szCs w:val="28"/>
              </w:rPr>
              <w:t xml:space="preserve">Str. </w:t>
            </w:r>
            <w:proofErr w:type="spellStart"/>
            <w:r w:rsidRPr="0025334A">
              <w:rPr>
                <w:sz w:val="22"/>
                <w:szCs w:val="28"/>
              </w:rPr>
              <w:t>Condorilor</w:t>
            </w:r>
            <w:proofErr w:type="spellEnd"/>
            <w:r w:rsidRPr="0025334A">
              <w:rPr>
                <w:sz w:val="22"/>
                <w:szCs w:val="28"/>
              </w:rPr>
              <w:t xml:space="preserve"> nr. 2</w:t>
            </w:r>
          </w:p>
        </w:tc>
        <w:tc>
          <w:tcPr>
            <w:tcW w:w="1108" w:type="dxa"/>
            <w:vAlign w:val="center"/>
          </w:tcPr>
          <w:p w14:paraId="3F177E72" w14:textId="77777777" w:rsidR="00D95DB9" w:rsidRPr="0025334A" w:rsidRDefault="00D95DB9" w:rsidP="00D95DB9">
            <w:pPr>
              <w:ind w:firstLine="0"/>
              <w:jc w:val="left"/>
              <w:rPr>
                <w:sz w:val="22"/>
                <w:szCs w:val="28"/>
              </w:rPr>
            </w:pPr>
            <w:r w:rsidRPr="0025334A">
              <w:rPr>
                <w:sz w:val="22"/>
                <w:szCs w:val="28"/>
              </w:rPr>
              <w:t>48</w:t>
            </w:r>
          </w:p>
        </w:tc>
        <w:tc>
          <w:tcPr>
            <w:tcW w:w="1134" w:type="dxa"/>
            <w:vAlign w:val="center"/>
          </w:tcPr>
          <w:p w14:paraId="035ABBA0" w14:textId="0C6A59CE" w:rsidR="00D95DB9" w:rsidRPr="00D95DB9" w:rsidRDefault="00D95DB9" w:rsidP="00D95DB9">
            <w:pPr>
              <w:ind w:firstLine="0"/>
              <w:jc w:val="left"/>
              <w:rPr>
                <w:sz w:val="22"/>
                <w:szCs w:val="28"/>
                <w:highlight w:val="yellow"/>
              </w:rPr>
            </w:pPr>
            <w:r w:rsidRPr="00D95DB9">
              <w:rPr>
                <w:sz w:val="22"/>
                <w:szCs w:val="28"/>
                <w:highlight w:val="yellow"/>
              </w:rPr>
              <w:t>07:</w:t>
            </w:r>
            <w:r>
              <w:rPr>
                <w:sz w:val="22"/>
                <w:szCs w:val="28"/>
                <w:highlight w:val="yellow"/>
              </w:rPr>
              <w:t>3</w:t>
            </w:r>
            <w:r w:rsidRPr="00D95DB9">
              <w:rPr>
                <w:sz w:val="22"/>
                <w:szCs w:val="28"/>
                <w:highlight w:val="yellow"/>
              </w:rPr>
              <w:t>0–08:30</w:t>
            </w:r>
          </w:p>
        </w:tc>
        <w:tc>
          <w:tcPr>
            <w:tcW w:w="1134" w:type="dxa"/>
            <w:vAlign w:val="center"/>
          </w:tcPr>
          <w:p w14:paraId="4ADCA54B" w14:textId="1B497FB0" w:rsidR="00D95DB9" w:rsidRPr="00D95DB9" w:rsidRDefault="00D95DB9" w:rsidP="00D95DB9">
            <w:pPr>
              <w:ind w:firstLine="0"/>
              <w:jc w:val="left"/>
              <w:rPr>
                <w:sz w:val="22"/>
                <w:szCs w:val="28"/>
                <w:highlight w:val="yellow"/>
              </w:rPr>
            </w:pPr>
            <w:r w:rsidRPr="00D95DB9">
              <w:rPr>
                <w:sz w:val="22"/>
                <w:szCs w:val="28"/>
                <w:highlight w:val="yellow"/>
              </w:rPr>
              <w:t>1</w:t>
            </w:r>
            <w:r>
              <w:rPr>
                <w:sz w:val="22"/>
                <w:szCs w:val="28"/>
                <w:highlight w:val="yellow"/>
              </w:rPr>
              <w:t>3</w:t>
            </w:r>
            <w:r w:rsidRPr="00D95DB9">
              <w:rPr>
                <w:sz w:val="22"/>
                <w:szCs w:val="28"/>
                <w:highlight w:val="yellow"/>
              </w:rPr>
              <w:t>:</w:t>
            </w:r>
            <w:r>
              <w:rPr>
                <w:sz w:val="22"/>
                <w:szCs w:val="28"/>
                <w:highlight w:val="yellow"/>
              </w:rPr>
              <w:t>3</w:t>
            </w:r>
            <w:r w:rsidRPr="00D95DB9">
              <w:rPr>
                <w:sz w:val="22"/>
                <w:szCs w:val="28"/>
                <w:highlight w:val="yellow"/>
              </w:rPr>
              <w:t>0–14:</w:t>
            </w:r>
            <w:r>
              <w:rPr>
                <w:sz w:val="22"/>
                <w:szCs w:val="28"/>
                <w:highlight w:val="yellow"/>
              </w:rPr>
              <w:t>4</w:t>
            </w:r>
            <w:r w:rsidRPr="00D95DB9">
              <w:rPr>
                <w:sz w:val="22"/>
                <w:szCs w:val="28"/>
                <w:highlight w:val="yellow"/>
              </w:rPr>
              <w:t>0</w:t>
            </w:r>
          </w:p>
        </w:tc>
        <w:tc>
          <w:tcPr>
            <w:tcW w:w="1134" w:type="dxa"/>
            <w:vAlign w:val="center"/>
          </w:tcPr>
          <w:p w14:paraId="0DBE029E" w14:textId="3530D6D6" w:rsidR="00D95DB9" w:rsidRPr="00D95DB9" w:rsidRDefault="00D95DB9" w:rsidP="00D95DB9">
            <w:pPr>
              <w:ind w:firstLine="0"/>
              <w:jc w:val="left"/>
              <w:rPr>
                <w:sz w:val="22"/>
                <w:szCs w:val="28"/>
                <w:highlight w:val="yellow"/>
              </w:rPr>
            </w:pPr>
            <w:r w:rsidRPr="00D95DB9">
              <w:rPr>
                <w:sz w:val="22"/>
                <w:szCs w:val="28"/>
                <w:highlight w:val="yellow"/>
              </w:rPr>
              <w:t>1</w:t>
            </w:r>
            <w:r>
              <w:rPr>
                <w:sz w:val="22"/>
                <w:szCs w:val="28"/>
                <w:highlight w:val="yellow"/>
              </w:rPr>
              <w:t>9</w:t>
            </w:r>
            <w:r w:rsidRPr="00D95DB9">
              <w:rPr>
                <w:sz w:val="22"/>
                <w:szCs w:val="28"/>
                <w:highlight w:val="yellow"/>
              </w:rPr>
              <w:t>:</w:t>
            </w:r>
            <w:r>
              <w:rPr>
                <w:sz w:val="22"/>
                <w:szCs w:val="28"/>
                <w:highlight w:val="yellow"/>
              </w:rPr>
              <w:t>3</w:t>
            </w:r>
            <w:r w:rsidRPr="00D95DB9">
              <w:rPr>
                <w:sz w:val="22"/>
                <w:szCs w:val="28"/>
                <w:highlight w:val="yellow"/>
              </w:rPr>
              <w:t>0–20:</w:t>
            </w:r>
            <w:r>
              <w:rPr>
                <w:sz w:val="22"/>
                <w:szCs w:val="28"/>
                <w:highlight w:val="yellow"/>
              </w:rPr>
              <w:t>3</w:t>
            </w:r>
            <w:r w:rsidRPr="00D95DB9">
              <w:rPr>
                <w:sz w:val="22"/>
                <w:szCs w:val="28"/>
                <w:highlight w:val="yellow"/>
              </w:rPr>
              <w:t>0</w:t>
            </w:r>
          </w:p>
        </w:tc>
      </w:tr>
      <w:tr w:rsidR="00D95DB9" w:rsidRPr="0025334A" w14:paraId="7729BA62" w14:textId="77777777" w:rsidTr="00D95DB9">
        <w:trPr>
          <w:jc w:val="center"/>
        </w:trPr>
        <w:tc>
          <w:tcPr>
            <w:tcW w:w="2324" w:type="dxa"/>
            <w:vAlign w:val="center"/>
          </w:tcPr>
          <w:p w14:paraId="7056F220" w14:textId="77777777" w:rsidR="00D95DB9" w:rsidRPr="0025334A" w:rsidRDefault="00D95DB9" w:rsidP="00D95DB9">
            <w:pPr>
              <w:ind w:firstLine="0"/>
              <w:jc w:val="left"/>
              <w:rPr>
                <w:sz w:val="22"/>
                <w:szCs w:val="28"/>
              </w:rPr>
            </w:pPr>
            <w:r w:rsidRPr="0025334A">
              <w:rPr>
                <w:sz w:val="22"/>
                <w:szCs w:val="28"/>
              </w:rPr>
              <w:t>CIAPAD „Henri Coandă”</w:t>
            </w:r>
          </w:p>
        </w:tc>
        <w:tc>
          <w:tcPr>
            <w:tcW w:w="2835" w:type="dxa"/>
            <w:vAlign w:val="center"/>
          </w:tcPr>
          <w:p w14:paraId="5293B53A" w14:textId="77777777" w:rsidR="00D95DB9" w:rsidRPr="0025334A" w:rsidRDefault="00D95DB9" w:rsidP="00D95DB9">
            <w:pPr>
              <w:ind w:firstLine="0"/>
              <w:jc w:val="left"/>
              <w:rPr>
                <w:sz w:val="22"/>
                <w:szCs w:val="28"/>
              </w:rPr>
            </w:pPr>
            <w:r w:rsidRPr="0025334A">
              <w:rPr>
                <w:sz w:val="22"/>
                <w:szCs w:val="28"/>
              </w:rPr>
              <w:t>Str. Henri Coandă nr. 4</w:t>
            </w:r>
          </w:p>
        </w:tc>
        <w:tc>
          <w:tcPr>
            <w:tcW w:w="1108" w:type="dxa"/>
            <w:vAlign w:val="center"/>
          </w:tcPr>
          <w:p w14:paraId="079C58CD" w14:textId="77777777" w:rsidR="00D95DB9" w:rsidRPr="0025334A" w:rsidRDefault="00D95DB9" w:rsidP="00D95DB9">
            <w:pPr>
              <w:ind w:firstLine="0"/>
              <w:jc w:val="left"/>
              <w:rPr>
                <w:sz w:val="22"/>
                <w:szCs w:val="28"/>
              </w:rPr>
            </w:pPr>
            <w:r w:rsidRPr="0025334A">
              <w:rPr>
                <w:sz w:val="22"/>
                <w:szCs w:val="28"/>
              </w:rPr>
              <w:t>50</w:t>
            </w:r>
          </w:p>
        </w:tc>
        <w:tc>
          <w:tcPr>
            <w:tcW w:w="1134" w:type="dxa"/>
            <w:vAlign w:val="center"/>
          </w:tcPr>
          <w:p w14:paraId="14076513" w14:textId="1FDD941D" w:rsidR="00D95DB9" w:rsidRPr="00D95DB9" w:rsidRDefault="00D95DB9" w:rsidP="00D95DB9">
            <w:pPr>
              <w:ind w:firstLine="0"/>
              <w:jc w:val="left"/>
              <w:rPr>
                <w:sz w:val="22"/>
                <w:szCs w:val="28"/>
                <w:highlight w:val="yellow"/>
              </w:rPr>
            </w:pPr>
            <w:r w:rsidRPr="00D95DB9">
              <w:rPr>
                <w:sz w:val="22"/>
                <w:szCs w:val="28"/>
                <w:highlight w:val="yellow"/>
              </w:rPr>
              <w:t>07:</w:t>
            </w:r>
            <w:r>
              <w:rPr>
                <w:sz w:val="22"/>
                <w:szCs w:val="28"/>
                <w:highlight w:val="yellow"/>
              </w:rPr>
              <w:t>3</w:t>
            </w:r>
            <w:r w:rsidRPr="00D95DB9">
              <w:rPr>
                <w:sz w:val="22"/>
                <w:szCs w:val="28"/>
                <w:highlight w:val="yellow"/>
              </w:rPr>
              <w:t>0–08:30</w:t>
            </w:r>
          </w:p>
        </w:tc>
        <w:tc>
          <w:tcPr>
            <w:tcW w:w="1134" w:type="dxa"/>
            <w:vAlign w:val="center"/>
          </w:tcPr>
          <w:p w14:paraId="7ABD5102" w14:textId="036B64EA" w:rsidR="00D95DB9" w:rsidRPr="00D95DB9" w:rsidRDefault="00D95DB9" w:rsidP="00D95DB9">
            <w:pPr>
              <w:ind w:firstLine="0"/>
              <w:jc w:val="left"/>
              <w:rPr>
                <w:sz w:val="22"/>
                <w:szCs w:val="28"/>
                <w:highlight w:val="yellow"/>
              </w:rPr>
            </w:pPr>
            <w:r w:rsidRPr="00D95DB9">
              <w:rPr>
                <w:sz w:val="22"/>
                <w:szCs w:val="28"/>
                <w:highlight w:val="yellow"/>
              </w:rPr>
              <w:t>1</w:t>
            </w:r>
            <w:r>
              <w:rPr>
                <w:sz w:val="22"/>
                <w:szCs w:val="28"/>
                <w:highlight w:val="yellow"/>
              </w:rPr>
              <w:t>3</w:t>
            </w:r>
            <w:r w:rsidRPr="00D95DB9">
              <w:rPr>
                <w:sz w:val="22"/>
                <w:szCs w:val="28"/>
                <w:highlight w:val="yellow"/>
              </w:rPr>
              <w:t>:</w:t>
            </w:r>
            <w:r>
              <w:rPr>
                <w:sz w:val="22"/>
                <w:szCs w:val="28"/>
                <w:highlight w:val="yellow"/>
              </w:rPr>
              <w:t>3</w:t>
            </w:r>
            <w:r w:rsidRPr="00D95DB9">
              <w:rPr>
                <w:sz w:val="22"/>
                <w:szCs w:val="28"/>
                <w:highlight w:val="yellow"/>
              </w:rPr>
              <w:t>0–14:</w:t>
            </w:r>
            <w:r>
              <w:rPr>
                <w:sz w:val="22"/>
                <w:szCs w:val="28"/>
                <w:highlight w:val="yellow"/>
              </w:rPr>
              <w:t>4</w:t>
            </w:r>
            <w:r w:rsidRPr="00D95DB9">
              <w:rPr>
                <w:sz w:val="22"/>
                <w:szCs w:val="28"/>
                <w:highlight w:val="yellow"/>
              </w:rPr>
              <w:t>0</w:t>
            </w:r>
          </w:p>
        </w:tc>
        <w:tc>
          <w:tcPr>
            <w:tcW w:w="1134" w:type="dxa"/>
            <w:vAlign w:val="center"/>
          </w:tcPr>
          <w:p w14:paraId="4BD9A207" w14:textId="281B8EAF" w:rsidR="00D95DB9" w:rsidRPr="00D95DB9" w:rsidRDefault="00D95DB9" w:rsidP="00D95DB9">
            <w:pPr>
              <w:ind w:firstLine="0"/>
              <w:jc w:val="left"/>
              <w:rPr>
                <w:sz w:val="22"/>
                <w:szCs w:val="28"/>
                <w:highlight w:val="yellow"/>
              </w:rPr>
            </w:pPr>
            <w:r w:rsidRPr="00D95DB9">
              <w:rPr>
                <w:sz w:val="22"/>
                <w:szCs w:val="28"/>
                <w:highlight w:val="yellow"/>
              </w:rPr>
              <w:t>1</w:t>
            </w:r>
            <w:r>
              <w:rPr>
                <w:sz w:val="22"/>
                <w:szCs w:val="28"/>
                <w:highlight w:val="yellow"/>
              </w:rPr>
              <w:t>9</w:t>
            </w:r>
            <w:r w:rsidRPr="00D95DB9">
              <w:rPr>
                <w:sz w:val="22"/>
                <w:szCs w:val="28"/>
                <w:highlight w:val="yellow"/>
              </w:rPr>
              <w:t>:</w:t>
            </w:r>
            <w:r>
              <w:rPr>
                <w:sz w:val="22"/>
                <w:szCs w:val="28"/>
                <w:highlight w:val="yellow"/>
              </w:rPr>
              <w:t>3</w:t>
            </w:r>
            <w:r w:rsidRPr="00D95DB9">
              <w:rPr>
                <w:sz w:val="22"/>
                <w:szCs w:val="28"/>
                <w:highlight w:val="yellow"/>
              </w:rPr>
              <w:t>0–20:</w:t>
            </w:r>
            <w:r>
              <w:rPr>
                <w:sz w:val="22"/>
                <w:szCs w:val="28"/>
                <w:highlight w:val="yellow"/>
              </w:rPr>
              <w:t>3</w:t>
            </w:r>
            <w:r w:rsidRPr="00D95DB9">
              <w:rPr>
                <w:sz w:val="22"/>
                <w:szCs w:val="28"/>
                <w:highlight w:val="yellow"/>
              </w:rPr>
              <w:t>0</w:t>
            </w:r>
          </w:p>
        </w:tc>
      </w:tr>
    </w:tbl>
    <w:p w14:paraId="35C1DCB8" w14:textId="268F39A4" w:rsidR="000C4CB5" w:rsidRPr="0025334A" w:rsidRDefault="004E746A">
      <w:pPr>
        <w:spacing w:after="50" w:line="247" w:lineRule="auto"/>
        <w:ind w:firstLine="0"/>
      </w:pPr>
      <w:proofErr w:type="spellStart"/>
      <w:r w:rsidRPr="00D95DB9">
        <w:rPr>
          <w:b/>
          <w:bCs/>
        </w:rPr>
        <w:t>Gustarea</w:t>
      </w:r>
      <w:proofErr w:type="spellEnd"/>
      <w:r w:rsidRPr="00D95DB9">
        <w:rPr>
          <w:b/>
          <w:bCs/>
        </w:rPr>
        <w:t xml:space="preserve"> I</w:t>
      </w:r>
      <w:r w:rsidRPr="0025334A">
        <w:t xml:space="preserve"> se </w:t>
      </w:r>
      <w:proofErr w:type="spellStart"/>
      <w:r w:rsidRPr="0025334A">
        <w:t>servește</w:t>
      </w:r>
      <w:proofErr w:type="spellEnd"/>
      <w:r w:rsidR="00BE5687">
        <w:t xml:space="preserve"> </w:t>
      </w:r>
      <w:proofErr w:type="spellStart"/>
      <w:r w:rsidR="00BE5687">
        <w:rPr>
          <w:color w:val="0000FF"/>
        </w:rPr>
        <w:t>beneficiarilor</w:t>
      </w:r>
      <w:proofErr w:type="spellEnd"/>
      <w:r w:rsidRPr="0025334A">
        <w:t xml:space="preserve">, de </w:t>
      </w:r>
      <w:proofErr w:type="spellStart"/>
      <w:r w:rsidRPr="0025334A">
        <w:t>regulă</w:t>
      </w:r>
      <w:proofErr w:type="spellEnd"/>
      <w:r w:rsidRPr="0025334A">
        <w:t xml:space="preserve">, </w:t>
      </w:r>
      <w:proofErr w:type="spellStart"/>
      <w:r w:rsidRPr="0025334A">
        <w:t>între</w:t>
      </w:r>
      <w:proofErr w:type="spellEnd"/>
      <w:r w:rsidRPr="0025334A">
        <w:t xml:space="preserve"> </w:t>
      </w:r>
      <w:r w:rsidR="00D95DB9">
        <w:t>1</w:t>
      </w:r>
      <w:r w:rsidRPr="0025334A">
        <w:t>0:</w:t>
      </w:r>
      <w:r w:rsidR="00D95DB9">
        <w:t>0</w:t>
      </w:r>
      <w:r w:rsidRPr="0025334A">
        <w:t xml:space="preserve">0–10:30, </w:t>
      </w:r>
      <w:proofErr w:type="spellStart"/>
      <w:r w:rsidRPr="0025334A">
        <w:t>iar</w:t>
      </w:r>
      <w:proofErr w:type="spellEnd"/>
      <w:r w:rsidRPr="0025334A">
        <w:t xml:space="preserve"> </w:t>
      </w:r>
      <w:proofErr w:type="spellStart"/>
      <w:r w:rsidRPr="00D95DB9">
        <w:rPr>
          <w:b/>
          <w:bCs/>
        </w:rPr>
        <w:t>gustarea</w:t>
      </w:r>
      <w:proofErr w:type="spellEnd"/>
      <w:r w:rsidRPr="00D95DB9">
        <w:rPr>
          <w:b/>
          <w:bCs/>
        </w:rPr>
        <w:t xml:space="preserve"> II</w:t>
      </w:r>
      <w:r w:rsidRPr="0025334A">
        <w:t xml:space="preserve"> </w:t>
      </w:r>
      <w:proofErr w:type="spellStart"/>
      <w:r w:rsidRPr="0025334A">
        <w:t>între</w:t>
      </w:r>
      <w:proofErr w:type="spellEnd"/>
      <w:r w:rsidRPr="0025334A">
        <w:t xml:space="preserve"> 1</w:t>
      </w:r>
      <w:r w:rsidR="00D95DB9">
        <w:t>6</w:t>
      </w:r>
      <w:r w:rsidRPr="0025334A">
        <w:t xml:space="preserve">:00–16:30. </w:t>
      </w:r>
      <w:proofErr w:type="spellStart"/>
      <w:r w:rsidRPr="0025334A">
        <w:t>Orele</w:t>
      </w:r>
      <w:proofErr w:type="spellEnd"/>
      <w:r w:rsidRPr="0025334A">
        <w:t xml:space="preserve"> </w:t>
      </w:r>
      <w:proofErr w:type="spellStart"/>
      <w:r w:rsidRPr="0025334A">
        <w:t>exacte</w:t>
      </w:r>
      <w:proofErr w:type="spellEnd"/>
      <w:r w:rsidRPr="0025334A">
        <w:t xml:space="preserve"> se </w:t>
      </w:r>
      <w:proofErr w:type="spellStart"/>
      <w:r w:rsidRPr="0025334A">
        <w:t>confirmă</w:t>
      </w:r>
      <w:proofErr w:type="spellEnd"/>
      <w:r w:rsidRPr="0025334A">
        <w:t xml:space="preserve"> </w:t>
      </w:r>
      <w:proofErr w:type="spellStart"/>
      <w:r w:rsidRPr="0025334A">
        <w:t>înainte</w:t>
      </w:r>
      <w:proofErr w:type="spellEnd"/>
      <w:r w:rsidRPr="0025334A">
        <w:t xml:space="preserve"> de prima </w:t>
      </w:r>
      <w:proofErr w:type="spellStart"/>
      <w:r w:rsidRPr="0025334A">
        <w:t>livrare</w:t>
      </w:r>
      <w:proofErr w:type="spellEnd"/>
      <w:r w:rsidRPr="0025334A">
        <w:t xml:space="preserve"> </w:t>
      </w:r>
      <w:proofErr w:type="spellStart"/>
      <w:r w:rsidRPr="0025334A">
        <w:t>și</w:t>
      </w:r>
      <w:proofErr w:type="spellEnd"/>
      <w:r w:rsidRPr="0025334A">
        <w:t xml:space="preserve"> se </w:t>
      </w:r>
      <w:proofErr w:type="spellStart"/>
      <w:r w:rsidRPr="0025334A">
        <w:t>înscriu</w:t>
      </w:r>
      <w:proofErr w:type="spellEnd"/>
      <w:r w:rsidRPr="0025334A">
        <w:t xml:space="preserve"> </w:t>
      </w:r>
      <w:proofErr w:type="spellStart"/>
      <w:r w:rsidRPr="0025334A">
        <w:t>în</w:t>
      </w:r>
      <w:proofErr w:type="spellEnd"/>
      <w:r w:rsidRPr="0025334A">
        <w:t xml:space="preserve"> </w:t>
      </w:r>
      <w:proofErr w:type="spellStart"/>
      <w:r w:rsidRPr="0025334A">
        <w:t>planul</w:t>
      </w:r>
      <w:proofErr w:type="spellEnd"/>
      <w:r w:rsidRPr="0025334A">
        <w:t xml:space="preserve"> </w:t>
      </w:r>
      <w:proofErr w:type="spellStart"/>
      <w:r w:rsidRPr="0025334A">
        <w:t>operațional</w:t>
      </w:r>
      <w:proofErr w:type="spellEnd"/>
      <w:r w:rsidRPr="0025334A">
        <w:t>/</w:t>
      </w:r>
      <w:proofErr w:type="spellStart"/>
      <w:r w:rsidRPr="0025334A">
        <w:t>contractul</w:t>
      </w:r>
      <w:proofErr w:type="spellEnd"/>
      <w:r w:rsidRPr="0025334A">
        <w:t xml:space="preserve"> </w:t>
      </w:r>
      <w:proofErr w:type="spellStart"/>
      <w:r w:rsidRPr="0025334A">
        <w:t>subsecvent</w:t>
      </w:r>
      <w:proofErr w:type="spellEnd"/>
      <w:r w:rsidRPr="0025334A">
        <w:t>.</w:t>
      </w:r>
    </w:p>
    <w:p w14:paraId="42D5E030" w14:textId="77777777" w:rsidR="0025334A" w:rsidRPr="0025334A" w:rsidRDefault="0025334A">
      <w:pPr>
        <w:spacing w:after="50" w:line="247" w:lineRule="auto"/>
        <w:ind w:firstLine="0"/>
      </w:pPr>
    </w:p>
    <w:p w14:paraId="693D3D08" w14:textId="1D2BBE58" w:rsidR="000C4CB5" w:rsidRPr="0025334A" w:rsidRDefault="004E746A" w:rsidP="0025334A">
      <w:pPr>
        <w:pStyle w:val="Heading1"/>
      </w:pPr>
      <w:bookmarkStart w:id="77" w:name="_Toc242951515"/>
      <w:r w:rsidRPr="0025334A">
        <w:t>ANEXA NR. 2 – CANTITĂȚI MINIME ȘI MAXIME</w:t>
      </w:r>
      <w:bookmarkEnd w:id="77"/>
      <w:r w:rsidRPr="0025334A">
        <w:t xml:space="preserve"> </w:t>
      </w:r>
      <w:r w:rsidR="00F678CC">
        <w:t xml:space="preserve"> </w:t>
      </w:r>
    </w:p>
    <w:tbl>
      <w:tblPr>
        <w:tblStyle w:val="TableGrid"/>
        <w:tblW w:w="0" w:type="auto"/>
        <w:jc w:val="center"/>
        <w:tblLook w:val="04A0" w:firstRow="1" w:lastRow="0" w:firstColumn="1" w:lastColumn="0" w:noHBand="0" w:noVBand="1"/>
      </w:tblPr>
      <w:tblGrid>
        <w:gridCol w:w="1728"/>
        <w:gridCol w:w="1404"/>
        <w:gridCol w:w="1923"/>
        <w:gridCol w:w="1935"/>
        <w:gridCol w:w="1483"/>
        <w:gridCol w:w="1495"/>
      </w:tblGrid>
      <w:tr w:rsidR="0025334A" w:rsidRPr="0025334A" w14:paraId="173E3FA4" w14:textId="77777777" w:rsidTr="0025334A">
        <w:trPr>
          <w:cantSplit/>
          <w:tblHeader/>
          <w:jc w:val="center"/>
        </w:trPr>
        <w:tc>
          <w:tcPr>
            <w:tcW w:w="0" w:type="auto"/>
            <w:vAlign w:val="center"/>
          </w:tcPr>
          <w:p w14:paraId="6D5B52F7" w14:textId="77777777" w:rsidR="000C4CB5" w:rsidRPr="0025334A" w:rsidRDefault="004E746A" w:rsidP="0025334A">
            <w:pPr>
              <w:ind w:firstLine="0"/>
              <w:jc w:val="center"/>
              <w:rPr>
                <w:sz w:val="22"/>
                <w:szCs w:val="32"/>
              </w:rPr>
            </w:pPr>
            <w:proofErr w:type="spellStart"/>
            <w:r w:rsidRPr="0025334A">
              <w:rPr>
                <w:b/>
                <w:sz w:val="22"/>
                <w:szCs w:val="32"/>
              </w:rPr>
              <w:t>Structura</w:t>
            </w:r>
            <w:proofErr w:type="spellEnd"/>
            <w:r w:rsidRPr="0025334A">
              <w:rPr>
                <w:b/>
                <w:sz w:val="22"/>
                <w:szCs w:val="32"/>
              </w:rPr>
              <w:t xml:space="preserve"> </w:t>
            </w:r>
            <w:proofErr w:type="spellStart"/>
            <w:r w:rsidRPr="0025334A">
              <w:rPr>
                <w:b/>
                <w:sz w:val="22"/>
                <w:szCs w:val="32"/>
              </w:rPr>
              <w:t>beneficiară</w:t>
            </w:r>
            <w:proofErr w:type="spellEnd"/>
          </w:p>
        </w:tc>
        <w:tc>
          <w:tcPr>
            <w:tcW w:w="0" w:type="auto"/>
            <w:vAlign w:val="center"/>
          </w:tcPr>
          <w:p w14:paraId="638ABF9F" w14:textId="77777777" w:rsidR="000C4CB5" w:rsidRPr="0025334A" w:rsidRDefault="004E746A" w:rsidP="0025334A">
            <w:pPr>
              <w:ind w:firstLine="0"/>
              <w:jc w:val="center"/>
              <w:rPr>
                <w:sz w:val="22"/>
                <w:szCs w:val="32"/>
              </w:rPr>
            </w:pPr>
            <w:r w:rsidRPr="0025334A">
              <w:rPr>
                <w:b/>
                <w:sz w:val="22"/>
                <w:szCs w:val="32"/>
              </w:rPr>
              <w:t xml:space="preserve">Maxim </w:t>
            </w:r>
            <w:proofErr w:type="spellStart"/>
            <w:r w:rsidRPr="0025334A">
              <w:rPr>
                <w:b/>
                <w:sz w:val="22"/>
                <w:szCs w:val="32"/>
              </w:rPr>
              <w:t>meniuri</w:t>
            </w:r>
            <w:proofErr w:type="spellEnd"/>
            <w:r w:rsidRPr="0025334A">
              <w:rPr>
                <w:b/>
                <w:sz w:val="22"/>
                <w:szCs w:val="32"/>
              </w:rPr>
              <w:t>/zi</w:t>
            </w:r>
          </w:p>
        </w:tc>
        <w:tc>
          <w:tcPr>
            <w:tcW w:w="0" w:type="auto"/>
            <w:vAlign w:val="center"/>
          </w:tcPr>
          <w:p w14:paraId="5CE61432" w14:textId="77777777" w:rsidR="000C4CB5" w:rsidRPr="0025334A" w:rsidRDefault="004E746A" w:rsidP="0025334A">
            <w:pPr>
              <w:ind w:firstLine="0"/>
              <w:jc w:val="center"/>
              <w:rPr>
                <w:sz w:val="22"/>
                <w:szCs w:val="32"/>
              </w:rPr>
            </w:pPr>
            <w:r w:rsidRPr="0025334A">
              <w:rPr>
                <w:b/>
                <w:sz w:val="22"/>
                <w:szCs w:val="32"/>
              </w:rPr>
              <w:t xml:space="preserve">Minim </w:t>
            </w:r>
            <w:proofErr w:type="spellStart"/>
            <w:r w:rsidRPr="0025334A">
              <w:rPr>
                <w:b/>
                <w:sz w:val="22"/>
                <w:szCs w:val="32"/>
              </w:rPr>
              <w:t>estimat</w:t>
            </w:r>
            <w:proofErr w:type="spellEnd"/>
            <w:r w:rsidRPr="0025334A">
              <w:rPr>
                <w:b/>
                <w:sz w:val="22"/>
                <w:szCs w:val="32"/>
              </w:rPr>
              <w:t xml:space="preserve"> contract </w:t>
            </w:r>
            <w:proofErr w:type="spellStart"/>
            <w:r w:rsidRPr="0025334A">
              <w:rPr>
                <w:b/>
                <w:sz w:val="22"/>
                <w:szCs w:val="32"/>
              </w:rPr>
              <w:t>subsecvent</w:t>
            </w:r>
            <w:proofErr w:type="spellEnd"/>
            <w:r w:rsidRPr="0025334A">
              <w:rPr>
                <w:b/>
                <w:sz w:val="22"/>
                <w:szCs w:val="32"/>
              </w:rPr>
              <w:br/>
              <w:t xml:space="preserve">30 </w:t>
            </w:r>
            <w:proofErr w:type="spellStart"/>
            <w:r w:rsidRPr="0025334A">
              <w:rPr>
                <w:b/>
                <w:sz w:val="22"/>
                <w:szCs w:val="32"/>
              </w:rPr>
              <w:t>zile</w:t>
            </w:r>
            <w:proofErr w:type="spellEnd"/>
          </w:p>
        </w:tc>
        <w:tc>
          <w:tcPr>
            <w:tcW w:w="0" w:type="auto"/>
            <w:vAlign w:val="center"/>
          </w:tcPr>
          <w:p w14:paraId="01A1AF6A" w14:textId="4DD9A168" w:rsidR="000C4CB5" w:rsidRPr="0025334A" w:rsidRDefault="004E746A" w:rsidP="0025334A">
            <w:pPr>
              <w:ind w:firstLine="0"/>
              <w:jc w:val="center"/>
              <w:rPr>
                <w:sz w:val="22"/>
                <w:szCs w:val="32"/>
              </w:rPr>
            </w:pPr>
            <w:r w:rsidRPr="0025334A">
              <w:rPr>
                <w:b/>
                <w:sz w:val="22"/>
                <w:szCs w:val="32"/>
              </w:rPr>
              <w:t xml:space="preserve">Maxim </w:t>
            </w:r>
            <w:proofErr w:type="spellStart"/>
            <w:r w:rsidRPr="0025334A">
              <w:rPr>
                <w:b/>
                <w:sz w:val="22"/>
                <w:szCs w:val="32"/>
              </w:rPr>
              <w:t>estimat</w:t>
            </w:r>
            <w:proofErr w:type="spellEnd"/>
            <w:r w:rsidRPr="0025334A">
              <w:rPr>
                <w:b/>
                <w:sz w:val="22"/>
                <w:szCs w:val="32"/>
              </w:rPr>
              <w:t xml:space="preserve"> contract </w:t>
            </w:r>
            <w:proofErr w:type="spellStart"/>
            <w:r w:rsidRPr="0025334A">
              <w:rPr>
                <w:b/>
                <w:sz w:val="22"/>
                <w:szCs w:val="32"/>
              </w:rPr>
              <w:t>subsecvent</w:t>
            </w:r>
            <w:proofErr w:type="spellEnd"/>
            <w:r w:rsidRPr="0025334A">
              <w:rPr>
                <w:b/>
                <w:sz w:val="22"/>
                <w:szCs w:val="32"/>
              </w:rPr>
              <w:br/>
            </w:r>
            <w:r w:rsidR="0025334A" w:rsidRPr="0025334A">
              <w:rPr>
                <w:b/>
                <w:sz w:val="22"/>
                <w:szCs w:val="32"/>
              </w:rPr>
              <w:t>240</w:t>
            </w:r>
            <w:r w:rsidRPr="0025334A">
              <w:rPr>
                <w:b/>
                <w:sz w:val="22"/>
                <w:szCs w:val="32"/>
              </w:rPr>
              <w:t xml:space="preserve"> </w:t>
            </w:r>
            <w:proofErr w:type="spellStart"/>
            <w:r w:rsidRPr="0025334A">
              <w:rPr>
                <w:b/>
                <w:sz w:val="22"/>
                <w:szCs w:val="32"/>
              </w:rPr>
              <w:t>zile</w:t>
            </w:r>
            <w:proofErr w:type="spellEnd"/>
          </w:p>
        </w:tc>
        <w:tc>
          <w:tcPr>
            <w:tcW w:w="0" w:type="auto"/>
            <w:vAlign w:val="center"/>
          </w:tcPr>
          <w:p w14:paraId="32D3228A" w14:textId="77777777" w:rsidR="000C4CB5" w:rsidRPr="0025334A" w:rsidRDefault="004E746A" w:rsidP="0025334A">
            <w:pPr>
              <w:ind w:firstLine="0"/>
              <w:jc w:val="center"/>
              <w:rPr>
                <w:sz w:val="22"/>
                <w:szCs w:val="32"/>
              </w:rPr>
            </w:pPr>
            <w:r w:rsidRPr="0025334A">
              <w:rPr>
                <w:b/>
                <w:sz w:val="22"/>
                <w:szCs w:val="32"/>
              </w:rPr>
              <w:t xml:space="preserve">Minim </w:t>
            </w:r>
            <w:proofErr w:type="spellStart"/>
            <w:r w:rsidRPr="0025334A">
              <w:rPr>
                <w:b/>
                <w:sz w:val="22"/>
                <w:szCs w:val="32"/>
              </w:rPr>
              <w:t>estimat</w:t>
            </w:r>
            <w:proofErr w:type="spellEnd"/>
            <w:r w:rsidRPr="0025334A">
              <w:rPr>
                <w:b/>
                <w:sz w:val="22"/>
                <w:szCs w:val="32"/>
              </w:rPr>
              <w:t xml:space="preserve"> </w:t>
            </w:r>
            <w:proofErr w:type="spellStart"/>
            <w:r w:rsidRPr="0025334A">
              <w:rPr>
                <w:b/>
                <w:sz w:val="22"/>
                <w:szCs w:val="32"/>
              </w:rPr>
              <w:t>acord-cadru</w:t>
            </w:r>
            <w:proofErr w:type="spellEnd"/>
          </w:p>
        </w:tc>
        <w:tc>
          <w:tcPr>
            <w:tcW w:w="0" w:type="auto"/>
            <w:vAlign w:val="center"/>
          </w:tcPr>
          <w:p w14:paraId="68E0E857" w14:textId="77777777" w:rsidR="000C4CB5" w:rsidRPr="0025334A" w:rsidRDefault="004E746A" w:rsidP="0025334A">
            <w:pPr>
              <w:ind w:firstLine="0"/>
              <w:jc w:val="center"/>
              <w:rPr>
                <w:sz w:val="22"/>
                <w:szCs w:val="32"/>
              </w:rPr>
            </w:pPr>
            <w:r w:rsidRPr="0025334A">
              <w:rPr>
                <w:b/>
                <w:sz w:val="22"/>
                <w:szCs w:val="32"/>
              </w:rPr>
              <w:t xml:space="preserve">Maxim </w:t>
            </w:r>
            <w:proofErr w:type="spellStart"/>
            <w:r w:rsidRPr="0025334A">
              <w:rPr>
                <w:b/>
                <w:sz w:val="22"/>
                <w:szCs w:val="32"/>
              </w:rPr>
              <w:t>estimat</w:t>
            </w:r>
            <w:proofErr w:type="spellEnd"/>
            <w:r w:rsidRPr="0025334A">
              <w:rPr>
                <w:b/>
                <w:sz w:val="22"/>
                <w:szCs w:val="32"/>
              </w:rPr>
              <w:t xml:space="preserve"> </w:t>
            </w:r>
            <w:proofErr w:type="spellStart"/>
            <w:r w:rsidRPr="0025334A">
              <w:rPr>
                <w:b/>
                <w:sz w:val="22"/>
                <w:szCs w:val="32"/>
              </w:rPr>
              <w:t>acord-cadru</w:t>
            </w:r>
            <w:proofErr w:type="spellEnd"/>
            <w:r w:rsidRPr="0025334A">
              <w:rPr>
                <w:b/>
                <w:sz w:val="22"/>
                <w:szCs w:val="32"/>
              </w:rPr>
              <w:br/>
              <w:t xml:space="preserve">365 </w:t>
            </w:r>
            <w:proofErr w:type="spellStart"/>
            <w:r w:rsidRPr="0025334A">
              <w:rPr>
                <w:b/>
                <w:sz w:val="22"/>
                <w:szCs w:val="32"/>
              </w:rPr>
              <w:t>zile</w:t>
            </w:r>
            <w:proofErr w:type="spellEnd"/>
          </w:p>
        </w:tc>
      </w:tr>
      <w:tr w:rsidR="0025334A" w:rsidRPr="0025334A" w14:paraId="5D434080" w14:textId="77777777" w:rsidTr="0025334A">
        <w:trPr>
          <w:cantSplit/>
          <w:jc w:val="center"/>
        </w:trPr>
        <w:tc>
          <w:tcPr>
            <w:tcW w:w="0" w:type="auto"/>
            <w:vAlign w:val="center"/>
          </w:tcPr>
          <w:p w14:paraId="4A1C3345" w14:textId="77777777" w:rsidR="0025334A" w:rsidRPr="0025334A" w:rsidRDefault="0025334A" w:rsidP="0025334A">
            <w:pPr>
              <w:ind w:firstLine="0"/>
              <w:jc w:val="left"/>
              <w:rPr>
                <w:sz w:val="22"/>
                <w:szCs w:val="32"/>
              </w:rPr>
            </w:pPr>
            <w:proofErr w:type="spellStart"/>
            <w:r w:rsidRPr="0025334A">
              <w:rPr>
                <w:sz w:val="22"/>
                <w:szCs w:val="32"/>
              </w:rPr>
              <w:t>Centrele</w:t>
            </w:r>
            <w:proofErr w:type="spellEnd"/>
            <w:r w:rsidRPr="0025334A">
              <w:rPr>
                <w:sz w:val="22"/>
                <w:szCs w:val="32"/>
              </w:rPr>
              <w:t xml:space="preserve"> Maternal </w:t>
            </w:r>
            <w:proofErr w:type="spellStart"/>
            <w:r w:rsidRPr="0025334A">
              <w:rPr>
                <w:sz w:val="22"/>
                <w:szCs w:val="32"/>
              </w:rPr>
              <w:t>și</w:t>
            </w:r>
            <w:proofErr w:type="spellEnd"/>
            <w:r w:rsidRPr="0025334A">
              <w:rPr>
                <w:sz w:val="22"/>
                <w:szCs w:val="32"/>
              </w:rPr>
              <w:t xml:space="preserve"> Artemis</w:t>
            </w:r>
          </w:p>
        </w:tc>
        <w:tc>
          <w:tcPr>
            <w:tcW w:w="0" w:type="auto"/>
            <w:vAlign w:val="center"/>
          </w:tcPr>
          <w:p w14:paraId="36E7BCDA" w14:textId="77777777" w:rsidR="0025334A" w:rsidRPr="0025334A" w:rsidRDefault="0025334A" w:rsidP="0025334A">
            <w:pPr>
              <w:ind w:firstLine="0"/>
              <w:jc w:val="center"/>
              <w:rPr>
                <w:sz w:val="22"/>
                <w:szCs w:val="32"/>
              </w:rPr>
            </w:pPr>
            <w:r w:rsidRPr="0025334A">
              <w:rPr>
                <w:sz w:val="22"/>
                <w:szCs w:val="32"/>
              </w:rPr>
              <w:t>32</w:t>
            </w:r>
          </w:p>
        </w:tc>
        <w:tc>
          <w:tcPr>
            <w:tcW w:w="0" w:type="auto"/>
            <w:vAlign w:val="center"/>
          </w:tcPr>
          <w:p w14:paraId="7344C86A" w14:textId="77777777" w:rsidR="0025334A" w:rsidRPr="0025334A" w:rsidRDefault="0025334A" w:rsidP="0025334A">
            <w:pPr>
              <w:ind w:firstLine="0"/>
              <w:jc w:val="center"/>
              <w:rPr>
                <w:sz w:val="22"/>
                <w:szCs w:val="32"/>
              </w:rPr>
            </w:pPr>
            <w:r w:rsidRPr="0025334A">
              <w:rPr>
                <w:sz w:val="22"/>
                <w:szCs w:val="32"/>
              </w:rPr>
              <w:t>960</w:t>
            </w:r>
          </w:p>
        </w:tc>
        <w:tc>
          <w:tcPr>
            <w:tcW w:w="0" w:type="auto"/>
            <w:vAlign w:val="center"/>
          </w:tcPr>
          <w:p w14:paraId="30C986D1" w14:textId="69D151C7" w:rsidR="0025334A" w:rsidRPr="0025334A" w:rsidRDefault="0025334A" w:rsidP="0025334A">
            <w:pPr>
              <w:ind w:firstLine="0"/>
              <w:jc w:val="center"/>
              <w:rPr>
                <w:sz w:val="22"/>
              </w:rPr>
            </w:pPr>
            <w:r w:rsidRPr="0025334A">
              <w:rPr>
                <w:sz w:val="22"/>
              </w:rPr>
              <w:t>7.680</w:t>
            </w:r>
          </w:p>
        </w:tc>
        <w:tc>
          <w:tcPr>
            <w:tcW w:w="0" w:type="auto"/>
            <w:vAlign w:val="center"/>
          </w:tcPr>
          <w:p w14:paraId="3E45C097" w14:textId="5E1A49AF" w:rsidR="0025334A" w:rsidRPr="0025334A" w:rsidRDefault="0025334A" w:rsidP="0025334A">
            <w:pPr>
              <w:ind w:firstLine="0"/>
              <w:jc w:val="center"/>
              <w:rPr>
                <w:sz w:val="22"/>
              </w:rPr>
            </w:pPr>
            <w:r w:rsidRPr="0025334A">
              <w:rPr>
                <w:sz w:val="22"/>
              </w:rPr>
              <w:t>7.680</w:t>
            </w:r>
          </w:p>
        </w:tc>
        <w:tc>
          <w:tcPr>
            <w:tcW w:w="0" w:type="auto"/>
            <w:vAlign w:val="center"/>
          </w:tcPr>
          <w:p w14:paraId="14FA3155" w14:textId="77777777" w:rsidR="0025334A" w:rsidRPr="0025334A" w:rsidRDefault="0025334A" w:rsidP="0025334A">
            <w:pPr>
              <w:ind w:firstLine="0"/>
              <w:jc w:val="center"/>
              <w:rPr>
                <w:sz w:val="22"/>
                <w:szCs w:val="32"/>
              </w:rPr>
            </w:pPr>
            <w:r w:rsidRPr="0025334A">
              <w:rPr>
                <w:sz w:val="22"/>
                <w:szCs w:val="32"/>
              </w:rPr>
              <w:t>11.680</w:t>
            </w:r>
          </w:p>
        </w:tc>
      </w:tr>
      <w:tr w:rsidR="0025334A" w:rsidRPr="0025334A" w14:paraId="58168102" w14:textId="77777777" w:rsidTr="0025334A">
        <w:trPr>
          <w:cantSplit/>
          <w:jc w:val="center"/>
        </w:trPr>
        <w:tc>
          <w:tcPr>
            <w:tcW w:w="0" w:type="auto"/>
            <w:vAlign w:val="center"/>
          </w:tcPr>
          <w:p w14:paraId="780E584C" w14:textId="77777777" w:rsidR="0025334A" w:rsidRPr="0025334A" w:rsidRDefault="0025334A" w:rsidP="0025334A">
            <w:pPr>
              <w:ind w:firstLine="0"/>
              <w:jc w:val="left"/>
              <w:rPr>
                <w:sz w:val="22"/>
                <w:szCs w:val="32"/>
              </w:rPr>
            </w:pPr>
            <w:r w:rsidRPr="0025334A">
              <w:rPr>
                <w:sz w:val="22"/>
                <w:szCs w:val="32"/>
              </w:rPr>
              <w:t>CIAPAD „</w:t>
            </w:r>
            <w:proofErr w:type="spellStart"/>
            <w:r w:rsidRPr="0025334A">
              <w:rPr>
                <w:sz w:val="22"/>
                <w:szCs w:val="32"/>
              </w:rPr>
              <w:t>Condorul</w:t>
            </w:r>
            <w:proofErr w:type="spellEnd"/>
            <w:r w:rsidRPr="0025334A">
              <w:rPr>
                <w:sz w:val="22"/>
                <w:szCs w:val="32"/>
              </w:rPr>
              <w:t>”</w:t>
            </w:r>
          </w:p>
        </w:tc>
        <w:tc>
          <w:tcPr>
            <w:tcW w:w="0" w:type="auto"/>
            <w:vAlign w:val="center"/>
          </w:tcPr>
          <w:p w14:paraId="595E47BB" w14:textId="77777777" w:rsidR="0025334A" w:rsidRPr="0025334A" w:rsidRDefault="0025334A" w:rsidP="0025334A">
            <w:pPr>
              <w:ind w:firstLine="0"/>
              <w:jc w:val="center"/>
              <w:rPr>
                <w:sz w:val="22"/>
                <w:szCs w:val="32"/>
              </w:rPr>
            </w:pPr>
            <w:r w:rsidRPr="0025334A">
              <w:rPr>
                <w:sz w:val="22"/>
                <w:szCs w:val="32"/>
              </w:rPr>
              <w:t>48</w:t>
            </w:r>
          </w:p>
        </w:tc>
        <w:tc>
          <w:tcPr>
            <w:tcW w:w="0" w:type="auto"/>
            <w:vAlign w:val="center"/>
          </w:tcPr>
          <w:p w14:paraId="10F2AEF9" w14:textId="77777777" w:rsidR="0025334A" w:rsidRPr="0025334A" w:rsidRDefault="0025334A" w:rsidP="0025334A">
            <w:pPr>
              <w:ind w:firstLine="0"/>
              <w:jc w:val="center"/>
              <w:rPr>
                <w:sz w:val="22"/>
                <w:szCs w:val="32"/>
              </w:rPr>
            </w:pPr>
            <w:r w:rsidRPr="0025334A">
              <w:rPr>
                <w:sz w:val="22"/>
                <w:szCs w:val="32"/>
              </w:rPr>
              <w:t>1.440</w:t>
            </w:r>
          </w:p>
        </w:tc>
        <w:tc>
          <w:tcPr>
            <w:tcW w:w="0" w:type="auto"/>
            <w:vAlign w:val="center"/>
          </w:tcPr>
          <w:p w14:paraId="492F385C" w14:textId="082CFAB9" w:rsidR="0025334A" w:rsidRPr="0025334A" w:rsidRDefault="0025334A" w:rsidP="0025334A">
            <w:pPr>
              <w:ind w:firstLine="0"/>
              <w:jc w:val="center"/>
              <w:rPr>
                <w:sz w:val="22"/>
              </w:rPr>
            </w:pPr>
            <w:r w:rsidRPr="0025334A">
              <w:rPr>
                <w:sz w:val="22"/>
              </w:rPr>
              <w:t>11.520</w:t>
            </w:r>
          </w:p>
        </w:tc>
        <w:tc>
          <w:tcPr>
            <w:tcW w:w="0" w:type="auto"/>
            <w:vAlign w:val="center"/>
          </w:tcPr>
          <w:p w14:paraId="3391FA37" w14:textId="218C510C" w:rsidR="0025334A" w:rsidRPr="0025334A" w:rsidRDefault="0025334A" w:rsidP="0025334A">
            <w:pPr>
              <w:ind w:firstLine="0"/>
              <w:jc w:val="center"/>
              <w:rPr>
                <w:sz w:val="22"/>
              </w:rPr>
            </w:pPr>
            <w:r w:rsidRPr="0025334A">
              <w:rPr>
                <w:sz w:val="22"/>
              </w:rPr>
              <w:t>11.520</w:t>
            </w:r>
          </w:p>
        </w:tc>
        <w:tc>
          <w:tcPr>
            <w:tcW w:w="0" w:type="auto"/>
            <w:vAlign w:val="center"/>
          </w:tcPr>
          <w:p w14:paraId="0238CCD4" w14:textId="77777777" w:rsidR="0025334A" w:rsidRPr="0025334A" w:rsidRDefault="0025334A" w:rsidP="0025334A">
            <w:pPr>
              <w:ind w:firstLine="0"/>
              <w:jc w:val="center"/>
              <w:rPr>
                <w:sz w:val="22"/>
                <w:szCs w:val="32"/>
              </w:rPr>
            </w:pPr>
            <w:r w:rsidRPr="0025334A">
              <w:rPr>
                <w:sz w:val="22"/>
                <w:szCs w:val="32"/>
              </w:rPr>
              <w:t>17.520</w:t>
            </w:r>
          </w:p>
        </w:tc>
      </w:tr>
      <w:tr w:rsidR="0025334A" w:rsidRPr="0025334A" w14:paraId="12A02A38" w14:textId="77777777" w:rsidTr="0025334A">
        <w:trPr>
          <w:cantSplit/>
          <w:jc w:val="center"/>
        </w:trPr>
        <w:tc>
          <w:tcPr>
            <w:tcW w:w="0" w:type="auto"/>
            <w:vAlign w:val="center"/>
          </w:tcPr>
          <w:p w14:paraId="72601912" w14:textId="77777777" w:rsidR="0025334A" w:rsidRPr="0025334A" w:rsidRDefault="0025334A" w:rsidP="0025334A">
            <w:pPr>
              <w:ind w:firstLine="0"/>
              <w:jc w:val="left"/>
              <w:rPr>
                <w:sz w:val="22"/>
                <w:szCs w:val="32"/>
              </w:rPr>
            </w:pPr>
            <w:r w:rsidRPr="0025334A">
              <w:rPr>
                <w:sz w:val="22"/>
                <w:szCs w:val="32"/>
              </w:rPr>
              <w:t>CIAPAD „Henri Coandă”</w:t>
            </w:r>
          </w:p>
        </w:tc>
        <w:tc>
          <w:tcPr>
            <w:tcW w:w="0" w:type="auto"/>
            <w:vAlign w:val="center"/>
          </w:tcPr>
          <w:p w14:paraId="6BAEB53B" w14:textId="77777777" w:rsidR="0025334A" w:rsidRPr="0025334A" w:rsidRDefault="0025334A" w:rsidP="0025334A">
            <w:pPr>
              <w:ind w:firstLine="0"/>
              <w:jc w:val="center"/>
              <w:rPr>
                <w:sz w:val="22"/>
                <w:szCs w:val="32"/>
              </w:rPr>
            </w:pPr>
            <w:r w:rsidRPr="0025334A">
              <w:rPr>
                <w:sz w:val="22"/>
                <w:szCs w:val="32"/>
              </w:rPr>
              <w:t>50</w:t>
            </w:r>
          </w:p>
        </w:tc>
        <w:tc>
          <w:tcPr>
            <w:tcW w:w="0" w:type="auto"/>
            <w:vAlign w:val="center"/>
          </w:tcPr>
          <w:p w14:paraId="286B95A4" w14:textId="77777777" w:rsidR="0025334A" w:rsidRPr="0025334A" w:rsidRDefault="0025334A" w:rsidP="0025334A">
            <w:pPr>
              <w:ind w:firstLine="0"/>
              <w:jc w:val="center"/>
              <w:rPr>
                <w:sz w:val="22"/>
                <w:szCs w:val="32"/>
              </w:rPr>
            </w:pPr>
            <w:r w:rsidRPr="0025334A">
              <w:rPr>
                <w:sz w:val="22"/>
                <w:szCs w:val="32"/>
              </w:rPr>
              <w:t>1.500</w:t>
            </w:r>
          </w:p>
        </w:tc>
        <w:tc>
          <w:tcPr>
            <w:tcW w:w="0" w:type="auto"/>
            <w:vAlign w:val="center"/>
          </w:tcPr>
          <w:p w14:paraId="42587C23" w14:textId="75A52F81" w:rsidR="0025334A" w:rsidRPr="0025334A" w:rsidRDefault="0025334A" w:rsidP="0025334A">
            <w:pPr>
              <w:ind w:firstLine="0"/>
              <w:jc w:val="center"/>
              <w:rPr>
                <w:sz w:val="22"/>
              </w:rPr>
            </w:pPr>
            <w:r w:rsidRPr="0025334A">
              <w:rPr>
                <w:sz w:val="22"/>
              </w:rPr>
              <w:t>12.000</w:t>
            </w:r>
          </w:p>
        </w:tc>
        <w:tc>
          <w:tcPr>
            <w:tcW w:w="0" w:type="auto"/>
            <w:vAlign w:val="center"/>
          </w:tcPr>
          <w:p w14:paraId="579F1019" w14:textId="248694B9" w:rsidR="0025334A" w:rsidRPr="0025334A" w:rsidRDefault="0025334A" w:rsidP="0025334A">
            <w:pPr>
              <w:ind w:firstLine="0"/>
              <w:jc w:val="center"/>
              <w:rPr>
                <w:sz w:val="22"/>
              </w:rPr>
            </w:pPr>
            <w:r w:rsidRPr="0025334A">
              <w:rPr>
                <w:sz w:val="22"/>
              </w:rPr>
              <w:t>12.000</w:t>
            </w:r>
          </w:p>
        </w:tc>
        <w:tc>
          <w:tcPr>
            <w:tcW w:w="0" w:type="auto"/>
            <w:vAlign w:val="center"/>
          </w:tcPr>
          <w:p w14:paraId="0C397091" w14:textId="77777777" w:rsidR="0025334A" w:rsidRPr="0025334A" w:rsidRDefault="0025334A" w:rsidP="0025334A">
            <w:pPr>
              <w:ind w:firstLine="0"/>
              <w:jc w:val="center"/>
              <w:rPr>
                <w:sz w:val="22"/>
                <w:szCs w:val="32"/>
              </w:rPr>
            </w:pPr>
            <w:r w:rsidRPr="0025334A">
              <w:rPr>
                <w:sz w:val="22"/>
                <w:szCs w:val="32"/>
              </w:rPr>
              <w:t>18.250</w:t>
            </w:r>
          </w:p>
        </w:tc>
      </w:tr>
      <w:tr w:rsidR="0025334A" w:rsidRPr="0025334A" w14:paraId="51BF5018" w14:textId="77777777" w:rsidTr="0025334A">
        <w:trPr>
          <w:cantSplit/>
          <w:jc w:val="center"/>
        </w:trPr>
        <w:tc>
          <w:tcPr>
            <w:tcW w:w="0" w:type="auto"/>
            <w:vAlign w:val="center"/>
          </w:tcPr>
          <w:p w14:paraId="25805B05" w14:textId="77777777" w:rsidR="0025334A" w:rsidRPr="0025334A" w:rsidRDefault="0025334A" w:rsidP="0025334A">
            <w:pPr>
              <w:ind w:firstLine="0"/>
              <w:jc w:val="left"/>
              <w:rPr>
                <w:sz w:val="22"/>
                <w:szCs w:val="32"/>
              </w:rPr>
            </w:pPr>
            <w:r w:rsidRPr="0025334A">
              <w:rPr>
                <w:sz w:val="22"/>
                <w:szCs w:val="32"/>
              </w:rPr>
              <w:t>TOTAL</w:t>
            </w:r>
          </w:p>
        </w:tc>
        <w:tc>
          <w:tcPr>
            <w:tcW w:w="0" w:type="auto"/>
            <w:vAlign w:val="center"/>
          </w:tcPr>
          <w:p w14:paraId="48309CE4" w14:textId="77777777" w:rsidR="0025334A" w:rsidRPr="0025334A" w:rsidRDefault="0025334A" w:rsidP="0025334A">
            <w:pPr>
              <w:ind w:firstLine="0"/>
              <w:jc w:val="center"/>
              <w:rPr>
                <w:sz w:val="22"/>
                <w:szCs w:val="32"/>
              </w:rPr>
            </w:pPr>
            <w:r w:rsidRPr="0025334A">
              <w:rPr>
                <w:sz w:val="22"/>
                <w:szCs w:val="32"/>
              </w:rPr>
              <w:t>130</w:t>
            </w:r>
          </w:p>
        </w:tc>
        <w:tc>
          <w:tcPr>
            <w:tcW w:w="0" w:type="auto"/>
            <w:vAlign w:val="center"/>
          </w:tcPr>
          <w:p w14:paraId="0BFFBB03" w14:textId="77777777" w:rsidR="0025334A" w:rsidRPr="0025334A" w:rsidRDefault="0025334A" w:rsidP="0025334A">
            <w:pPr>
              <w:ind w:firstLine="0"/>
              <w:jc w:val="center"/>
              <w:rPr>
                <w:sz w:val="22"/>
                <w:szCs w:val="32"/>
              </w:rPr>
            </w:pPr>
            <w:r w:rsidRPr="0025334A">
              <w:rPr>
                <w:sz w:val="22"/>
                <w:szCs w:val="32"/>
              </w:rPr>
              <w:t>3.900</w:t>
            </w:r>
          </w:p>
        </w:tc>
        <w:tc>
          <w:tcPr>
            <w:tcW w:w="0" w:type="auto"/>
            <w:vAlign w:val="center"/>
          </w:tcPr>
          <w:p w14:paraId="6CB60FF2" w14:textId="6FC3849D" w:rsidR="0025334A" w:rsidRPr="0025334A" w:rsidRDefault="0025334A" w:rsidP="0025334A">
            <w:pPr>
              <w:ind w:firstLine="0"/>
              <w:jc w:val="center"/>
              <w:rPr>
                <w:sz w:val="22"/>
              </w:rPr>
            </w:pPr>
            <w:r w:rsidRPr="0025334A">
              <w:rPr>
                <w:sz w:val="22"/>
              </w:rPr>
              <w:t>31.200</w:t>
            </w:r>
          </w:p>
        </w:tc>
        <w:tc>
          <w:tcPr>
            <w:tcW w:w="0" w:type="auto"/>
            <w:vAlign w:val="center"/>
          </w:tcPr>
          <w:p w14:paraId="1F8E970D" w14:textId="73B2BA80" w:rsidR="0025334A" w:rsidRPr="0025334A" w:rsidRDefault="0025334A" w:rsidP="0025334A">
            <w:pPr>
              <w:ind w:firstLine="0"/>
              <w:jc w:val="center"/>
              <w:rPr>
                <w:sz w:val="22"/>
              </w:rPr>
            </w:pPr>
            <w:r w:rsidRPr="0025334A">
              <w:rPr>
                <w:sz w:val="22"/>
              </w:rPr>
              <w:t>31.200</w:t>
            </w:r>
          </w:p>
        </w:tc>
        <w:tc>
          <w:tcPr>
            <w:tcW w:w="0" w:type="auto"/>
            <w:vAlign w:val="center"/>
          </w:tcPr>
          <w:p w14:paraId="3C4582FF" w14:textId="77777777" w:rsidR="0025334A" w:rsidRPr="0025334A" w:rsidRDefault="0025334A" w:rsidP="0025334A">
            <w:pPr>
              <w:ind w:firstLine="0"/>
              <w:jc w:val="center"/>
              <w:rPr>
                <w:sz w:val="22"/>
                <w:szCs w:val="32"/>
              </w:rPr>
            </w:pPr>
            <w:r w:rsidRPr="0025334A">
              <w:rPr>
                <w:sz w:val="22"/>
                <w:szCs w:val="32"/>
              </w:rPr>
              <w:t>47.450</w:t>
            </w:r>
          </w:p>
        </w:tc>
      </w:tr>
    </w:tbl>
    <w:p w14:paraId="00A91E78" w14:textId="575F4540" w:rsidR="000C4CB5" w:rsidRPr="0025334A" w:rsidRDefault="004E746A" w:rsidP="00330EFD">
      <w:pPr>
        <w:spacing w:after="50" w:line="247" w:lineRule="auto"/>
      </w:pPr>
      <w:proofErr w:type="spellStart"/>
      <w:r w:rsidRPr="0025334A">
        <w:t>Cantitățile</w:t>
      </w:r>
      <w:proofErr w:type="spellEnd"/>
      <w:r w:rsidRPr="0025334A">
        <w:t xml:space="preserve"> sunt </w:t>
      </w:r>
      <w:proofErr w:type="spellStart"/>
      <w:r w:rsidRPr="0025334A">
        <w:t>limite</w:t>
      </w:r>
      <w:proofErr w:type="spellEnd"/>
      <w:r w:rsidRPr="0025334A">
        <w:t xml:space="preserve"> de </w:t>
      </w:r>
      <w:proofErr w:type="spellStart"/>
      <w:r w:rsidRPr="0025334A">
        <w:t>estimare</w:t>
      </w:r>
      <w:proofErr w:type="spellEnd"/>
      <w:r w:rsidRPr="0025334A">
        <w:t xml:space="preserve"> </w:t>
      </w:r>
      <w:proofErr w:type="spellStart"/>
      <w:r w:rsidRPr="0025334A">
        <w:t>și</w:t>
      </w:r>
      <w:proofErr w:type="spellEnd"/>
      <w:r w:rsidRPr="0025334A">
        <w:t xml:space="preserve"> </w:t>
      </w:r>
      <w:proofErr w:type="spellStart"/>
      <w:r w:rsidRPr="0025334A">
        <w:t>planificare</w:t>
      </w:r>
      <w:proofErr w:type="spellEnd"/>
      <w:r w:rsidRPr="0025334A">
        <w:t xml:space="preserve"> </w:t>
      </w:r>
      <w:proofErr w:type="spellStart"/>
      <w:r w:rsidRPr="0025334A">
        <w:t>și</w:t>
      </w:r>
      <w:proofErr w:type="spellEnd"/>
      <w:r w:rsidRPr="0025334A">
        <w:t xml:space="preserve"> nu </w:t>
      </w:r>
      <w:proofErr w:type="spellStart"/>
      <w:r w:rsidRPr="0025334A">
        <w:t>constituie</w:t>
      </w:r>
      <w:proofErr w:type="spellEnd"/>
      <w:r w:rsidRPr="0025334A">
        <w:t xml:space="preserve"> un </w:t>
      </w:r>
      <w:proofErr w:type="spellStart"/>
      <w:r w:rsidRPr="0025334A">
        <w:t>consum</w:t>
      </w:r>
      <w:proofErr w:type="spellEnd"/>
      <w:r w:rsidRPr="0025334A">
        <w:t xml:space="preserve"> </w:t>
      </w:r>
      <w:proofErr w:type="spellStart"/>
      <w:r w:rsidRPr="0025334A">
        <w:t>garantat</w:t>
      </w:r>
      <w:proofErr w:type="spellEnd"/>
      <w:r w:rsidRPr="0025334A">
        <w:t xml:space="preserve">; </w:t>
      </w:r>
      <w:proofErr w:type="spellStart"/>
      <w:r w:rsidRPr="0025334A">
        <w:t>necesarul</w:t>
      </w:r>
      <w:proofErr w:type="spellEnd"/>
      <w:r w:rsidRPr="0025334A">
        <w:t xml:space="preserve"> </w:t>
      </w:r>
      <w:proofErr w:type="spellStart"/>
      <w:r w:rsidRPr="0025334A">
        <w:t>efectiv</w:t>
      </w:r>
      <w:proofErr w:type="spellEnd"/>
      <w:r w:rsidRPr="0025334A">
        <w:t xml:space="preserve"> se </w:t>
      </w:r>
      <w:proofErr w:type="spellStart"/>
      <w:r w:rsidRPr="0025334A">
        <w:t>stabilește</w:t>
      </w:r>
      <w:proofErr w:type="spellEnd"/>
      <w:r w:rsidRPr="0025334A">
        <w:t xml:space="preserve"> </w:t>
      </w:r>
      <w:proofErr w:type="spellStart"/>
      <w:r w:rsidRPr="0025334A">
        <w:t>prin</w:t>
      </w:r>
      <w:proofErr w:type="spellEnd"/>
      <w:r w:rsidRPr="0025334A">
        <w:t xml:space="preserve"> </w:t>
      </w:r>
      <w:proofErr w:type="spellStart"/>
      <w:r w:rsidRPr="0025334A">
        <w:t>contractele</w:t>
      </w:r>
      <w:proofErr w:type="spellEnd"/>
      <w:r w:rsidRPr="0025334A">
        <w:t xml:space="preserve"> </w:t>
      </w:r>
      <w:proofErr w:type="spellStart"/>
      <w:r w:rsidRPr="0025334A">
        <w:t>subsecvente</w:t>
      </w:r>
      <w:proofErr w:type="spellEnd"/>
      <w:r w:rsidRPr="0025334A">
        <w:t xml:space="preserve"> </w:t>
      </w:r>
      <w:proofErr w:type="spellStart"/>
      <w:r w:rsidRPr="0025334A">
        <w:t>și</w:t>
      </w:r>
      <w:proofErr w:type="spellEnd"/>
      <w:r w:rsidRPr="0025334A">
        <w:t xml:space="preserve"> </w:t>
      </w:r>
      <w:proofErr w:type="spellStart"/>
      <w:r w:rsidRPr="0025334A">
        <w:t>comenzile</w:t>
      </w:r>
      <w:proofErr w:type="spellEnd"/>
      <w:r w:rsidRPr="0025334A">
        <w:t xml:space="preserve"> </w:t>
      </w:r>
      <w:proofErr w:type="spellStart"/>
      <w:r w:rsidRPr="0025334A">
        <w:t>zilnice</w:t>
      </w:r>
      <w:proofErr w:type="spellEnd"/>
      <w:r w:rsidRPr="0025334A">
        <w:t>.</w:t>
      </w:r>
    </w:p>
    <w:p w14:paraId="73027F30" w14:textId="77777777" w:rsidR="000C4CB5" w:rsidRPr="0025334A" w:rsidRDefault="004E746A">
      <w:pPr>
        <w:spacing w:after="50" w:line="247" w:lineRule="auto"/>
      </w:pPr>
      <w:proofErr w:type="spellStart"/>
      <w:r w:rsidRPr="0025334A">
        <w:t>În</w:t>
      </w:r>
      <w:proofErr w:type="spellEnd"/>
      <w:r w:rsidRPr="0025334A">
        <w:t xml:space="preserve"> </w:t>
      </w:r>
      <w:proofErr w:type="spellStart"/>
      <w:r w:rsidRPr="0025334A">
        <w:t>cazul</w:t>
      </w:r>
      <w:proofErr w:type="spellEnd"/>
      <w:r w:rsidRPr="0025334A">
        <w:t xml:space="preserve"> </w:t>
      </w:r>
      <w:proofErr w:type="spellStart"/>
      <w:r w:rsidRPr="0025334A">
        <w:t>fluctuației</w:t>
      </w:r>
      <w:proofErr w:type="spellEnd"/>
      <w:r w:rsidRPr="0025334A">
        <w:t xml:space="preserve"> </w:t>
      </w:r>
      <w:proofErr w:type="spellStart"/>
      <w:r w:rsidRPr="0025334A">
        <w:t>numărului</w:t>
      </w:r>
      <w:proofErr w:type="spellEnd"/>
      <w:r w:rsidRPr="0025334A">
        <w:t xml:space="preserve"> de </w:t>
      </w:r>
      <w:proofErr w:type="spellStart"/>
      <w:r w:rsidRPr="0025334A">
        <w:t>beneficiari</w:t>
      </w:r>
      <w:proofErr w:type="spellEnd"/>
      <w:r w:rsidRPr="0025334A">
        <w:t xml:space="preserve">, </w:t>
      </w:r>
      <w:proofErr w:type="spellStart"/>
      <w:r w:rsidRPr="0025334A">
        <w:t>cantitățile</w:t>
      </w:r>
      <w:proofErr w:type="spellEnd"/>
      <w:r w:rsidRPr="0025334A">
        <w:t xml:space="preserve"> </w:t>
      </w:r>
      <w:proofErr w:type="spellStart"/>
      <w:r w:rsidRPr="0025334A">
        <w:t>zilnice</w:t>
      </w:r>
      <w:proofErr w:type="spellEnd"/>
      <w:r w:rsidRPr="0025334A">
        <w:t xml:space="preserve"> pot fi </w:t>
      </w:r>
      <w:proofErr w:type="spellStart"/>
      <w:r w:rsidRPr="0025334A">
        <w:t>mai</w:t>
      </w:r>
      <w:proofErr w:type="spellEnd"/>
      <w:r w:rsidRPr="0025334A">
        <w:t xml:space="preserve"> </w:t>
      </w:r>
      <w:proofErr w:type="spellStart"/>
      <w:r w:rsidRPr="0025334A">
        <w:t>mici</w:t>
      </w:r>
      <w:proofErr w:type="spellEnd"/>
      <w:r w:rsidRPr="0025334A">
        <w:t xml:space="preserve"> </w:t>
      </w:r>
      <w:proofErr w:type="spellStart"/>
      <w:r w:rsidRPr="0025334A">
        <w:t>decât</w:t>
      </w:r>
      <w:proofErr w:type="spellEnd"/>
      <w:r w:rsidRPr="0025334A">
        <w:t xml:space="preserve"> </w:t>
      </w:r>
      <w:proofErr w:type="spellStart"/>
      <w:r w:rsidRPr="0025334A">
        <w:t>efectivele</w:t>
      </w:r>
      <w:proofErr w:type="spellEnd"/>
      <w:r w:rsidRPr="0025334A">
        <w:t xml:space="preserve"> </w:t>
      </w:r>
      <w:proofErr w:type="spellStart"/>
      <w:r w:rsidRPr="0025334A">
        <w:t>maxime</w:t>
      </w:r>
      <w:proofErr w:type="spellEnd"/>
      <w:r w:rsidRPr="0025334A">
        <w:t xml:space="preserve"> </w:t>
      </w:r>
      <w:proofErr w:type="spellStart"/>
      <w:r w:rsidRPr="0025334A">
        <w:t>utilizate</w:t>
      </w:r>
      <w:proofErr w:type="spellEnd"/>
      <w:r w:rsidRPr="0025334A">
        <w:t xml:space="preserve"> la </w:t>
      </w:r>
      <w:proofErr w:type="spellStart"/>
      <w:r w:rsidRPr="0025334A">
        <w:t>calcul</w:t>
      </w:r>
      <w:proofErr w:type="spellEnd"/>
      <w:r w:rsidRPr="0025334A">
        <w:t xml:space="preserve">. </w:t>
      </w:r>
      <w:proofErr w:type="spellStart"/>
      <w:r w:rsidRPr="0025334A">
        <w:t>Modificarea</w:t>
      </w:r>
      <w:proofErr w:type="spellEnd"/>
      <w:r w:rsidRPr="0025334A">
        <w:t xml:space="preserve"> </w:t>
      </w:r>
      <w:proofErr w:type="spellStart"/>
      <w:r w:rsidRPr="0025334A">
        <w:t>zilnică</w:t>
      </w:r>
      <w:proofErr w:type="spellEnd"/>
      <w:r w:rsidRPr="0025334A">
        <w:t xml:space="preserve"> a </w:t>
      </w:r>
      <w:proofErr w:type="spellStart"/>
      <w:r w:rsidRPr="0025334A">
        <w:t>numărului</w:t>
      </w:r>
      <w:proofErr w:type="spellEnd"/>
      <w:r w:rsidRPr="0025334A">
        <w:t xml:space="preserve"> de </w:t>
      </w:r>
      <w:proofErr w:type="spellStart"/>
      <w:r w:rsidRPr="0025334A">
        <w:t>meniuri</w:t>
      </w:r>
      <w:proofErr w:type="spellEnd"/>
      <w:r w:rsidRPr="0025334A">
        <w:t xml:space="preserve"> </w:t>
      </w:r>
      <w:proofErr w:type="spellStart"/>
      <w:r w:rsidRPr="0025334A">
        <w:t>sau</w:t>
      </w:r>
      <w:proofErr w:type="spellEnd"/>
      <w:r w:rsidRPr="0025334A">
        <w:t xml:space="preserve"> a </w:t>
      </w:r>
      <w:proofErr w:type="spellStart"/>
      <w:r w:rsidRPr="0025334A">
        <w:t>repartizării</w:t>
      </w:r>
      <w:proofErr w:type="spellEnd"/>
      <w:r w:rsidRPr="0025334A">
        <w:t xml:space="preserve"> pe </w:t>
      </w:r>
      <w:proofErr w:type="spellStart"/>
      <w:r w:rsidRPr="0025334A">
        <w:t>regimuri</w:t>
      </w:r>
      <w:proofErr w:type="spellEnd"/>
      <w:r w:rsidRPr="0025334A">
        <w:t xml:space="preserve"> nu </w:t>
      </w:r>
      <w:proofErr w:type="spellStart"/>
      <w:r w:rsidRPr="0025334A">
        <w:t>reprezintă</w:t>
      </w:r>
      <w:proofErr w:type="spellEnd"/>
      <w:r w:rsidRPr="0025334A">
        <w:t xml:space="preserve"> </w:t>
      </w:r>
      <w:proofErr w:type="spellStart"/>
      <w:r w:rsidRPr="0025334A">
        <w:t>modificarea</w:t>
      </w:r>
      <w:proofErr w:type="spellEnd"/>
      <w:r w:rsidRPr="0025334A">
        <w:t xml:space="preserve"> </w:t>
      </w:r>
      <w:proofErr w:type="spellStart"/>
      <w:r w:rsidRPr="0025334A">
        <w:t>acordului-cadru</w:t>
      </w:r>
      <w:proofErr w:type="spellEnd"/>
      <w:r w:rsidRPr="0025334A">
        <w:t xml:space="preserve">, </w:t>
      </w:r>
      <w:proofErr w:type="spellStart"/>
      <w:r w:rsidRPr="0025334A">
        <w:t>dacă</w:t>
      </w:r>
      <w:proofErr w:type="spellEnd"/>
      <w:r w:rsidRPr="0025334A">
        <w:t xml:space="preserve"> se </w:t>
      </w:r>
      <w:proofErr w:type="spellStart"/>
      <w:r w:rsidRPr="0025334A">
        <w:t>menține</w:t>
      </w:r>
      <w:proofErr w:type="spellEnd"/>
      <w:r w:rsidRPr="0025334A">
        <w:t xml:space="preserve"> </w:t>
      </w:r>
      <w:proofErr w:type="spellStart"/>
      <w:r w:rsidRPr="0025334A">
        <w:t>în</w:t>
      </w:r>
      <w:proofErr w:type="spellEnd"/>
      <w:r w:rsidRPr="0025334A">
        <w:t xml:space="preserve"> </w:t>
      </w:r>
      <w:proofErr w:type="spellStart"/>
      <w:r w:rsidRPr="0025334A">
        <w:t>limitele</w:t>
      </w:r>
      <w:proofErr w:type="spellEnd"/>
      <w:r w:rsidRPr="0025334A">
        <w:t xml:space="preserve"> </w:t>
      </w:r>
      <w:proofErr w:type="spellStart"/>
      <w:r w:rsidRPr="0025334A">
        <w:t>cantitative</w:t>
      </w:r>
      <w:proofErr w:type="spellEnd"/>
      <w:r w:rsidRPr="0025334A">
        <w:t xml:space="preserve"> </w:t>
      </w:r>
      <w:proofErr w:type="spellStart"/>
      <w:r w:rsidRPr="0025334A">
        <w:t>și</w:t>
      </w:r>
      <w:proofErr w:type="spellEnd"/>
      <w:r w:rsidRPr="0025334A">
        <w:t xml:space="preserve"> </w:t>
      </w:r>
      <w:proofErr w:type="spellStart"/>
      <w:r w:rsidRPr="0025334A">
        <w:t>valorice</w:t>
      </w:r>
      <w:proofErr w:type="spellEnd"/>
      <w:r w:rsidRPr="0025334A">
        <w:t xml:space="preserve"> ale </w:t>
      </w:r>
      <w:proofErr w:type="spellStart"/>
      <w:r w:rsidRPr="0025334A">
        <w:t>contractului</w:t>
      </w:r>
      <w:proofErr w:type="spellEnd"/>
      <w:r w:rsidRPr="0025334A">
        <w:t xml:space="preserve"> </w:t>
      </w:r>
      <w:proofErr w:type="spellStart"/>
      <w:r w:rsidRPr="0025334A">
        <w:t>subsecvent</w:t>
      </w:r>
      <w:proofErr w:type="spellEnd"/>
      <w:r w:rsidRPr="0025334A">
        <w:t xml:space="preserve"> </w:t>
      </w:r>
      <w:proofErr w:type="spellStart"/>
      <w:r w:rsidRPr="0025334A">
        <w:t>și</w:t>
      </w:r>
      <w:proofErr w:type="spellEnd"/>
      <w:r w:rsidRPr="0025334A">
        <w:t xml:space="preserve"> ale </w:t>
      </w:r>
      <w:proofErr w:type="spellStart"/>
      <w:r w:rsidRPr="0025334A">
        <w:t>acordului-cadru</w:t>
      </w:r>
      <w:proofErr w:type="spellEnd"/>
      <w:r w:rsidRPr="0025334A">
        <w:t>.</w:t>
      </w:r>
    </w:p>
    <w:p w14:paraId="205FBD81" w14:textId="77777777" w:rsidR="0025334A" w:rsidRPr="0025334A" w:rsidRDefault="0025334A">
      <w:pPr>
        <w:spacing w:after="50" w:line="247" w:lineRule="auto"/>
      </w:pPr>
    </w:p>
    <w:p w14:paraId="47433729" w14:textId="77777777" w:rsidR="00E1781E" w:rsidRDefault="004E746A" w:rsidP="0025334A">
      <w:pPr>
        <w:spacing w:after="50" w:line="247" w:lineRule="auto"/>
      </w:pPr>
      <w:r w:rsidRPr="0025334A">
        <w:br w:type="page"/>
      </w:r>
    </w:p>
    <w:p w14:paraId="6004A8E1" w14:textId="77777777" w:rsidR="00E1781E" w:rsidRDefault="00E1781E" w:rsidP="0025334A">
      <w:pPr>
        <w:spacing w:after="50" w:line="247" w:lineRule="auto"/>
      </w:pPr>
    </w:p>
    <w:p w14:paraId="7721FFDE" w14:textId="012FA6A1" w:rsidR="000C4CB5" w:rsidRPr="0025334A" w:rsidRDefault="004E746A" w:rsidP="00330EFD">
      <w:pPr>
        <w:pStyle w:val="Heading1"/>
      </w:pPr>
      <w:bookmarkStart w:id="78" w:name="_Toc242951516"/>
      <w:r w:rsidRPr="0025334A">
        <w:t>ANEXA NR. 4 – STRUCTURA MENIULUI ZILNIC</w:t>
      </w:r>
      <w:r w:rsidR="00CA14FF">
        <w:t xml:space="preserve"> </w:t>
      </w:r>
      <w:r w:rsidR="00CA14FF" w:rsidRPr="00CA14FF">
        <w:rPr>
          <w:bCs/>
        </w:rPr>
        <w:t>ȘI REGULI MINIME DE DIVERSIFICARE</w:t>
      </w:r>
      <w:bookmarkEnd w:id="78"/>
    </w:p>
    <w:tbl>
      <w:tblPr>
        <w:tblStyle w:val="TableGrid"/>
        <w:tblW w:w="0" w:type="auto"/>
        <w:jc w:val="center"/>
        <w:tblLook w:val="04A0" w:firstRow="1" w:lastRow="0" w:firstColumn="1" w:lastColumn="0" w:noHBand="0" w:noVBand="1"/>
      </w:tblPr>
      <w:tblGrid>
        <w:gridCol w:w="1384"/>
        <w:gridCol w:w="4326"/>
        <w:gridCol w:w="4258"/>
      </w:tblGrid>
      <w:tr w:rsidR="0025334A" w:rsidRPr="0025334A" w14:paraId="3BA06FD2" w14:textId="77777777" w:rsidTr="0025334A">
        <w:trPr>
          <w:tblHeader/>
          <w:jc w:val="center"/>
        </w:trPr>
        <w:tc>
          <w:tcPr>
            <w:tcW w:w="1384" w:type="dxa"/>
            <w:vAlign w:val="center"/>
          </w:tcPr>
          <w:p w14:paraId="6E61E560" w14:textId="77777777" w:rsidR="000C4CB5" w:rsidRPr="0025334A" w:rsidRDefault="004E746A">
            <w:pPr>
              <w:ind w:firstLine="0"/>
              <w:jc w:val="center"/>
              <w:rPr>
                <w:sz w:val="22"/>
                <w:szCs w:val="28"/>
              </w:rPr>
            </w:pPr>
            <w:proofErr w:type="spellStart"/>
            <w:r w:rsidRPr="0025334A">
              <w:rPr>
                <w:b/>
                <w:sz w:val="22"/>
                <w:szCs w:val="28"/>
              </w:rPr>
              <w:t>Masă</w:t>
            </w:r>
            <w:proofErr w:type="spellEnd"/>
          </w:p>
        </w:tc>
        <w:tc>
          <w:tcPr>
            <w:tcW w:w="4326" w:type="dxa"/>
            <w:vAlign w:val="center"/>
          </w:tcPr>
          <w:p w14:paraId="3CA98C49" w14:textId="77777777" w:rsidR="000C4CB5" w:rsidRPr="0025334A" w:rsidRDefault="004E746A">
            <w:pPr>
              <w:ind w:firstLine="0"/>
              <w:jc w:val="center"/>
              <w:rPr>
                <w:sz w:val="22"/>
                <w:szCs w:val="28"/>
              </w:rPr>
            </w:pPr>
            <w:proofErr w:type="spellStart"/>
            <w:r w:rsidRPr="0025334A">
              <w:rPr>
                <w:b/>
                <w:sz w:val="22"/>
                <w:szCs w:val="28"/>
              </w:rPr>
              <w:t>Componente</w:t>
            </w:r>
            <w:proofErr w:type="spellEnd"/>
            <w:r w:rsidRPr="0025334A">
              <w:rPr>
                <w:b/>
                <w:sz w:val="22"/>
                <w:szCs w:val="28"/>
              </w:rPr>
              <w:t xml:space="preserve"> de </w:t>
            </w:r>
            <w:proofErr w:type="spellStart"/>
            <w:r w:rsidRPr="0025334A">
              <w:rPr>
                <w:b/>
                <w:sz w:val="22"/>
                <w:szCs w:val="28"/>
              </w:rPr>
              <w:t>referință</w:t>
            </w:r>
            <w:proofErr w:type="spellEnd"/>
          </w:p>
        </w:tc>
        <w:tc>
          <w:tcPr>
            <w:tcW w:w="0" w:type="auto"/>
            <w:vAlign w:val="center"/>
          </w:tcPr>
          <w:p w14:paraId="4F77A276" w14:textId="77777777" w:rsidR="000C4CB5" w:rsidRPr="0025334A" w:rsidRDefault="004E746A">
            <w:pPr>
              <w:ind w:firstLine="0"/>
              <w:jc w:val="center"/>
              <w:rPr>
                <w:sz w:val="22"/>
                <w:szCs w:val="28"/>
              </w:rPr>
            </w:pPr>
            <w:proofErr w:type="spellStart"/>
            <w:r w:rsidRPr="0025334A">
              <w:rPr>
                <w:b/>
                <w:sz w:val="22"/>
                <w:szCs w:val="28"/>
              </w:rPr>
              <w:t>Cerințe</w:t>
            </w:r>
            <w:proofErr w:type="spellEnd"/>
            <w:r w:rsidRPr="0025334A">
              <w:rPr>
                <w:b/>
                <w:sz w:val="22"/>
                <w:szCs w:val="28"/>
              </w:rPr>
              <w:t xml:space="preserve"> de </w:t>
            </w:r>
            <w:proofErr w:type="spellStart"/>
            <w:r w:rsidRPr="0025334A">
              <w:rPr>
                <w:b/>
                <w:sz w:val="22"/>
                <w:szCs w:val="28"/>
              </w:rPr>
              <w:t>calitate</w:t>
            </w:r>
            <w:proofErr w:type="spellEnd"/>
            <w:r w:rsidRPr="0025334A">
              <w:rPr>
                <w:b/>
                <w:sz w:val="22"/>
                <w:szCs w:val="28"/>
              </w:rPr>
              <w:t>/</w:t>
            </w:r>
            <w:proofErr w:type="spellStart"/>
            <w:r w:rsidRPr="0025334A">
              <w:rPr>
                <w:b/>
                <w:sz w:val="22"/>
                <w:szCs w:val="28"/>
              </w:rPr>
              <w:t>adaptare</w:t>
            </w:r>
            <w:proofErr w:type="spellEnd"/>
          </w:p>
        </w:tc>
      </w:tr>
      <w:tr w:rsidR="0025334A" w:rsidRPr="0025334A" w14:paraId="070EF10C" w14:textId="77777777" w:rsidTr="0025334A">
        <w:trPr>
          <w:jc w:val="center"/>
        </w:trPr>
        <w:tc>
          <w:tcPr>
            <w:tcW w:w="1384" w:type="dxa"/>
            <w:vAlign w:val="center"/>
          </w:tcPr>
          <w:p w14:paraId="14EE94CC" w14:textId="77777777" w:rsidR="000C4CB5" w:rsidRPr="0025334A" w:rsidRDefault="004E746A">
            <w:pPr>
              <w:ind w:firstLine="0"/>
              <w:jc w:val="left"/>
              <w:rPr>
                <w:sz w:val="22"/>
                <w:szCs w:val="28"/>
              </w:rPr>
            </w:pPr>
            <w:r w:rsidRPr="0025334A">
              <w:rPr>
                <w:sz w:val="22"/>
                <w:szCs w:val="28"/>
              </w:rPr>
              <w:t xml:space="preserve">Mic </w:t>
            </w:r>
            <w:proofErr w:type="spellStart"/>
            <w:r w:rsidRPr="0025334A">
              <w:rPr>
                <w:sz w:val="22"/>
                <w:szCs w:val="28"/>
              </w:rPr>
              <w:t>dejun</w:t>
            </w:r>
            <w:proofErr w:type="spellEnd"/>
          </w:p>
        </w:tc>
        <w:tc>
          <w:tcPr>
            <w:tcW w:w="4326" w:type="dxa"/>
            <w:vAlign w:val="center"/>
          </w:tcPr>
          <w:p w14:paraId="1FCF10DB" w14:textId="77777777" w:rsidR="000C4CB5" w:rsidRPr="0025334A" w:rsidRDefault="004E746A">
            <w:pPr>
              <w:ind w:firstLine="0"/>
              <w:jc w:val="left"/>
              <w:rPr>
                <w:sz w:val="22"/>
                <w:szCs w:val="28"/>
              </w:rPr>
            </w:pPr>
            <w:proofErr w:type="spellStart"/>
            <w:r w:rsidRPr="0025334A">
              <w:rPr>
                <w:sz w:val="22"/>
                <w:szCs w:val="28"/>
              </w:rPr>
              <w:t>Lactat</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w:t>
            </w:r>
            <w:proofErr w:type="spellStart"/>
            <w:r w:rsidRPr="0025334A">
              <w:rPr>
                <w:sz w:val="22"/>
                <w:szCs w:val="28"/>
              </w:rPr>
              <w:t>sau</w:t>
            </w:r>
            <w:proofErr w:type="spellEnd"/>
            <w:r w:rsidRPr="0025334A">
              <w:rPr>
                <w:sz w:val="22"/>
                <w:szCs w:val="28"/>
              </w:rPr>
              <w:t xml:space="preserve"> </w:t>
            </w:r>
            <w:proofErr w:type="spellStart"/>
            <w:r w:rsidRPr="0025334A">
              <w:rPr>
                <w:sz w:val="22"/>
                <w:szCs w:val="28"/>
              </w:rPr>
              <w:t>preparat</w:t>
            </w:r>
            <w:proofErr w:type="spellEnd"/>
            <w:r w:rsidRPr="0025334A">
              <w:rPr>
                <w:sz w:val="22"/>
                <w:szCs w:val="28"/>
              </w:rPr>
              <w:t xml:space="preserve"> </w:t>
            </w:r>
            <w:proofErr w:type="spellStart"/>
            <w:r w:rsidRPr="0025334A">
              <w:rPr>
                <w:sz w:val="22"/>
                <w:szCs w:val="28"/>
              </w:rPr>
              <w:t>proteic</w:t>
            </w:r>
            <w:proofErr w:type="spellEnd"/>
            <w:r w:rsidRPr="0025334A">
              <w:rPr>
                <w:sz w:val="22"/>
                <w:szCs w:val="28"/>
              </w:rPr>
              <w:t xml:space="preserve">; </w:t>
            </w:r>
            <w:proofErr w:type="spellStart"/>
            <w:r w:rsidRPr="0025334A">
              <w:rPr>
                <w:sz w:val="22"/>
                <w:szCs w:val="28"/>
              </w:rPr>
              <w:t>pâine</w:t>
            </w:r>
            <w:proofErr w:type="spellEnd"/>
            <w:r w:rsidRPr="0025334A">
              <w:rPr>
                <w:sz w:val="22"/>
                <w:szCs w:val="28"/>
              </w:rPr>
              <w:t>/</w:t>
            </w:r>
            <w:proofErr w:type="spellStart"/>
            <w:r w:rsidRPr="0025334A">
              <w:rPr>
                <w:sz w:val="22"/>
                <w:szCs w:val="28"/>
              </w:rPr>
              <w:t>produs</w:t>
            </w:r>
            <w:proofErr w:type="spellEnd"/>
            <w:r w:rsidRPr="0025334A">
              <w:rPr>
                <w:sz w:val="22"/>
                <w:szCs w:val="28"/>
              </w:rPr>
              <w:t xml:space="preserve"> de </w:t>
            </w:r>
            <w:proofErr w:type="spellStart"/>
            <w:r w:rsidRPr="0025334A">
              <w:rPr>
                <w:sz w:val="22"/>
                <w:szCs w:val="28"/>
              </w:rPr>
              <w:t>panificație</w:t>
            </w:r>
            <w:proofErr w:type="spellEnd"/>
            <w:r w:rsidRPr="0025334A">
              <w:rPr>
                <w:sz w:val="22"/>
                <w:szCs w:val="28"/>
              </w:rPr>
              <w:t xml:space="preserve">; </w:t>
            </w:r>
            <w:proofErr w:type="spellStart"/>
            <w:r w:rsidRPr="0025334A">
              <w:rPr>
                <w:sz w:val="22"/>
                <w:szCs w:val="28"/>
              </w:rPr>
              <w:t>legumă</w:t>
            </w:r>
            <w:proofErr w:type="spellEnd"/>
            <w:r w:rsidRPr="0025334A">
              <w:rPr>
                <w:sz w:val="22"/>
                <w:szCs w:val="28"/>
              </w:rPr>
              <w:t>/</w:t>
            </w:r>
            <w:proofErr w:type="spellStart"/>
            <w:r w:rsidRPr="0025334A">
              <w:rPr>
                <w:sz w:val="22"/>
                <w:szCs w:val="28"/>
              </w:rPr>
              <w:t>fruct</w:t>
            </w:r>
            <w:proofErr w:type="spellEnd"/>
            <w:r w:rsidRPr="0025334A">
              <w:rPr>
                <w:sz w:val="22"/>
                <w:szCs w:val="28"/>
              </w:rPr>
              <w:t xml:space="preserve">; </w:t>
            </w:r>
            <w:proofErr w:type="spellStart"/>
            <w:r w:rsidRPr="0025334A">
              <w:rPr>
                <w:sz w:val="22"/>
                <w:szCs w:val="28"/>
              </w:rPr>
              <w:t>băutură</w:t>
            </w:r>
            <w:proofErr w:type="spellEnd"/>
            <w:r w:rsidRPr="0025334A">
              <w:rPr>
                <w:sz w:val="22"/>
                <w:szCs w:val="28"/>
              </w:rPr>
              <w:t xml:space="preserve"> </w:t>
            </w:r>
            <w:proofErr w:type="spellStart"/>
            <w:r w:rsidRPr="0025334A">
              <w:rPr>
                <w:sz w:val="22"/>
                <w:szCs w:val="28"/>
              </w:rPr>
              <w:t>adecvată</w:t>
            </w:r>
            <w:proofErr w:type="spellEnd"/>
          </w:p>
        </w:tc>
        <w:tc>
          <w:tcPr>
            <w:tcW w:w="0" w:type="auto"/>
            <w:vAlign w:val="center"/>
          </w:tcPr>
          <w:p w14:paraId="65C6649E" w14:textId="77777777" w:rsidR="000C4CB5" w:rsidRPr="0025334A" w:rsidRDefault="004E746A">
            <w:pPr>
              <w:ind w:firstLine="0"/>
              <w:jc w:val="left"/>
              <w:rPr>
                <w:sz w:val="22"/>
                <w:szCs w:val="28"/>
              </w:rPr>
            </w:pPr>
            <w:proofErr w:type="spellStart"/>
            <w:r w:rsidRPr="0025334A">
              <w:rPr>
                <w:sz w:val="22"/>
                <w:szCs w:val="28"/>
              </w:rPr>
              <w:t>Diversificare</w:t>
            </w:r>
            <w:proofErr w:type="spellEnd"/>
            <w:r w:rsidRPr="0025334A">
              <w:rPr>
                <w:sz w:val="22"/>
                <w:szCs w:val="28"/>
              </w:rPr>
              <w:t xml:space="preserve">; </w:t>
            </w:r>
            <w:proofErr w:type="spellStart"/>
            <w:r w:rsidRPr="0025334A">
              <w:rPr>
                <w:sz w:val="22"/>
                <w:szCs w:val="28"/>
              </w:rPr>
              <w:t>limitarea</w:t>
            </w:r>
            <w:proofErr w:type="spellEnd"/>
            <w:r w:rsidRPr="0025334A">
              <w:rPr>
                <w:sz w:val="22"/>
                <w:szCs w:val="28"/>
              </w:rPr>
              <w:t xml:space="preserve"> </w:t>
            </w:r>
            <w:proofErr w:type="spellStart"/>
            <w:r w:rsidRPr="0025334A">
              <w:rPr>
                <w:sz w:val="22"/>
                <w:szCs w:val="28"/>
              </w:rPr>
              <w:t>produselor</w:t>
            </w:r>
            <w:proofErr w:type="spellEnd"/>
            <w:r w:rsidRPr="0025334A">
              <w:rPr>
                <w:sz w:val="22"/>
                <w:szCs w:val="28"/>
              </w:rPr>
              <w:t xml:space="preserve"> cu </w:t>
            </w:r>
            <w:proofErr w:type="spellStart"/>
            <w:r w:rsidRPr="0025334A">
              <w:rPr>
                <w:sz w:val="22"/>
                <w:szCs w:val="28"/>
              </w:rPr>
              <w:t>exces</w:t>
            </w:r>
            <w:proofErr w:type="spellEnd"/>
            <w:r w:rsidRPr="0025334A">
              <w:rPr>
                <w:sz w:val="22"/>
                <w:szCs w:val="28"/>
              </w:rPr>
              <w:t xml:space="preserve"> de </w:t>
            </w:r>
            <w:proofErr w:type="spellStart"/>
            <w:r w:rsidRPr="0025334A">
              <w:rPr>
                <w:sz w:val="22"/>
                <w:szCs w:val="28"/>
              </w:rPr>
              <w:t>sare</w:t>
            </w:r>
            <w:proofErr w:type="spellEnd"/>
            <w:r w:rsidRPr="0025334A">
              <w:rPr>
                <w:sz w:val="22"/>
                <w:szCs w:val="28"/>
              </w:rPr>
              <w:t xml:space="preserve">, </w:t>
            </w:r>
            <w:proofErr w:type="spellStart"/>
            <w:r w:rsidRPr="0025334A">
              <w:rPr>
                <w:sz w:val="22"/>
                <w:szCs w:val="28"/>
              </w:rPr>
              <w:t>zahăr</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grăsimi</w:t>
            </w:r>
            <w:proofErr w:type="spellEnd"/>
            <w:r w:rsidRPr="0025334A">
              <w:rPr>
                <w:sz w:val="22"/>
                <w:szCs w:val="28"/>
              </w:rPr>
              <w:t xml:space="preserve">; </w:t>
            </w:r>
            <w:proofErr w:type="spellStart"/>
            <w:r w:rsidRPr="0025334A">
              <w:rPr>
                <w:sz w:val="22"/>
                <w:szCs w:val="28"/>
              </w:rPr>
              <w:t>adaptare</w:t>
            </w:r>
            <w:proofErr w:type="spellEnd"/>
            <w:r w:rsidRPr="0025334A">
              <w:rPr>
                <w:sz w:val="22"/>
                <w:szCs w:val="28"/>
              </w:rPr>
              <w:t xml:space="preserve"> la </w:t>
            </w:r>
            <w:proofErr w:type="spellStart"/>
            <w:r w:rsidRPr="0025334A">
              <w:rPr>
                <w:sz w:val="22"/>
                <w:szCs w:val="28"/>
              </w:rPr>
              <w:t>regim</w:t>
            </w:r>
            <w:proofErr w:type="spellEnd"/>
            <w:r w:rsidRPr="0025334A">
              <w:rPr>
                <w:sz w:val="22"/>
                <w:szCs w:val="28"/>
              </w:rPr>
              <w:t>.</w:t>
            </w:r>
          </w:p>
        </w:tc>
      </w:tr>
      <w:tr w:rsidR="0025334A" w:rsidRPr="0025334A" w14:paraId="249FA6F4" w14:textId="77777777" w:rsidTr="0025334A">
        <w:trPr>
          <w:jc w:val="center"/>
        </w:trPr>
        <w:tc>
          <w:tcPr>
            <w:tcW w:w="1384" w:type="dxa"/>
            <w:vAlign w:val="center"/>
          </w:tcPr>
          <w:p w14:paraId="6341FF32" w14:textId="77777777" w:rsidR="000C4CB5" w:rsidRPr="0025334A" w:rsidRDefault="004E746A">
            <w:pPr>
              <w:ind w:firstLine="0"/>
              <w:jc w:val="left"/>
              <w:rPr>
                <w:sz w:val="22"/>
                <w:szCs w:val="28"/>
              </w:rPr>
            </w:pPr>
            <w:proofErr w:type="spellStart"/>
            <w:r w:rsidRPr="0025334A">
              <w:rPr>
                <w:sz w:val="22"/>
                <w:szCs w:val="28"/>
              </w:rPr>
              <w:t>Gustarea</w:t>
            </w:r>
            <w:proofErr w:type="spellEnd"/>
            <w:r w:rsidRPr="0025334A">
              <w:rPr>
                <w:sz w:val="22"/>
                <w:szCs w:val="28"/>
              </w:rPr>
              <w:t xml:space="preserve"> I</w:t>
            </w:r>
          </w:p>
        </w:tc>
        <w:tc>
          <w:tcPr>
            <w:tcW w:w="4326" w:type="dxa"/>
            <w:vAlign w:val="center"/>
          </w:tcPr>
          <w:p w14:paraId="75E816F3" w14:textId="77777777" w:rsidR="000C4CB5" w:rsidRPr="0025334A" w:rsidRDefault="004E746A">
            <w:pPr>
              <w:ind w:firstLine="0"/>
              <w:jc w:val="left"/>
              <w:rPr>
                <w:sz w:val="22"/>
                <w:szCs w:val="28"/>
              </w:rPr>
            </w:pPr>
            <w:r w:rsidRPr="0025334A">
              <w:rPr>
                <w:sz w:val="22"/>
                <w:szCs w:val="28"/>
              </w:rPr>
              <w:t xml:space="preserve">Fruct, </w:t>
            </w:r>
            <w:proofErr w:type="spellStart"/>
            <w:r w:rsidRPr="0025334A">
              <w:rPr>
                <w:sz w:val="22"/>
                <w:szCs w:val="28"/>
              </w:rPr>
              <w:t>iaurt</w:t>
            </w:r>
            <w:proofErr w:type="spellEnd"/>
            <w:r w:rsidRPr="0025334A">
              <w:rPr>
                <w:sz w:val="22"/>
                <w:szCs w:val="28"/>
              </w:rPr>
              <w:t>/</w:t>
            </w:r>
            <w:proofErr w:type="spellStart"/>
            <w:r w:rsidRPr="0025334A">
              <w:rPr>
                <w:sz w:val="22"/>
                <w:szCs w:val="28"/>
              </w:rPr>
              <w:t>lactat</w:t>
            </w:r>
            <w:proofErr w:type="spellEnd"/>
            <w:r w:rsidRPr="0025334A">
              <w:rPr>
                <w:sz w:val="22"/>
                <w:szCs w:val="28"/>
              </w:rPr>
              <w:t xml:space="preserve">, </w:t>
            </w:r>
            <w:proofErr w:type="spellStart"/>
            <w:r w:rsidRPr="0025334A">
              <w:rPr>
                <w:sz w:val="22"/>
                <w:szCs w:val="28"/>
              </w:rPr>
              <w:t>produs</w:t>
            </w:r>
            <w:proofErr w:type="spellEnd"/>
            <w:r w:rsidRPr="0025334A">
              <w:rPr>
                <w:sz w:val="22"/>
                <w:szCs w:val="28"/>
              </w:rPr>
              <w:t xml:space="preserve"> de </w:t>
            </w:r>
            <w:proofErr w:type="spellStart"/>
            <w:r w:rsidRPr="0025334A">
              <w:rPr>
                <w:sz w:val="22"/>
                <w:szCs w:val="28"/>
              </w:rPr>
              <w:t>panificație</w:t>
            </w:r>
            <w:proofErr w:type="spellEnd"/>
            <w:r w:rsidRPr="0025334A">
              <w:rPr>
                <w:sz w:val="22"/>
                <w:szCs w:val="28"/>
              </w:rPr>
              <w:t xml:space="preserve"> </w:t>
            </w:r>
            <w:proofErr w:type="spellStart"/>
            <w:r w:rsidRPr="0025334A">
              <w:rPr>
                <w:sz w:val="22"/>
                <w:szCs w:val="28"/>
              </w:rPr>
              <w:t>simplu</w:t>
            </w:r>
            <w:proofErr w:type="spellEnd"/>
            <w:r w:rsidRPr="0025334A">
              <w:rPr>
                <w:sz w:val="22"/>
                <w:szCs w:val="28"/>
              </w:rPr>
              <w:t xml:space="preserve"> </w:t>
            </w:r>
            <w:proofErr w:type="spellStart"/>
            <w:r w:rsidRPr="0025334A">
              <w:rPr>
                <w:sz w:val="22"/>
                <w:szCs w:val="28"/>
              </w:rPr>
              <w:t>sau</w:t>
            </w:r>
            <w:proofErr w:type="spellEnd"/>
            <w:r w:rsidRPr="0025334A">
              <w:rPr>
                <w:sz w:val="22"/>
                <w:szCs w:val="28"/>
              </w:rPr>
              <w:t xml:space="preserve"> </w:t>
            </w:r>
            <w:proofErr w:type="spellStart"/>
            <w:r w:rsidRPr="0025334A">
              <w:rPr>
                <w:sz w:val="22"/>
                <w:szCs w:val="28"/>
              </w:rPr>
              <w:t>preparat</w:t>
            </w:r>
            <w:proofErr w:type="spellEnd"/>
            <w:r w:rsidRPr="0025334A">
              <w:rPr>
                <w:sz w:val="22"/>
                <w:szCs w:val="28"/>
              </w:rPr>
              <w:t xml:space="preserve"> </w:t>
            </w:r>
            <w:proofErr w:type="spellStart"/>
            <w:r w:rsidRPr="0025334A">
              <w:rPr>
                <w:sz w:val="22"/>
                <w:szCs w:val="28"/>
              </w:rPr>
              <w:t>aprobat</w:t>
            </w:r>
            <w:proofErr w:type="spellEnd"/>
          </w:p>
        </w:tc>
        <w:tc>
          <w:tcPr>
            <w:tcW w:w="0" w:type="auto"/>
            <w:vAlign w:val="center"/>
          </w:tcPr>
          <w:p w14:paraId="63C556CB" w14:textId="77777777" w:rsidR="000C4CB5" w:rsidRPr="0025334A" w:rsidRDefault="004E746A">
            <w:pPr>
              <w:ind w:firstLine="0"/>
              <w:jc w:val="left"/>
              <w:rPr>
                <w:sz w:val="22"/>
                <w:szCs w:val="28"/>
              </w:rPr>
            </w:pPr>
            <w:proofErr w:type="spellStart"/>
            <w:r w:rsidRPr="0025334A">
              <w:rPr>
                <w:sz w:val="22"/>
                <w:szCs w:val="28"/>
              </w:rPr>
              <w:t>Produs</w:t>
            </w:r>
            <w:proofErr w:type="spellEnd"/>
            <w:r w:rsidRPr="0025334A">
              <w:rPr>
                <w:sz w:val="22"/>
                <w:szCs w:val="28"/>
              </w:rPr>
              <w:t xml:space="preserve"> </w:t>
            </w:r>
            <w:proofErr w:type="spellStart"/>
            <w:r w:rsidRPr="0025334A">
              <w:rPr>
                <w:sz w:val="22"/>
                <w:szCs w:val="28"/>
              </w:rPr>
              <w:t>sigur</w:t>
            </w:r>
            <w:proofErr w:type="spellEnd"/>
            <w:r w:rsidRPr="0025334A">
              <w:rPr>
                <w:sz w:val="22"/>
                <w:szCs w:val="28"/>
              </w:rPr>
              <w:t xml:space="preserve"> </w:t>
            </w:r>
            <w:proofErr w:type="spellStart"/>
            <w:r w:rsidRPr="0025334A">
              <w:rPr>
                <w:sz w:val="22"/>
                <w:szCs w:val="28"/>
              </w:rPr>
              <w:t>pentru</w:t>
            </w:r>
            <w:proofErr w:type="spellEnd"/>
            <w:r w:rsidRPr="0025334A">
              <w:rPr>
                <w:sz w:val="22"/>
                <w:szCs w:val="28"/>
              </w:rPr>
              <w:t xml:space="preserve"> </w:t>
            </w:r>
            <w:proofErr w:type="spellStart"/>
            <w:r w:rsidRPr="0025334A">
              <w:rPr>
                <w:sz w:val="22"/>
                <w:szCs w:val="28"/>
              </w:rPr>
              <w:t>păstrare</w:t>
            </w:r>
            <w:proofErr w:type="spellEnd"/>
            <w:r w:rsidRPr="0025334A">
              <w:rPr>
                <w:sz w:val="22"/>
                <w:szCs w:val="28"/>
              </w:rPr>
              <w:t xml:space="preserve"> </w:t>
            </w:r>
            <w:proofErr w:type="spellStart"/>
            <w:r w:rsidRPr="0025334A">
              <w:rPr>
                <w:sz w:val="22"/>
                <w:szCs w:val="28"/>
              </w:rPr>
              <w:t>până</w:t>
            </w:r>
            <w:proofErr w:type="spellEnd"/>
            <w:r w:rsidRPr="0025334A">
              <w:rPr>
                <w:sz w:val="22"/>
                <w:szCs w:val="28"/>
              </w:rPr>
              <w:t xml:space="preserve"> la </w:t>
            </w:r>
            <w:proofErr w:type="spellStart"/>
            <w:r w:rsidRPr="0025334A">
              <w:rPr>
                <w:sz w:val="22"/>
                <w:szCs w:val="28"/>
              </w:rPr>
              <w:t>servire</w:t>
            </w:r>
            <w:proofErr w:type="spellEnd"/>
            <w:r w:rsidRPr="0025334A">
              <w:rPr>
                <w:sz w:val="22"/>
                <w:szCs w:val="28"/>
              </w:rPr>
              <w:t xml:space="preserve">; </w:t>
            </w:r>
            <w:proofErr w:type="spellStart"/>
            <w:r w:rsidRPr="0025334A">
              <w:rPr>
                <w:sz w:val="22"/>
                <w:szCs w:val="28"/>
              </w:rPr>
              <w:t>etichetare</w:t>
            </w:r>
            <w:proofErr w:type="spellEnd"/>
            <w:r w:rsidRPr="0025334A">
              <w:rPr>
                <w:sz w:val="22"/>
                <w:szCs w:val="28"/>
              </w:rPr>
              <w:t xml:space="preserve"> </w:t>
            </w:r>
            <w:proofErr w:type="spellStart"/>
            <w:r w:rsidRPr="0025334A">
              <w:rPr>
                <w:sz w:val="22"/>
                <w:szCs w:val="28"/>
              </w:rPr>
              <w:t>distinctă</w:t>
            </w:r>
            <w:proofErr w:type="spellEnd"/>
            <w:r w:rsidRPr="0025334A">
              <w:rPr>
                <w:sz w:val="22"/>
                <w:szCs w:val="28"/>
              </w:rPr>
              <w:t xml:space="preserve"> </w:t>
            </w:r>
            <w:proofErr w:type="spellStart"/>
            <w:r w:rsidRPr="0025334A">
              <w:rPr>
                <w:sz w:val="22"/>
                <w:szCs w:val="28"/>
              </w:rPr>
              <w:t>când</w:t>
            </w:r>
            <w:proofErr w:type="spellEnd"/>
            <w:r w:rsidRPr="0025334A">
              <w:rPr>
                <w:sz w:val="22"/>
                <w:szCs w:val="28"/>
              </w:rPr>
              <w:t xml:space="preserve"> </w:t>
            </w:r>
            <w:proofErr w:type="spellStart"/>
            <w:r w:rsidRPr="0025334A">
              <w:rPr>
                <w:sz w:val="22"/>
                <w:szCs w:val="28"/>
              </w:rPr>
              <w:t>este</w:t>
            </w:r>
            <w:proofErr w:type="spellEnd"/>
            <w:r w:rsidRPr="0025334A">
              <w:rPr>
                <w:sz w:val="22"/>
                <w:szCs w:val="28"/>
              </w:rPr>
              <w:t xml:space="preserve"> </w:t>
            </w:r>
            <w:proofErr w:type="spellStart"/>
            <w:r w:rsidRPr="0025334A">
              <w:rPr>
                <w:sz w:val="22"/>
                <w:szCs w:val="28"/>
              </w:rPr>
              <w:t>livrat</w:t>
            </w:r>
            <w:proofErr w:type="spellEnd"/>
            <w:r w:rsidRPr="0025334A">
              <w:rPr>
                <w:sz w:val="22"/>
                <w:szCs w:val="28"/>
              </w:rPr>
              <w:t xml:space="preserve"> </w:t>
            </w:r>
            <w:proofErr w:type="spellStart"/>
            <w:r w:rsidRPr="0025334A">
              <w:rPr>
                <w:sz w:val="22"/>
                <w:szCs w:val="28"/>
              </w:rPr>
              <w:t>anticipat</w:t>
            </w:r>
            <w:proofErr w:type="spellEnd"/>
            <w:r w:rsidRPr="0025334A">
              <w:rPr>
                <w:sz w:val="22"/>
                <w:szCs w:val="28"/>
              </w:rPr>
              <w:t>.</w:t>
            </w:r>
          </w:p>
        </w:tc>
      </w:tr>
      <w:tr w:rsidR="0025334A" w:rsidRPr="0025334A" w14:paraId="3ACD2C53" w14:textId="77777777" w:rsidTr="0025334A">
        <w:trPr>
          <w:jc w:val="center"/>
        </w:trPr>
        <w:tc>
          <w:tcPr>
            <w:tcW w:w="1384" w:type="dxa"/>
            <w:vAlign w:val="center"/>
          </w:tcPr>
          <w:p w14:paraId="1BD4A620" w14:textId="77777777" w:rsidR="000C4CB5" w:rsidRPr="0025334A" w:rsidRDefault="004E746A">
            <w:pPr>
              <w:ind w:firstLine="0"/>
              <w:jc w:val="left"/>
              <w:rPr>
                <w:sz w:val="22"/>
                <w:szCs w:val="28"/>
              </w:rPr>
            </w:pPr>
            <w:proofErr w:type="spellStart"/>
            <w:r w:rsidRPr="0025334A">
              <w:rPr>
                <w:sz w:val="22"/>
                <w:szCs w:val="28"/>
              </w:rPr>
              <w:t>Prânz</w:t>
            </w:r>
            <w:proofErr w:type="spellEnd"/>
            <w:r w:rsidRPr="0025334A">
              <w:rPr>
                <w:sz w:val="22"/>
                <w:szCs w:val="28"/>
              </w:rPr>
              <w:t xml:space="preserve"> – </w:t>
            </w:r>
            <w:proofErr w:type="spellStart"/>
            <w:r w:rsidRPr="0025334A">
              <w:rPr>
                <w:sz w:val="22"/>
                <w:szCs w:val="28"/>
              </w:rPr>
              <w:t>fel</w:t>
            </w:r>
            <w:proofErr w:type="spellEnd"/>
            <w:r w:rsidRPr="0025334A">
              <w:rPr>
                <w:sz w:val="22"/>
                <w:szCs w:val="28"/>
              </w:rPr>
              <w:t xml:space="preserve"> I</w:t>
            </w:r>
          </w:p>
        </w:tc>
        <w:tc>
          <w:tcPr>
            <w:tcW w:w="4326" w:type="dxa"/>
            <w:vAlign w:val="center"/>
          </w:tcPr>
          <w:p w14:paraId="47F5D80A" w14:textId="77777777" w:rsidR="000C4CB5" w:rsidRPr="0025334A" w:rsidRDefault="004E746A">
            <w:pPr>
              <w:ind w:firstLine="0"/>
              <w:jc w:val="left"/>
              <w:rPr>
                <w:sz w:val="22"/>
                <w:szCs w:val="28"/>
              </w:rPr>
            </w:pPr>
            <w:proofErr w:type="spellStart"/>
            <w:r w:rsidRPr="0025334A">
              <w:rPr>
                <w:sz w:val="22"/>
                <w:szCs w:val="28"/>
              </w:rPr>
              <w:t>Supă</w:t>
            </w:r>
            <w:proofErr w:type="spellEnd"/>
            <w:r w:rsidRPr="0025334A">
              <w:rPr>
                <w:sz w:val="22"/>
                <w:szCs w:val="28"/>
              </w:rPr>
              <w:t>/</w:t>
            </w:r>
            <w:proofErr w:type="spellStart"/>
            <w:r w:rsidRPr="0025334A">
              <w:rPr>
                <w:sz w:val="22"/>
                <w:szCs w:val="28"/>
              </w:rPr>
              <w:t>ciorbă</w:t>
            </w:r>
            <w:proofErr w:type="spellEnd"/>
            <w:r w:rsidRPr="0025334A">
              <w:rPr>
                <w:sz w:val="22"/>
                <w:szCs w:val="28"/>
              </w:rPr>
              <w:t>/</w:t>
            </w:r>
            <w:proofErr w:type="spellStart"/>
            <w:r w:rsidRPr="0025334A">
              <w:rPr>
                <w:sz w:val="22"/>
                <w:szCs w:val="28"/>
              </w:rPr>
              <w:t>borș</w:t>
            </w:r>
            <w:proofErr w:type="spellEnd"/>
          </w:p>
        </w:tc>
        <w:tc>
          <w:tcPr>
            <w:tcW w:w="0" w:type="auto"/>
            <w:vAlign w:val="center"/>
          </w:tcPr>
          <w:p w14:paraId="3D6DDD3C" w14:textId="2A92AD30" w:rsidR="000C4CB5" w:rsidRPr="0025334A" w:rsidRDefault="00F678CC">
            <w:pPr>
              <w:ind w:firstLine="0"/>
              <w:jc w:val="left"/>
              <w:rPr>
                <w:sz w:val="22"/>
                <w:szCs w:val="28"/>
              </w:rPr>
            </w:pPr>
            <w:proofErr w:type="spellStart"/>
            <w:r w:rsidRPr="00F678CC">
              <w:rPr>
                <w:sz w:val="22"/>
                <w:szCs w:val="28"/>
              </w:rPr>
              <w:t>Gramaj</w:t>
            </w:r>
            <w:proofErr w:type="spellEnd"/>
            <w:r w:rsidRPr="00F678CC">
              <w:rPr>
                <w:sz w:val="22"/>
                <w:szCs w:val="28"/>
              </w:rPr>
              <w:t xml:space="preserve"> conform </w:t>
            </w:r>
            <w:proofErr w:type="spellStart"/>
            <w:r w:rsidRPr="00F678CC">
              <w:rPr>
                <w:sz w:val="22"/>
                <w:szCs w:val="28"/>
              </w:rPr>
              <w:t>meniului</w:t>
            </w:r>
            <w:proofErr w:type="spellEnd"/>
            <w:r w:rsidRPr="00F678CC">
              <w:rPr>
                <w:sz w:val="22"/>
                <w:szCs w:val="28"/>
              </w:rPr>
              <w:t xml:space="preserve"> </w:t>
            </w:r>
            <w:proofErr w:type="spellStart"/>
            <w:r>
              <w:rPr>
                <w:sz w:val="22"/>
                <w:szCs w:val="28"/>
              </w:rPr>
              <w:t>aprobat</w:t>
            </w:r>
            <w:proofErr w:type="spellEnd"/>
            <w:r w:rsidRPr="00F678CC">
              <w:rPr>
                <w:sz w:val="22"/>
                <w:szCs w:val="28"/>
              </w:rPr>
              <w:t xml:space="preserve"> </w:t>
            </w:r>
            <w:proofErr w:type="spellStart"/>
            <w:r w:rsidRPr="00F678CC">
              <w:rPr>
                <w:sz w:val="22"/>
                <w:szCs w:val="28"/>
              </w:rPr>
              <w:t>și</w:t>
            </w:r>
            <w:proofErr w:type="spellEnd"/>
            <w:r w:rsidRPr="00F678CC">
              <w:rPr>
                <w:sz w:val="22"/>
                <w:szCs w:val="28"/>
              </w:rPr>
              <w:t xml:space="preserve"> </w:t>
            </w:r>
            <w:proofErr w:type="spellStart"/>
            <w:r w:rsidRPr="00F678CC">
              <w:rPr>
                <w:sz w:val="22"/>
                <w:szCs w:val="28"/>
              </w:rPr>
              <w:t>fișei</w:t>
            </w:r>
            <w:proofErr w:type="spellEnd"/>
            <w:r w:rsidRPr="00F678CC">
              <w:rPr>
                <w:sz w:val="22"/>
                <w:szCs w:val="28"/>
              </w:rPr>
              <w:t xml:space="preserve"> </w:t>
            </w:r>
            <w:proofErr w:type="spellStart"/>
            <w:r w:rsidRPr="00F678CC">
              <w:rPr>
                <w:sz w:val="22"/>
                <w:szCs w:val="28"/>
              </w:rPr>
              <w:t>tehnologice</w:t>
            </w:r>
            <w:proofErr w:type="spellEnd"/>
            <w:r w:rsidRPr="00F678CC">
              <w:rPr>
                <w:sz w:val="22"/>
                <w:szCs w:val="28"/>
              </w:rPr>
              <w:t xml:space="preserve">, </w:t>
            </w:r>
            <w:proofErr w:type="spellStart"/>
            <w:r w:rsidRPr="00F678CC">
              <w:rPr>
                <w:sz w:val="22"/>
                <w:szCs w:val="28"/>
              </w:rPr>
              <w:t>adaptat</w:t>
            </w:r>
            <w:proofErr w:type="spellEnd"/>
            <w:r w:rsidRPr="00F678CC">
              <w:rPr>
                <w:sz w:val="22"/>
                <w:szCs w:val="28"/>
              </w:rPr>
              <w:t xml:space="preserve"> </w:t>
            </w:r>
            <w:proofErr w:type="spellStart"/>
            <w:r w:rsidRPr="00F678CC">
              <w:rPr>
                <w:sz w:val="22"/>
                <w:szCs w:val="28"/>
              </w:rPr>
              <w:t>categoriei</w:t>
            </w:r>
            <w:proofErr w:type="spellEnd"/>
            <w:r w:rsidRPr="00F678CC">
              <w:rPr>
                <w:sz w:val="22"/>
                <w:szCs w:val="28"/>
              </w:rPr>
              <w:t xml:space="preserve">, </w:t>
            </w:r>
            <w:proofErr w:type="spellStart"/>
            <w:r w:rsidRPr="00F678CC">
              <w:rPr>
                <w:sz w:val="22"/>
                <w:szCs w:val="28"/>
              </w:rPr>
              <w:t>vârstei</w:t>
            </w:r>
            <w:proofErr w:type="spellEnd"/>
            <w:r w:rsidRPr="00F678CC">
              <w:rPr>
                <w:sz w:val="22"/>
                <w:szCs w:val="28"/>
              </w:rPr>
              <w:t xml:space="preserve"> </w:t>
            </w:r>
            <w:proofErr w:type="spellStart"/>
            <w:r w:rsidRPr="00F678CC">
              <w:rPr>
                <w:sz w:val="22"/>
                <w:szCs w:val="28"/>
              </w:rPr>
              <w:t>și</w:t>
            </w:r>
            <w:proofErr w:type="spellEnd"/>
            <w:r w:rsidRPr="00F678CC">
              <w:rPr>
                <w:sz w:val="22"/>
                <w:szCs w:val="28"/>
              </w:rPr>
              <w:t xml:space="preserve"> </w:t>
            </w:r>
            <w:proofErr w:type="spellStart"/>
            <w:r w:rsidRPr="00F678CC">
              <w:rPr>
                <w:sz w:val="22"/>
                <w:szCs w:val="28"/>
              </w:rPr>
              <w:t>regimului</w:t>
            </w:r>
            <w:proofErr w:type="spellEnd"/>
            <w:r w:rsidRPr="00F678CC">
              <w:rPr>
                <w:sz w:val="22"/>
                <w:szCs w:val="28"/>
              </w:rPr>
              <w:t>.</w:t>
            </w:r>
          </w:p>
        </w:tc>
      </w:tr>
      <w:tr w:rsidR="0025334A" w:rsidRPr="0025334A" w14:paraId="61D3A634" w14:textId="77777777" w:rsidTr="0025334A">
        <w:trPr>
          <w:jc w:val="center"/>
        </w:trPr>
        <w:tc>
          <w:tcPr>
            <w:tcW w:w="1384" w:type="dxa"/>
            <w:vAlign w:val="center"/>
          </w:tcPr>
          <w:p w14:paraId="6C2A4AB6" w14:textId="77777777" w:rsidR="000C4CB5" w:rsidRPr="0025334A" w:rsidRDefault="004E746A">
            <w:pPr>
              <w:ind w:firstLine="0"/>
              <w:jc w:val="left"/>
              <w:rPr>
                <w:sz w:val="22"/>
                <w:szCs w:val="28"/>
              </w:rPr>
            </w:pPr>
            <w:proofErr w:type="spellStart"/>
            <w:r w:rsidRPr="0025334A">
              <w:rPr>
                <w:sz w:val="22"/>
                <w:szCs w:val="28"/>
              </w:rPr>
              <w:t>Prânz</w:t>
            </w:r>
            <w:proofErr w:type="spellEnd"/>
            <w:r w:rsidRPr="0025334A">
              <w:rPr>
                <w:sz w:val="22"/>
                <w:szCs w:val="28"/>
              </w:rPr>
              <w:t xml:space="preserve"> – </w:t>
            </w:r>
            <w:proofErr w:type="spellStart"/>
            <w:r w:rsidRPr="0025334A">
              <w:rPr>
                <w:sz w:val="22"/>
                <w:szCs w:val="28"/>
              </w:rPr>
              <w:t>fel</w:t>
            </w:r>
            <w:proofErr w:type="spellEnd"/>
            <w:r w:rsidRPr="0025334A">
              <w:rPr>
                <w:sz w:val="22"/>
                <w:szCs w:val="28"/>
              </w:rPr>
              <w:t xml:space="preserve"> II</w:t>
            </w:r>
          </w:p>
        </w:tc>
        <w:tc>
          <w:tcPr>
            <w:tcW w:w="4326" w:type="dxa"/>
            <w:vAlign w:val="center"/>
          </w:tcPr>
          <w:p w14:paraId="2D810ACD" w14:textId="77777777" w:rsidR="000C4CB5" w:rsidRPr="0025334A" w:rsidRDefault="004E746A">
            <w:pPr>
              <w:ind w:firstLine="0"/>
              <w:jc w:val="left"/>
              <w:rPr>
                <w:sz w:val="22"/>
                <w:szCs w:val="28"/>
              </w:rPr>
            </w:pPr>
            <w:proofErr w:type="spellStart"/>
            <w:r w:rsidRPr="0025334A">
              <w:rPr>
                <w:sz w:val="22"/>
                <w:szCs w:val="28"/>
              </w:rPr>
              <w:t>Sursă</w:t>
            </w:r>
            <w:proofErr w:type="spellEnd"/>
            <w:r w:rsidRPr="0025334A">
              <w:rPr>
                <w:sz w:val="22"/>
                <w:szCs w:val="28"/>
              </w:rPr>
              <w:t xml:space="preserve"> </w:t>
            </w:r>
            <w:proofErr w:type="spellStart"/>
            <w:r w:rsidRPr="0025334A">
              <w:rPr>
                <w:sz w:val="22"/>
                <w:szCs w:val="28"/>
              </w:rPr>
              <w:t>proteică</w:t>
            </w:r>
            <w:proofErr w:type="spellEnd"/>
            <w:r w:rsidRPr="0025334A">
              <w:rPr>
                <w:sz w:val="22"/>
                <w:szCs w:val="28"/>
              </w:rPr>
              <w:t xml:space="preserve"> + </w:t>
            </w:r>
            <w:proofErr w:type="spellStart"/>
            <w:r w:rsidRPr="0025334A">
              <w:rPr>
                <w:sz w:val="22"/>
                <w:szCs w:val="28"/>
              </w:rPr>
              <w:t>garnitură</w:t>
            </w:r>
            <w:proofErr w:type="spellEnd"/>
            <w:r w:rsidRPr="0025334A">
              <w:rPr>
                <w:sz w:val="22"/>
                <w:szCs w:val="28"/>
              </w:rPr>
              <w:t>/legume/</w:t>
            </w:r>
            <w:proofErr w:type="spellStart"/>
            <w:r w:rsidRPr="0025334A">
              <w:rPr>
                <w:sz w:val="22"/>
                <w:szCs w:val="28"/>
              </w:rPr>
              <w:t>salată</w:t>
            </w:r>
            <w:proofErr w:type="spellEnd"/>
          </w:p>
        </w:tc>
        <w:tc>
          <w:tcPr>
            <w:tcW w:w="0" w:type="auto"/>
            <w:vAlign w:val="center"/>
          </w:tcPr>
          <w:p w14:paraId="4A88167D" w14:textId="77777777" w:rsidR="000C4CB5" w:rsidRPr="0025334A" w:rsidRDefault="004E746A">
            <w:pPr>
              <w:ind w:firstLine="0"/>
              <w:jc w:val="left"/>
              <w:rPr>
                <w:sz w:val="22"/>
                <w:szCs w:val="28"/>
              </w:rPr>
            </w:pPr>
            <w:proofErr w:type="spellStart"/>
            <w:r w:rsidRPr="0025334A">
              <w:rPr>
                <w:sz w:val="22"/>
                <w:szCs w:val="28"/>
              </w:rPr>
              <w:t>Gramaj</w:t>
            </w:r>
            <w:proofErr w:type="spellEnd"/>
            <w:r w:rsidRPr="0025334A">
              <w:rPr>
                <w:sz w:val="22"/>
                <w:szCs w:val="28"/>
              </w:rPr>
              <w:t xml:space="preserve"> conform </w:t>
            </w:r>
            <w:proofErr w:type="spellStart"/>
            <w:r w:rsidRPr="0025334A">
              <w:rPr>
                <w:sz w:val="22"/>
                <w:szCs w:val="28"/>
              </w:rPr>
              <w:t>fișei</w:t>
            </w:r>
            <w:proofErr w:type="spellEnd"/>
            <w:r w:rsidRPr="0025334A">
              <w:rPr>
                <w:sz w:val="22"/>
                <w:szCs w:val="28"/>
              </w:rPr>
              <w:t xml:space="preserve"> </w:t>
            </w:r>
            <w:proofErr w:type="spellStart"/>
            <w:r w:rsidRPr="0025334A">
              <w:rPr>
                <w:sz w:val="22"/>
                <w:szCs w:val="28"/>
              </w:rPr>
              <w:t>tehnologice</w:t>
            </w:r>
            <w:proofErr w:type="spellEnd"/>
            <w:r w:rsidRPr="0025334A">
              <w:rPr>
                <w:sz w:val="22"/>
                <w:szCs w:val="28"/>
              </w:rPr>
              <w:t xml:space="preserve">; </w:t>
            </w:r>
            <w:proofErr w:type="spellStart"/>
            <w:r w:rsidRPr="0025334A">
              <w:rPr>
                <w:sz w:val="22"/>
                <w:szCs w:val="28"/>
              </w:rPr>
              <w:t>sursa</w:t>
            </w:r>
            <w:proofErr w:type="spellEnd"/>
            <w:r w:rsidRPr="0025334A">
              <w:rPr>
                <w:sz w:val="22"/>
                <w:szCs w:val="28"/>
              </w:rPr>
              <w:t xml:space="preserve"> </w:t>
            </w:r>
            <w:proofErr w:type="spellStart"/>
            <w:r w:rsidRPr="0025334A">
              <w:rPr>
                <w:sz w:val="22"/>
                <w:szCs w:val="28"/>
              </w:rPr>
              <w:t>proteică</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garnitura</w:t>
            </w:r>
            <w:proofErr w:type="spellEnd"/>
            <w:r w:rsidRPr="0025334A">
              <w:rPr>
                <w:sz w:val="22"/>
                <w:szCs w:val="28"/>
              </w:rPr>
              <w:t xml:space="preserve"> se </w:t>
            </w:r>
            <w:proofErr w:type="spellStart"/>
            <w:r w:rsidRPr="0025334A">
              <w:rPr>
                <w:sz w:val="22"/>
                <w:szCs w:val="28"/>
              </w:rPr>
              <w:t>diversifică</w:t>
            </w:r>
            <w:proofErr w:type="spellEnd"/>
            <w:r w:rsidRPr="0025334A">
              <w:rPr>
                <w:sz w:val="22"/>
                <w:szCs w:val="28"/>
              </w:rPr>
              <w:t>.</w:t>
            </w:r>
          </w:p>
        </w:tc>
      </w:tr>
      <w:tr w:rsidR="00C850DD" w:rsidRPr="0025334A" w14:paraId="69291B97" w14:textId="77777777" w:rsidTr="006B3867">
        <w:trPr>
          <w:jc w:val="center"/>
        </w:trPr>
        <w:tc>
          <w:tcPr>
            <w:tcW w:w="1384" w:type="dxa"/>
            <w:vAlign w:val="center"/>
          </w:tcPr>
          <w:p w14:paraId="3AF652DC" w14:textId="0EDEC29B" w:rsidR="00C850DD" w:rsidRPr="0025334A" w:rsidRDefault="00C850DD" w:rsidP="006B3867">
            <w:pPr>
              <w:ind w:firstLine="0"/>
              <w:jc w:val="left"/>
              <w:rPr>
                <w:sz w:val="22"/>
                <w:szCs w:val="28"/>
              </w:rPr>
            </w:pPr>
            <w:proofErr w:type="spellStart"/>
            <w:r w:rsidRPr="0025334A">
              <w:rPr>
                <w:sz w:val="22"/>
                <w:szCs w:val="28"/>
              </w:rPr>
              <w:t>Prânz</w:t>
            </w:r>
            <w:proofErr w:type="spellEnd"/>
            <w:r w:rsidRPr="0025334A">
              <w:rPr>
                <w:sz w:val="22"/>
                <w:szCs w:val="28"/>
              </w:rPr>
              <w:t xml:space="preserve"> – </w:t>
            </w:r>
            <w:r>
              <w:rPr>
                <w:sz w:val="22"/>
                <w:szCs w:val="28"/>
              </w:rPr>
              <w:t>desert</w:t>
            </w:r>
          </w:p>
        </w:tc>
        <w:tc>
          <w:tcPr>
            <w:tcW w:w="4326" w:type="dxa"/>
            <w:vAlign w:val="center"/>
          </w:tcPr>
          <w:p w14:paraId="16D5A2E2" w14:textId="5E9444C2" w:rsidR="00C850DD" w:rsidRPr="0025334A" w:rsidRDefault="00C850DD" w:rsidP="006B3867">
            <w:pPr>
              <w:ind w:firstLine="0"/>
              <w:jc w:val="left"/>
              <w:rPr>
                <w:sz w:val="22"/>
                <w:szCs w:val="28"/>
              </w:rPr>
            </w:pPr>
            <w:proofErr w:type="spellStart"/>
            <w:r w:rsidRPr="0025334A">
              <w:rPr>
                <w:sz w:val="22"/>
                <w:szCs w:val="28"/>
              </w:rPr>
              <w:t>prăjituri</w:t>
            </w:r>
            <w:proofErr w:type="spellEnd"/>
            <w:r w:rsidRPr="0025334A">
              <w:rPr>
                <w:sz w:val="22"/>
                <w:szCs w:val="28"/>
              </w:rPr>
              <w:t xml:space="preserve">, </w:t>
            </w:r>
            <w:proofErr w:type="spellStart"/>
            <w:r w:rsidRPr="0025334A">
              <w:rPr>
                <w:sz w:val="22"/>
                <w:szCs w:val="28"/>
              </w:rPr>
              <w:t>fructe</w:t>
            </w:r>
            <w:proofErr w:type="spellEnd"/>
            <w:r w:rsidRPr="0025334A">
              <w:rPr>
                <w:sz w:val="22"/>
                <w:szCs w:val="28"/>
              </w:rPr>
              <w:t xml:space="preserve"> </w:t>
            </w:r>
            <w:proofErr w:type="spellStart"/>
            <w:r w:rsidRPr="0025334A">
              <w:rPr>
                <w:sz w:val="22"/>
                <w:szCs w:val="28"/>
              </w:rPr>
              <w:t>proaspete</w:t>
            </w:r>
            <w:proofErr w:type="spellEnd"/>
            <w:r w:rsidRPr="0025334A">
              <w:rPr>
                <w:sz w:val="22"/>
                <w:szCs w:val="28"/>
              </w:rPr>
              <w:t xml:space="preserve">, </w:t>
            </w:r>
            <w:proofErr w:type="spellStart"/>
            <w:r w:rsidRPr="0025334A">
              <w:rPr>
                <w:sz w:val="22"/>
                <w:szCs w:val="28"/>
              </w:rPr>
              <w:t>compot</w:t>
            </w:r>
            <w:proofErr w:type="spellEnd"/>
            <w:r w:rsidRPr="0025334A">
              <w:rPr>
                <w:sz w:val="22"/>
                <w:szCs w:val="28"/>
              </w:rPr>
              <w:t xml:space="preserve">, </w:t>
            </w:r>
            <w:proofErr w:type="spellStart"/>
            <w:r w:rsidRPr="0025334A">
              <w:rPr>
                <w:sz w:val="22"/>
                <w:szCs w:val="28"/>
              </w:rPr>
              <w:t>budinci</w:t>
            </w:r>
            <w:proofErr w:type="spellEnd"/>
            <w:r w:rsidRPr="0025334A">
              <w:rPr>
                <w:sz w:val="22"/>
                <w:szCs w:val="28"/>
              </w:rPr>
              <w:t xml:space="preserve">, </w:t>
            </w:r>
            <w:proofErr w:type="spellStart"/>
            <w:r w:rsidRPr="0025334A">
              <w:rPr>
                <w:sz w:val="22"/>
                <w:szCs w:val="28"/>
              </w:rPr>
              <w:t>iaurturi</w:t>
            </w:r>
            <w:proofErr w:type="spellEnd"/>
            <w:r w:rsidRPr="0025334A">
              <w:rPr>
                <w:sz w:val="22"/>
                <w:szCs w:val="28"/>
              </w:rPr>
              <w:t xml:space="preserve"> de </w:t>
            </w:r>
            <w:proofErr w:type="spellStart"/>
            <w:r w:rsidRPr="0025334A">
              <w:rPr>
                <w:sz w:val="22"/>
                <w:szCs w:val="28"/>
              </w:rPr>
              <w:t>fructe</w:t>
            </w:r>
            <w:proofErr w:type="spellEnd"/>
            <w:r w:rsidRPr="0025334A">
              <w:rPr>
                <w:sz w:val="22"/>
                <w:szCs w:val="28"/>
              </w:rPr>
              <w:t xml:space="preserve"> </w:t>
            </w:r>
            <w:proofErr w:type="spellStart"/>
            <w:r w:rsidRPr="0025334A">
              <w:rPr>
                <w:sz w:val="22"/>
                <w:szCs w:val="28"/>
              </w:rPr>
              <w:t>etc</w:t>
            </w:r>
            <w:proofErr w:type="spellEnd"/>
            <w:r w:rsidRPr="0025334A">
              <w:rPr>
                <w:sz w:val="22"/>
                <w:szCs w:val="28"/>
              </w:rPr>
              <w:t xml:space="preserve">, precum </w:t>
            </w:r>
            <w:proofErr w:type="spellStart"/>
            <w:r w:rsidRPr="0025334A">
              <w:rPr>
                <w:sz w:val="22"/>
                <w:szCs w:val="28"/>
              </w:rPr>
              <w:t>şi</w:t>
            </w:r>
            <w:proofErr w:type="spellEnd"/>
            <w:r w:rsidRPr="0025334A">
              <w:rPr>
                <w:sz w:val="22"/>
                <w:szCs w:val="28"/>
              </w:rPr>
              <w:t xml:space="preserve"> </w:t>
            </w:r>
            <w:proofErr w:type="spellStart"/>
            <w:r w:rsidRPr="0025334A">
              <w:rPr>
                <w:sz w:val="22"/>
                <w:szCs w:val="28"/>
              </w:rPr>
              <w:t>apă</w:t>
            </w:r>
            <w:proofErr w:type="spellEnd"/>
            <w:r w:rsidRPr="0025334A">
              <w:rPr>
                <w:sz w:val="22"/>
                <w:szCs w:val="28"/>
              </w:rPr>
              <w:t xml:space="preserve"> </w:t>
            </w:r>
            <w:proofErr w:type="spellStart"/>
            <w:r w:rsidRPr="0025334A">
              <w:rPr>
                <w:sz w:val="22"/>
                <w:szCs w:val="28"/>
              </w:rPr>
              <w:t>minerală</w:t>
            </w:r>
            <w:proofErr w:type="spellEnd"/>
            <w:r w:rsidRPr="0025334A">
              <w:rPr>
                <w:sz w:val="22"/>
                <w:szCs w:val="28"/>
              </w:rPr>
              <w:t xml:space="preserve"> </w:t>
            </w:r>
            <w:proofErr w:type="spellStart"/>
            <w:r w:rsidRPr="0025334A">
              <w:rPr>
                <w:sz w:val="22"/>
                <w:szCs w:val="28"/>
              </w:rPr>
              <w:t>sau</w:t>
            </w:r>
            <w:proofErr w:type="spellEnd"/>
            <w:r w:rsidRPr="0025334A">
              <w:rPr>
                <w:sz w:val="22"/>
                <w:szCs w:val="28"/>
              </w:rPr>
              <w:t xml:space="preserve"> </w:t>
            </w:r>
            <w:proofErr w:type="spellStart"/>
            <w:r w:rsidRPr="0025334A">
              <w:rPr>
                <w:sz w:val="22"/>
                <w:szCs w:val="28"/>
              </w:rPr>
              <w:t>sucuri</w:t>
            </w:r>
            <w:proofErr w:type="spellEnd"/>
          </w:p>
        </w:tc>
        <w:tc>
          <w:tcPr>
            <w:tcW w:w="0" w:type="auto"/>
            <w:vAlign w:val="center"/>
          </w:tcPr>
          <w:p w14:paraId="1CD66D3A" w14:textId="598575A4" w:rsidR="00C850DD" w:rsidRPr="0025334A" w:rsidRDefault="00C850DD" w:rsidP="006B3867">
            <w:pPr>
              <w:ind w:firstLine="0"/>
              <w:jc w:val="left"/>
              <w:rPr>
                <w:sz w:val="22"/>
                <w:szCs w:val="28"/>
              </w:rPr>
            </w:pPr>
            <w:proofErr w:type="spellStart"/>
            <w:r w:rsidRPr="0025334A">
              <w:rPr>
                <w:sz w:val="22"/>
                <w:szCs w:val="28"/>
              </w:rPr>
              <w:t>Gramaj</w:t>
            </w:r>
            <w:proofErr w:type="spellEnd"/>
            <w:r w:rsidRPr="0025334A">
              <w:rPr>
                <w:sz w:val="22"/>
                <w:szCs w:val="28"/>
              </w:rPr>
              <w:t xml:space="preserve"> conform </w:t>
            </w:r>
            <w:proofErr w:type="spellStart"/>
            <w:r w:rsidRPr="0025334A">
              <w:rPr>
                <w:sz w:val="22"/>
                <w:szCs w:val="28"/>
              </w:rPr>
              <w:t>fișei</w:t>
            </w:r>
            <w:proofErr w:type="spellEnd"/>
            <w:r w:rsidRPr="0025334A">
              <w:rPr>
                <w:sz w:val="22"/>
                <w:szCs w:val="28"/>
              </w:rPr>
              <w:t xml:space="preserve"> </w:t>
            </w:r>
            <w:proofErr w:type="spellStart"/>
            <w:r w:rsidRPr="0025334A">
              <w:rPr>
                <w:sz w:val="22"/>
                <w:szCs w:val="28"/>
              </w:rPr>
              <w:t>tehnologice</w:t>
            </w:r>
            <w:proofErr w:type="spellEnd"/>
            <w:r w:rsidRPr="0025334A">
              <w:rPr>
                <w:sz w:val="22"/>
                <w:szCs w:val="28"/>
              </w:rPr>
              <w:t xml:space="preserve">; </w:t>
            </w:r>
          </w:p>
        </w:tc>
      </w:tr>
      <w:tr w:rsidR="0025334A" w:rsidRPr="0025334A" w14:paraId="33431E61" w14:textId="77777777" w:rsidTr="0025334A">
        <w:trPr>
          <w:jc w:val="center"/>
        </w:trPr>
        <w:tc>
          <w:tcPr>
            <w:tcW w:w="1384" w:type="dxa"/>
            <w:vAlign w:val="center"/>
          </w:tcPr>
          <w:p w14:paraId="0F9C0F35" w14:textId="77777777" w:rsidR="000C4CB5" w:rsidRPr="0025334A" w:rsidRDefault="004E746A">
            <w:pPr>
              <w:ind w:firstLine="0"/>
              <w:jc w:val="left"/>
              <w:rPr>
                <w:sz w:val="22"/>
                <w:szCs w:val="28"/>
              </w:rPr>
            </w:pPr>
            <w:proofErr w:type="spellStart"/>
            <w:r w:rsidRPr="0025334A">
              <w:rPr>
                <w:sz w:val="22"/>
                <w:szCs w:val="28"/>
              </w:rPr>
              <w:t>Gustarea</w:t>
            </w:r>
            <w:proofErr w:type="spellEnd"/>
            <w:r w:rsidRPr="0025334A">
              <w:rPr>
                <w:sz w:val="22"/>
                <w:szCs w:val="28"/>
              </w:rPr>
              <w:t xml:space="preserve"> II</w:t>
            </w:r>
          </w:p>
        </w:tc>
        <w:tc>
          <w:tcPr>
            <w:tcW w:w="4326" w:type="dxa"/>
            <w:vAlign w:val="center"/>
          </w:tcPr>
          <w:p w14:paraId="71001075" w14:textId="77777777" w:rsidR="000C4CB5" w:rsidRPr="0025334A" w:rsidRDefault="004E746A">
            <w:pPr>
              <w:ind w:firstLine="0"/>
              <w:jc w:val="left"/>
              <w:rPr>
                <w:sz w:val="22"/>
                <w:szCs w:val="28"/>
              </w:rPr>
            </w:pPr>
            <w:r w:rsidRPr="0025334A">
              <w:rPr>
                <w:sz w:val="22"/>
                <w:szCs w:val="28"/>
              </w:rPr>
              <w:t xml:space="preserve">Fruct, </w:t>
            </w:r>
            <w:proofErr w:type="spellStart"/>
            <w:r w:rsidRPr="0025334A">
              <w:rPr>
                <w:sz w:val="22"/>
                <w:szCs w:val="28"/>
              </w:rPr>
              <w:t>lactat</w:t>
            </w:r>
            <w:proofErr w:type="spellEnd"/>
            <w:r w:rsidRPr="0025334A">
              <w:rPr>
                <w:sz w:val="22"/>
                <w:szCs w:val="28"/>
              </w:rPr>
              <w:t xml:space="preserve">, </w:t>
            </w:r>
            <w:proofErr w:type="spellStart"/>
            <w:r w:rsidRPr="0025334A">
              <w:rPr>
                <w:sz w:val="22"/>
                <w:szCs w:val="28"/>
              </w:rPr>
              <w:t>compot</w:t>
            </w:r>
            <w:proofErr w:type="spellEnd"/>
            <w:r w:rsidRPr="0025334A">
              <w:rPr>
                <w:sz w:val="22"/>
                <w:szCs w:val="28"/>
              </w:rPr>
              <w:t xml:space="preserve">, </w:t>
            </w:r>
            <w:proofErr w:type="spellStart"/>
            <w:r w:rsidRPr="0025334A">
              <w:rPr>
                <w:sz w:val="22"/>
                <w:szCs w:val="28"/>
              </w:rPr>
              <w:t>budincă</w:t>
            </w:r>
            <w:proofErr w:type="spellEnd"/>
            <w:r w:rsidRPr="0025334A">
              <w:rPr>
                <w:sz w:val="22"/>
                <w:szCs w:val="28"/>
              </w:rPr>
              <w:t xml:space="preserve">, </w:t>
            </w:r>
            <w:proofErr w:type="spellStart"/>
            <w:r w:rsidRPr="0025334A">
              <w:rPr>
                <w:sz w:val="22"/>
                <w:szCs w:val="28"/>
              </w:rPr>
              <w:t>produs</w:t>
            </w:r>
            <w:proofErr w:type="spellEnd"/>
            <w:r w:rsidRPr="0025334A">
              <w:rPr>
                <w:sz w:val="22"/>
                <w:szCs w:val="28"/>
              </w:rPr>
              <w:t xml:space="preserve"> </w:t>
            </w:r>
            <w:proofErr w:type="spellStart"/>
            <w:r w:rsidRPr="0025334A">
              <w:rPr>
                <w:sz w:val="22"/>
                <w:szCs w:val="28"/>
              </w:rPr>
              <w:t>simplu</w:t>
            </w:r>
            <w:proofErr w:type="spellEnd"/>
            <w:r w:rsidRPr="0025334A">
              <w:rPr>
                <w:sz w:val="22"/>
                <w:szCs w:val="28"/>
              </w:rPr>
              <w:t xml:space="preserve"> de </w:t>
            </w:r>
            <w:proofErr w:type="spellStart"/>
            <w:r w:rsidRPr="0025334A">
              <w:rPr>
                <w:sz w:val="22"/>
                <w:szCs w:val="28"/>
              </w:rPr>
              <w:t>panificație</w:t>
            </w:r>
            <w:proofErr w:type="spellEnd"/>
            <w:r w:rsidRPr="0025334A">
              <w:rPr>
                <w:sz w:val="22"/>
                <w:szCs w:val="28"/>
              </w:rPr>
              <w:t xml:space="preserve"> </w:t>
            </w:r>
            <w:proofErr w:type="spellStart"/>
            <w:r w:rsidRPr="0025334A">
              <w:rPr>
                <w:sz w:val="22"/>
                <w:szCs w:val="28"/>
              </w:rPr>
              <w:t>ori</w:t>
            </w:r>
            <w:proofErr w:type="spellEnd"/>
            <w:r w:rsidRPr="0025334A">
              <w:rPr>
                <w:sz w:val="22"/>
                <w:szCs w:val="28"/>
              </w:rPr>
              <w:t xml:space="preserve"> alt </w:t>
            </w:r>
            <w:proofErr w:type="spellStart"/>
            <w:r w:rsidRPr="0025334A">
              <w:rPr>
                <w:sz w:val="22"/>
                <w:szCs w:val="28"/>
              </w:rPr>
              <w:t>preparat</w:t>
            </w:r>
            <w:proofErr w:type="spellEnd"/>
            <w:r w:rsidRPr="0025334A">
              <w:rPr>
                <w:sz w:val="22"/>
                <w:szCs w:val="28"/>
              </w:rPr>
              <w:t xml:space="preserve"> </w:t>
            </w:r>
            <w:proofErr w:type="spellStart"/>
            <w:r w:rsidRPr="0025334A">
              <w:rPr>
                <w:sz w:val="22"/>
                <w:szCs w:val="28"/>
              </w:rPr>
              <w:t>aprobat</w:t>
            </w:r>
            <w:proofErr w:type="spellEnd"/>
          </w:p>
        </w:tc>
        <w:tc>
          <w:tcPr>
            <w:tcW w:w="0" w:type="auto"/>
            <w:vAlign w:val="center"/>
          </w:tcPr>
          <w:p w14:paraId="2A845F27" w14:textId="77777777" w:rsidR="000C4CB5" w:rsidRPr="0025334A" w:rsidRDefault="004E746A">
            <w:pPr>
              <w:ind w:firstLine="0"/>
              <w:jc w:val="left"/>
              <w:rPr>
                <w:sz w:val="22"/>
                <w:szCs w:val="28"/>
              </w:rPr>
            </w:pPr>
            <w:proofErr w:type="spellStart"/>
            <w:r w:rsidRPr="0025334A">
              <w:rPr>
                <w:sz w:val="22"/>
                <w:szCs w:val="28"/>
              </w:rPr>
              <w:t>Corelată</w:t>
            </w:r>
            <w:proofErr w:type="spellEnd"/>
            <w:r w:rsidRPr="0025334A">
              <w:rPr>
                <w:sz w:val="22"/>
                <w:szCs w:val="28"/>
              </w:rPr>
              <w:t xml:space="preserve"> cu </w:t>
            </w:r>
            <w:proofErr w:type="spellStart"/>
            <w:r w:rsidRPr="0025334A">
              <w:rPr>
                <w:sz w:val="22"/>
                <w:szCs w:val="28"/>
              </w:rPr>
              <w:t>restul</w:t>
            </w:r>
            <w:proofErr w:type="spellEnd"/>
            <w:r w:rsidRPr="0025334A">
              <w:rPr>
                <w:sz w:val="22"/>
                <w:szCs w:val="28"/>
              </w:rPr>
              <w:t xml:space="preserve"> </w:t>
            </w:r>
            <w:proofErr w:type="spellStart"/>
            <w:r w:rsidRPr="0025334A">
              <w:rPr>
                <w:sz w:val="22"/>
                <w:szCs w:val="28"/>
              </w:rPr>
              <w:t>meniului</w:t>
            </w:r>
            <w:proofErr w:type="spellEnd"/>
            <w:r w:rsidRPr="0025334A">
              <w:rPr>
                <w:sz w:val="22"/>
                <w:szCs w:val="28"/>
              </w:rPr>
              <w:t xml:space="preserve"> </w:t>
            </w:r>
            <w:proofErr w:type="spellStart"/>
            <w:r w:rsidRPr="0025334A">
              <w:rPr>
                <w:sz w:val="22"/>
                <w:szCs w:val="28"/>
              </w:rPr>
              <w:t>zilei</w:t>
            </w:r>
            <w:proofErr w:type="spellEnd"/>
            <w:r w:rsidRPr="0025334A">
              <w:rPr>
                <w:sz w:val="22"/>
                <w:szCs w:val="28"/>
              </w:rPr>
              <w:t>.</w:t>
            </w:r>
          </w:p>
        </w:tc>
      </w:tr>
      <w:tr w:rsidR="0025334A" w:rsidRPr="0025334A" w14:paraId="040851E6" w14:textId="77777777" w:rsidTr="0025334A">
        <w:trPr>
          <w:jc w:val="center"/>
        </w:trPr>
        <w:tc>
          <w:tcPr>
            <w:tcW w:w="1384" w:type="dxa"/>
            <w:vAlign w:val="center"/>
          </w:tcPr>
          <w:p w14:paraId="30F14675" w14:textId="77777777" w:rsidR="000C4CB5" w:rsidRPr="0025334A" w:rsidRDefault="004E746A">
            <w:pPr>
              <w:ind w:firstLine="0"/>
              <w:jc w:val="left"/>
              <w:rPr>
                <w:sz w:val="22"/>
                <w:szCs w:val="28"/>
              </w:rPr>
            </w:pPr>
            <w:proofErr w:type="spellStart"/>
            <w:r w:rsidRPr="0025334A">
              <w:rPr>
                <w:sz w:val="22"/>
                <w:szCs w:val="28"/>
              </w:rPr>
              <w:t>Cină</w:t>
            </w:r>
            <w:proofErr w:type="spellEnd"/>
          </w:p>
        </w:tc>
        <w:tc>
          <w:tcPr>
            <w:tcW w:w="4326" w:type="dxa"/>
            <w:vAlign w:val="center"/>
          </w:tcPr>
          <w:p w14:paraId="3328BA77" w14:textId="77777777" w:rsidR="000C4CB5" w:rsidRPr="0025334A" w:rsidRDefault="004E746A">
            <w:pPr>
              <w:ind w:firstLine="0"/>
              <w:jc w:val="left"/>
              <w:rPr>
                <w:sz w:val="22"/>
                <w:szCs w:val="28"/>
              </w:rPr>
            </w:pPr>
            <w:r w:rsidRPr="0025334A">
              <w:rPr>
                <w:sz w:val="22"/>
                <w:szCs w:val="28"/>
              </w:rPr>
              <w:t xml:space="preserve">Preparat </w:t>
            </w:r>
            <w:proofErr w:type="spellStart"/>
            <w:r w:rsidRPr="0025334A">
              <w:rPr>
                <w:sz w:val="22"/>
                <w:szCs w:val="28"/>
              </w:rPr>
              <w:t>ușor</w:t>
            </w:r>
            <w:proofErr w:type="spellEnd"/>
            <w:r w:rsidRPr="0025334A">
              <w:rPr>
                <w:sz w:val="22"/>
                <w:szCs w:val="28"/>
              </w:rPr>
              <w:t xml:space="preserve"> </w:t>
            </w:r>
            <w:proofErr w:type="spellStart"/>
            <w:r w:rsidRPr="0025334A">
              <w:rPr>
                <w:sz w:val="22"/>
                <w:szCs w:val="28"/>
              </w:rPr>
              <w:t>digerabil</w:t>
            </w:r>
            <w:proofErr w:type="spellEnd"/>
            <w:r w:rsidRPr="0025334A">
              <w:rPr>
                <w:sz w:val="22"/>
                <w:szCs w:val="28"/>
              </w:rPr>
              <w:t xml:space="preserve">, </w:t>
            </w:r>
            <w:proofErr w:type="spellStart"/>
            <w:r w:rsidRPr="0025334A">
              <w:rPr>
                <w:sz w:val="22"/>
                <w:szCs w:val="28"/>
              </w:rPr>
              <w:t>adaptat</w:t>
            </w:r>
            <w:proofErr w:type="spellEnd"/>
            <w:r w:rsidRPr="0025334A">
              <w:rPr>
                <w:sz w:val="22"/>
                <w:szCs w:val="28"/>
              </w:rPr>
              <w:t xml:space="preserve"> </w:t>
            </w:r>
            <w:proofErr w:type="spellStart"/>
            <w:r w:rsidRPr="0025334A">
              <w:rPr>
                <w:sz w:val="22"/>
                <w:szCs w:val="28"/>
              </w:rPr>
              <w:t>vârstei</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regimului</w:t>
            </w:r>
            <w:proofErr w:type="spellEnd"/>
          </w:p>
        </w:tc>
        <w:tc>
          <w:tcPr>
            <w:tcW w:w="0" w:type="auto"/>
            <w:vAlign w:val="center"/>
          </w:tcPr>
          <w:p w14:paraId="3C863767" w14:textId="627A4371" w:rsidR="000C4CB5" w:rsidRPr="0025334A" w:rsidRDefault="004E746A">
            <w:pPr>
              <w:ind w:firstLine="0"/>
              <w:jc w:val="left"/>
              <w:rPr>
                <w:sz w:val="22"/>
                <w:szCs w:val="28"/>
              </w:rPr>
            </w:pPr>
            <w:proofErr w:type="spellStart"/>
            <w:r w:rsidRPr="0025334A">
              <w:rPr>
                <w:sz w:val="22"/>
                <w:szCs w:val="28"/>
              </w:rPr>
              <w:t>Fără</w:t>
            </w:r>
            <w:proofErr w:type="spellEnd"/>
            <w:r w:rsidRPr="0025334A">
              <w:rPr>
                <w:sz w:val="22"/>
                <w:szCs w:val="28"/>
              </w:rPr>
              <w:t xml:space="preserve"> </w:t>
            </w:r>
            <w:proofErr w:type="spellStart"/>
            <w:r w:rsidRPr="0025334A">
              <w:rPr>
                <w:sz w:val="22"/>
                <w:szCs w:val="28"/>
              </w:rPr>
              <w:t>repetarea</w:t>
            </w:r>
            <w:proofErr w:type="spellEnd"/>
            <w:r w:rsidRPr="0025334A">
              <w:rPr>
                <w:sz w:val="22"/>
                <w:szCs w:val="28"/>
              </w:rPr>
              <w:t xml:space="preserve"> </w:t>
            </w:r>
            <w:proofErr w:type="spellStart"/>
            <w:r w:rsidRPr="0025334A">
              <w:rPr>
                <w:sz w:val="22"/>
                <w:szCs w:val="28"/>
              </w:rPr>
              <w:t>mecanică</w:t>
            </w:r>
            <w:proofErr w:type="spellEnd"/>
            <w:r w:rsidRPr="0025334A">
              <w:rPr>
                <w:sz w:val="22"/>
                <w:szCs w:val="28"/>
              </w:rPr>
              <w:t xml:space="preserve"> a </w:t>
            </w:r>
            <w:proofErr w:type="spellStart"/>
            <w:r w:rsidRPr="0025334A">
              <w:rPr>
                <w:sz w:val="22"/>
                <w:szCs w:val="28"/>
              </w:rPr>
              <w:t>prânzului</w:t>
            </w:r>
            <w:proofErr w:type="spellEnd"/>
            <w:r w:rsidRPr="0025334A">
              <w:rPr>
                <w:sz w:val="22"/>
                <w:szCs w:val="28"/>
              </w:rPr>
              <w:t xml:space="preserve">; </w:t>
            </w:r>
            <w:r w:rsidR="0025334A" w:rsidRPr="0025334A">
              <w:rPr>
                <w:sz w:val="22"/>
                <w:szCs w:val="28"/>
              </w:rPr>
              <w:t xml:space="preserve">preparate </w:t>
            </w:r>
            <w:proofErr w:type="spellStart"/>
            <w:r w:rsidR="0025334A" w:rsidRPr="0025334A">
              <w:rPr>
                <w:sz w:val="22"/>
                <w:szCs w:val="28"/>
              </w:rPr>
              <w:t>alimentare</w:t>
            </w:r>
            <w:proofErr w:type="spellEnd"/>
            <w:r w:rsidR="0025334A" w:rsidRPr="0025334A">
              <w:rPr>
                <w:sz w:val="22"/>
                <w:szCs w:val="28"/>
              </w:rPr>
              <w:t xml:space="preserve"> </w:t>
            </w:r>
            <w:proofErr w:type="spellStart"/>
            <w:r w:rsidR="0025334A" w:rsidRPr="0025334A">
              <w:rPr>
                <w:sz w:val="22"/>
                <w:szCs w:val="28"/>
              </w:rPr>
              <w:t>ușor</w:t>
            </w:r>
            <w:proofErr w:type="spellEnd"/>
            <w:r w:rsidR="0025334A" w:rsidRPr="0025334A">
              <w:rPr>
                <w:sz w:val="22"/>
                <w:szCs w:val="28"/>
              </w:rPr>
              <w:t xml:space="preserve"> </w:t>
            </w:r>
            <w:proofErr w:type="spellStart"/>
            <w:r w:rsidR="0025334A" w:rsidRPr="0025334A">
              <w:rPr>
                <w:sz w:val="22"/>
                <w:szCs w:val="28"/>
              </w:rPr>
              <w:t>digerabile</w:t>
            </w:r>
            <w:proofErr w:type="spellEnd"/>
            <w:r w:rsidRPr="0025334A">
              <w:rPr>
                <w:sz w:val="22"/>
                <w:szCs w:val="28"/>
              </w:rPr>
              <w:t>.</w:t>
            </w:r>
          </w:p>
        </w:tc>
      </w:tr>
      <w:tr w:rsidR="0025334A" w:rsidRPr="0025334A" w14:paraId="4E23B3BD" w14:textId="77777777" w:rsidTr="0025334A">
        <w:trPr>
          <w:jc w:val="center"/>
        </w:trPr>
        <w:tc>
          <w:tcPr>
            <w:tcW w:w="1384" w:type="dxa"/>
            <w:vAlign w:val="center"/>
          </w:tcPr>
          <w:p w14:paraId="4E3A921C" w14:textId="77777777" w:rsidR="000C4CB5" w:rsidRPr="0025334A" w:rsidRDefault="004E746A">
            <w:pPr>
              <w:ind w:firstLine="0"/>
              <w:jc w:val="left"/>
              <w:rPr>
                <w:sz w:val="22"/>
                <w:szCs w:val="28"/>
              </w:rPr>
            </w:pPr>
            <w:proofErr w:type="spellStart"/>
            <w:r w:rsidRPr="0025334A">
              <w:rPr>
                <w:sz w:val="22"/>
                <w:szCs w:val="28"/>
              </w:rPr>
              <w:t>Pâine</w:t>
            </w:r>
            <w:proofErr w:type="spellEnd"/>
          </w:p>
        </w:tc>
        <w:tc>
          <w:tcPr>
            <w:tcW w:w="4326" w:type="dxa"/>
            <w:vAlign w:val="center"/>
          </w:tcPr>
          <w:p w14:paraId="380426CC" w14:textId="77777777" w:rsidR="000C4CB5" w:rsidRPr="0025334A" w:rsidRDefault="004E746A">
            <w:pPr>
              <w:ind w:firstLine="0"/>
              <w:jc w:val="left"/>
              <w:rPr>
                <w:sz w:val="22"/>
                <w:szCs w:val="28"/>
              </w:rPr>
            </w:pPr>
            <w:proofErr w:type="spellStart"/>
            <w:r w:rsidRPr="0025334A">
              <w:rPr>
                <w:sz w:val="22"/>
                <w:szCs w:val="28"/>
              </w:rPr>
              <w:t>Cantitate</w:t>
            </w:r>
            <w:proofErr w:type="spellEnd"/>
            <w:r w:rsidRPr="0025334A">
              <w:rPr>
                <w:sz w:val="22"/>
                <w:szCs w:val="28"/>
              </w:rPr>
              <w:t xml:space="preserve"> conform </w:t>
            </w:r>
            <w:proofErr w:type="spellStart"/>
            <w:r w:rsidRPr="0025334A">
              <w:rPr>
                <w:sz w:val="22"/>
                <w:szCs w:val="28"/>
              </w:rPr>
              <w:t>meniului</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categoriei</w:t>
            </w:r>
            <w:proofErr w:type="spellEnd"/>
          </w:p>
        </w:tc>
        <w:tc>
          <w:tcPr>
            <w:tcW w:w="0" w:type="auto"/>
            <w:vAlign w:val="center"/>
          </w:tcPr>
          <w:p w14:paraId="125125CC" w14:textId="77777777" w:rsidR="000C4CB5" w:rsidRPr="0025334A" w:rsidRDefault="004E746A">
            <w:pPr>
              <w:ind w:firstLine="0"/>
              <w:jc w:val="left"/>
              <w:rPr>
                <w:sz w:val="22"/>
                <w:szCs w:val="28"/>
              </w:rPr>
            </w:pPr>
            <w:proofErr w:type="spellStart"/>
            <w:r w:rsidRPr="0025334A">
              <w:rPr>
                <w:sz w:val="22"/>
                <w:szCs w:val="28"/>
              </w:rPr>
              <w:t>Proaspătă</w:t>
            </w:r>
            <w:proofErr w:type="spellEnd"/>
            <w:r w:rsidRPr="0025334A">
              <w:rPr>
                <w:sz w:val="22"/>
                <w:szCs w:val="28"/>
              </w:rPr>
              <w:t xml:space="preserve">, </w:t>
            </w:r>
            <w:proofErr w:type="spellStart"/>
            <w:r w:rsidRPr="0025334A">
              <w:rPr>
                <w:sz w:val="22"/>
                <w:szCs w:val="28"/>
              </w:rPr>
              <w:t>protejată</w:t>
            </w:r>
            <w:proofErr w:type="spellEnd"/>
            <w:r w:rsidRPr="0025334A">
              <w:rPr>
                <w:sz w:val="22"/>
                <w:szCs w:val="28"/>
              </w:rPr>
              <w:t xml:space="preserve">, </w:t>
            </w:r>
            <w:proofErr w:type="spellStart"/>
            <w:r w:rsidRPr="0025334A">
              <w:rPr>
                <w:sz w:val="22"/>
                <w:szCs w:val="28"/>
              </w:rPr>
              <w:t>adaptată</w:t>
            </w:r>
            <w:proofErr w:type="spellEnd"/>
            <w:r w:rsidRPr="0025334A">
              <w:rPr>
                <w:sz w:val="22"/>
                <w:szCs w:val="28"/>
              </w:rPr>
              <w:t xml:space="preserve"> </w:t>
            </w:r>
            <w:proofErr w:type="spellStart"/>
            <w:r w:rsidRPr="0025334A">
              <w:rPr>
                <w:sz w:val="22"/>
                <w:szCs w:val="28"/>
              </w:rPr>
              <w:t>regimului</w:t>
            </w:r>
            <w:proofErr w:type="spellEnd"/>
            <w:r w:rsidRPr="0025334A">
              <w:rPr>
                <w:sz w:val="22"/>
                <w:szCs w:val="28"/>
              </w:rPr>
              <w:t xml:space="preserve"> </w:t>
            </w:r>
            <w:proofErr w:type="spellStart"/>
            <w:r w:rsidRPr="0025334A">
              <w:rPr>
                <w:sz w:val="22"/>
                <w:szCs w:val="28"/>
              </w:rPr>
              <w:t>și</w:t>
            </w:r>
            <w:proofErr w:type="spellEnd"/>
            <w:r w:rsidRPr="0025334A">
              <w:rPr>
                <w:sz w:val="22"/>
                <w:szCs w:val="28"/>
              </w:rPr>
              <w:t xml:space="preserve"> </w:t>
            </w:r>
            <w:proofErr w:type="spellStart"/>
            <w:r w:rsidRPr="0025334A">
              <w:rPr>
                <w:sz w:val="22"/>
                <w:szCs w:val="28"/>
              </w:rPr>
              <w:t>consumului</w:t>
            </w:r>
            <w:proofErr w:type="spellEnd"/>
            <w:r w:rsidRPr="0025334A">
              <w:rPr>
                <w:sz w:val="22"/>
                <w:szCs w:val="28"/>
              </w:rPr>
              <w:t xml:space="preserve"> real.</w:t>
            </w:r>
          </w:p>
        </w:tc>
      </w:tr>
    </w:tbl>
    <w:p w14:paraId="5721EECD" w14:textId="77777777" w:rsidR="000C4CB5" w:rsidRPr="0025334A" w:rsidRDefault="004E746A" w:rsidP="00CA14FF">
      <w:pPr>
        <w:spacing w:after="50" w:line="247" w:lineRule="auto"/>
      </w:pPr>
      <w:proofErr w:type="spellStart"/>
      <w:r w:rsidRPr="0025334A">
        <w:t>Gramajele</w:t>
      </w:r>
      <w:proofErr w:type="spellEnd"/>
      <w:r w:rsidRPr="0025334A">
        <w:t xml:space="preserve"> </w:t>
      </w:r>
      <w:proofErr w:type="spellStart"/>
      <w:r w:rsidRPr="0025334A">
        <w:t>exacte</w:t>
      </w:r>
      <w:proofErr w:type="spellEnd"/>
      <w:r w:rsidRPr="0025334A">
        <w:t xml:space="preserve"> sunt </w:t>
      </w:r>
      <w:proofErr w:type="spellStart"/>
      <w:r w:rsidRPr="0025334A">
        <w:t>cele</w:t>
      </w:r>
      <w:proofErr w:type="spellEnd"/>
      <w:r w:rsidRPr="0025334A">
        <w:t xml:space="preserve"> din </w:t>
      </w:r>
      <w:proofErr w:type="spellStart"/>
      <w:r w:rsidRPr="0025334A">
        <w:t>meniul</w:t>
      </w:r>
      <w:proofErr w:type="spellEnd"/>
      <w:r w:rsidRPr="0025334A">
        <w:t xml:space="preserve"> </w:t>
      </w:r>
      <w:proofErr w:type="spellStart"/>
      <w:r w:rsidRPr="0025334A">
        <w:t>aprobat</w:t>
      </w:r>
      <w:proofErr w:type="spellEnd"/>
      <w:r w:rsidRPr="0025334A">
        <w:t xml:space="preserve"> </w:t>
      </w:r>
      <w:proofErr w:type="spellStart"/>
      <w:r w:rsidRPr="0025334A">
        <w:t>și</w:t>
      </w:r>
      <w:proofErr w:type="spellEnd"/>
      <w:r w:rsidRPr="0025334A">
        <w:t xml:space="preserve"> </w:t>
      </w:r>
      <w:proofErr w:type="spellStart"/>
      <w:r w:rsidRPr="0025334A">
        <w:t>fișele</w:t>
      </w:r>
      <w:proofErr w:type="spellEnd"/>
      <w:r w:rsidRPr="0025334A">
        <w:t xml:space="preserve"> </w:t>
      </w:r>
      <w:proofErr w:type="spellStart"/>
      <w:r w:rsidRPr="0025334A">
        <w:t>tehnologice</w:t>
      </w:r>
      <w:proofErr w:type="spellEnd"/>
      <w:r w:rsidRPr="0025334A">
        <w:t xml:space="preserve">. </w:t>
      </w:r>
      <w:proofErr w:type="spellStart"/>
      <w:r w:rsidRPr="0025334A">
        <w:t>Reperul</w:t>
      </w:r>
      <w:proofErr w:type="spellEnd"/>
      <w:r w:rsidRPr="0025334A">
        <w:t xml:space="preserve"> de 300–400 g </w:t>
      </w:r>
      <w:proofErr w:type="spellStart"/>
      <w:r w:rsidRPr="0025334A">
        <w:t>pentru</w:t>
      </w:r>
      <w:proofErr w:type="spellEnd"/>
      <w:r w:rsidRPr="0025334A">
        <w:t xml:space="preserve"> </w:t>
      </w:r>
      <w:proofErr w:type="spellStart"/>
      <w:r w:rsidRPr="0025334A">
        <w:t>felul</w:t>
      </w:r>
      <w:proofErr w:type="spellEnd"/>
      <w:r w:rsidRPr="0025334A">
        <w:t xml:space="preserve"> I </w:t>
      </w:r>
      <w:proofErr w:type="spellStart"/>
      <w:r w:rsidRPr="0025334A">
        <w:t>și</w:t>
      </w:r>
      <w:proofErr w:type="spellEnd"/>
      <w:r w:rsidRPr="0025334A">
        <w:t xml:space="preserve"> </w:t>
      </w:r>
      <w:proofErr w:type="spellStart"/>
      <w:r w:rsidRPr="0025334A">
        <w:t>alte</w:t>
      </w:r>
      <w:proofErr w:type="spellEnd"/>
      <w:r w:rsidRPr="0025334A">
        <w:t xml:space="preserve"> </w:t>
      </w:r>
      <w:proofErr w:type="spellStart"/>
      <w:r w:rsidRPr="0025334A">
        <w:t>repere</w:t>
      </w:r>
      <w:proofErr w:type="spellEnd"/>
      <w:r w:rsidRPr="0025334A">
        <w:t xml:space="preserve"> din </w:t>
      </w:r>
      <w:proofErr w:type="spellStart"/>
      <w:r w:rsidRPr="0025334A">
        <w:t>această</w:t>
      </w:r>
      <w:proofErr w:type="spellEnd"/>
      <w:r w:rsidRPr="0025334A">
        <w:t xml:space="preserve"> </w:t>
      </w:r>
      <w:proofErr w:type="spellStart"/>
      <w:r w:rsidRPr="0025334A">
        <w:t>anexă</w:t>
      </w:r>
      <w:proofErr w:type="spellEnd"/>
      <w:r w:rsidRPr="0025334A">
        <w:t xml:space="preserve"> nu </w:t>
      </w:r>
      <w:proofErr w:type="spellStart"/>
      <w:r w:rsidRPr="0025334A">
        <w:t>înlocuiesc</w:t>
      </w:r>
      <w:proofErr w:type="spellEnd"/>
      <w:r w:rsidRPr="0025334A">
        <w:t xml:space="preserve"> </w:t>
      </w:r>
      <w:proofErr w:type="spellStart"/>
      <w:r w:rsidRPr="0025334A">
        <w:t>adaptarea</w:t>
      </w:r>
      <w:proofErr w:type="spellEnd"/>
      <w:r w:rsidRPr="0025334A">
        <w:t xml:space="preserve"> </w:t>
      </w:r>
      <w:proofErr w:type="spellStart"/>
      <w:r w:rsidRPr="0025334A">
        <w:t>pentru</w:t>
      </w:r>
      <w:proofErr w:type="spellEnd"/>
      <w:r w:rsidRPr="0025334A">
        <w:t xml:space="preserve"> </w:t>
      </w:r>
      <w:proofErr w:type="spellStart"/>
      <w:r w:rsidRPr="0025334A">
        <w:t>copii</w:t>
      </w:r>
      <w:proofErr w:type="spellEnd"/>
      <w:r w:rsidRPr="0025334A">
        <w:t xml:space="preserve">, </w:t>
      </w:r>
      <w:proofErr w:type="spellStart"/>
      <w:r w:rsidRPr="0025334A">
        <w:t>regimuri</w:t>
      </w:r>
      <w:proofErr w:type="spellEnd"/>
      <w:r w:rsidRPr="0025334A">
        <w:t xml:space="preserve"> </w:t>
      </w:r>
      <w:proofErr w:type="spellStart"/>
      <w:r w:rsidRPr="0025334A">
        <w:t>și</w:t>
      </w:r>
      <w:proofErr w:type="spellEnd"/>
      <w:r w:rsidRPr="0025334A">
        <w:t xml:space="preserve"> </w:t>
      </w:r>
      <w:proofErr w:type="spellStart"/>
      <w:r w:rsidRPr="0025334A">
        <w:t>texturi</w:t>
      </w:r>
      <w:proofErr w:type="spellEnd"/>
      <w:r w:rsidRPr="0025334A">
        <w:t xml:space="preserve"> </w:t>
      </w:r>
      <w:proofErr w:type="spellStart"/>
      <w:r w:rsidRPr="0025334A">
        <w:t>speciale</w:t>
      </w:r>
      <w:proofErr w:type="spellEnd"/>
      <w:r w:rsidRPr="0025334A">
        <w:t>.</w:t>
      </w:r>
    </w:p>
    <w:p w14:paraId="498FE26E" w14:textId="77777777" w:rsidR="00CA14FF" w:rsidRPr="00CA14FF" w:rsidRDefault="00CA14FF" w:rsidP="00CA14FF">
      <w:pPr>
        <w:spacing w:after="50" w:line="247" w:lineRule="auto"/>
        <w:rPr>
          <w:lang w:val="ro-RO"/>
        </w:rPr>
      </w:pPr>
      <w:r w:rsidRPr="00CA14FF">
        <w:rPr>
          <w:lang w:val="ro-RO"/>
        </w:rPr>
        <w:t>Diversificarea se realizează prin alternarea surselor proteice, garniturilor, legumelor, fructelor, produselor lactate și metodelor de preparare. Repetarea aceluiași preparat într-un interval scurt se limitează, iar mesele consecutive au o structură diferită.</w:t>
      </w:r>
    </w:p>
    <w:p w14:paraId="2FEE7E1D" w14:textId="77777777" w:rsidR="00CA14FF" w:rsidRPr="00CA14FF" w:rsidRDefault="00CA14FF" w:rsidP="00CA14FF">
      <w:pPr>
        <w:spacing w:after="50" w:line="247" w:lineRule="auto"/>
        <w:rPr>
          <w:lang w:val="ro-RO"/>
        </w:rPr>
      </w:pPr>
      <w:r w:rsidRPr="00CA14FF">
        <w:rPr>
          <w:lang w:val="ro-RO"/>
        </w:rPr>
        <w:t>Pentru regimurile speciale, ingredientele și tehnologia se adaptează recomandării comunicate. Pentru beneficiarii cu alergii, intoleranțe sau nevoi de textură, porțiile sunt pregătite și identificate distinct.</w:t>
      </w:r>
    </w:p>
    <w:p w14:paraId="4BD314D3" w14:textId="77777777" w:rsidR="000C4CB5" w:rsidRPr="0025334A" w:rsidRDefault="004E746A">
      <w:pPr>
        <w:spacing w:after="50" w:line="247" w:lineRule="auto"/>
      </w:pPr>
      <w:r w:rsidRPr="0025334A">
        <w:br w:type="page"/>
      </w:r>
    </w:p>
    <w:p w14:paraId="7BD2C122" w14:textId="52DDBFA8" w:rsidR="000C4CB5" w:rsidRPr="0008632F" w:rsidRDefault="004E746A" w:rsidP="0025334A">
      <w:pPr>
        <w:pStyle w:val="Heading1"/>
        <w:rPr>
          <w:highlight w:val="yellow"/>
        </w:rPr>
      </w:pPr>
      <w:bookmarkStart w:id="79" w:name="_Toc242951517"/>
      <w:r w:rsidRPr="0008632F">
        <w:rPr>
          <w:highlight w:val="yellow"/>
        </w:rPr>
        <w:lastRenderedPageBreak/>
        <w:t>ANEXA NR. 5 –</w:t>
      </w:r>
      <w:r w:rsidR="0008632F">
        <w:rPr>
          <w:highlight w:val="yellow"/>
        </w:rPr>
        <w:t xml:space="preserve"> </w:t>
      </w:r>
      <w:r w:rsidR="00CA14FF" w:rsidRPr="0008632F">
        <w:rPr>
          <w:bCs/>
          <w:highlight w:val="yellow"/>
        </w:rPr>
        <w:t>MODEL DE MENIU SĂPTĂMÂNAL</w:t>
      </w:r>
      <w:bookmarkEnd w:id="79"/>
    </w:p>
    <w:p w14:paraId="6E029C8D" w14:textId="77777777" w:rsidR="000C4CB5" w:rsidRDefault="000C4CB5">
      <w:pPr>
        <w:spacing w:after="50" w:line="247" w:lineRule="auto"/>
        <w:ind w:firstLine="0"/>
      </w:pPr>
    </w:p>
    <w:tbl>
      <w:tblPr>
        <w:tblStyle w:val="TableGrid"/>
        <w:tblW w:w="0" w:type="auto"/>
        <w:tblLook w:val="04A0" w:firstRow="1" w:lastRow="0" w:firstColumn="1" w:lastColumn="0" w:noHBand="0" w:noVBand="1"/>
      </w:tblPr>
      <w:tblGrid>
        <w:gridCol w:w="1084"/>
        <w:gridCol w:w="1176"/>
        <w:gridCol w:w="1225"/>
        <w:gridCol w:w="2150"/>
        <w:gridCol w:w="1310"/>
        <w:gridCol w:w="1084"/>
        <w:gridCol w:w="1927"/>
      </w:tblGrid>
      <w:tr w:rsidR="00416389" w:rsidRPr="00330EFD" w14:paraId="43B6C857" w14:textId="77777777" w:rsidTr="006B3867">
        <w:tc>
          <w:tcPr>
            <w:tcW w:w="0" w:type="auto"/>
            <w:hideMark/>
          </w:tcPr>
          <w:p w14:paraId="78162416" w14:textId="77777777" w:rsidR="00416389" w:rsidRPr="00330EFD" w:rsidRDefault="00416389" w:rsidP="006B3867">
            <w:pPr>
              <w:spacing w:after="50" w:line="247" w:lineRule="auto"/>
              <w:ind w:firstLine="0"/>
              <w:jc w:val="center"/>
              <w:rPr>
                <w:b/>
                <w:bCs/>
                <w:sz w:val="22"/>
                <w:szCs w:val="20"/>
                <w:lang w:val="ro-RO"/>
              </w:rPr>
            </w:pPr>
            <w:r w:rsidRPr="00330EFD">
              <w:rPr>
                <w:b/>
                <w:bCs/>
                <w:sz w:val="22"/>
                <w:szCs w:val="20"/>
                <w:lang w:val="ro-RO"/>
              </w:rPr>
              <w:t>Zi</w:t>
            </w:r>
          </w:p>
        </w:tc>
        <w:tc>
          <w:tcPr>
            <w:tcW w:w="0" w:type="auto"/>
            <w:hideMark/>
          </w:tcPr>
          <w:p w14:paraId="04735DE0" w14:textId="77777777" w:rsidR="00416389" w:rsidRPr="00330EFD" w:rsidRDefault="00416389" w:rsidP="006B3867">
            <w:pPr>
              <w:spacing w:after="50" w:line="247" w:lineRule="auto"/>
              <w:ind w:firstLine="0"/>
              <w:jc w:val="center"/>
              <w:rPr>
                <w:b/>
                <w:bCs/>
                <w:sz w:val="22"/>
                <w:szCs w:val="20"/>
                <w:lang w:val="ro-RO"/>
              </w:rPr>
            </w:pPr>
            <w:r w:rsidRPr="00330EFD">
              <w:rPr>
                <w:b/>
                <w:bCs/>
                <w:sz w:val="22"/>
                <w:szCs w:val="20"/>
                <w:lang w:val="ro-RO"/>
              </w:rPr>
              <w:t>Mic dejun</w:t>
            </w:r>
          </w:p>
        </w:tc>
        <w:tc>
          <w:tcPr>
            <w:tcW w:w="0" w:type="auto"/>
            <w:hideMark/>
          </w:tcPr>
          <w:p w14:paraId="58E513D8" w14:textId="77777777" w:rsidR="00416389" w:rsidRPr="00330EFD" w:rsidRDefault="00416389" w:rsidP="006B3867">
            <w:pPr>
              <w:spacing w:after="50" w:line="247" w:lineRule="auto"/>
              <w:ind w:firstLine="0"/>
              <w:jc w:val="center"/>
              <w:rPr>
                <w:b/>
                <w:bCs/>
                <w:sz w:val="22"/>
                <w:szCs w:val="20"/>
                <w:lang w:val="ro-RO"/>
              </w:rPr>
            </w:pPr>
            <w:r w:rsidRPr="00330EFD">
              <w:rPr>
                <w:b/>
                <w:bCs/>
                <w:sz w:val="22"/>
                <w:szCs w:val="20"/>
                <w:lang w:val="ro-RO"/>
              </w:rPr>
              <w:t>Gustarea I</w:t>
            </w:r>
          </w:p>
        </w:tc>
        <w:tc>
          <w:tcPr>
            <w:tcW w:w="0" w:type="auto"/>
            <w:hideMark/>
          </w:tcPr>
          <w:p w14:paraId="67372B85" w14:textId="77777777" w:rsidR="00416389" w:rsidRPr="00330EFD" w:rsidRDefault="00416389" w:rsidP="006B3867">
            <w:pPr>
              <w:spacing w:after="50" w:line="247" w:lineRule="auto"/>
              <w:ind w:firstLine="0"/>
              <w:jc w:val="center"/>
              <w:rPr>
                <w:b/>
                <w:bCs/>
                <w:sz w:val="22"/>
                <w:szCs w:val="20"/>
                <w:lang w:val="ro-RO"/>
              </w:rPr>
            </w:pPr>
            <w:r w:rsidRPr="00330EFD">
              <w:rPr>
                <w:b/>
                <w:bCs/>
                <w:sz w:val="22"/>
                <w:szCs w:val="20"/>
                <w:lang w:val="ro-RO"/>
              </w:rPr>
              <w:t>Prânz</w:t>
            </w:r>
          </w:p>
        </w:tc>
        <w:tc>
          <w:tcPr>
            <w:tcW w:w="0" w:type="auto"/>
            <w:hideMark/>
          </w:tcPr>
          <w:p w14:paraId="4A8D764A" w14:textId="77777777" w:rsidR="00416389" w:rsidRPr="00330EFD" w:rsidRDefault="00416389" w:rsidP="006B3867">
            <w:pPr>
              <w:spacing w:after="50" w:line="247" w:lineRule="auto"/>
              <w:ind w:firstLine="0"/>
              <w:jc w:val="center"/>
              <w:rPr>
                <w:b/>
                <w:bCs/>
                <w:sz w:val="22"/>
                <w:szCs w:val="20"/>
                <w:lang w:val="ro-RO"/>
              </w:rPr>
            </w:pPr>
            <w:r w:rsidRPr="00330EFD">
              <w:rPr>
                <w:b/>
                <w:bCs/>
                <w:sz w:val="22"/>
                <w:szCs w:val="20"/>
                <w:lang w:val="ro-RO"/>
              </w:rPr>
              <w:t>Gustarea II</w:t>
            </w:r>
          </w:p>
        </w:tc>
        <w:tc>
          <w:tcPr>
            <w:tcW w:w="0" w:type="auto"/>
            <w:hideMark/>
          </w:tcPr>
          <w:p w14:paraId="2FFFE115" w14:textId="77777777" w:rsidR="00416389" w:rsidRPr="00330EFD" w:rsidRDefault="00416389" w:rsidP="006B3867">
            <w:pPr>
              <w:spacing w:after="50" w:line="247" w:lineRule="auto"/>
              <w:ind w:firstLine="0"/>
              <w:jc w:val="center"/>
              <w:rPr>
                <w:b/>
                <w:bCs/>
                <w:sz w:val="22"/>
                <w:szCs w:val="20"/>
                <w:lang w:val="ro-RO"/>
              </w:rPr>
            </w:pPr>
            <w:r w:rsidRPr="00330EFD">
              <w:rPr>
                <w:b/>
                <w:bCs/>
                <w:sz w:val="22"/>
                <w:szCs w:val="20"/>
                <w:lang w:val="ro-RO"/>
              </w:rPr>
              <w:t>Cină</w:t>
            </w:r>
          </w:p>
        </w:tc>
        <w:tc>
          <w:tcPr>
            <w:tcW w:w="0" w:type="auto"/>
            <w:hideMark/>
          </w:tcPr>
          <w:p w14:paraId="066AA133" w14:textId="77777777" w:rsidR="00416389" w:rsidRPr="00330EFD" w:rsidRDefault="00416389" w:rsidP="006B3867">
            <w:pPr>
              <w:spacing w:after="50" w:line="247" w:lineRule="auto"/>
              <w:ind w:firstLine="0"/>
              <w:jc w:val="center"/>
              <w:rPr>
                <w:b/>
                <w:bCs/>
                <w:sz w:val="22"/>
                <w:szCs w:val="20"/>
                <w:lang w:val="ro-RO"/>
              </w:rPr>
            </w:pPr>
            <w:r w:rsidRPr="00330EFD">
              <w:rPr>
                <w:b/>
                <w:bCs/>
                <w:sz w:val="22"/>
                <w:szCs w:val="20"/>
                <w:lang w:val="ro-RO"/>
              </w:rPr>
              <w:t>Regim / observații</w:t>
            </w:r>
          </w:p>
        </w:tc>
      </w:tr>
      <w:tr w:rsidR="00416389" w:rsidRPr="00330EFD" w14:paraId="655D7EA0" w14:textId="77777777" w:rsidTr="006B3867">
        <w:tc>
          <w:tcPr>
            <w:tcW w:w="0" w:type="auto"/>
            <w:hideMark/>
          </w:tcPr>
          <w:p w14:paraId="56308EE4" w14:textId="77777777" w:rsidR="00416389" w:rsidRPr="00330EFD" w:rsidRDefault="00416389" w:rsidP="006B3867">
            <w:pPr>
              <w:spacing w:after="50" w:line="247" w:lineRule="auto"/>
              <w:ind w:firstLine="0"/>
              <w:rPr>
                <w:sz w:val="22"/>
                <w:szCs w:val="20"/>
                <w:lang w:val="ro-RO"/>
              </w:rPr>
            </w:pPr>
            <w:r w:rsidRPr="00330EFD">
              <w:rPr>
                <w:sz w:val="22"/>
                <w:szCs w:val="20"/>
                <w:lang w:val="ro-RO"/>
              </w:rPr>
              <w:t>Luni</w:t>
            </w:r>
          </w:p>
        </w:tc>
        <w:tc>
          <w:tcPr>
            <w:tcW w:w="0" w:type="auto"/>
            <w:hideMark/>
          </w:tcPr>
          <w:p w14:paraId="1FE6A024" w14:textId="77777777" w:rsidR="00416389" w:rsidRPr="00330EFD" w:rsidRDefault="00416389" w:rsidP="006B3867">
            <w:pPr>
              <w:spacing w:after="50" w:line="247" w:lineRule="auto"/>
              <w:ind w:firstLine="0"/>
              <w:rPr>
                <w:sz w:val="22"/>
                <w:szCs w:val="20"/>
                <w:lang w:val="ro-RO"/>
              </w:rPr>
            </w:pPr>
            <w:r w:rsidRPr="00330EFD">
              <w:rPr>
                <w:sz w:val="22"/>
                <w:szCs w:val="20"/>
                <w:lang w:val="ro-RO"/>
              </w:rPr>
              <w:t>[preparat]</w:t>
            </w:r>
          </w:p>
        </w:tc>
        <w:tc>
          <w:tcPr>
            <w:tcW w:w="0" w:type="auto"/>
            <w:hideMark/>
          </w:tcPr>
          <w:p w14:paraId="6D9A3A5A" w14:textId="77777777" w:rsidR="00416389" w:rsidRPr="00330EFD" w:rsidRDefault="00416389" w:rsidP="006B3867">
            <w:pPr>
              <w:spacing w:after="50" w:line="247" w:lineRule="auto"/>
              <w:ind w:firstLine="0"/>
              <w:rPr>
                <w:sz w:val="22"/>
                <w:szCs w:val="20"/>
                <w:lang w:val="ro-RO"/>
              </w:rPr>
            </w:pPr>
            <w:r w:rsidRPr="00330EFD">
              <w:rPr>
                <w:sz w:val="22"/>
                <w:szCs w:val="20"/>
                <w:lang w:val="ro-RO"/>
              </w:rPr>
              <w:t>[produs]</w:t>
            </w:r>
          </w:p>
        </w:tc>
        <w:tc>
          <w:tcPr>
            <w:tcW w:w="0" w:type="auto"/>
            <w:hideMark/>
          </w:tcPr>
          <w:p w14:paraId="50BD6E27" w14:textId="77777777" w:rsidR="00416389" w:rsidRPr="00330EFD" w:rsidRDefault="00416389" w:rsidP="006B3867">
            <w:pPr>
              <w:spacing w:after="50" w:line="247" w:lineRule="auto"/>
              <w:ind w:firstLine="0"/>
              <w:rPr>
                <w:sz w:val="22"/>
                <w:szCs w:val="20"/>
                <w:lang w:val="ro-RO"/>
              </w:rPr>
            </w:pPr>
            <w:r w:rsidRPr="00330EFD">
              <w:rPr>
                <w:sz w:val="22"/>
                <w:szCs w:val="20"/>
                <w:lang w:val="ro-RO"/>
              </w:rPr>
              <w:t>[fel I + fel II + desert]</w:t>
            </w:r>
          </w:p>
        </w:tc>
        <w:tc>
          <w:tcPr>
            <w:tcW w:w="0" w:type="auto"/>
            <w:hideMark/>
          </w:tcPr>
          <w:p w14:paraId="0E37B7E5" w14:textId="77777777" w:rsidR="00416389" w:rsidRPr="00330EFD" w:rsidRDefault="00416389" w:rsidP="006B3867">
            <w:pPr>
              <w:spacing w:after="50" w:line="247" w:lineRule="auto"/>
              <w:ind w:firstLine="0"/>
              <w:rPr>
                <w:sz w:val="22"/>
                <w:szCs w:val="20"/>
                <w:lang w:val="ro-RO"/>
              </w:rPr>
            </w:pPr>
            <w:r w:rsidRPr="00330EFD">
              <w:rPr>
                <w:sz w:val="22"/>
                <w:szCs w:val="20"/>
                <w:lang w:val="ro-RO"/>
              </w:rPr>
              <w:t>[produs]</w:t>
            </w:r>
          </w:p>
        </w:tc>
        <w:tc>
          <w:tcPr>
            <w:tcW w:w="0" w:type="auto"/>
            <w:hideMark/>
          </w:tcPr>
          <w:p w14:paraId="0A968AFC" w14:textId="77777777" w:rsidR="00416389" w:rsidRPr="00330EFD" w:rsidRDefault="00416389" w:rsidP="006B3867">
            <w:pPr>
              <w:spacing w:after="50" w:line="247" w:lineRule="auto"/>
              <w:ind w:firstLine="0"/>
              <w:rPr>
                <w:sz w:val="22"/>
                <w:szCs w:val="20"/>
                <w:lang w:val="ro-RO"/>
              </w:rPr>
            </w:pPr>
            <w:r w:rsidRPr="00330EFD">
              <w:rPr>
                <w:sz w:val="22"/>
                <w:szCs w:val="20"/>
                <w:lang w:val="ro-RO"/>
              </w:rPr>
              <w:t>[preparat]</w:t>
            </w:r>
          </w:p>
        </w:tc>
        <w:tc>
          <w:tcPr>
            <w:tcW w:w="0" w:type="auto"/>
            <w:hideMark/>
          </w:tcPr>
          <w:p w14:paraId="4C5EA144" w14:textId="77777777" w:rsidR="00416389" w:rsidRPr="00330EFD" w:rsidRDefault="00416389" w:rsidP="006B3867">
            <w:pPr>
              <w:spacing w:after="50" w:line="247" w:lineRule="auto"/>
              <w:ind w:firstLine="0"/>
              <w:rPr>
                <w:sz w:val="22"/>
                <w:szCs w:val="20"/>
                <w:lang w:val="ro-RO"/>
              </w:rPr>
            </w:pPr>
            <w:r w:rsidRPr="00330EFD">
              <w:rPr>
                <w:sz w:val="22"/>
                <w:szCs w:val="20"/>
                <w:lang w:val="ro-RO"/>
              </w:rPr>
              <w:t>[regim/alergeni]</w:t>
            </w:r>
          </w:p>
        </w:tc>
      </w:tr>
      <w:tr w:rsidR="00416389" w:rsidRPr="00330EFD" w14:paraId="395E78E7" w14:textId="77777777" w:rsidTr="006B3867">
        <w:tc>
          <w:tcPr>
            <w:tcW w:w="0" w:type="auto"/>
            <w:hideMark/>
          </w:tcPr>
          <w:p w14:paraId="4ECFA08F" w14:textId="77777777" w:rsidR="00416389" w:rsidRPr="00330EFD" w:rsidRDefault="00416389" w:rsidP="006B3867">
            <w:pPr>
              <w:spacing w:after="50" w:line="247" w:lineRule="auto"/>
              <w:ind w:firstLine="0"/>
              <w:rPr>
                <w:sz w:val="22"/>
                <w:szCs w:val="20"/>
                <w:lang w:val="ro-RO"/>
              </w:rPr>
            </w:pPr>
            <w:r w:rsidRPr="00330EFD">
              <w:rPr>
                <w:sz w:val="22"/>
                <w:szCs w:val="20"/>
                <w:lang w:val="ro-RO"/>
              </w:rPr>
              <w:t>Marți</w:t>
            </w:r>
          </w:p>
        </w:tc>
        <w:tc>
          <w:tcPr>
            <w:tcW w:w="0" w:type="auto"/>
            <w:hideMark/>
          </w:tcPr>
          <w:p w14:paraId="0E4F5F06" w14:textId="77777777" w:rsidR="00416389" w:rsidRPr="00330EFD" w:rsidRDefault="00416389" w:rsidP="006B3867">
            <w:pPr>
              <w:spacing w:after="50" w:line="247" w:lineRule="auto"/>
              <w:ind w:firstLine="0"/>
              <w:rPr>
                <w:sz w:val="22"/>
                <w:szCs w:val="20"/>
                <w:lang w:val="ro-RO"/>
              </w:rPr>
            </w:pPr>
          </w:p>
        </w:tc>
        <w:tc>
          <w:tcPr>
            <w:tcW w:w="0" w:type="auto"/>
            <w:hideMark/>
          </w:tcPr>
          <w:p w14:paraId="15FD3130" w14:textId="77777777" w:rsidR="00416389" w:rsidRPr="00330EFD" w:rsidRDefault="00416389" w:rsidP="006B3867">
            <w:pPr>
              <w:spacing w:after="50" w:line="247" w:lineRule="auto"/>
              <w:ind w:firstLine="0"/>
              <w:rPr>
                <w:sz w:val="22"/>
                <w:szCs w:val="20"/>
                <w:lang w:val="ro-RO"/>
              </w:rPr>
            </w:pPr>
          </w:p>
        </w:tc>
        <w:tc>
          <w:tcPr>
            <w:tcW w:w="0" w:type="auto"/>
            <w:hideMark/>
          </w:tcPr>
          <w:p w14:paraId="2D54C745" w14:textId="77777777" w:rsidR="00416389" w:rsidRPr="00330EFD" w:rsidRDefault="00416389" w:rsidP="006B3867">
            <w:pPr>
              <w:spacing w:after="50" w:line="247" w:lineRule="auto"/>
              <w:ind w:firstLine="0"/>
              <w:rPr>
                <w:sz w:val="22"/>
                <w:szCs w:val="20"/>
                <w:lang w:val="ro-RO"/>
              </w:rPr>
            </w:pPr>
          </w:p>
        </w:tc>
        <w:tc>
          <w:tcPr>
            <w:tcW w:w="0" w:type="auto"/>
            <w:hideMark/>
          </w:tcPr>
          <w:p w14:paraId="286D6AD3" w14:textId="77777777" w:rsidR="00416389" w:rsidRPr="00330EFD" w:rsidRDefault="00416389" w:rsidP="006B3867">
            <w:pPr>
              <w:spacing w:after="50" w:line="247" w:lineRule="auto"/>
              <w:ind w:firstLine="0"/>
              <w:rPr>
                <w:sz w:val="22"/>
                <w:szCs w:val="20"/>
                <w:lang w:val="ro-RO"/>
              </w:rPr>
            </w:pPr>
          </w:p>
        </w:tc>
        <w:tc>
          <w:tcPr>
            <w:tcW w:w="0" w:type="auto"/>
            <w:hideMark/>
          </w:tcPr>
          <w:p w14:paraId="08A7E271" w14:textId="77777777" w:rsidR="00416389" w:rsidRPr="00330EFD" w:rsidRDefault="00416389" w:rsidP="006B3867">
            <w:pPr>
              <w:spacing w:after="50" w:line="247" w:lineRule="auto"/>
              <w:ind w:firstLine="0"/>
              <w:rPr>
                <w:sz w:val="22"/>
                <w:szCs w:val="20"/>
                <w:lang w:val="ro-RO"/>
              </w:rPr>
            </w:pPr>
          </w:p>
        </w:tc>
        <w:tc>
          <w:tcPr>
            <w:tcW w:w="0" w:type="auto"/>
            <w:hideMark/>
          </w:tcPr>
          <w:p w14:paraId="2BA6CEF6" w14:textId="77777777" w:rsidR="00416389" w:rsidRPr="00330EFD" w:rsidRDefault="00416389" w:rsidP="006B3867">
            <w:pPr>
              <w:spacing w:after="50" w:line="247" w:lineRule="auto"/>
              <w:ind w:firstLine="0"/>
              <w:rPr>
                <w:sz w:val="22"/>
                <w:szCs w:val="20"/>
                <w:lang w:val="ro-RO"/>
              </w:rPr>
            </w:pPr>
          </w:p>
        </w:tc>
      </w:tr>
      <w:tr w:rsidR="00416389" w:rsidRPr="00330EFD" w14:paraId="12888D70" w14:textId="77777777" w:rsidTr="006B3867">
        <w:tc>
          <w:tcPr>
            <w:tcW w:w="0" w:type="auto"/>
            <w:hideMark/>
          </w:tcPr>
          <w:p w14:paraId="7850FEF8" w14:textId="77777777" w:rsidR="00416389" w:rsidRPr="00330EFD" w:rsidRDefault="00416389" w:rsidP="006B3867">
            <w:pPr>
              <w:spacing w:after="50" w:line="247" w:lineRule="auto"/>
              <w:ind w:firstLine="0"/>
              <w:rPr>
                <w:sz w:val="22"/>
                <w:szCs w:val="20"/>
                <w:lang w:val="ro-RO"/>
              </w:rPr>
            </w:pPr>
            <w:r w:rsidRPr="00330EFD">
              <w:rPr>
                <w:sz w:val="22"/>
                <w:szCs w:val="20"/>
                <w:lang w:val="ro-RO"/>
              </w:rPr>
              <w:t>Miercuri</w:t>
            </w:r>
          </w:p>
        </w:tc>
        <w:tc>
          <w:tcPr>
            <w:tcW w:w="0" w:type="auto"/>
            <w:hideMark/>
          </w:tcPr>
          <w:p w14:paraId="5652741E" w14:textId="77777777" w:rsidR="00416389" w:rsidRPr="00330EFD" w:rsidRDefault="00416389" w:rsidP="006B3867">
            <w:pPr>
              <w:spacing w:after="50" w:line="247" w:lineRule="auto"/>
              <w:ind w:firstLine="0"/>
              <w:rPr>
                <w:sz w:val="22"/>
                <w:szCs w:val="20"/>
                <w:lang w:val="ro-RO"/>
              </w:rPr>
            </w:pPr>
          </w:p>
        </w:tc>
        <w:tc>
          <w:tcPr>
            <w:tcW w:w="0" w:type="auto"/>
            <w:hideMark/>
          </w:tcPr>
          <w:p w14:paraId="343D7ED6" w14:textId="77777777" w:rsidR="00416389" w:rsidRPr="00330EFD" w:rsidRDefault="00416389" w:rsidP="006B3867">
            <w:pPr>
              <w:spacing w:after="50" w:line="247" w:lineRule="auto"/>
              <w:ind w:firstLine="0"/>
              <w:rPr>
                <w:sz w:val="22"/>
                <w:szCs w:val="20"/>
                <w:lang w:val="ro-RO"/>
              </w:rPr>
            </w:pPr>
          </w:p>
        </w:tc>
        <w:tc>
          <w:tcPr>
            <w:tcW w:w="0" w:type="auto"/>
            <w:hideMark/>
          </w:tcPr>
          <w:p w14:paraId="3637ACB6" w14:textId="77777777" w:rsidR="00416389" w:rsidRPr="00330EFD" w:rsidRDefault="00416389" w:rsidP="006B3867">
            <w:pPr>
              <w:spacing w:after="50" w:line="247" w:lineRule="auto"/>
              <w:ind w:firstLine="0"/>
              <w:rPr>
                <w:sz w:val="22"/>
                <w:szCs w:val="20"/>
                <w:lang w:val="ro-RO"/>
              </w:rPr>
            </w:pPr>
          </w:p>
        </w:tc>
        <w:tc>
          <w:tcPr>
            <w:tcW w:w="0" w:type="auto"/>
            <w:hideMark/>
          </w:tcPr>
          <w:p w14:paraId="10E99B36" w14:textId="77777777" w:rsidR="00416389" w:rsidRPr="00330EFD" w:rsidRDefault="00416389" w:rsidP="006B3867">
            <w:pPr>
              <w:spacing w:after="50" w:line="247" w:lineRule="auto"/>
              <w:ind w:firstLine="0"/>
              <w:rPr>
                <w:sz w:val="22"/>
                <w:szCs w:val="20"/>
                <w:lang w:val="ro-RO"/>
              </w:rPr>
            </w:pPr>
          </w:p>
        </w:tc>
        <w:tc>
          <w:tcPr>
            <w:tcW w:w="0" w:type="auto"/>
            <w:hideMark/>
          </w:tcPr>
          <w:p w14:paraId="6CF418F7" w14:textId="77777777" w:rsidR="00416389" w:rsidRPr="00330EFD" w:rsidRDefault="00416389" w:rsidP="006B3867">
            <w:pPr>
              <w:spacing w:after="50" w:line="247" w:lineRule="auto"/>
              <w:ind w:firstLine="0"/>
              <w:rPr>
                <w:sz w:val="22"/>
                <w:szCs w:val="20"/>
                <w:lang w:val="ro-RO"/>
              </w:rPr>
            </w:pPr>
          </w:p>
        </w:tc>
        <w:tc>
          <w:tcPr>
            <w:tcW w:w="0" w:type="auto"/>
            <w:hideMark/>
          </w:tcPr>
          <w:p w14:paraId="6B6EBE54" w14:textId="77777777" w:rsidR="00416389" w:rsidRPr="00330EFD" w:rsidRDefault="00416389" w:rsidP="006B3867">
            <w:pPr>
              <w:spacing w:after="50" w:line="247" w:lineRule="auto"/>
              <w:ind w:firstLine="0"/>
              <w:rPr>
                <w:sz w:val="22"/>
                <w:szCs w:val="20"/>
                <w:lang w:val="ro-RO"/>
              </w:rPr>
            </w:pPr>
          </w:p>
        </w:tc>
      </w:tr>
      <w:tr w:rsidR="00416389" w:rsidRPr="00330EFD" w14:paraId="7F36E20C" w14:textId="77777777" w:rsidTr="006B3867">
        <w:tc>
          <w:tcPr>
            <w:tcW w:w="0" w:type="auto"/>
            <w:hideMark/>
          </w:tcPr>
          <w:p w14:paraId="1BA6AAFA" w14:textId="77777777" w:rsidR="00416389" w:rsidRPr="00330EFD" w:rsidRDefault="00416389" w:rsidP="006B3867">
            <w:pPr>
              <w:spacing w:after="50" w:line="247" w:lineRule="auto"/>
              <w:ind w:firstLine="0"/>
              <w:rPr>
                <w:sz w:val="22"/>
                <w:szCs w:val="20"/>
                <w:lang w:val="ro-RO"/>
              </w:rPr>
            </w:pPr>
            <w:r w:rsidRPr="00330EFD">
              <w:rPr>
                <w:sz w:val="22"/>
                <w:szCs w:val="20"/>
                <w:lang w:val="ro-RO"/>
              </w:rPr>
              <w:t>Joi</w:t>
            </w:r>
          </w:p>
        </w:tc>
        <w:tc>
          <w:tcPr>
            <w:tcW w:w="0" w:type="auto"/>
            <w:hideMark/>
          </w:tcPr>
          <w:p w14:paraId="63F9EF84" w14:textId="77777777" w:rsidR="00416389" w:rsidRPr="00330EFD" w:rsidRDefault="00416389" w:rsidP="006B3867">
            <w:pPr>
              <w:spacing w:after="50" w:line="247" w:lineRule="auto"/>
              <w:ind w:firstLine="0"/>
              <w:rPr>
                <w:sz w:val="22"/>
                <w:szCs w:val="20"/>
                <w:lang w:val="ro-RO"/>
              </w:rPr>
            </w:pPr>
          </w:p>
        </w:tc>
        <w:tc>
          <w:tcPr>
            <w:tcW w:w="0" w:type="auto"/>
            <w:hideMark/>
          </w:tcPr>
          <w:p w14:paraId="06668BB9" w14:textId="77777777" w:rsidR="00416389" w:rsidRPr="00330EFD" w:rsidRDefault="00416389" w:rsidP="006B3867">
            <w:pPr>
              <w:spacing w:after="50" w:line="247" w:lineRule="auto"/>
              <w:ind w:firstLine="0"/>
              <w:rPr>
                <w:sz w:val="22"/>
                <w:szCs w:val="20"/>
                <w:lang w:val="ro-RO"/>
              </w:rPr>
            </w:pPr>
          </w:p>
        </w:tc>
        <w:tc>
          <w:tcPr>
            <w:tcW w:w="0" w:type="auto"/>
            <w:hideMark/>
          </w:tcPr>
          <w:p w14:paraId="270AF9D9" w14:textId="77777777" w:rsidR="00416389" w:rsidRPr="00330EFD" w:rsidRDefault="00416389" w:rsidP="006B3867">
            <w:pPr>
              <w:spacing w:after="50" w:line="247" w:lineRule="auto"/>
              <w:ind w:firstLine="0"/>
              <w:rPr>
                <w:sz w:val="22"/>
                <w:szCs w:val="20"/>
                <w:lang w:val="ro-RO"/>
              </w:rPr>
            </w:pPr>
          </w:p>
        </w:tc>
        <w:tc>
          <w:tcPr>
            <w:tcW w:w="0" w:type="auto"/>
            <w:hideMark/>
          </w:tcPr>
          <w:p w14:paraId="6B1FB1CD" w14:textId="77777777" w:rsidR="00416389" w:rsidRPr="00330EFD" w:rsidRDefault="00416389" w:rsidP="006B3867">
            <w:pPr>
              <w:spacing w:after="50" w:line="247" w:lineRule="auto"/>
              <w:ind w:firstLine="0"/>
              <w:rPr>
                <w:sz w:val="22"/>
                <w:szCs w:val="20"/>
                <w:lang w:val="ro-RO"/>
              </w:rPr>
            </w:pPr>
          </w:p>
        </w:tc>
        <w:tc>
          <w:tcPr>
            <w:tcW w:w="0" w:type="auto"/>
            <w:hideMark/>
          </w:tcPr>
          <w:p w14:paraId="39F4F99D" w14:textId="77777777" w:rsidR="00416389" w:rsidRPr="00330EFD" w:rsidRDefault="00416389" w:rsidP="006B3867">
            <w:pPr>
              <w:spacing w:after="50" w:line="247" w:lineRule="auto"/>
              <w:ind w:firstLine="0"/>
              <w:rPr>
                <w:sz w:val="22"/>
                <w:szCs w:val="20"/>
                <w:lang w:val="ro-RO"/>
              </w:rPr>
            </w:pPr>
          </w:p>
        </w:tc>
        <w:tc>
          <w:tcPr>
            <w:tcW w:w="0" w:type="auto"/>
            <w:hideMark/>
          </w:tcPr>
          <w:p w14:paraId="0618C47F" w14:textId="77777777" w:rsidR="00416389" w:rsidRPr="00330EFD" w:rsidRDefault="00416389" w:rsidP="006B3867">
            <w:pPr>
              <w:spacing w:after="50" w:line="247" w:lineRule="auto"/>
              <w:ind w:firstLine="0"/>
              <w:rPr>
                <w:sz w:val="22"/>
                <w:szCs w:val="20"/>
                <w:lang w:val="ro-RO"/>
              </w:rPr>
            </w:pPr>
          </w:p>
        </w:tc>
      </w:tr>
      <w:tr w:rsidR="00416389" w:rsidRPr="00330EFD" w14:paraId="242B378F" w14:textId="77777777" w:rsidTr="006B3867">
        <w:tc>
          <w:tcPr>
            <w:tcW w:w="0" w:type="auto"/>
            <w:hideMark/>
          </w:tcPr>
          <w:p w14:paraId="778AE31D" w14:textId="77777777" w:rsidR="00416389" w:rsidRPr="00330EFD" w:rsidRDefault="00416389" w:rsidP="006B3867">
            <w:pPr>
              <w:spacing w:after="50" w:line="247" w:lineRule="auto"/>
              <w:ind w:firstLine="0"/>
              <w:rPr>
                <w:sz w:val="22"/>
                <w:szCs w:val="20"/>
                <w:lang w:val="ro-RO"/>
              </w:rPr>
            </w:pPr>
            <w:r w:rsidRPr="00330EFD">
              <w:rPr>
                <w:sz w:val="22"/>
                <w:szCs w:val="20"/>
                <w:lang w:val="ro-RO"/>
              </w:rPr>
              <w:t>Vineri</w:t>
            </w:r>
          </w:p>
        </w:tc>
        <w:tc>
          <w:tcPr>
            <w:tcW w:w="0" w:type="auto"/>
            <w:hideMark/>
          </w:tcPr>
          <w:p w14:paraId="2637BA03" w14:textId="77777777" w:rsidR="00416389" w:rsidRPr="00330EFD" w:rsidRDefault="00416389" w:rsidP="006B3867">
            <w:pPr>
              <w:spacing w:after="50" w:line="247" w:lineRule="auto"/>
              <w:ind w:firstLine="0"/>
              <w:rPr>
                <w:sz w:val="22"/>
                <w:szCs w:val="20"/>
                <w:lang w:val="ro-RO"/>
              </w:rPr>
            </w:pPr>
          </w:p>
        </w:tc>
        <w:tc>
          <w:tcPr>
            <w:tcW w:w="0" w:type="auto"/>
            <w:hideMark/>
          </w:tcPr>
          <w:p w14:paraId="42E7BCE9" w14:textId="77777777" w:rsidR="00416389" w:rsidRPr="00330EFD" w:rsidRDefault="00416389" w:rsidP="006B3867">
            <w:pPr>
              <w:spacing w:after="50" w:line="247" w:lineRule="auto"/>
              <w:ind w:firstLine="0"/>
              <w:rPr>
                <w:sz w:val="22"/>
                <w:szCs w:val="20"/>
                <w:lang w:val="ro-RO"/>
              </w:rPr>
            </w:pPr>
          </w:p>
        </w:tc>
        <w:tc>
          <w:tcPr>
            <w:tcW w:w="0" w:type="auto"/>
            <w:hideMark/>
          </w:tcPr>
          <w:p w14:paraId="4F471CD9" w14:textId="77777777" w:rsidR="00416389" w:rsidRPr="00330EFD" w:rsidRDefault="00416389" w:rsidP="006B3867">
            <w:pPr>
              <w:spacing w:after="50" w:line="247" w:lineRule="auto"/>
              <w:ind w:firstLine="0"/>
              <w:rPr>
                <w:sz w:val="22"/>
                <w:szCs w:val="20"/>
                <w:lang w:val="ro-RO"/>
              </w:rPr>
            </w:pPr>
          </w:p>
        </w:tc>
        <w:tc>
          <w:tcPr>
            <w:tcW w:w="0" w:type="auto"/>
            <w:hideMark/>
          </w:tcPr>
          <w:p w14:paraId="762A8161" w14:textId="77777777" w:rsidR="00416389" w:rsidRPr="00330EFD" w:rsidRDefault="00416389" w:rsidP="006B3867">
            <w:pPr>
              <w:spacing w:after="50" w:line="247" w:lineRule="auto"/>
              <w:ind w:firstLine="0"/>
              <w:rPr>
                <w:sz w:val="22"/>
                <w:szCs w:val="20"/>
                <w:lang w:val="ro-RO"/>
              </w:rPr>
            </w:pPr>
          </w:p>
        </w:tc>
        <w:tc>
          <w:tcPr>
            <w:tcW w:w="0" w:type="auto"/>
            <w:hideMark/>
          </w:tcPr>
          <w:p w14:paraId="57B24A31" w14:textId="77777777" w:rsidR="00416389" w:rsidRPr="00330EFD" w:rsidRDefault="00416389" w:rsidP="006B3867">
            <w:pPr>
              <w:spacing w:after="50" w:line="247" w:lineRule="auto"/>
              <w:ind w:firstLine="0"/>
              <w:rPr>
                <w:sz w:val="22"/>
                <w:szCs w:val="20"/>
                <w:lang w:val="ro-RO"/>
              </w:rPr>
            </w:pPr>
          </w:p>
        </w:tc>
        <w:tc>
          <w:tcPr>
            <w:tcW w:w="0" w:type="auto"/>
            <w:hideMark/>
          </w:tcPr>
          <w:p w14:paraId="6DD51FA0" w14:textId="77777777" w:rsidR="00416389" w:rsidRPr="00330EFD" w:rsidRDefault="00416389" w:rsidP="006B3867">
            <w:pPr>
              <w:spacing w:after="50" w:line="247" w:lineRule="auto"/>
              <w:ind w:firstLine="0"/>
              <w:rPr>
                <w:sz w:val="22"/>
                <w:szCs w:val="20"/>
                <w:lang w:val="ro-RO"/>
              </w:rPr>
            </w:pPr>
          </w:p>
        </w:tc>
      </w:tr>
      <w:tr w:rsidR="00416389" w:rsidRPr="00330EFD" w14:paraId="695D71AA" w14:textId="77777777" w:rsidTr="006B3867">
        <w:tc>
          <w:tcPr>
            <w:tcW w:w="0" w:type="auto"/>
            <w:hideMark/>
          </w:tcPr>
          <w:p w14:paraId="28FF3B4C" w14:textId="77777777" w:rsidR="00416389" w:rsidRPr="00330EFD" w:rsidRDefault="00416389" w:rsidP="006B3867">
            <w:pPr>
              <w:spacing w:after="50" w:line="247" w:lineRule="auto"/>
              <w:ind w:firstLine="0"/>
              <w:rPr>
                <w:sz w:val="22"/>
                <w:szCs w:val="20"/>
                <w:lang w:val="ro-RO"/>
              </w:rPr>
            </w:pPr>
            <w:r w:rsidRPr="00330EFD">
              <w:rPr>
                <w:sz w:val="22"/>
                <w:szCs w:val="20"/>
                <w:lang w:val="ro-RO"/>
              </w:rPr>
              <w:t>Sâmbătă</w:t>
            </w:r>
          </w:p>
        </w:tc>
        <w:tc>
          <w:tcPr>
            <w:tcW w:w="0" w:type="auto"/>
            <w:hideMark/>
          </w:tcPr>
          <w:p w14:paraId="62929DFC" w14:textId="77777777" w:rsidR="00416389" w:rsidRPr="00330EFD" w:rsidRDefault="00416389" w:rsidP="006B3867">
            <w:pPr>
              <w:spacing w:after="50" w:line="247" w:lineRule="auto"/>
              <w:ind w:firstLine="0"/>
              <w:rPr>
                <w:sz w:val="22"/>
                <w:szCs w:val="20"/>
                <w:lang w:val="ro-RO"/>
              </w:rPr>
            </w:pPr>
          </w:p>
        </w:tc>
        <w:tc>
          <w:tcPr>
            <w:tcW w:w="0" w:type="auto"/>
            <w:hideMark/>
          </w:tcPr>
          <w:p w14:paraId="2DC3C269" w14:textId="77777777" w:rsidR="00416389" w:rsidRPr="00330EFD" w:rsidRDefault="00416389" w:rsidP="006B3867">
            <w:pPr>
              <w:spacing w:after="50" w:line="247" w:lineRule="auto"/>
              <w:ind w:firstLine="0"/>
              <w:rPr>
                <w:sz w:val="22"/>
                <w:szCs w:val="20"/>
                <w:lang w:val="ro-RO"/>
              </w:rPr>
            </w:pPr>
          </w:p>
        </w:tc>
        <w:tc>
          <w:tcPr>
            <w:tcW w:w="0" w:type="auto"/>
            <w:hideMark/>
          </w:tcPr>
          <w:p w14:paraId="4A060545" w14:textId="77777777" w:rsidR="00416389" w:rsidRPr="00330EFD" w:rsidRDefault="00416389" w:rsidP="006B3867">
            <w:pPr>
              <w:spacing w:after="50" w:line="247" w:lineRule="auto"/>
              <w:ind w:firstLine="0"/>
              <w:rPr>
                <w:sz w:val="22"/>
                <w:szCs w:val="20"/>
                <w:lang w:val="ro-RO"/>
              </w:rPr>
            </w:pPr>
          </w:p>
        </w:tc>
        <w:tc>
          <w:tcPr>
            <w:tcW w:w="0" w:type="auto"/>
            <w:hideMark/>
          </w:tcPr>
          <w:p w14:paraId="6404FAB6" w14:textId="77777777" w:rsidR="00416389" w:rsidRPr="00330EFD" w:rsidRDefault="00416389" w:rsidP="006B3867">
            <w:pPr>
              <w:spacing w:after="50" w:line="247" w:lineRule="auto"/>
              <w:ind w:firstLine="0"/>
              <w:rPr>
                <w:sz w:val="22"/>
                <w:szCs w:val="20"/>
                <w:lang w:val="ro-RO"/>
              </w:rPr>
            </w:pPr>
          </w:p>
        </w:tc>
        <w:tc>
          <w:tcPr>
            <w:tcW w:w="0" w:type="auto"/>
            <w:hideMark/>
          </w:tcPr>
          <w:p w14:paraId="2E12FF5F" w14:textId="77777777" w:rsidR="00416389" w:rsidRPr="00330EFD" w:rsidRDefault="00416389" w:rsidP="006B3867">
            <w:pPr>
              <w:spacing w:after="50" w:line="247" w:lineRule="auto"/>
              <w:ind w:firstLine="0"/>
              <w:rPr>
                <w:sz w:val="22"/>
                <w:szCs w:val="20"/>
                <w:lang w:val="ro-RO"/>
              </w:rPr>
            </w:pPr>
          </w:p>
        </w:tc>
        <w:tc>
          <w:tcPr>
            <w:tcW w:w="0" w:type="auto"/>
            <w:hideMark/>
          </w:tcPr>
          <w:p w14:paraId="29DB9E87" w14:textId="77777777" w:rsidR="00416389" w:rsidRPr="00330EFD" w:rsidRDefault="00416389" w:rsidP="006B3867">
            <w:pPr>
              <w:spacing w:after="50" w:line="247" w:lineRule="auto"/>
              <w:ind w:firstLine="0"/>
              <w:rPr>
                <w:sz w:val="22"/>
                <w:szCs w:val="20"/>
                <w:lang w:val="ro-RO"/>
              </w:rPr>
            </w:pPr>
          </w:p>
        </w:tc>
      </w:tr>
      <w:tr w:rsidR="00416389" w:rsidRPr="00330EFD" w14:paraId="7373536C" w14:textId="77777777" w:rsidTr="006B3867">
        <w:tc>
          <w:tcPr>
            <w:tcW w:w="0" w:type="auto"/>
            <w:hideMark/>
          </w:tcPr>
          <w:p w14:paraId="40DE71AE" w14:textId="77777777" w:rsidR="00416389" w:rsidRPr="00330EFD" w:rsidRDefault="00416389" w:rsidP="006B3867">
            <w:pPr>
              <w:spacing w:after="50" w:line="247" w:lineRule="auto"/>
              <w:ind w:firstLine="0"/>
              <w:rPr>
                <w:sz w:val="22"/>
                <w:szCs w:val="20"/>
                <w:lang w:val="ro-RO"/>
              </w:rPr>
            </w:pPr>
            <w:r w:rsidRPr="00330EFD">
              <w:rPr>
                <w:sz w:val="22"/>
                <w:szCs w:val="20"/>
                <w:lang w:val="ro-RO"/>
              </w:rPr>
              <w:t>Duminică</w:t>
            </w:r>
          </w:p>
        </w:tc>
        <w:tc>
          <w:tcPr>
            <w:tcW w:w="0" w:type="auto"/>
            <w:hideMark/>
          </w:tcPr>
          <w:p w14:paraId="30BC01C5" w14:textId="77777777" w:rsidR="00416389" w:rsidRPr="00330EFD" w:rsidRDefault="00416389" w:rsidP="006B3867">
            <w:pPr>
              <w:spacing w:after="50" w:line="247" w:lineRule="auto"/>
              <w:ind w:firstLine="0"/>
              <w:rPr>
                <w:sz w:val="22"/>
                <w:szCs w:val="20"/>
                <w:lang w:val="ro-RO"/>
              </w:rPr>
            </w:pPr>
          </w:p>
        </w:tc>
        <w:tc>
          <w:tcPr>
            <w:tcW w:w="0" w:type="auto"/>
            <w:hideMark/>
          </w:tcPr>
          <w:p w14:paraId="379CA913" w14:textId="77777777" w:rsidR="00416389" w:rsidRPr="00330EFD" w:rsidRDefault="00416389" w:rsidP="006B3867">
            <w:pPr>
              <w:spacing w:after="50" w:line="247" w:lineRule="auto"/>
              <w:ind w:firstLine="0"/>
              <w:rPr>
                <w:sz w:val="22"/>
                <w:szCs w:val="20"/>
                <w:lang w:val="ro-RO"/>
              </w:rPr>
            </w:pPr>
          </w:p>
        </w:tc>
        <w:tc>
          <w:tcPr>
            <w:tcW w:w="0" w:type="auto"/>
            <w:hideMark/>
          </w:tcPr>
          <w:p w14:paraId="100F14D3" w14:textId="77777777" w:rsidR="00416389" w:rsidRPr="00330EFD" w:rsidRDefault="00416389" w:rsidP="006B3867">
            <w:pPr>
              <w:spacing w:after="50" w:line="247" w:lineRule="auto"/>
              <w:ind w:firstLine="0"/>
              <w:rPr>
                <w:sz w:val="22"/>
                <w:szCs w:val="20"/>
                <w:lang w:val="ro-RO"/>
              </w:rPr>
            </w:pPr>
          </w:p>
        </w:tc>
        <w:tc>
          <w:tcPr>
            <w:tcW w:w="0" w:type="auto"/>
            <w:hideMark/>
          </w:tcPr>
          <w:p w14:paraId="2D9E8ABE" w14:textId="77777777" w:rsidR="00416389" w:rsidRPr="00330EFD" w:rsidRDefault="00416389" w:rsidP="006B3867">
            <w:pPr>
              <w:spacing w:after="50" w:line="247" w:lineRule="auto"/>
              <w:ind w:firstLine="0"/>
              <w:rPr>
                <w:sz w:val="22"/>
                <w:szCs w:val="20"/>
                <w:lang w:val="ro-RO"/>
              </w:rPr>
            </w:pPr>
          </w:p>
        </w:tc>
        <w:tc>
          <w:tcPr>
            <w:tcW w:w="0" w:type="auto"/>
            <w:hideMark/>
          </w:tcPr>
          <w:p w14:paraId="363D5552" w14:textId="77777777" w:rsidR="00416389" w:rsidRPr="00330EFD" w:rsidRDefault="00416389" w:rsidP="006B3867">
            <w:pPr>
              <w:spacing w:after="50" w:line="247" w:lineRule="auto"/>
              <w:ind w:firstLine="0"/>
              <w:rPr>
                <w:sz w:val="22"/>
                <w:szCs w:val="20"/>
                <w:lang w:val="ro-RO"/>
              </w:rPr>
            </w:pPr>
          </w:p>
        </w:tc>
        <w:tc>
          <w:tcPr>
            <w:tcW w:w="0" w:type="auto"/>
            <w:hideMark/>
          </w:tcPr>
          <w:p w14:paraId="69FEEA67" w14:textId="77777777" w:rsidR="00416389" w:rsidRPr="00330EFD" w:rsidRDefault="00416389" w:rsidP="006B3867">
            <w:pPr>
              <w:spacing w:after="50" w:line="247" w:lineRule="auto"/>
              <w:ind w:firstLine="0"/>
              <w:rPr>
                <w:sz w:val="22"/>
                <w:szCs w:val="20"/>
                <w:lang w:val="ro-RO"/>
              </w:rPr>
            </w:pPr>
          </w:p>
        </w:tc>
      </w:tr>
    </w:tbl>
    <w:p w14:paraId="753CB5BF" w14:textId="651DBF54" w:rsidR="000C4CB5" w:rsidRPr="0025334A" w:rsidRDefault="000C4CB5">
      <w:pPr>
        <w:spacing w:after="50" w:line="247" w:lineRule="auto"/>
      </w:pPr>
    </w:p>
    <w:p w14:paraId="35154936" w14:textId="12A0A16F" w:rsidR="000C4CB5" w:rsidRPr="008468E7" w:rsidRDefault="00F14F60" w:rsidP="008468E7">
      <w:pPr>
        <w:pStyle w:val="Body"/>
        <w:rPr>
          <w:rFonts w:ascii="Times New Roman" w:hAnsi="Times New Roman" w:cs="Times New Roman"/>
          <w:b/>
          <w:bCs/>
          <w:sz w:val="22"/>
          <w:szCs w:val="28"/>
        </w:rPr>
      </w:pPr>
      <w:r w:rsidRPr="008468E7">
        <w:rPr>
          <w:rFonts w:ascii="Times New Roman" w:hAnsi="Times New Roman" w:cs="Times New Roman"/>
          <w:b/>
          <w:bCs/>
          <w:sz w:val="22"/>
          <w:szCs w:val="28"/>
        </w:rPr>
        <w:t>REPERE PENTRU ADAPTAREA MENIURILOR PE REGIM</w:t>
      </w:r>
    </w:p>
    <w:tbl>
      <w:tblPr>
        <w:tblStyle w:val="TableGrid"/>
        <w:tblW w:w="0" w:type="auto"/>
        <w:jc w:val="center"/>
        <w:tblLook w:val="04A0" w:firstRow="1" w:lastRow="0" w:firstColumn="1" w:lastColumn="0" w:noHBand="0" w:noVBand="1"/>
      </w:tblPr>
      <w:tblGrid>
        <w:gridCol w:w="1652"/>
        <w:gridCol w:w="4609"/>
        <w:gridCol w:w="3707"/>
      </w:tblGrid>
      <w:tr w:rsidR="0025334A" w:rsidRPr="0025334A" w14:paraId="064AC00E" w14:textId="77777777" w:rsidTr="00F14F60">
        <w:trPr>
          <w:cantSplit/>
          <w:tblHeader/>
          <w:jc w:val="center"/>
        </w:trPr>
        <w:tc>
          <w:tcPr>
            <w:tcW w:w="0" w:type="auto"/>
            <w:vAlign w:val="center"/>
          </w:tcPr>
          <w:p w14:paraId="0CA67AF5" w14:textId="77777777" w:rsidR="000C4CB5" w:rsidRPr="0025334A" w:rsidRDefault="004E746A" w:rsidP="0025334A">
            <w:pPr>
              <w:ind w:firstLine="0"/>
              <w:jc w:val="center"/>
              <w:rPr>
                <w:sz w:val="22"/>
                <w:szCs w:val="32"/>
              </w:rPr>
            </w:pPr>
            <w:proofErr w:type="spellStart"/>
            <w:r w:rsidRPr="0025334A">
              <w:rPr>
                <w:b/>
                <w:sz w:val="22"/>
                <w:szCs w:val="32"/>
              </w:rPr>
              <w:t>Regim</w:t>
            </w:r>
            <w:proofErr w:type="spellEnd"/>
            <w:r w:rsidRPr="0025334A">
              <w:rPr>
                <w:b/>
                <w:sz w:val="22"/>
                <w:szCs w:val="32"/>
              </w:rPr>
              <w:t xml:space="preserve"> / </w:t>
            </w:r>
            <w:proofErr w:type="spellStart"/>
            <w:r w:rsidRPr="0025334A">
              <w:rPr>
                <w:b/>
                <w:sz w:val="22"/>
                <w:szCs w:val="32"/>
              </w:rPr>
              <w:t>situație</w:t>
            </w:r>
            <w:proofErr w:type="spellEnd"/>
          </w:p>
        </w:tc>
        <w:tc>
          <w:tcPr>
            <w:tcW w:w="0" w:type="auto"/>
            <w:vAlign w:val="center"/>
          </w:tcPr>
          <w:p w14:paraId="69C7B06A" w14:textId="77777777" w:rsidR="000C4CB5" w:rsidRPr="0025334A" w:rsidRDefault="004E746A" w:rsidP="0025334A">
            <w:pPr>
              <w:ind w:firstLine="0"/>
              <w:jc w:val="center"/>
              <w:rPr>
                <w:sz w:val="22"/>
                <w:szCs w:val="32"/>
              </w:rPr>
            </w:pPr>
            <w:proofErr w:type="spellStart"/>
            <w:r w:rsidRPr="0025334A">
              <w:rPr>
                <w:b/>
                <w:sz w:val="22"/>
                <w:szCs w:val="32"/>
              </w:rPr>
              <w:t>Principiu</w:t>
            </w:r>
            <w:proofErr w:type="spellEnd"/>
            <w:r w:rsidRPr="0025334A">
              <w:rPr>
                <w:b/>
                <w:sz w:val="22"/>
                <w:szCs w:val="32"/>
              </w:rPr>
              <w:t xml:space="preserve"> de </w:t>
            </w:r>
            <w:proofErr w:type="spellStart"/>
            <w:r w:rsidRPr="0025334A">
              <w:rPr>
                <w:b/>
                <w:sz w:val="22"/>
                <w:szCs w:val="32"/>
              </w:rPr>
              <w:t>adaptare</w:t>
            </w:r>
            <w:proofErr w:type="spellEnd"/>
          </w:p>
        </w:tc>
        <w:tc>
          <w:tcPr>
            <w:tcW w:w="0" w:type="auto"/>
            <w:vAlign w:val="center"/>
          </w:tcPr>
          <w:p w14:paraId="2CC7C12E" w14:textId="77777777" w:rsidR="000C4CB5" w:rsidRPr="0025334A" w:rsidRDefault="004E746A" w:rsidP="0025334A">
            <w:pPr>
              <w:ind w:firstLine="0"/>
              <w:jc w:val="center"/>
              <w:rPr>
                <w:sz w:val="22"/>
                <w:szCs w:val="32"/>
              </w:rPr>
            </w:pPr>
            <w:proofErr w:type="spellStart"/>
            <w:r w:rsidRPr="0025334A">
              <w:rPr>
                <w:b/>
                <w:sz w:val="22"/>
                <w:szCs w:val="32"/>
              </w:rPr>
              <w:t>Exemple</w:t>
            </w:r>
            <w:proofErr w:type="spellEnd"/>
            <w:r w:rsidRPr="0025334A">
              <w:rPr>
                <w:b/>
                <w:sz w:val="22"/>
                <w:szCs w:val="32"/>
              </w:rPr>
              <w:t xml:space="preserve"> de </w:t>
            </w:r>
            <w:proofErr w:type="spellStart"/>
            <w:r w:rsidRPr="0025334A">
              <w:rPr>
                <w:b/>
                <w:sz w:val="22"/>
                <w:szCs w:val="32"/>
              </w:rPr>
              <w:t>orientare</w:t>
            </w:r>
            <w:proofErr w:type="spellEnd"/>
          </w:p>
        </w:tc>
      </w:tr>
      <w:tr w:rsidR="0025334A" w:rsidRPr="0025334A" w14:paraId="51584722" w14:textId="77777777" w:rsidTr="00F14F60">
        <w:trPr>
          <w:cantSplit/>
          <w:jc w:val="center"/>
        </w:trPr>
        <w:tc>
          <w:tcPr>
            <w:tcW w:w="0" w:type="auto"/>
            <w:vAlign w:val="center"/>
          </w:tcPr>
          <w:p w14:paraId="7CB6915B" w14:textId="77777777" w:rsidR="000C4CB5" w:rsidRPr="0025334A" w:rsidRDefault="004E746A" w:rsidP="0025334A">
            <w:pPr>
              <w:ind w:firstLine="0"/>
              <w:jc w:val="left"/>
              <w:rPr>
                <w:sz w:val="22"/>
                <w:szCs w:val="32"/>
              </w:rPr>
            </w:pPr>
            <w:r w:rsidRPr="0025334A">
              <w:rPr>
                <w:sz w:val="22"/>
                <w:szCs w:val="32"/>
              </w:rPr>
              <w:t>Hepatic</w:t>
            </w:r>
          </w:p>
        </w:tc>
        <w:tc>
          <w:tcPr>
            <w:tcW w:w="0" w:type="auto"/>
            <w:vAlign w:val="center"/>
          </w:tcPr>
          <w:p w14:paraId="02F339B6" w14:textId="77777777" w:rsidR="000C4CB5" w:rsidRPr="0025334A" w:rsidRDefault="004E746A" w:rsidP="0025334A">
            <w:pPr>
              <w:ind w:firstLine="0"/>
              <w:jc w:val="left"/>
              <w:rPr>
                <w:sz w:val="22"/>
                <w:szCs w:val="32"/>
              </w:rPr>
            </w:pPr>
            <w:r w:rsidRPr="0025334A">
              <w:rPr>
                <w:sz w:val="22"/>
                <w:szCs w:val="32"/>
              </w:rPr>
              <w:t xml:space="preserve">Preparate </w:t>
            </w:r>
            <w:proofErr w:type="spellStart"/>
            <w:r w:rsidRPr="0025334A">
              <w:rPr>
                <w:sz w:val="22"/>
                <w:szCs w:val="32"/>
              </w:rPr>
              <w:t>ușor</w:t>
            </w:r>
            <w:proofErr w:type="spellEnd"/>
            <w:r w:rsidRPr="0025334A">
              <w:rPr>
                <w:sz w:val="22"/>
                <w:szCs w:val="32"/>
              </w:rPr>
              <w:t xml:space="preserve"> </w:t>
            </w:r>
            <w:proofErr w:type="spellStart"/>
            <w:r w:rsidRPr="0025334A">
              <w:rPr>
                <w:sz w:val="22"/>
                <w:szCs w:val="32"/>
              </w:rPr>
              <w:t>digerabile</w:t>
            </w:r>
            <w:proofErr w:type="spellEnd"/>
            <w:r w:rsidRPr="0025334A">
              <w:rPr>
                <w:sz w:val="22"/>
                <w:szCs w:val="32"/>
              </w:rPr>
              <w:t xml:space="preserve">, </w:t>
            </w:r>
            <w:proofErr w:type="spellStart"/>
            <w:r w:rsidRPr="0025334A">
              <w:rPr>
                <w:sz w:val="22"/>
                <w:szCs w:val="32"/>
              </w:rPr>
              <w:t>limitarea</w:t>
            </w:r>
            <w:proofErr w:type="spellEnd"/>
            <w:r w:rsidRPr="0025334A">
              <w:rPr>
                <w:sz w:val="22"/>
                <w:szCs w:val="32"/>
              </w:rPr>
              <w:t xml:space="preserve"> </w:t>
            </w:r>
            <w:proofErr w:type="spellStart"/>
            <w:r w:rsidRPr="0025334A">
              <w:rPr>
                <w:sz w:val="22"/>
                <w:szCs w:val="32"/>
              </w:rPr>
              <w:t>prăjirii</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a </w:t>
            </w:r>
            <w:proofErr w:type="spellStart"/>
            <w:r w:rsidRPr="0025334A">
              <w:rPr>
                <w:sz w:val="22"/>
                <w:szCs w:val="32"/>
              </w:rPr>
              <w:t>grăsimilor</w:t>
            </w:r>
            <w:proofErr w:type="spellEnd"/>
            <w:r w:rsidRPr="0025334A">
              <w:rPr>
                <w:sz w:val="22"/>
                <w:szCs w:val="32"/>
              </w:rPr>
              <w:t xml:space="preserve"> </w:t>
            </w:r>
            <w:proofErr w:type="spellStart"/>
            <w:r w:rsidRPr="0025334A">
              <w:rPr>
                <w:sz w:val="22"/>
                <w:szCs w:val="32"/>
              </w:rPr>
              <w:t>greu</w:t>
            </w:r>
            <w:proofErr w:type="spellEnd"/>
            <w:r w:rsidRPr="0025334A">
              <w:rPr>
                <w:sz w:val="22"/>
                <w:szCs w:val="32"/>
              </w:rPr>
              <w:t xml:space="preserve"> </w:t>
            </w:r>
            <w:proofErr w:type="spellStart"/>
            <w:r w:rsidRPr="0025334A">
              <w:rPr>
                <w:sz w:val="22"/>
                <w:szCs w:val="32"/>
              </w:rPr>
              <w:t>digerabile</w:t>
            </w:r>
            <w:proofErr w:type="spellEnd"/>
            <w:r w:rsidRPr="0025334A">
              <w:rPr>
                <w:sz w:val="22"/>
                <w:szCs w:val="32"/>
              </w:rPr>
              <w:t xml:space="preserve">; </w:t>
            </w:r>
            <w:proofErr w:type="spellStart"/>
            <w:r w:rsidRPr="0025334A">
              <w:rPr>
                <w:sz w:val="22"/>
                <w:szCs w:val="32"/>
              </w:rPr>
              <w:t>adaptarea</w:t>
            </w:r>
            <w:proofErr w:type="spellEnd"/>
            <w:r w:rsidRPr="0025334A">
              <w:rPr>
                <w:sz w:val="22"/>
                <w:szCs w:val="32"/>
              </w:rPr>
              <w:t xml:space="preserve"> </w:t>
            </w:r>
            <w:proofErr w:type="spellStart"/>
            <w:r w:rsidRPr="0025334A">
              <w:rPr>
                <w:sz w:val="22"/>
                <w:szCs w:val="32"/>
              </w:rPr>
              <w:t>condimentării</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a </w:t>
            </w:r>
            <w:proofErr w:type="spellStart"/>
            <w:r w:rsidRPr="0025334A">
              <w:rPr>
                <w:sz w:val="22"/>
                <w:szCs w:val="32"/>
              </w:rPr>
              <w:t>tehnologiei</w:t>
            </w:r>
            <w:proofErr w:type="spellEnd"/>
            <w:r w:rsidRPr="0025334A">
              <w:rPr>
                <w:sz w:val="22"/>
                <w:szCs w:val="32"/>
              </w:rPr>
              <w:t xml:space="preserve"> conform </w:t>
            </w:r>
            <w:proofErr w:type="spellStart"/>
            <w:r w:rsidRPr="0025334A">
              <w:rPr>
                <w:sz w:val="22"/>
                <w:szCs w:val="32"/>
              </w:rPr>
              <w:t>recomandării</w:t>
            </w:r>
            <w:proofErr w:type="spellEnd"/>
            <w:r w:rsidRPr="0025334A">
              <w:rPr>
                <w:sz w:val="22"/>
                <w:szCs w:val="32"/>
              </w:rPr>
              <w:t xml:space="preserve"> </w:t>
            </w:r>
            <w:proofErr w:type="spellStart"/>
            <w:r w:rsidRPr="0025334A">
              <w:rPr>
                <w:sz w:val="22"/>
                <w:szCs w:val="32"/>
              </w:rPr>
              <w:t>medicale</w:t>
            </w:r>
            <w:proofErr w:type="spellEnd"/>
            <w:r w:rsidRPr="0025334A">
              <w:rPr>
                <w:sz w:val="22"/>
                <w:szCs w:val="32"/>
              </w:rPr>
              <w:t>.</w:t>
            </w:r>
          </w:p>
        </w:tc>
        <w:tc>
          <w:tcPr>
            <w:tcW w:w="0" w:type="auto"/>
            <w:vAlign w:val="center"/>
          </w:tcPr>
          <w:p w14:paraId="47F9B317" w14:textId="77777777" w:rsidR="000C4CB5" w:rsidRPr="0025334A" w:rsidRDefault="004E746A" w:rsidP="0025334A">
            <w:pPr>
              <w:ind w:firstLine="0"/>
              <w:jc w:val="left"/>
              <w:rPr>
                <w:sz w:val="22"/>
                <w:szCs w:val="32"/>
              </w:rPr>
            </w:pPr>
            <w:r w:rsidRPr="0025334A">
              <w:rPr>
                <w:sz w:val="22"/>
                <w:szCs w:val="32"/>
              </w:rPr>
              <w:t>Supe de legume/</w:t>
            </w:r>
            <w:proofErr w:type="spellStart"/>
            <w:r w:rsidRPr="0025334A">
              <w:rPr>
                <w:sz w:val="22"/>
                <w:szCs w:val="32"/>
              </w:rPr>
              <w:t>pasăre</w:t>
            </w:r>
            <w:proofErr w:type="spellEnd"/>
            <w:r w:rsidRPr="0025334A">
              <w:rPr>
                <w:sz w:val="22"/>
                <w:szCs w:val="32"/>
              </w:rPr>
              <w:t xml:space="preserve">, carne </w:t>
            </w:r>
            <w:proofErr w:type="spellStart"/>
            <w:r w:rsidRPr="0025334A">
              <w:rPr>
                <w:sz w:val="22"/>
                <w:szCs w:val="32"/>
              </w:rPr>
              <w:t>slabă</w:t>
            </w:r>
            <w:proofErr w:type="spellEnd"/>
            <w:r w:rsidRPr="0025334A">
              <w:rPr>
                <w:sz w:val="22"/>
                <w:szCs w:val="32"/>
              </w:rPr>
              <w:t xml:space="preserve"> la </w:t>
            </w:r>
            <w:proofErr w:type="spellStart"/>
            <w:r w:rsidRPr="0025334A">
              <w:rPr>
                <w:sz w:val="22"/>
                <w:szCs w:val="32"/>
              </w:rPr>
              <w:t>cuptor</w:t>
            </w:r>
            <w:proofErr w:type="spellEnd"/>
            <w:r w:rsidRPr="0025334A">
              <w:rPr>
                <w:sz w:val="22"/>
                <w:szCs w:val="32"/>
              </w:rPr>
              <w:t>/</w:t>
            </w:r>
            <w:proofErr w:type="spellStart"/>
            <w:r w:rsidRPr="0025334A">
              <w:rPr>
                <w:sz w:val="22"/>
                <w:szCs w:val="32"/>
              </w:rPr>
              <w:t>fiert</w:t>
            </w:r>
            <w:proofErr w:type="spellEnd"/>
            <w:r w:rsidRPr="0025334A">
              <w:rPr>
                <w:sz w:val="22"/>
                <w:szCs w:val="32"/>
              </w:rPr>
              <w:t xml:space="preserve">, </w:t>
            </w:r>
            <w:proofErr w:type="spellStart"/>
            <w:r w:rsidRPr="0025334A">
              <w:rPr>
                <w:sz w:val="22"/>
                <w:szCs w:val="32"/>
              </w:rPr>
              <w:t>orez</w:t>
            </w:r>
            <w:proofErr w:type="spellEnd"/>
            <w:r w:rsidRPr="0025334A">
              <w:rPr>
                <w:sz w:val="22"/>
                <w:szCs w:val="32"/>
              </w:rPr>
              <w:t xml:space="preserve">, </w:t>
            </w:r>
            <w:proofErr w:type="spellStart"/>
            <w:r w:rsidRPr="0025334A">
              <w:rPr>
                <w:sz w:val="22"/>
                <w:szCs w:val="32"/>
              </w:rPr>
              <w:t>cartofi</w:t>
            </w:r>
            <w:proofErr w:type="spellEnd"/>
            <w:r w:rsidRPr="0025334A">
              <w:rPr>
                <w:sz w:val="22"/>
                <w:szCs w:val="32"/>
              </w:rPr>
              <w:t xml:space="preserve"> </w:t>
            </w:r>
            <w:proofErr w:type="spellStart"/>
            <w:r w:rsidRPr="0025334A">
              <w:rPr>
                <w:sz w:val="22"/>
                <w:szCs w:val="32"/>
              </w:rPr>
              <w:t>natur</w:t>
            </w:r>
            <w:proofErr w:type="spellEnd"/>
            <w:r w:rsidRPr="0025334A">
              <w:rPr>
                <w:sz w:val="22"/>
                <w:szCs w:val="32"/>
              </w:rPr>
              <w:t xml:space="preserve">, legume, lactate </w:t>
            </w:r>
            <w:proofErr w:type="spellStart"/>
            <w:r w:rsidRPr="0025334A">
              <w:rPr>
                <w:sz w:val="22"/>
                <w:szCs w:val="32"/>
              </w:rPr>
              <w:t>permise</w:t>
            </w:r>
            <w:proofErr w:type="spellEnd"/>
            <w:r w:rsidRPr="0025334A">
              <w:rPr>
                <w:sz w:val="22"/>
                <w:szCs w:val="32"/>
              </w:rPr>
              <w:t>.</w:t>
            </w:r>
          </w:p>
        </w:tc>
      </w:tr>
      <w:tr w:rsidR="0025334A" w:rsidRPr="0025334A" w14:paraId="0B86145D" w14:textId="77777777" w:rsidTr="00F14F60">
        <w:trPr>
          <w:cantSplit/>
          <w:jc w:val="center"/>
        </w:trPr>
        <w:tc>
          <w:tcPr>
            <w:tcW w:w="0" w:type="auto"/>
            <w:vAlign w:val="center"/>
          </w:tcPr>
          <w:p w14:paraId="42ADC2A9" w14:textId="77777777" w:rsidR="000C4CB5" w:rsidRPr="0025334A" w:rsidRDefault="004E746A" w:rsidP="0025334A">
            <w:pPr>
              <w:ind w:firstLine="0"/>
              <w:jc w:val="left"/>
              <w:rPr>
                <w:sz w:val="22"/>
                <w:szCs w:val="32"/>
              </w:rPr>
            </w:pPr>
            <w:r w:rsidRPr="0025334A">
              <w:rPr>
                <w:sz w:val="22"/>
                <w:szCs w:val="32"/>
              </w:rPr>
              <w:t xml:space="preserve">Diabetic / </w:t>
            </w:r>
            <w:proofErr w:type="spellStart"/>
            <w:r w:rsidRPr="0025334A">
              <w:rPr>
                <w:sz w:val="22"/>
                <w:szCs w:val="32"/>
              </w:rPr>
              <w:t>hipoglucidic</w:t>
            </w:r>
            <w:proofErr w:type="spellEnd"/>
          </w:p>
        </w:tc>
        <w:tc>
          <w:tcPr>
            <w:tcW w:w="0" w:type="auto"/>
            <w:vAlign w:val="center"/>
          </w:tcPr>
          <w:p w14:paraId="1F11A909" w14:textId="77777777" w:rsidR="000C4CB5" w:rsidRPr="0025334A" w:rsidRDefault="004E746A" w:rsidP="0025334A">
            <w:pPr>
              <w:ind w:firstLine="0"/>
              <w:jc w:val="left"/>
              <w:rPr>
                <w:sz w:val="22"/>
                <w:szCs w:val="32"/>
              </w:rPr>
            </w:pPr>
            <w:proofErr w:type="spellStart"/>
            <w:r w:rsidRPr="0025334A">
              <w:rPr>
                <w:sz w:val="22"/>
                <w:szCs w:val="32"/>
              </w:rPr>
              <w:t>Controlul</w:t>
            </w:r>
            <w:proofErr w:type="spellEnd"/>
            <w:r w:rsidRPr="0025334A">
              <w:rPr>
                <w:sz w:val="22"/>
                <w:szCs w:val="32"/>
              </w:rPr>
              <w:t xml:space="preserve"> </w:t>
            </w:r>
            <w:proofErr w:type="spellStart"/>
            <w:r w:rsidRPr="0025334A">
              <w:rPr>
                <w:sz w:val="22"/>
                <w:szCs w:val="32"/>
              </w:rPr>
              <w:t>glucidelor</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al </w:t>
            </w:r>
            <w:proofErr w:type="spellStart"/>
            <w:r w:rsidRPr="0025334A">
              <w:rPr>
                <w:sz w:val="22"/>
                <w:szCs w:val="32"/>
              </w:rPr>
              <w:t>zaharurilor</w:t>
            </w:r>
            <w:proofErr w:type="spellEnd"/>
            <w:r w:rsidRPr="0025334A">
              <w:rPr>
                <w:sz w:val="22"/>
                <w:szCs w:val="32"/>
              </w:rPr>
              <w:t xml:space="preserve"> </w:t>
            </w:r>
            <w:proofErr w:type="spellStart"/>
            <w:r w:rsidRPr="0025334A">
              <w:rPr>
                <w:sz w:val="22"/>
                <w:szCs w:val="32"/>
              </w:rPr>
              <w:t>adăugate</w:t>
            </w:r>
            <w:proofErr w:type="spellEnd"/>
            <w:r w:rsidRPr="0025334A">
              <w:rPr>
                <w:sz w:val="22"/>
                <w:szCs w:val="32"/>
              </w:rPr>
              <w:t xml:space="preserve">, </w:t>
            </w:r>
            <w:proofErr w:type="spellStart"/>
            <w:r w:rsidRPr="0025334A">
              <w:rPr>
                <w:sz w:val="22"/>
                <w:szCs w:val="32"/>
              </w:rPr>
              <w:t>repartizarea</w:t>
            </w:r>
            <w:proofErr w:type="spellEnd"/>
            <w:r w:rsidRPr="0025334A">
              <w:rPr>
                <w:sz w:val="22"/>
                <w:szCs w:val="32"/>
              </w:rPr>
              <w:t xml:space="preserve"> </w:t>
            </w:r>
            <w:proofErr w:type="spellStart"/>
            <w:r w:rsidRPr="0025334A">
              <w:rPr>
                <w:sz w:val="22"/>
                <w:szCs w:val="32"/>
              </w:rPr>
              <w:t>adecvată</w:t>
            </w:r>
            <w:proofErr w:type="spellEnd"/>
            <w:r w:rsidRPr="0025334A">
              <w:rPr>
                <w:sz w:val="22"/>
                <w:szCs w:val="32"/>
              </w:rPr>
              <w:t xml:space="preserve"> pe mese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gustări</w:t>
            </w:r>
            <w:proofErr w:type="spellEnd"/>
            <w:r w:rsidRPr="0025334A">
              <w:rPr>
                <w:sz w:val="22"/>
                <w:szCs w:val="32"/>
              </w:rPr>
              <w:t xml:space="preserve"> conform </w:t>
            </w:r>
            <w:proofErr w:type="spellStart"/>
            <w:r w:rsidRPr="0025334A">
              <w:rPr>
                <w:sz w:val="22"/>
                <w:szCs w:val="32"/>
              </w:rPr>
              <w:t>recomandării</w:t>
            </w:r>
            <w:proofErr w:type="spellEnd"/>
            <w:r w:rsidRPr="0025334A">
              <w:rPr>
                <w:sz w:val="22"/>
                <w:szCs w:val="32"/>
              </w:rPr>
              <w:t xml:space="preserve"> </w:t>
            </w:r>
            <w:proofErr w:type="spellStart"/>
            <w:r w:rsidRPr="0025334A">
              <w:rPr>
                <w:sz w:val="22"/>
                <w:szCs w:val="32"/>
              </w:rPr>
              <w:t>medicale</w:t>
            </w:r>
            <w:proofErr w:type="spellEnd"/>
            <w:r w:rsidRPr="0025334A">
              <w:rPr>
                <w:sz w:val="22"/>
                <w:szCs w:val="32"/>
              </w:rPr>
              <w:t>.</w:t>
            </w:r>
          </w:p>
        </w:tc>
        <w:tc>
          <w:tcPr>
            <w:tcW w:w="0" w:type="auto"/>
            <w:vAlign w:val="center"/>
          </w:tcPr>
          <w:p w14:paraId="038E775E" w14:textId="77777777" w:rsidR="000C4CB5" w:rsidRPr="0025334A" w:rsidRDefault="004E746A" w:rsidP="0025334A">
            <w:pPr>
              <w:ind w:firstLine="0"/>
              <w:jc w:val="left"/>
              <w:rPr>
                <w:sz w:val="22"/>
                <w:szCs w:val="32"/>
              </w:rPr>
            </w:pPr>
            <w:r w:rsidRPr="0025334A">
              <w:rPr>
                <w:sz w:val="22"/>
                <w:szCs w:val="32"/>
              </w:rPr>
              <w:t>Supe/</w:t>
            </w:r>
            <w:proofErr w:type="spellStart"/>
            <w:r w:rsidRPr="0025334A">
              <w:rPr>
                <w:sz w:val="22"/>
                <w:szCs w:val="32"/>
              </w:rPr>
              <w:t>ciorbe</w:t>
            </w:r>
            <w:proofErr w:type="spellEnd"/>
            <w:r w:rsidRPr="0025334A">
              <w:rPr>
                <w:sz w:val="22"/>
                <w:szCs w:val="32"/>
              </w:rPr>
              <w:t xml:space="preserve"> </w:t>
            </w:r>
            <w:proofErr w:type="spellStart"/>
            <w:r w:rsidRPr="0025334A">
              <w:rPr>
                <w:sz w:val="22"/>
                <w:szCs w:val="32"/>
              </w:rPr>
              <w:t>fără</w:t>
            </w:r>
            <w:proofErr w:type="spellEnd"/>
            <w:r w:rsidRPr="0025334A">
              <w:rPr>
                <w:sz w:val="22"/>
                <w:szCs w:val="32"/>
              </w:rPr>
              <w:t xml:space="preserve"> </w:t>
            </w:r>
            <w:proofErr w:type="spellStart"/>
            <w:r w:rsidRPr="0025334A">
              <w:rPr>
                <w:sz w:val="22"/>
                <w:szCs w:val="32"/>
              </w:rPr>
              <w:t>adaos</w:t>
            </w:r>
            <w:proofErr w:type="spellEnd"/>
            <w:r w:rsidRPr="0025334A">
              <w:rPr>
                <w:sz w:val="22"/>
                <w:szCs w:val="32"/>
              </w:rPr>
              <w:t xml:space="preserve"> </w:t>
            </w:r>
            <w:proofErr w:type="spellStart"/>
            <w:r w:rsidRPr="0025334A">
              <w:rPr>
                <w:sz w:val="22"/>
                <w:szCs w:val="32"/>
              </w:rPr>
              <w:t>inutil</w:t>
            </w:r>
            <w:proofErr w:type="spellEnd"/>
            <w:r w:rsidRPr="0025334A">
              <w:rPr>
                <w:sz w:val="22"/>
                <w:szCs w:val="32"/>
              </w:rPr>
              <w:t xml:space="preserve"> de </w:t>
            </w:r>
            <w:proofErr w:type="spellStart"/>
            <w:r w:rsidRPr="0025334A">
              <w:rPr>
                <w:sz w:val="22"/>
                <w:szCs w:val="32"/>
              </w:rPr>
              <w:t>zahăr</w:t>
            </w:r>
            <w:proofErr w:type="spellEnd"/>
            <w:r w:rsidRPr="0025334A">
              <w:rPr>
                <w:sz w:val="22"/>
                <w:szCs w:val="32"/>
              </w:rPr>
              <w:t xml:space="preserve">, carne </w:t>
            </w:r>
            <w:proofErr w:type="spellStart"/>
            <w:r w:rsidRPr="0025334A">
              <w:rPr>
                <w:sz w:val="22"/>
                <w:szCs w:val="32"/>
              </w:rPr>
              <w:t>slabă</w:t>
            </w:r>
            <w:proofErr w:type="spellEnd"/>
            <w:r w:rsidRPr="0025334A">
              <w:rPr>
                <w:sz w:val="22"/>
                <w:szCs w:val="32"/>
              </w:rPr>
              <w:t xml:space="preserve">, legume, </w:t>
            </w:r>
            <w:proofErr w:type="spellStart"/>
            <w:r w:rsidRPr="0025334A">
              <w:rPr>
                <w:sz w:val="22"/>
                <w:szCs w:val="32"/>
              </w:rPr>
              <w:t>garnituri</w:t>
            </w:r>
            <w:proofErr w:type="spellEnd"/>
            <w:r w:rsidRPr="0025334A">
              <w:rPr>
                <w:sz w:val="22"/>
                <w:szCs w:val="32"/>
              </w:rPr>
              <w:t xml:space="preserve"> </w:t>
            </w:r>
            <w:proofErr w:type="spellStart"/>
            <w:r w:rsidRPr="0025334A">
              <w:rPr>
                <w:sz w:val="22"/>
                <w:szCs w:val="32"/>
              </w:rPr>
              <w:t>controlate</w:t>
            </w:r>
            <w:proofErr w:type="spellEnd"/>
            <w:r w:rsidRPr="0025334A">
              <w:rPr>
                <w:sz w:val="22"/>
                <w:szCs w:val="32"/>
              </w:rPr>
              <w:t xml:space="preserve">, </w:t>
            </w:r>
            <w:proofErr w:type="spellStart"/>
            <w:r w:rsidRPr="0025334A">
              <w:rPr>
                <w:sz w:val="22"/>
                <w:szCs w:val="32"/>
              </w:rPr>
              <w:t>fructe</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lactate </w:t>
            </w:r>
            <w:proofErr w:type="spellStart"/>
            <w:r w:rsidRPr="0025334A">
              <w:rPr>
                <w:sz w:val="22"/>
                <w:szCs w:val="32"/>
              </w:rPr>
              <w:t>în</w:t>
            </w:r>
            <w:proofErr w:type="spellEnd"/>
            <w:r w:rsidRPr="0025334A">
              <w:rPr>
                <w:sz w:val="22"/>
                <w:szCs w:val="32"/>
              </w:rPr>
              <w:t xml:space="preserve"> </w:t>
            </w:r>
            <w:proofErr w:type="spellStart"/>
            <w:r w:rsidRPr="0025334A">
              <w:rPr>
                <w:sz w:val="22"/>
                <w:szCs w:val="32"/>
              </w:rPr>
              <w:t>cantitățile</w:t>
            </w:r>
            <w:proofErr w:type="spellEnd"/>
            <w:r w:rsidRPr="0025334A">
              <w:rPr>
                <w:sz w:val="22"/>
                <w:szCs w:val="32"/>
              </w:rPr>
              <w:t xml:space="preserve"> </w:t>
            </w:r>
            <w:proofErr w:type="spellStart"/>
            <w:r w:rsidRPr="0025334A">
              <w:rPr>
                <w:sz w:val="22"/>
                <w:szCs w:val="32"/>
              </w:rPr>
              <w:t>aprobate</w:t>
            </w:r>
            <w:proofErr w:type="spellEnd"/>
            <w:r w:rsidRPr="0025334A">
              <w:rPr>
                <w:sz w:val="22"/>
                <w:szCs w:val="32"/>
              </w:rPr>
              <w:t>.</w:t>
            </w:r>
          </w:p>
        </w:tc>
      </w:tr>
      <w:tr w:rsidR="0025334A" w:rsidRPr="0025334A" w14:paraId="488B20D0" w14:textId="77777777" w:rsidTr="00F14F60">
        <w:trPr>
          <w:cantSplit/>
          <w:jc w:val="center"/>
        </w:trPr>
        <w:tc>
          <w:tcPr>
            <w:tcW w:w="0" w:type="auto"/>
            <w:vAlign w:val="center"/>
          </w:tcPr>
          <w:p w14:paraId="31C7E4A4" w14:textId="77777777" w:rsidR="000C4CB5" w:rsidRPr="0025334A" w:rsidRDefault="004E746A" w:rsidP="0025334A">
            <w:pPr>
              <w:ind w:firstLine="0"/>
              <w:jc w:val="left"/>
              <w:rPr>
                <w:sz w:val="22"/>
                <w:szCs w:val="32"/>
              </w:rPr>
            </w:pPr>
            <w:r w:rsidRPr="0025334A">
              <w:rPr>
                <w:sz w:val="22"/>
                <w:szCs w:val="32"/>
              </w:rPr>
              <w:t>Gastric</w:t>
            </w:r>
          </w:p>
        </w:tc>
        <w:tc>
          <w:tcPr>
            <w:tcW w:w="0" w:type="auto"/>
            <w:vAlign w:val="center"/>
          </w:tcPr>
          <w:p w14:paraId="5C9B2B89" w14:textId="77777777" w:rsidR="000C4CB5" w:rsidRPr="0025334A" w:rsidRDefault="004E746A" w:rsidP="0025334A">
            <w:pPr>
              <w:ind w:firstLine="0"/>
              <w:jc w:val="left"/>
              <w:rPr>
                <w:sz w:val="22"/>
                <w:szCs w:val="32"/>
              </w:rPr>
            </w:pPr>
            <w:proofErr w:type="spellStart"/>
            <w:r w:rsidRPr="0025334A">
              <w:rPr>
                <w:sz w:val="22"/>
                <w:szCs w:val="32"/>
              </w:rPr>
              <w:t>Evitarea</w:t>
            </w:r>
            <w:proofErr w:type="spellEnd"/>
            <w:r w:rsidRPr="0025334A">
              <w:rPr>
                <w:sz w:val="22"/>
                <w:szCs w:val="32"/>
              </w:rPr>
              <w:t xml:space="preserve"> </w:t>
            </w:r>
            <w:proofErr w:type="spellStart"/>
            <w:r w:rsidRPr="0025334A">
              <w:rPr>
                <w:sz w:val="22"/>
                <w:szCs w:val="32"/>
              </w:rPr>
              <w:t>preparatelor</w:t>
            </w:r>
            <w:proofErr w:type="spellEnd"/>
            <w:r w:rsidRPr="0025334A">
              <w:rPr>
                <w:sz w:val="22"/>
                <w:szCs w:val="32"/>
              </w:rPr>
              <w:t xml:space="preserve"> </w:t>
            </w:r>
            <w:proofErr w:type="spellStart"/>
            <w:r w:rsidRPr="0025334A">
              <w:rPr>
                <w:sz w:val="22"/>
                <w:szCs w:val="32"/>
              </w:rPr>
              <w:t>iritante</w:t>
            </w:r>
            <w:proofErr w:type="spellEnd"/>
            <w:r w:rsidRPr="0025334A">
              <w:rPr>
                <w:sz w:val="22"/>
                <w:szCs w:val="32"/>
              </w:rPr>
              <w:t xml:space="preserve">, </w:t>
            </w:r>
            <w:proofErr w:type="spellStart"/>
            <w:r w:rsidRPr="0025334A">
              <w:rPr>
                <w:sz w:val="22"/>
                <w:szCs w:val="32"/>
              </w:rPr>
              <w:t>foarte</w:t>
            </w:r>
            <w:proofErr w:type="spellEnd"/>
            <w:r w:rsidRPr="0025334A">
              <w:rPr>
                <w:sz w:val="22"/>
                <w:szCs w:val="32"/>
              </w:rPr>
              <w:t xml:space="preserve"> </w:t>
            </w:r>
            <w:proofErr w:type="spellStart"/>
            <w:r w:rsidRPr="0025334A">
              <w:rPr>
                <w:sz w:val="22"/>
                <w:szCs w:val="32"/>
              </w:rPr>
              <w:t>condimentate</w:t>
            </w:r>
            <w:proofErr w:type="spellEnd"/>
            <w:r w:rsidRPr="0025334A">
              <w:rPr>
                <w:sz w:val="22"/>
                <w:szCs w:val="32"/>
              </w:rPr>
              <w:t xml:space="preserve">, </w:t>
            </w:r>
            <w:proofErr w:type="spellStart"/>
            <w:r w:rsidRPr="0025334A">
              <w:rPr>
                <w:sz w:val="22"/>
                <w:szCs w:val="32"/>
              </w:rPr>
              <w:t>prăjite</w:t>
            </w:r>
            <w:proofErr w:type="spellEnd"/>
            <w:r w:rsidRPr="0025334A">
              <w:rPr>
                <w:sz w:val="22"/>
                <w:szCs w:val="32"/>
              </w:rPr>
              <w:t xml:space="preserve"> </w:t>
            </w:r>
            <w:proofErr w:type="spellStart"/>
            <w:r w:rsidRPr="0025334A">
              <w:rPr>
                <w:sz w:val="22"/>
                <w:szCs w:val="32"/>
              </w:rPr>
              <w:t>sau</w:t>
            </w:r>
            <w:proofErr w:type="spellEnd"/>
            <w:r w:rsidRPr="0025334A">
              <w:rPr>
                <w:sz w:val="22"/>
                <w:szCs w:val="32"/>
              </w:rPr>
              <w:t xml:space="preserve"> </w:t>
            </w:r>
            <w:proofErr w:type="spellStart"/>
            <w:r w:rsidRPr="0025334A">
              <w:rPr>
                <w:sz w:val="22"/>
                <w:szCs w:val="32"/>
              </w:rPr>
              <w:t>greu</w:t>
            </w:r>
            <w:proofErr w:type="spellEnd"/>
            <w:r w:rsidRPr="0025334A">
              <w:rPr>
                <w:sz w:val="22"/>
                <w:szCs w:val="32"/>
              </w:rPr>
              <w:t xml:space="preserve"> </w:t>
            </w:r>
            <w:proofErr w:type="spellStart"/>
            <w:r w:rsidRPr="0025334A">
              <w:rPr>
                <w:sz w:val="22"/>
                <w:szCs w:val="32"/>
              </w:rPr>
              <w:t>digerabile</w:t>
            </w:r>
            <w:proofErr w:type="spellEnd"/>
            <w:r w:rsidRPr="0025334A">
              <w:rPr>
                <w:sz w:val="22"/>
                <w:szCs w:val="32"/>
              </w:rPr>
              <w:t xml:space="preserve">; </w:t>
            </w:r>
            <w:proofErr w:type="spellStart"/>
            <w:r w:rsidRPr="0025334A">
              <w:rPr>
                <w:sz w:val="22"/>
                <w:szCs w:val="32"/>
              </w:rPr>
              <w:t>utilizarea</w:t>
            </w:r>
            <w:proofErr w:type="spellEnd"/>
            <w:r w:rsidRPr="0025334A">
              <w:rPr>
                <w:sz w:val="22"/>
                <w:szCs w:val="32"/>
              </w:rPr>
              <w:t xml:space="preserve"> </w:t>
            </w:r>
            <w:proofErr w:type="spellStart"/>
            <w:r w:rsidRPr="0025334A">
              <w:rPr>
                <w:sz w:val="22"/>
                <w:szCs w:val="32"/>
              </w:rPr>
              <w:t>tehnologiilor</w:t>
            </w:r>
            <w:proofErr w:type="spellEnd"/>
            <w:r w:rsidRPr="0025334A">
              <w:rPr>
                <w:sz w:val="22"/>
                <w:szCs w:val="32"/>
              </w:rPr>
              <w:t xml:space="preserve"> </w:t>
            </w:r>
            <w:proofErr w:type="spellStart"/>
            <w:r w:rsidRPr="0025334A">
              <w:rPr>
                <w:sz w:val="22"/>
                <w:szCs w:val="32"/>
              </w:rPr>
              <w:t>culinare</w:t>
            </w:r>
            <w:proofErr w:type="spellEnd"/>
            <w:r w:rsidRPr="0025334A">
              <w:rPr>
                <w:sz w:val="22"/>
                <w:szCs w:val="32"/>
              </w:rPr>
              <w:t xml:space="preserve"> </w:t>
            </w:r>
            <w:proofErr w:type="spellStart"/>
            <w:r w:rsidRPr="0025334A">
              <w:rPr>
                <w:sz w:val="22"/>
                <w:szCs w:val="32"/>
              </w:rPr>
              <w:t>blânde</w:t>
            </w:r>
            <w:proofErr w:type="spellEnd"/>
            <w:r w:rsidRPr="0025334A">
              <w:rPr>
                <w:sz w:val="22"/>
                <w:szCs w:val="32"/>
              </w:rPr>
              <w:t>.</w:t>
            </w:r>
          </w:p>
        </w:tc>
        <w:tc>
          <w:tcPr>
            <w:tcW w:w="0" w:type="auto"/>
            <w:vAlign w:val="center"/>
          </w:tcPr>
          <w:p w14:paraId="47E21D4E" w14:textId="77777777" w:rsidR="000C4CB5" w:rsidRPr="0025334A" w:rsidRDefault="004E746A" w:rsidP="0025334A">
            <w:pPr>
              <w:ind w:firstLine="0"/>
              <w:jc w:val="left"/>
              <w:rPr>
                <w:sz w:val="22"/>
                <w:szCs w:val="32"/>
              </w:rPr>
            </w:pPr>
            <w:r w:rsidRPr="0025334A">
              <w:rPr>
                <w:sz w:val="22"/>
                <w:szCs w:val="32"/>
              </w:rPr>
              <w:t>Supe-</w:t>
            </w:r>
            <w:proofErr w:type="spellStart"/>
            <w:r w:rsidRPr="0025334A">
              <w:rPr>
                <w:sz w:val="22"/>
                <w:szCs w:val="32"/>
              </w:rPr>
              <w:t>cremă</w:t>
            </w:r>
            <w:proofErr w:type="spellEnd"/>
            <w:r w:rsidRPr="0025334A">
              <w:rPr>
                <w:sz w:val="22"/>
                <w:szCs w:val="32"/>
              </w:rPr>
              <w:t xml:space="preserve">/supe </w:t>
            </w:r>
            <w:proofErr w:type="spellStart"/>
            <w:r w:rsidRPr="0025334A">
              <w:rPr>
                <w:sz w:val="22"/>
                <w:szCs w:val="32"/>
              </w:rPr>
              <w:t>limpezi</w:t>
            </w:r>
            <w:proofErr w:type="spellEnd"/>
            <w:r w:rsidRPr="0025334A">
              <w:rPr>
                <w:sz w:val="22"/>
                <w:szCs w:val="32"/>
              </w:rPr>
              <w:t xml:space="preserve"> </w:t>
            </w:r>
            <w:proofErr w:type="spellStart"/>
            <w:r w:rsidRPr="0025334A">
              <w:rPr>
                <w:sz w:val="22"/>
                <w:szCs w:val="32"/>
              </w:rPr>
              <w:t>permise</w:t>
            </w:r>
            <w:proofErr w:type="spellEnd"/>
            <w:r w:rsidRPr="0025334A">
              <w:rPr>
                <w:sz w:val="22"/>
                <w:szCs w:val="32"/>
              </w:rPr>
              <w:t xml:space="preserve">, carne </w:t>
            </w:r>
            <w:proofErr w:type="spellStart"/>
            <w:r w:rsidRPr="0025334A">
              <w:rPr>
                <w:sz w:val="22"/>
                <w:szCs w:val="32"/>
              </w:rPr>
              <w:t>fiartă</w:t>
            </w:r>
            <w:proofErr w:type="spellEnd"/>
            <w:r w:rsidRPr="0025334A">
              <w:rPr>
                <w:sz w:val="22"/>
                <w:szCs w:val="32"/>
              </w:rPr>
              <w:t xml:space="preserve">/la </w:t>
            </w:r>
            <w:proofErr w:type="spellStart"/>
            <w:r w:rsidRPr="0025334A">
              <w:rPr>
                <w:sz w:val="22"/>
                <w:szCs w:val="32"/>
              </w:rPr>
              <w:t>cuptor</w:t>
            </w:r>
            <w:proofErr w:type="spellEnd"/>
            <w:r w:rsidRPr="0025334A">
              <w:rPr>
                <w:sz w:val="22"/>
                <w:szCs w:val="32"/>
              </w:rPr>
              <w:t xml:space="preserve">, </w:t>
            </w:r>
            <w:proofErr w:type="spellStart"/>
            <w:r w:rsidRPr="0025334A">
              <w:rPr>
                <w:sz w:val="22"/>
                <w:szCs w:val="32"/>
              </w:rPr>
              <w:t>piure</w:t>
            </w:r>
            <w:proofErr w:type="spellEnd"/>
            <w:r w:rsidRPr="0025334A">
              <w:rPr>
                <w:sz w:val="22"/>
                <w:szCs w:val="32"/>
              </w:rPr>
              <w:t xml:space="preserve">, </w:t>
            </w:r>
            <w:proofErr w:type="spellStart"/>
            <w:r w:rsidRPr="0025334A">
              <w:rPr>
                <w:sz w:val="22"/>
                <w:szCs w:val="32"/>
              </w:rPr>
              <w:t>orez</w:t>
            </w:r>
            <w:proofErr w:type="spellEnd"/>
            <w:r w:rsidRPr="0025334A">
              <w:rPr>
                <w:sz w:val="22"/>
                <w:szCs w:val="32"/>
              </w:rPr>
              <w:t xml:space="preserve">, legume preparate </w:t>
            </w:r>
            <w:proofErr w:type="spellStart"/>
            <w:r w:rsidRPr="0025334A">
              <w:rPr>
                <w:sz w:val="22"/>
                <w:szCs w:val="32"/>
              </w:rPr>
              <w:t>termic</w:t>
            </w:r>
            <w:proofErr w:type="spellEnd"/>
            <w:r w:rsidRPr="0025334A">
              <w:rPr>
                <w:sz w:val="22"/>
                <w:szCs w:val="32"/>
              </w:rPr>
              <w:t>.</w:t>
            </w:r>
          </w:p>
        </w:tc>
      </w:tr>
      <w:tr w:rsidR="0025334A" w:rsidRPr="0025334A" w14:paraId="390F2E98" w14:textId="77777777" w:rsidTr="00F14F60">
        <w:trPr>
          <w:cantSplit/>
          <w:jc w:val="center"/>
        </w:trPr>
        <w:tc>
          <w:tcPr>
            <w:tcW w:w="0" w:type="auto"/>
            <w:vAlign w:val="center"/>
          </w:tcPr>
          <w:p w14:paraId="1C769F7C" w14:textId="77777777" w:rsidR="000C4CB5" w:rsidRPr="0025334A" w:rsidRDefault="004E746A" w:rsidP="0025334A">
            <w:pPr>
              <w:ind w:firstLine="0"/>
              <w:jc w:val="left"/>
              <w:rPr>
                <w:sz w:val="22"/>
                <w:szCs w:val="32"/>
              </w:rPr>
            </w:pPr>
            <w:r w:rsidRPr="0025334A">
              <w:rPr>
                <w:sz w:val="22"/>
                <w:szCs w:val="32"/>
              </w:rPr>
              <w:t>Renal</w:t>
            </w:r>
          </w:p>
        </w:tc>
        <w:tc>
          <w:tcPr>
            <w:tcW w:w="0" w:type="auto"/>
            <w:vAlign w:val="center"/>
          </w:tcPr>
          <w:p w14:paraId="0DD11C4F" w14:textId="77777777" w:rsidR="000C4CB5" w:rsidRPr="0025334A" w:rsidRDefault="004E746A" w:rsidP="0025334A">
            <w:pPr>
              <w:ind w:firstLine="0"/>
              <w:jc w:val="left"/>
              <w:rPr>
                <w:sz w:val="22"/>
                <w:szCs w:val="32"/>
              </w:rPr>
            </w:pPr>
            <w:proofErr w:type="spellStart"/>
            <w:r w:rsidRPr="0025334A">
              <w:rPr>
                <w:sz w:val="22"/>
                <w:szCs w:val="32"/>
              </w:rPr>
              <w:t>Adaptarea</w:t>
            </w:r>
            <w:proofErr w:type="spellEnd"/>
            <w:r w:rsidRPr="0025334A">
              <w:rPr>
                <w:sz w:val="22"/>
                <w:szCs w:val="32"/>
              </w:rPr>
              <w:t xml:space="preserve"> </w:t>
            </w:r>
            <w:proofErr w:type="spellStart"/>
            <w:r w:rsidRPr="0025334A">
              <w:rPr>
                <w:sz w:val="22"/>
                <w:szCs w:val="32"/>
              </w:rPr>
              <w:t>proteinelor</w:t>
            </w:r>
            <w:proofErr w:type="spellEnd"/>
            <w:r w:rsidRPr="0025334A">
              <w:rPr>
                <w:sz w:val="22"/>
                <w:szCs w:val="32"/>
              </w:rPr>
              <w:t xml:space="preserve">, </w:t>
            </w:r>
            <w:proofErr w:type="spellStart"/>
            <w:r w:rsidRPr="0025334A">
              <w:rPr>
                <w:sz w:val="22"/>
                <w:szCs w:val="32"/>
              </w:rPr>
              <w:t>sodiului</w:t>
            </w:r>
            <w:proofErr w:type="spellEnd"/>
            <w:r w:rsidRPr="0025334A">
              <w:rPr>
                <w:sz w:val="22"/>
                <w:szCs w:val="32"/>
              </w:rPr>
              <w:t xml:space="preserve">, </w:t>
            </w:r>
            <w:proofErr w:type="spellStart"/>
            <w:r w:rsidRPr="0025334A">
              <w:rPr>
                <w:sz w:val="22"/>
                <w:szCs w:val="32"/>
              </w:rPr>
              <w:t>potasiului</w:t>
            </w:r>
            <w:proofErr w:type="spellEnd"/>
            <w:r w:rsidRPr="0025334A">
              <w:rPr>
                <w:sz w:val="22"/>
                <w:szCs w:val="32"/>
              </w:rPr>
              <w:t xml:space="preserve">, </w:t>
            </w:r>
            <w:proofErr w:type="spellStart"/>
            <w:r w:rsidRPr="0025334A">
              <w:rPr>
                <w:sz w:val="22"/>
                <w:szCs w:val="32"/>
              </w:rPr>
              <w:t>fosforului</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lichidelor</w:t>
            </w:r>
            <w:proofErr w:type="spellEnd"/>
            <w:r w:rsidRPr="0025334A">
              <w:rPr>
                <w:sz w:val="22"/>
                <w:szCs w:val="32"/>
              </w:rPr>
              <w:t xml:space="preserve"> </w:t>
            </w:r>
            <w:proofErr w:type="spellStart"/>
            <w:r w:rsidRPr="0025334A">
              <w:rPr>
                <w:sz w:val="22"/>
                <w:szCs w:val="32"/>
              </w:rPr>
              <w:t>exclusiv</w:t>
            </w:r>
            <w:proofErr w:type="spellEnd"/>
            <w:r w:rsidRPr="0025334A">
              <w:rPr>
                <w:sz w:val="22"/>
                <w:szCs w:val="32"/>
              </w:rPr>
              <w:t xml:space="preserve"> </w:t>
            </w:r>
            <w:proofErr w:type="spellStart"/>
            <w:r w:rsidRPr="0025334A">
              <w:rPr>
                <w:sz w:val="22"/>
                <w:szCs w:val="32"/>
              </w:rPr>
              <w:t>potrivit</w:t>
            </w:r>
            <w:proofErr w:type="spellEnd"/>
            <w:r w:rsidRPr="0025334A">
              <w:rPr>
                <w:sz w:val="22"/>
                <w:szCs w:val="32"/>
              </w:rPr>
              <w:t xml:space="preserve"> </w:t>
            </w:r>
            <w:proofErr w:type="spellStart"/>
            <w:r w:rsidRPr="0025334A">
              <w:rPr>
                <w:sz w:val="22"/>
                <w:szCs w:val="32"/>
              </w:rPr>
              <w:t>recomandării</w:t>
            </w:r>
            <w:proofErr w:type="spellEnd"/>
            <w:r w:rsidRPr="0025334A">
              <w:rPr>
                <w:sz w:val="22"/>
                <w:szCs w:val="32"/>
              </w:rPr>
              <w:t xml:space="preserve"> </w:t>
            </w:r>
            <w:proofErr w:type="spellStart"/>
            <w:r w:rsidRPr="0025334A">
              <w:rPr>
                <w:sz w:val="22"/>
                <w:szCs w:val="32"/>
              </w:rPr>
              <w:t>medicale</w:t>
            </w:r>
            <w:proofErr w:type="spellEnd"/>
            <w:r w:rsidRPr="0025334A">
              <w:rPr>
                <w:sz w:val="22"/>
                <w:szCs w:val="32"/>
              </w:rPr>
              <w:t xml:space="preserve"> </w:t>
            </w:r>
            <w:proofErr w:type="spellStart"/>
            <w:r w:rsidRPr="0025334A">
              <w:rPr>
                <w:sz w:val="22"/>
                <w:szCs w:val="32"/>
              </w:rPr>
              <w:t>comunicate</w:t>
            </w:r>
            <w:proofErr w:type="spellEnd"/>
            <w:r w:rsidRPr="0025334A">
              <w:rPr>
                <w:sz w:val="22"/>
                <w:szCs w:val="32"/>
              </w:rPr>
              <w:t>.</w:t>
            </w:r>
          </w:p>
        </w:tc>
        <w:tc>
          <w:tcPr>
            <w:tcW w:w="0" w:type="auto"/>
            <w:vAlign w:val="center"/>
          </w:tcPr>
          <w:p w14:paraId="2A37C862" w14:textId="77777777" w:rsidR="000C4CB5" w:rsidRPr="0025334A" w:rsidRDefault="004E746A" w:rsidP="0025334A">
            <w:pPr>
              <w:ind w:firstLine="0"/>
              <w:jc w:val="left"/>
              <w:rPr>
                <w:sz w:val="22"/>
                <w:szCs w:val="32"/>
              </w:rPr>
            </w:pPr>
            <w:proofErr w:type="spellStart"/>
            <w:r w:rsidRPr="0025334A">
              <w:rPr>
                <w:sz w:val="22"/>
                <w:szCs w:val="32"/>
              </w:rPr>
              <w:t>Meniul</w:t>
            </w:r>
            <w:proofErr w:type="spellEnd"/>
            <w:r w:rsidRPr="0025334A">
              <w:rPr>
                <w:sz w:val="22"/>
                <w:szCs w:val="32"/>
              </w:rPr>
              <w:t xml:space="preserve"> se </w:t>
            </w:r>
            <w:proofErr w:type="spellStart"/>
            <w:r w:rsidRPr="0025334A">
              <w:rPr>
                <w:sz w:val="22"/>
                <w:szCs w:val="32"/>
              </w:rPr>
              <w:t>individualizează</w:t>
            </w:r>
            <w:proofErr w:type="spellEnd"/>
            <w:r w:rsidRPr="0025334A">
              <w:rPr>
                <w:sz w:val="22"/>
                <w:szCs w:val="32"/>
              </w:rPr>
              <w:t xml:space="preserve">; </w:t>
            </w:r>
            <w:proofErr w:type="spellStart"/>
            <w:r w:rsidRPr="0025334A">
              <w:rPr>
                <w:sz w:val="22"/>
                <w:szCs w:val="32"/>
              </w:rPr>
              <w:t>nu</w:t>
            </w:r>
            <w:proofErr w:type="spellEnd"/>
            <w:r w:rsidRPr="0025334A">
              <w:rPr>
                <w:sz w:val="22"/>
                <w:szCs w:val="32"/>
              </w:rPr>
              <w:t xml:space="preserve"> se </w:t>
            </w:r>
            <w:proofErr w:type="spellStart"/>
            <w:r w:rsidRPr="0025334A">
              <w:rPr>
                <w:sz w:val="22"/>
                <w:szCs w:val="32"/>
              </w:rPr>
              <w:t>aplică</w:t>
            </w:r>
            <w:proofErr w:type="spellEnd"/>
            <w:r w:rsidRPr="0025334A">
              <w:rPr>
                <w:sz w:val="22"/>
                <w:szCs w:val="32"/>
              </w:rPr>
              <w:t xml:space="preserve"> automat o </w:t>
            </w:r>
            <w:proofErr w:type="spellStart"/>
            <w:r w:rsidRPr="0025334A">
              <w:rPr>
                <w:sz w:val="22"/>
                <w:szCs w:val="32"/>
              </w:rPr>
              <w:t>listă</w:t>
            </w:r>
            <w:proofErr w:type="spellEnd"/>
            <w:r w:rsidRPr="0025334A">
              <w:rPr>
                <w:sz w:val="22"/>
                <w:szCs w:val="32"/>
              </w:rPr>
              <w:t xml:space="preserve"> standard </w:t>
            </w:r>
            <w:proofErr w:type="spellStart"/>
            <w:r w:rsidRPr="0025334A">
              <w:rPr>
                <w:sz w:val="22"/>
                <w:szCs w:val="32"/>
              </w:rPr>
              <w:t>fără</w:t>
            </w:r>
            <w:proofErr w:type="spellEnd"/>
            <w:r w:rsidRPr="0025334A">
              <w:rPr>
                <w:sz w:val="22"/>
                <w:szCs w:val="32"/>
              </w:rPr>
              <w:t xml:space="preserve"> </w:t>
            </w:r>
            <w:proofErr w:type="spellStart"/>
            <w:r w:rsidRPr="0025334A">
              <w:rPr>
                <w:sz w:val="22"/>
                <w:szCs w:val="32"/>
              </w:rPr>
              <w:t>indicație</w:t>
            </w:r>
            <w:proofErr w:type="spellEnd"/>
            <w:r w:rsidRPr="0025334A">
              <w:rPr>
                <w:sz w:val="22"/>
                <w:szCs w:val="32"/>
              </w:rPr>
              <w:t xml:space="preserve"> </w:t>
            </w:r>
            <w:proofErr w:type="spellStart"/>
            <w:r w:rsidRPr="0025334A">
              <w:rPr>
                <w:sz w:val="22"/>
                <w:szCs w:val="32"/>
              </w:rPr>
              <w:t>medicală</w:t>
            </w:r>
            <w:proofErr w:type="spellEnd"/>
            <w:r w:rsidRPr="0025334A">
              <w:rPr>
                <w:sz w:val="22"/>
                <w:szCs w:val="32"/>
              </w:rPr>
              <w:t>.</w:t>
            </w:r>
          </w:p>
        </w:tc>
      </w:tr>
      <w:tr w:rsidR="0025334A" w:rsidRPr="0025334A" w14:paraId="55602AEE" w14:textId="77777777" w:rsidTr="00F14F60">
        <w:trPr>
          <w:cantSplit/>
          <w:jc w:val="center"/>
        </w:trPr>
        <w:tc>
          <w:tcPr>
            <w:tcW w:w="0" w:type="auto"/>
            <w:vAlign w:val="center"/>
          </w:tcPr>
          <w:p w14:paraId="167B52A4" w14:textId="77777777" w:rsidR="000C4CB5" w:rsidRPr="0025334A" w:rsidRDefault="004E746A" w:rsidP="0025334A">
            <w:pPr>
              <w:ind w:firstLine="0"/>
              <w:jc w:val="left"/>
              <w:rPr>
                <w:sz w:val="22"/>
                <w:szCs w:val="32"/>
              </w:rPr>
            </w:pPr>
            <w:proofErr w:type="spellStart"/>
            <w:r w:rsidRPr="0025334A">
              <w:rPr>
                <w:sz w:val="22"/>
                <w:szCs w:val="32"/>
              </w:rPr>
              <w:t>Hiposodat</w:t>
            </w:r>
            <w:proofErr w:type="spellEnd"/>
          </w:p>
        </w:tc>
        <w:tc>
          <w:tcPr>
            <w:tcW w:w="0" w:type="auto"/>
            <w:vAlign w:val="center"/>
          </w:tcPr>
          <w:p w14:paraId="141E13C1" w14:textId="77777777" w:rsidR="000C4CB5" w:rsidRPr="0025334A" w:rsidRDefault="004E746A" w:rsidP="0025334A">
            <w:pPr>
              <w:ind w:firstLine="0"/>
              <w:jc w:val="left"/>
              <w:rPr>
                <w:sz w:val="22"/>
                <w:szCs w:val="32"/>
              </w:rPr>
            </w:pPr>
            <w:proofErr w:type="spellStart"/>
            <w:r w:rsidRPr="0025334A">
              <w:rPr>
                <w:sz w:val="22"/>
                <w:szCs w:val="32"/>
              </w:rPr>
              <w:t>Reducerea</w:t>
            </w:r>
            <w:proofErr w:type="spellEnd"/>
            <w:r w:rsidRPr="0025334A">
              <w:rPr>
                <w:sz w:val="22"/>
                <w:szCs w:val="32"/>
              </w:rPr>
              <w:t xml:space="preserve"> </w:t>
            </w:r>
            <w:proofErr w:type="spellStart"/>
            <w:r w:rsidRPr="0025334A">
              <w:rPr>
                <w:sz w:val="22"/>
                <w:szCs w:val="32"/>
              </w:rPr>
              <w:t>sodiului</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evitarea</w:t>
            </w:r>
            <w:proofErr w:type="spellEnd"/>
            <w:r w:rsidRPr="0025334A">
              <w:rPr>
                <w:sz w:val="22"/>
                <w:szCs w:val="32"/>
              </w:rPr>
              <w:t xml:space="preserve"> </w:t>
            </w:r>
            <w:proofErr w:type="spellStart"/>
            <w:r w:rsidRPr="0025334A">
              <w:rPr>
                <w:sz w:val="22"/>
                <w:szCs w:val="32"/>
              </w:rPr>
              <w:t>produselor</w:t>
            </w:r>
            <w:proofErr w:type="spellEnd"/>
            <w:r w:rsidRPr="0025334A">
              <w:rPr>
                <w:sz w:val="22"/>
                <w:szCs w:val="32"/>
              </w:rPr>
              <w:t xml:space="preserve"> cu </w:t>
            </w:r>
            <w:proofErr w:type="spellStart"/>
            <w:r w:rsidRPr="0025334A">
              <w:rPr>
                <w:sz w:val="22"/>
                <w:szCs w:val="32"/>
              </w:rPr>
              <w:t>conținut</w:t>
            </w:r>
            <w:proofErr w:type="spellEnd"/>
            <w:r w:rsidRPr="0025334A">
              <w:rPr>
                <w:sz w:val="22"/>
                <w:szCs w:val="32"/>
              </w:rPr>
              <w:t xml:space="preserve"> </w:t>
            </w:r>
            <w:proofErr w:type="spellStart"/>
            <w:r w:rsidRPr="0025334A">
              <w:rPr>
                <w:sz w:val="22"/>
                <w:szCs w:val="32"/>
              </w:rPr>
              <w:t>ridicat</w:t>
            </w:r>
            <w:proofErr w:type="spellEnd"/>
            <w:r w:rsidRPr="0025334A">
              <w:rPr>
                <w:sz w:val="22"/>
                <w:szCs w:val="32"/>
              </w:rPr>
              <w:t xml:space="preserve"> de </w:t>
            </w:r>
            <w:proofErr w:type="spellStart"/>
            <w:r w:rsidRPr="0025334A">
              <w:rPr>
                <w:sz w:val="22"/>
                <w:szCs w:val="32"/>
              </w:rPr>
              <w:t>sare</w:t>
            </w:r>
            <w:proofErr w:type="spellEnd"/>
            <w:r w:rsidRPr="0025334A">
              <w:rPr>
                <w:sz w:val="22"/>
                <w:szCs w:val="32"/>
              </w:rPr>
              <w:t>.</w:t>
            </w:r>
          </w:p>
        </w:tc>
        <w:tc>
          <w:tcPr>
            <w:tcW w:w="0" w:type="auto"/>
            <w:vAlign w:val="center"/>
          </w:tcPr>
          <w:p w14:paraId="60E8931A" w14:textId="77777777" w:rsidR="000C4CB5" w:rsidRPr="0025334A" w:rsidRDefault="004E746A" w:rsidP="0025334A">
            <w:pPr>
              <w:ind w:firstLine="0"/>
              <w:jc w:val="left"/>
              <w:rPr>
                <w:sz w:val="22"/>
                <w:szCs w:val="32"/>
              </w:rPr>
            </w:pPr>
            <w:r w:rsidRPr="0025334A">
              <w:rPr>
                <w:sz w:val="22"/>
                <w:szCs w:val="32"/>
              </w:rPr>
              <w:t xml:space="preserve">Carne </w:t>
            </w:r>
            <w:proofErr w:type="spellStart"/>
            <w:r w:rsidRPr="0025334A">
              <w:rPr>
                <w:sz w:val="22"/>
                <w:szCs w:val="32"/>
              </w:rPr>
              <w:t>neprocesată</w:t>
            </w:r>
            <w:proofErr w:type="spellEnd"/>
            <w:r w:rsidRPr="0025334A">
              <w:rPr>
                <w:sz w:val="22"/>
                <w:szCs w:val="32"/>
              </w:rPr>
              <w:t>, lactate/</w:t>
            </w:r>
            <w:proofErr w:type="spellStart"/>
            <w:r w:rsidRPr="0025334A">
              <w:rPr>
                <w:sz w:val="22"/>
                <w:szCs w:val="32"/>
              </w:rPr>
              <w:t>brânzeturi</w:t>
            </w:r>
            <w:proofErr w:type="spellEnd"/>
            <w:r w:rsidRPr="0025334A">
              <w:rPr>
                <w:sz w:val="22"/>
                <w:szCs w:val="32"/>
              </w:rPr>
              <w:t xml:space="preserve"> </w:t>
            </w:r>
            <w:proofErr w:type="spellStart"/>
            <w:r w:rsidRPr="0025334A">
              <w:rPr>
                <w:sz w:val="22"/>
                <w:szCs w:val="32"/>
              </w:rPr>
              <w:t>adecvate</w:t>
            </w:r>
            <w:proofErr w:type="spellEnd"/>
            <w:r w:rsidRPr="0025334A">
              <w:rPr>
                <w:sz w:val="22"/>
                <w:szCs w:val="32"/>
              </w:rPr>
              <w:t xml:space="preserve">, legume, </w:t>
            </w:r>
            <w:proofErr w:type="spellStart"/>
            <w:r w:rsidRPr="0025334A">
              <w:rPr>
                <w:sz w:val="22"/>
                <w:szCs w:val="32"/>
              </w:rPr>
              <w:t>garnituri</w:t>
            </w:r>
            <w:proofErr w:type="spellEnd"/>
            <w:r w:rsidRPr="0025334A">
              <w:rPr>
                <w:sz w:val="22"/>
                <w:szCs w:val="32"/>
              </w:rPr>
              <w:t xml:space="preserve"> </w:t>
            </w:r>
            <w:proofErr w:type="spellStart"/>
            <w:r w:rsidRPr="0025334A">
              <w:rPr>
                <w:sz w:val="22"/>
                <w:szCs w:val="32"/>
              </w:rPr>
              <w:t>fără</w:t>
            </w:r>
            <w:proofErr w:type="spellEnd"/>
            <w:r w:rsidRPr="0025334A">
              <w:rPr>
                <w:sz w:val="22"/>
                <w:szCs w:val="32"/>
              </w:rPr>
              <w:t xml:space="preserve"> </w:t>
            </w:r>
            <w:proofErr w:type="spellStart"/>
            <w:r w:rsidRPr="0025334A">
              <w:rPr>
                <w:sz w:val="22"/>
                <w:szCs w:val="32"/>
              </w:rPr>
              <w:t>adaos</w:t>
            </w:r>
            <w:proofErr w:type="spellEnd"/>
            <w:r w:rsidRPr="0025334A">
              <w:rPr>
                <w:sz w:val="22"/>
                <w:szCs w:val="32"/>
              </w:rPr>
              <w:t xml:space="preserve"> </w:t>
            </w:r>
            <w:proofErr w:type="spellStart"/>
            <w:r w:rsidRPr="0025334A">
              <w:rPr>
                <w:sz w:val="22"/>
                <w:szCs w:val="32"/>
              </w:rPr>
              <w:t>excesiv</w:t>
            </w:r>
            <w:proofErr w:type="spellEnd"/>
            <w:r w:rsidRPr="0025334A">
              <w:rPr>
                <w:sz w:val="22"/>
                <w:szCs w:val="32"/>
              </w:rPr>
              <w:t xml:space="preserve"> de </w:t>
            </w:r>
            <w:proofErr w:type="spellStart"/>
            <w:r w:rsidRPr="0025334A">
              <w:rPr>
                <w:sz w:val="22"/>
                <w:szCs w:val="32"/>
              </w:rPr>
              <w:t>sare</w:t>
            </w:r>
            <w:proofErr w:type="spellEnd"/>
            <w:r w:rsidRPr="0025334A">
              <w:rPr>
                <w:sz w:val="22"/>
                <w:szCs w:val="32"/>
              </w:rPr>
              <w:t>.</w:t>
            </w:r>
          </w:p>
        </w:tc>
      </w:tr>
      <w:tr w:rsidR="0025334A" w:rsidRPr="0025334A" w14:paraId="63CF182C" w14:textId="77777777" w:rsidTr="00F14F60">
        <w:trPr>
          <w:cantSplit/>
          <w:jc w:val="center"/>
        </w:trPr>
        <w:tc>
          <w:tcPr>
            <w:tcW w:w="0" w:type="auto"/>
            <w:vAlign w:val="center"/>
          </w:tcPr>
          <w:p w14:paraId="655BC82C" w14:textId="77777777" w:rsidR="000C4CB5" w:rsidRPr="0025334A" w:rsidRDefault="004E746A" w:rsidP="0025334A">
            <w:pPr>
              <w:ind w:firstLine="0"/>
              <w:jc w:val="left"/>
              <w:rPr>
                <w:sz w:val="22"/>
                <w:szCs w:val="32"/>
              </w:rPr>
            </w:pPr>
            <w:r w:rsidRPr="0025334A">
              <w:rPr>
                <w:sz w:val="22"/>
                <w:szCs w:val="32"/>
              </w:rPr>
              <w:t xml:space="preserve">Oncologic / </w:t>
            </w:r>
            <w:proofErr w:type="spellStart"/>
            <w:r w:rsidRPr="0025334A">
              <w:rPr>
                <w:sz w:val="22"/>
                <w:szCs w:val="32"/>
              </w:rPr>
              <w:t>alte</w:t>
            </w:r>
            <w:proofErr w:type="spellEnd"/>
            <w:r w:rsidRPr="0025334A">
              <w:rPr>
                <w:sz w:val="22"/>
                <w:szCs w:val="32"/>
              </w:rPr>
              <w:t xml:space="preserve"> </w:t>
            </w:r>
            <w:proofErr w:type="spellStart"/>
            <w:r w:rsidRPr="0025334A">
              <w:rPr>
                <w:sz w:val="22"/>
                <w:szCs w:val="32"/>
              </w:rPr>
              <w:t>afecțiuni</w:t>
            </w:r>
            <w:proofErr w:type="spellEnd"/>
          </w:p>
        </w:tc>
        <w:tc>
          <w:tcPr>
            <w:tcW w:w="0" w:type="auto"/>
            <w:vAlign w:val="center"/>
          </w:tcPr>
          <w:p w14:paraId="0D1B266A" w14:textId="77777777" w:rsidR="000C4CB5" w:rsidRPr="0025334A" w:rsidRDefault="004E746A" w:rsidP="0025334A">
            <w:pPr>
              <w:ind w:firstLine="0"/>
              <w:jc w:val="left"/>
              <w:rPr>
                <w:sz w:val="22"/>
                <w:szCs w:val="32"/>
              </w:rPr>
            </w:pPr>
            <w:proofErr w:type="spellStart"/>
            <w:r w:rsidRPr="0025334A">
              <w:rPr>
                <w:sz w:val="22"/>
                <w:szCs w:val="32"/>
              </w:rPr>
              <w:t>Adaptarea</w:t>
            </w:r>
            <w:proofErr w:type="spellEnd"/>
            <w:r w:rsidRPr="0025334A">
              <w:rPr>
                <w:sz w:val="22"/>
                <w:szCs w:val="32"/>
              </w:rPr>
              <w:t xml:space="preserve"> </w:t>
            </w:r>
            <w:proofErr w:type="spellStart"/>
            <w:r w:rsidRPr="0025334A">
              <w:rPr>
                <w:sz w:val="22"/>
                <w:szCs w:val="32"/>
              </w:rPr>
              <w:t>aportului</w:t>
            </w:r>
            <w:proofErr w:type="spellEnd"/>
            <w:r w:rsidRPr="0025334A">
              <w:rPr>
                <w:sz w:val="22"/>
                <w:szCs w:val="32"/>
              </w:rPr>
              <w:t xml:space="preserve">, </w:t>
            </w:r>
            <w:proofErr w:type="spellStart"/>
            <w:r w:rsidRPr="0025334A">
              <w:rPr>
                <w:sz w:val="22"/>
                <w:szCs w:val="32"/>
              </w:rPr>
              <w:t>consistenței</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toleranței</w:t>
            </w:r>
            <w:proofErr w:type="spellEnd"/>
            <w:r w:rsidRPr="0025334A">
              <w:rPr>
                <w:sz w:val="22"/>
                <w:szCs w:val="32"/>
              </w:rPr>
              <w:t xml:space="preserve"> </w:t>
            </w:r>
            <w:proofErr w:type="spellStart"/>
            <w:r w:rsidRPr="0025334A">
              <w:rPr>
                <w:sz w:val="22"/>
                <w:szCs w:val="32"/>
              </w:rPr>
              <w:t>alimentare</w:t>
            </w:r>
            <w:proofErr w:type="spellEnd"/>
            <w:r w:rsidRPr="0025334A">
              <w:rPr>
                <w:sz w:val="22"/>
                <w:szCs w:val="32"/>
              </w:rPr>
              <w:t xml:space="preserve"> la </w:t>
            </w:r>
            <w:proofErr w:type="spellStart"/>
            <w:r w:rsidRPr="0025334A">
              <w:rPr>
                <w:sz w:val="22"/>
                <w:szCs w:val="32"/>
              </w:rPr>
              <w:t>indicația</w:t>
            </w:r>
            <w:proofErr w:type="spellEnd"/>
            <w:r w:rsidRPr="0025334A">
              <w:rPr>
                <w:sz w:val="22"/>
                <w:szCs w:val="32"/>
              </w:rPr>
              <w:t xml:space="preserve"> </w:t>
            </w:r>
            <w:proofErr w:type="spellStart"/>
            <w:r w:rsidRPr="0025334A">
              <w:rPr>
                <w:sz w:val="22"/>
                <w:szCs w:val="32"/>
              </w:rPr>
              <w:t>medicală</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starea</w:t>
            </w:r>
            <w:proofErr w:type="spellEnd"/>
            <w:r w:rsidRPr="0025334A">
              <w:rPr>
                <w:sz w:val="22"/>
                <w:szCs w:val="32"/>
              </w:rPr>
              <w:t xml:space="preserve"> </w:t>
            </w:r>
            <w:proofErr w:type="spellStart"/>
            <w:r w:rsidRPr="0025334A">
              <w:rPr>
                <w:sz w:val="22"/>
                <w:szCs w:val="32"/>
              </w:rPr>
              <w:t>beneficiarului</w:t>
            </w:r>
            <w:proofErr w:type="spellEnd"/>
            <w:r w:rsidRPr="0025334A">
              <w:rPr>
                <w:sz w:val="22"/>
                <w:szCs w:val="32"/>
              </w:rPr>
              <w:t>.</w:t>
            </w:r>
          </w:p>
        </w:tc>
        <w:tc>
          <w:tcPr>
            <w:tcW w:w="0" w:type="auto"/>
            <w:vAlign w:val="center"/>
          </w:tcPr>
          <w:p w14:paraId="659D6F98" w14:textId="77777777" w:rsidR="000C4CB5" w:rsidRPr="0025334A" w:rsidRDefault="004E746A" w:rsidP="0025334A">
            <w:pPr>
              <w:ind w:firstLine="0"/>
              <w:jc w:val="left"/>
              <w:rPr>
                <w:sz w:val="22"/>
                <w:szCs w:val="32"/>
              </w:rPr>
            </w:pPr>
            <w:proofErr w:type="spellStart"/>
            <w:r w:rsidRPr="0025334A">
              <w:rPr>
                <w:sz w:val="22"/>
                <w:szCs w:val="32"/>
              </w:rPr>
              <w:t>Porții</w:t>
            </w:r>
            <w:proofErr w:type="spellEnd"/>
            <w:r w:rsidRPr="0025334A">
              <w:rPr>
                <w:sz w:val="22"/>
                <w:szCs w:val="32"/>
              </w:rPr>
              <w:t xml:space="preserve"> </w:t>
            </w:r>
            <w:proofErr w:type="spellStart"/>
            <w:r w:rsidRPr="0025334A">
              <w:rPr>
                <w:sz w:val="22"/>
                <w:szCs w:val="32"/>
              </w:rPr>
              <w:t>adaptate</w:t>
            </w:r>
            <w:proofErr w:type="spellEnd"/>
            <w:r w:rsidRPr="0025334A">
              <w:rPr>
                <w:sz w:val="22"/>
                <w:szCs w:val="32"/>
              </w:rPr>
              <w:t xml:space="preserve">, preparate </w:t>
            </w:r>
            <w:proofErr w:type="spellStart"/>
            <w:r w:rsidRPr="0025334A">
              <w:rPr>
                <w:sz w:val="22"/>
                <w:szCs w:val="32"/>
              </w:rPr>
              <w:t>ușor</w:t>
            </w:r>
            <w:proofErr w:type="spellEnd"/>
            <w:r w:rsidRPr="0025334A">
              <w:rPr>
                <w:sz w:val="22"/>
                <w:szCs w:val="32"/>
              </w:rPr>
              <w:t xml:space="preserve"> tolerate, </w:t>
            </w:r>
            <w:proofErr w:type="spellStart"/>
            <w:r w:rsidRPr="0025334A">
              <w:rPr>
                <w:sz w:val="22"/>
                <w:szCs w:val="32"/>
              </w:rPr>
              <w:t>suplimentarea</w:t>
            </w:r>
            <w:proofErr w:type="spellEnd"/>
            <w:r w:rsidRPr="0025334A">
              <w:rPr>
                <w:sz w:val="22"/>
                <w:szCs w:val="32"/>
              </w:rPr>
              <w:t xml:space="preserve"> </w:t>
            </w:r>
            <w:proofErr w:type="spellStart"/>
            <w:r w:rsidRPr="0025334A">
              <w:rPr>
                <w:sz w:val="22"/>
                <w:szCs w:val="32"/>
              </w:rPr>
              <w:t>componentelor</w:t>
            </w:r>
            <w:proofErr w:type="spellEnd"/>
            <w:r w:rsidRPr="0025334A">
              <w:rPr>
                <w:sz w:val="22"/>
                <w:szCs w:val="32"/>
              </w:rPr>
              <w:t xml:space="preserve"> </w:t>
            </w:r>
            <w:proofErr w:type="spellStart"/>
            <w:r w:rsidRPr="0025334A">
              <w:rPr>
                <w:sz w:val="22"/>
                <w:szCs w:val="32"/>
              </w:rPr>
              <w:t>numai</w:t>
            </w:r>
            <w:proofErr w:type="spellEnd"/>
            <w:r w:rsidRPr="0025334A">
              <w:rPr>
                <w:sz w:val="22"/>
                <w:szCs w:val="32"/>
              </w:rPr>
              <w:t xml:space="preserve"> </w:t>
            </w:r>
            <w:proofErr w:type="spellStart"/>
            <w:r w:rsidRPr="0025334A">
              <w:rPr>
                <w:sz w:val="22"/>
                <w:szCs w:val="32"/>
              </w:rPr>
              <w:t>în</w:t>
            </w:r>
            <w:proofErr w:type="spellEnd"/>
            <w:r w:rsidRPr="0025334A">
              <w:rPr>
                <w:sz w:val="22"/>
                <w:szCs w:val="32"/>
              </w:rPr>
              <w:t xml:space="preserve"> </w:t>
            </w:r>
            <w:proofErr w:type="spellStart"/>
            <w:r w:rsidRPr="0025334A">
              <w:rPr>
                <w:sz w:val="22"/>
                <w:szCs w:val="32"/>
              </w:rPr>
              <w:t>limitele</w:t>
            </w:r>
            <w:proofErr w:type="spellEnd"/>
            <w:r w:rsidRPr="0025334A">
              <w:rPr>
                <w:sz w:val="22"/>
                <w:szCs w:val="32"/>
              </w:rPr>
              <w:t xml:space="preserve"> </w:t>
            </w:r>
            <w:proofErr w:type="spellStart"/>
            <w:r w:rsidRPr="0025334A">
              <w:rPr>
                <w:sz w:val="22"/>
                <w:szCs w:val="32"/>
              </w:rPr>
              <w:t>recomandării</w:t>
            </w:r>
            <w:proofErr w:type="spellEnd"/>
            <w:r w:rsidRPr="0025334A">
              <w:rPr>
                <w:sz w:val="22"/>
                <w:szCs w:val="32"/>
              </w:rPr>
              <w:t>.</w:t>
            </w:r>
          </w:p>
        </w:tc>
      </w:tr>
      <w:tr w:rsidR="0025334A" w:rsidRPr="0025334A" w14:paraId="4CB117CD" w14:textId="77777777" w:rsidTr="00F14F60">
        <w:trPr>
          <w:cantSplit/>
          <w:jc w:val="center"/>
        </w:trPr>
        <w:tc>
          <w:tcPr>
            <w:tcW w:w="0" w:type="auto"/>
            <w:vAlign w:val="center"/>
          </w:tcPr>
          <w:p w14:paraId="1ADF36CA" w14:textId="77777777" w:rsidR="000C4CB5" w:rsidRPr="0025334A" w:rsidRDefault="004E746A" w:rsidP="0025334A">
            <w:pPr>
              <w:ind w:firstLine="0"/>
              <w:jc w:val="left"/>
              <w:rPr>
                <w:sz w:val="22"/>
                <w:szCs w:val="32"/>
              </w:rPr>
            </w:pPr>
            <w:proofErr w:type="spellStart"/>
            <w:r w:rsidRPr="0025334A">
              <w:rPr>
                <w:sz w:val="22"/>
                <w:szCs w:val="32"/>
              </w:rPr>
              <w:t>Textură</w:t>
            </w:r>
            <w:proofErr w:type="spellEnd"/>
            <w:r w:rsidRPr="0025334A">
              <w:rPr>
                <w:sz w:val="22"/>
                <w:szCs w:val="32"/>
              </w:rPr>
              <w:t xml:space="preserve"> </w:t>
            </w:r>
            <w:proofErr w:type="spellStart"/>
            <w:r w:rsidRPr="0025334A">
              <w:rPr>
                <w:sz w:val="22"/>
                <w:szCs w:val="32"/>
              </w:rPr>
              <w:t>modificată</w:t>
            </w:r>
            <w:proofErr w:type="spellEnd"/>
          </w:p>
        </w:tc>
        <w:tc>
          <w:tcPr>
            <w:tcW w:w="0" w:type="auto"/>
            <w:vAlign w:val="center"/>
          </w:tcPr>
          <w:p w14:paraId="00459EF4" w14:textId="77777777" w:rsidR="000C4CB5" w:rsidRPr="0025334A" w:rsidRDefault="004E746A" w:rsidP="0025334A">
            <w:pPr>
              <w:ind w:firstLine="0"/>
              <w:jc w:val="left"/>
              <w:rPr>
                <w:sz w:val="22"/>
                <w:szCs w:val="32"/>
              </w:rPr>
            </w:pPr>
            <w:proofErr w:type="spellStart"/>
            <w:r w:rsidRPr="0025334A">
              <w:rPr>
                <w:sz w:val="22"/>
                <w:szCs w:val="32"/>
              </w:rPr>
              <w:t>Păstrarea</w:t>
            </w:r>
            <w:proofErr w:type="spellEnd"/>
            <w:r w:rsidRPr="0025334A">
              <w:rPr>
                <w:sz w:val="22"/>
                <w:szCs w:val="32"/>
              </w:rPr>
              <w:t xml:space="preserve"> </w:t>
            </w:r>
            <w:proofErr w:type="spellStart"/>
            <w:r w:rsidRPr="0025334A">
              <w:rPr>
                <w:sz w:val="22"/>
                <w:szCs w:val="32"/>
              </w:rPr>
              <w:t>compoziției</w:t>
            </w:r>
            <w:proofErr w:type="spellEnd"/>
            <w:r w:rsidRPr="0025334A">
              <w:rPr>
                <w:sz w:val="22"/>
                <w:szCs w:val="32"/>
              </w:rPr>
              <w:t xml:space="preserve"> nutritive a </w:t>
            </w:r>
            <w:proofErr w:type="spellStart"/>
            <w:r w:rsidRPr="0025334A">
              <w:rPr>
                <w:sz w:val="22"/>
                <w:szCs w:val="32"/>
              </w:rPr>
              <w:t>meniului</w:t>
            </w:r>
            <w:proofErr w:type="spellEnd"/>
            <w:r w:rsidRPr="0025334A">
              <w:rPr>
                <w:sz w:val="22"/>
                <w:szCs w:val="32"/>
              </w:rPr>
              <w:t xml:space="preserve"> cu </w:t>
            </w:r>
            <w:proofErr w:type="spellStart"/>
            <w:r w:rsidRPr="0025334A">
              <w:rPr>
                <w:sz w:val="22"/>
                <w:szCs w:val="32"/>
              </w:rPr>
              <w:t>modificarea</w:t>
            </w:r>
            <w:proofErr w:type="spellEnd"/>
            <w:r w:rsidRPr="0025334A">
              <w:rPr>
                <w:sz w:val="22"/>
                <w:szCs w:val="32"/>
              </w:rPr>
              <w:t xml:space="preserve"> </w:t>
            </w:r>
            <w:proofErr w:type="spellStart"/>
            <w:r w:rsidRPr="0025334A">
              <w:rPr>
                <w:sz w:val="22"/>
                <w:szCs w:val="32"/>
              </w:rPr>
              <w:t>consistenței</w:t>
            </w:r>
            <w:proofErr w:type="spellEnd"/>
            <w:r w:rsidRPr="0025334A">
              <w:rPr>
                <w:sz w:val="22"/>
                <w:szCs w:val="32"/>
              </w:rPr>
              <w:t xml:space="preserve"> </w:t>
            </w:r>
            <w:proofErr w:type="spellStart"/>
            <w:r w:rsidRPr="0025334A">
              <w:rPr>
                <w:sz w:val="22"/>
                <w:szCs w:val="32"/>
              </w:rPr>
              <w:t>pentru</w:t>
            </w:r>
            <w:proofErr w:type="spellEnd"/>
            <w:r w:rsidRPr="0025334A">
              <w:rPr>
                <w:sz w:val="22"/>
                <w:szCs w:val="32"/>
              </w:rPr>
              <w:t xml:space="preserve"> </w:t>
            </w:r>
            <w:proofErr w:type="spellStart"/>
            <w:r w:rsidRPr="0025334A">
              <w:rPr>
                <w:sz w:val="22"/>
                <w:szCs w:val="32"/>
              </w:rPr>
              <w:t>siguranța</w:t>
            </w:r>
            <w:proofErr w:type="spellEnd"/>
            <w:r w:rsidRPr="0025334A">
              <w:rPr>
                <w:sz w:val="22"/>
                <w:szCs w:val="32"/>
              </w:rPr>
              <w:t xml:space="preserve"> </w:t>
            </w:r>
            <w:proofErr w:type="spellStart"/>
            <w:r w:rsidRPr="0025334A">
              <w:rPr>
                <w:sz w:val="22"/>
                <w:szCs w:val="32"/>
              </w:rPr>
              <w:t>masticației</w:t>
            </w:r>
            <w:proofErr w:type="spellEnd"/>
            <w:r w:rsidRPr="0025334A">
              <w:rPr>
                <w:sz w:val="22"/>
                <w:szCs w:val="32"/>
              </w:rPr>
              <w:t>/</w:t>
            </w:r>
            <w:proofErr w:type="spellStart"/>
            <w:r w:rsidRPr="0025334A">
              <w:rPr>
                <w:sz w:val="22"/>
                <w:szCs w:val="32"/>
              </w:rPr>
              <w:t>deglutiției</w:t>
            </w:r>
            <w:proofErr w:type="spellEnd"/>
            <w:r w:rsidRPr="0025334A">
              <w:rPr>
                <w:sz w:val="22"/>
                <w:szCs w:val="32"/>
              </w:rPr>
              <w:t>.</w:t>
            </w:r>
          </w:p>
        </w:tc>
        <w:tc>
          <w:tcPr>
            <w:tcW w:w="0" w:type="auto"/>
            <w:vAlign w:val="center"/>
          </w:tcPr>
          <w:p w14:paraId="09EFB9A1" w14:textId="77777777" w:rsidR="000C4CB5" w:rsidRPr="0025334A" w:rsidRDefault="004E746A" w:rsidP="0025334A">
            <w:pPr>
              <w:ind w:firstLine="0"/>
              <w:jc w:val="left"/>
              <w:rPr>
                <w:sz w:val="22"/>
                <w:szCs w:val="32"/>
              </w:rPr>
            </w:pPr>
            <w:r w:rsidRPr="0025334A">
              <w:rPr>
                <w:sz w:val="22"/>
                <w:szCs w:val="32"/>
              </w:rPr>
              <w:t xml:space="preserve">Pasat, </w:t>
            </w:r>
            <w:proofErr w:type="spellStart"/>
            <w:r w:rsidRPr="0025334A">
              <w:rPr>
                <w:sz w:val="22"/>
                <w:szCs w:val="32"/>
              </w:rPr>
              <w:t>tocat</w:t>
            </w:r>
            <w:proofErr w:type="spellEnd"/>
            <w:r w:rsidRPr="0025334A">
              <w:rPr>
                <w:sz w:val="22"/>
                <w:szCs w:val="32"/>
              </w:rPr>
              <w:t xml:space="preserve">, </w:t>
            </w:r>
            <w:proofErr w:type="spellStart"/>
            <w:r w:rsidRPr="0025334A">
              <w:rPr>
                <w:sz w:val="22"/>
                <w:szCs w:val="32"/>
              </w:rPr>
              <w:t>semilichid</w:t>
            </w:r>
            <w:proofErr w:type="spellEnd"/>
            <w:r w:rsidRPr="0025334A">
              <w:rPr>
                <w:sz w:val="22"/>
                <w:szCs w:val="32"/>
              </w:rPr>
              <w:t xml:space="preserve">; </w:t>
            </w:r>
            <w:proofErr w:type="spellStart"/>
            <w:r w:rsidRPr="0025334A">
              <w:rPr>
                <w:sz w:val="22"/>
                <w:szCs w:val="32"/>
              </w:rPr>
              <w:t>porția</w:t>
            </w:r>
            <w:proofErr w:type="spellEnd"/>
            <w:r w:rsidRPr="0025334A">
              <w:rPr>
                <w:sz w:val="22"/>
                <w:szCs w:val="32"/>
              </w:rPr>
              <w:t xml:space="preserve"> se </w:t>
            </w:r>
            <w:proofErr w:type="spellStart"/>
            <w:r w:rsidRPr="0025334A">
              <w:rPr>
                <w:sz w:val="22"/>
                <w:szCs w:val="32"/>
              </w:rPr>
              <w:t>etichetează</w:t>
            </w:r>
            <w:proofErr w:type="spellEnd"/>
            <w:r w:rsidRPr="0025334A">
              <w:rPr>
                <w:sz w:val="22"/>
                <w:szCs w:val="32"/>
              </w:rPr>
              <w:t xml:space="preserve"> distinct.</w:t>
            </w:r>
          </w:p>
        </w:tc>
      </w:tr>
      <w:tr w:rsidR="0025334A" w:rsidRPr="0025334A" w14:paraId="59B6C99B" w14:textId="77777777" w:rsidTr="00F14F60">
        <w:trPr>
          <w:cantSplit/>
          <w:jc w:val="center"/>
        </w:trPr>
        <w:tc>
          <w:tcPr>
            <w:tcW w:w="0" w:type="auto"/>
            <w:vAlign w:val="center"/>
          </w:tcPr>
          <w:p w14:paraId="40EAF22C" w14:textId="77777777" w:rsidR="000C4CB5" w:rsidRPr="0025334A" w:rsidRDefault="004E746A" w:rsidP="0025334A">
            <w:pPr>
              <w:ind w:firstLine="0"/>
              <w:jc w:val="left"/>
              <w:rPr>
                <w:sz w:val="22"/>
                <w:szCs w:val="32"/>
              </w:rPr>
            </w:pPr>
            <w:proofErr w:type="spellStart"/>
            <w:r w:rsidRPr="0025334A">
              <w:rPr>
                <w:sz w:val="22"/>
                <w:szCs w:val="32"/>
              </w:rPr>
              <w:t>Copii</w:t>
            </w:r>
            <w:proofErr w:type="spellEnd"/>
            <w:r w:rsidRPr="0025334A">
              <w:rPr>
                <w:sz w:val="22"/>
                <w:szCs w:val="32"/>
              </w:rPr>
              <w:t xml:space="preserve"> </w:t>
            </w:r>
            <w:proofErr w:type="spellStart"/>
            <w:r w:rsidRPr="0025334A">
              <w:rPr>
                <w:sz w:val="22"/>
                <w:szCs w:val="32"/>
              </w:rPr>
              <w:t>mici</w:t>
            </w:r>
            <w:proofErr w:type="spellEnd"/>
            <w:r w:rsidRPr="0025334A">
              <w:rPr>
                <w:sz w:val="22"/>
                <w:szCs w:val="32"/>
              </w:rPr>
              <w:t xml:space="preserve"> / </w:t>
            </w:r>
            <w:proofErr w:type="spellStart"/>
            <w:r w:rsidRPr="0025334A">
              <w:rPr>
                <w:sz w:val="22"/>
                <w:szCs w:val="32"/>
              </w:rPr>
              <w:t>situații</w:t>
            </w:r>
            <w:proofErr w:type="spellEnd"/>
            <w:r w:rsidRPr="0025334A">
              <w:rPr>
                <w:sz w:val="22"/>
                <w:szCs w:val="32"/>
              </w:rPr>
              <w:t xml:space="preserve"> </w:t>
            </w:r>
            <w:proofErr w:type="spellStart"/>
            <w:r w:rsidRPr="0025334A">
              <w:rPr>
                <w:sz w:val="22"/>
                <w:szCs w:val="32"/>
              </w:rPr>
              <w:t>pediatrice</w:t>
            </w:r>
            <w:proofErr w:type="spellEnd"/>
          </w:p>
        </w:tc>
        <w:tc>
          <w:tcPr>
            <w:tcW w:w="0" w:type="auto"/>
            <w:vAlign w:val="center"/>
          </w:tcPr>
          <w:p w14:paraId="10596352" w14:textId="77777777" w:rsidR="000C4CB5" w:rsidRPr="0025334A" w:rsidRDefault="004E746A" w:rsidP="0025334A">
            <w:pPr>
              <w:ind w:firstLine="0"/>
              <w:jc w:val="left"/>
              <w:rPr>
                <w:sz w:val="22"/>
                <w:szCs w:val="32"/>
              </w:rPr>
            </w:pPr>
            <w:proofErr w:type="spellStart"/>
            <w:r w:rsidRPr="0025334A">
              <w:rPr>
                <w:sz w:val="22"/>
                <w:szCs w:val="32"/>
              </w:rPr>
              <w:t>Adaptarea</w:t>
            </w:r>
            <w:proofErr w:type="spellEnd"/>
            <w:r w:rsidRPr="0025334A">
              <w:rPr>
                <w:sz w:val="22"/>
                <w:szCs w:val="32"/>
              </w:rPr>
              <w:t xml:space="preserve"> </w:t>
            </w:r>
            <w:proofErr w:type="spellStart"/>
            <w:r w:rsidRPr="0025334A">
              <w:rPr>
                <w:sz w:val="22"/>
                <w:szCs w:val="32"/>
              </w:rPr>
              <w:t>ingredientelor</w:t>
            </w:r>
            <w:proofErr w:type="spellEnd"/>
            <w:r w:rsidRPr="0025334A">
              <w:rPr>
                <w:sz w:val="22"/>
                <w:szCs w:val="32"/>
              </w:rPr>
              <w:t xml:space="preserve">, </w:t>
            </w:r>
            <w:proofErr w:type="spellStart"/>
            <w:r w:rsidRPr="0025334A">
              <w:rPr>
                <w:sz w:val="22"/>
                <w:szCs w:val="32"/>
              </w:rPr>
              <w:t>gramajelor</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consistenței</w:t>
            </w:r>
            <w:proofErr w:type="spellEnd"/>
            <w:r w:rsidRPr="0025334A">
              <w:rPr>
                <w:sz w:val="22"/>
                <w:szCs w:val="32"/>
              </w:rPr>
              <w:t xml:space="preserve"> la </w:t>
            </w:r>
            <w:proofErr w:type="spellStart"/>
            <w:r w:rsidRPr="0025334A">
              <w:rPr>
                <w:sz w:val="22"/>
                <w:szCs w:val="32"/>
              </w:rPr>
              <w:t>vârstă</w:t>
            </w:r>
            <w:proofErr w:type="spellEnd"/>
            <w:r w:rsidRPr="0025334A">
              <w:rPr>
                <w:sz w:val="22"/>
                <w:szCs w:val="32"/>
              </w:rPr>
              <w:t xml:space="preserve"> </w:t>
            </w:r>
            <w:proofErr w:type="spellStart"/>
            <w:r w:rsidRPr="0025334A">
              <w:rPr>
                <w:sz w:val="22"/>
                <w:szCs w:val="32"/>
              </w:rPr>
              <w:t>și</w:t>
            </w:r>
            <w:proofErr w:type="spellEnd"/>
            <w:r w:rsidRPr="0025334A">
              <w:rPr>
                <w:sz w:val="22"/>
                <w:szCs w:val="32"/>
              </w:rPr>
              <w:t xml:space="preserve"> </w:t>
            </w:r>
            <w:proofErr w:type="spellStart"/>
            <w:r w:rsidRPr="0025334A">
              <w:rPr>
                <w:sz w:val="22"/>
                <w:szCs w:val="32"/>
              </w:rPr>
              <w:t>recomandările</w:t>
            </w:r>
            <w:proofErr w:type="spellEnd"/>
            <w:r w:rsidRPr="0025334A">
              <w:rPr>
                <w:sz w:val="22"/>
                <w:szCs w:val="32"/>
              </w:rPr>
              <w:t xml:space="preserve"> </w:t>
            </w:r>
            <w:proofErr w:type="spellStart"/>
            <w:r w:rsidRPr="0025334A">
              <w:rPr>
                <w:sz w:val="22"/>
                <w:szCs w:val="32"/>
              </w:rPr>
              <w:t>comunicate</w:t>
            </w:r>
            <w:proofErr w:type="spellEnd"/>
            <w:r w:rsidRPr="0025334A">
              <w:rPr>
                <w:sz w:val="22"/>
                <w:szCs w:val="32"/>
              </w:rPr>
              <w:t xml:space="preserve"> de </w:t>
            </w:r>
            <w:proofErr w:type="spellStart"/>
            <w:r w:rsidRPr="0025334A">
              <w:rPr>
                <w:sz w:val="22"/>
                <w:szCs w:val="32"/>
              </w:rPr>
              <w:t>centru</w:t>
            </w:r>
            <w:proofErr w:type="spellEnd"/>
            <w:r w:rsidRPr="0025334A">
              <w:rPr>
                <w:sz w:val="22"/>
                <w:szCs w:val="32"/>
              </w:rPr>
              <w:t>.</w:t>
            </w:r>
          </w:p>
        </w:tc>
        <w:tc>
          <w:tcPr>
            <w:tcW w:w="0" w:type="auto"/>
            <w:vAlign w:val="center"/>
          </w:tcPr>
          <w:p w14:paraId="5043F264" w14:textId="77777777" w:rsidR="000C4CB5" w:rsidRPr="0025334A" w:rsidRDefault="004E746A" w:rsidP="0025334A">
            <w:pPr>
              <w:ind w:firstLine="0"/>
              <w:jc w:val="left"/>
              <w:rPr>
                <w:sz w:val="22"/>
                <w:szCs w:val="32"/>
              </w:rPr>
            </w:pPr>
            <w:r w:rsidRPr="0025334A">
              <w:rPr>
                <w:sz w:val="22"/>
                <w:szCs w:val="32"/>
              </w:rPr>
              <w:t xml:space="preserve">Supe de </w:t>
            </w:r>
            <w:proofErr w:type="spellStart"/>
            <w:r w:rsidRPr="0025334A">
              <w:rPr>
                <w:sz w:val="22"/>
                <w:szCs w:val="32"/>
              </w:rPr>
              <w:t>zarzavat</w:t>
            </w:r>
            <w:proofErr w:type="spellEnd"/>
            <w:r w:rsidRPr="0025334A">
              <w:rPr>
                <w:sz w:val="22"/>
                <w:szCs w:val="32"/>
              </w:rPr>
              <w:t xml:space="preserve">, carne </w:t>
            </w:r>
            <w:proofErr w:type="spellStart"/>
            <w:r w:rsidRPr="0025334A">
              <w:rPr>
                <w:sz w:val="22"/>
                <w:szCs w:val="32"/>
              </w:rPr>
              <w:t>fiartă</w:t>
            </w:r>
            <w:proofErr w:type="spellEnd"/>
            <w:r w:rsidRPr="0025334A">
              <w:rPr>
                <w:sz w:val="22"/>
                <w:szCs w:val="32"/>
              </w:rPr>
              <w:t>/</w:t>
            </w:r>
            <w:proofErr w:type="spellStart"/>
            <w:r w:rsidRPr="0025334A">
              <w:rPr>
                <w:sz w:val="22"/>
                <w:szCs w:val="32"/>
              </w:rPr>
              <w:t>pasată</w:t>
            </w:r>
            <w:proofErr w:type="spellEnd"/>
            <w:r w:rsidRPr="0025334A">
              <w:rPr>
                <w:sz w:val="22"/>
                <w:szCs w:val="32"/>
              </w:rPr>
              <w:t xml:space="preserve">, </w:t>
            </w:r>
            <w:proofErr w:type="spellStart"/>
            <w:r w:rsidRPr="0025334A">
              <w:rPr>
                <w:sz w:val="22"/>
                <w:szCs w:val="32"/>
              </w:rPr>
              <w:t>iaurt</w:t>
            </w:r>
            <w:proofErr w:type="spellEnd"/>
            <w:r w:rsidRPr="0025334A">
              <w:rPr>
                <w:sz w:val="22"/>
                <w:szCs w:val="32"/>
              </w:rPr>
              <w:t xml:space="preserve">, </w:t>
            </w:r>
            <w:proofErr w:type="spellStart"/>
            <w:r w:rsidRPr="0025334A">
              <w:rPr>
                <w:sz w:val="22"/>
                <w:szCs w:val="32"/>
              </w:rPr>
              <w:t>brânză</w:t>
            </w:r>
            <w:proofErr w:type="spellEnd"/>
            <w:r w:rsidRPr="0025334A">
              <w:rPr>
                <w:sz w:val="22"/>
                <w:szCs w:val="32"/>
              </w:rPr>
              <w:t xml:space="preserve"> de </w:t>
            </w:r>
            <w:proofErr w:type="spellStart"/>
            <w:r w:rsidRPr="0025334A">
              <w:rPr>
                <w:sz w:val="22"/>
                <w:szCs w:val="32"/>
              </w:rPr>
              <w:t>vaci</w:t>
            </w:r>
            <w:proofErr w:type="spellEnd"/>
            <w:r w:rsidRPr="0025334A">
              <w:rPr>
                <w:sz w:val="22"/>
                <w:szCs w:val="32"/>
              </w:rPr>
              <w:t xml:space="preserve">, </w:t>
            </w:r>
            <w:proofErr w:type="spellStart"/>
            <w:r w:rsidRPr="0025334A">
              <w:rPr>
                <w:sz w:val="22"/>
                <w:szCs w:val="32"/>
              </w:rPr>
              <w:t>fructe</w:t>
            </w:r>
            <w:proofErr w:type="spellEnd"/>
            <w:r w:rsidRPr="0025334A">
              <w:rPr>
                <w:sz w:val="22"/>
                <w:szCs w:val="32"/>
              </w:rPr>
              <w:t xml:space="preserve"> </w:t>
            </w:r>
            <w:proofErr w:type="spellStart"/>
            <w:r w:rsidRPr="0025334A">
              <w:rPr>
                <w:sz w:val="22"/>
                <w:szCs w:val="32"/>
              </w:rPr>
              <w:t>pregătite</w:t>
            </w:r>
            <w:proofErr w:type="spellEnd"/>
            <w:r w:rsidRPr="0025334A">
              <w:rPr>
                <w:sz w:val="22"/>
                <w:szCs w:val="32"/>
              </w:rPr>
              <w:t xml:space="preserve"> </w:t>
            </w:r>
            <w:proofErr w:type="spellStart"/>
            <w:r w:rsidRPr="0025334A">
              <w:rPr>
                <w:sz w:val="22"/>
                <w:szCs w:val="32"/>
              </w:rPr>
              <w:t>adecvat</w:t>
            </w:r>
            <w:proofErr w:type="spellEnd"/>
            <w:r w:rsidRPr="0025334A">
              <w:rPr>
                <w:sz w:val="22"/>
                <w:szCs w:val="32"/>
              </w:rPr>
              <w:t xml:space="preserve"> </w:t>
            </w:r>
            <w:proofErr w:type="spellStart"/>
            <w:r w:rsidRPr="0025334A">
              <w:rPr>
                <w:sz w:val="22"/>
                <w:szCs w:val="32"/>
              </w:rPr>
              <w:t>vârstei</w:t>
            </w:r>
            <w:proofErr w:type="spellEnd"/>
            <w:r w:rsidRPr="0025334A">
              <w:rPr>
                <w:sz w:val="22"/>
                <w:szCs w:val="32"/>
              </w:rPr>
              <w:t>.</w:t>
            </w:r>
          </w:p>
        </w:tc>
      </w:tr>
    </w:tbl>
    <w:p w14:paraId="752DBBC0" w14:textId="77777777" w:rsidR="00F14F60" w:rsidRDefault="00F14F60" w:rsidP="00F14F60">
      <w:pPr>
        <w:spacing w:after="50" w:line="247" w:lineRule="auto"/>
        <w:ind w:firstLine="0"/>
        <w:rPr>
          <w:lang w:val="es-ES"/>
        </w:rPr>
      </w:pPr>
    </w:p>
    <w:p w14:paraId="16786EAC" w14:textId="77777777" w:rsidR="008468E7" w:rsidRDefault="008468E7">
      <w:pPr>
        <w:spacing w:after="200" w:line="276" w:lineRule="auto"/>
        <w:ind w:firstLine="0"/>
        <w:jc w:val="left"/>
        <w:rPr>
          <w:rFonts w:eastAsiaTheme="majorEastAsia" w:cstheme="majorBidi"/>
          <w:b/>
          <w:szCs w:val="28"/>
        </w:rPr>
      </w:pPr>
      <w:r>
        <w:br w:type="page"/>
      </w:r>
    </w:p>
    <w:p w14:paraId="343D9F5A" w14:textId="77777777" w:rsidR="00F678CC" w:rsidRDefault="00F678CC" w:rsidP="00F678CC">
      <w:pPr>
        <w:pStyle w:val="Body"/>
      </w:pPr>
    </w:p>
    <w:p w14:paraId="546132FF" w14:textId="63E84BD6" w:rsidR="000C4CB5" w:rsidRDefault="004E746A" w:rsidP="0025334A">
      <w:pPr>
        <w:pStyle w:val="Heading1"/>
      </w:pPr>
      <w:bookmarkStart w:id="80" w:name="_Toc242951518"/>
      <w:r w:rsidRPr="0025334A">
        <w:t xml:space="preserve">ANEXA NR. </w:t>
      </w:r>
      <w:r w:rsidR="006E4A09">
        <w:t>6</w:t>
      </w:r>
      <w:r w:rsidRPr="0025334A">
        <w:t xml:space="preserve"> – MODEL DE COMANDĂ ZILNICĂ</w:t>
      </w:r>
      <w:r w:rsidR="00416389">
        <w:t xml:space="preserve"> </w:t>
      </w:r>
      <w:r w:rsidR="00416389" w:rsidRPr="00416389">
        <w:rPr>
          <w:bCs/>
        </w:rPr>
        <w:t>ȘI LIVRARE/RECEPȚIE</w:t>
      </w:r>
      <w:bookmarkEnd w:id="80"/>
    </w:p>
    <w:p w14:paraId="3DADAA85" w14:textId="77777777" w:rsidR="00416389" w:rsidRDefault="00416389" w:rsidP="00416389">
      <w:pPr>
        <w:ind w:firstLine="0"/>
      </w:pPr>
    </w:p>
    <w:tbl>
      <w:tblPr>
        <w:tblW w:w="9411"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402"/>
        <w:gridCol w:w="6009"/>
      </w:tblGrid>
      <w:tr w:rsidR="00416389" w:rsidRPr="00416389" w14:paraId="14E6C951" w14:textId="77777777" w:rsidTr="006B3867">
        <w:tc>
          <w:tcPr>
            <w:tcW w:w="9411" w:type="dxa"/>
            <w:gridSpan w:val="2"/>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tcPr>
          <w:p w14:paraId="3A882B02" w14:textId="0C38B61F" w:rsidR="00416389" w:rsidRPr="00416389" w:rsidRDefault="00416389" w:rsidP="00416389">
            <w:pPr>
              <w:ind w:firstLine="0"/>
              <w:rPr>
                <w:b/>
                <w:bCs/>
                <w:lang w:val="ro-RO"/>
              </w:rPr>
            </w:pPr>
            <w:r>
              <w:rPr>
                <w:b/>
                <w:bCs/>
                <w:lang w:val="ro-RO"/>
              </w:rPr>
              <w:t>COMANDA</w:t>
            </w:r>
          </w:p>
        </w:tc>
      </w:tr>
      <w:tr w:rsidR="00416389" w:rsidRPr="00416389" w14:paraId="62AE5503"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58DF8422" w14:textId="77777777" w:rsidR="00416389" w:rsidRPr="00416389" w:rsidRDefault="00416389" w:rsidP="00416389">
            <w:pPr>
              <w:ind w:firstLine="0"/>
              <w:rPr>
                <w:lang w:val="ro-RO"/>
              </w:rPr>
            </w:pPr>
            <w:r w:rsidRPr="00416389">
              <w:rPr>
                <w:lang w:val="ro-RO"/>
              </w:rPr>
              <w:t>Data serviciului</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11DCE79E" w14:textId="77777777" w:rsidR="00416389" w:rsidRPr="00416389" w:rsidRDefault="00416389" w:rsidP="00416389">
            <w:pPr>
              <w:ind w:firstLine="0"/>
              <w:rPr>
                <w:lang w:val="ro-RO"/>
              </w:rPr>
            </w:pPr>
            <w:r w:rsidRPr="00416389">
              <w:rPr>
                <w:lang w:val="ro-RO"/>
              </w:rPr>
              <w:t>[zz.ll.aaaa]</w:t>
            </w:r>
          </w:p>
        </w:tc>
      </w:tr>
      <w:tr w:rsidR="00416389" w:rsidRPr="00416389" w14:paraId="0AD9EFB7"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55005245" w14:textId="77777777" w:rsidR="00416389" w:rsidRPr="00416389" w:rsidRDefault="00416389" w:rsidP="00416389">
            <w:pPr>
              <w:ind w:firstLine="0"/>
              <w:rPr>
                <w:lang w:val="ro-RO"/>
              </w:rPr>
            </w:pPr>
            <w:r w:rsidRPr="00416389">
              <w:rPr>
                <w:lang w:val="ro-RO"/>
              </w:rPr>
              <w:t>Centru</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0860F66A" w14:textId="77777777" w:rsidR="00416389" w:rsidRPr="00416389" w:rsidRDefault="00416389" w:rsidP="00416389">
            <w:pPr>
              <w:ind w:firstLine="0"/>
              <w:rPr>
                <w:lang w:val="ro-RO"/>
              </w:rPr>
            </w:pPr>
            <w:r w:rsidRPr="00416389">
              <w:rPr>
                <w:lang w:val="ro-RO"/>
              </w:rPr>
              <w:t>[denumire]</w:t>
            </w:r>
          </w:p>
        </w:tc>
      </w:tr>
      <w:tr w:rsidR="00416389" w:rsidRPr="00416389" w14:paraId="7FC203F6"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65CE0397" w14:textId="77777777" w:rsidR="00416389" w:rsidRPr="00416389" w:rsidRDefault="00416389" w:rsidP="00416389">
            <w:pPr>
              <w:ind w:firstLine="0"/>
              <w:rPr>
                <w:lang w:val="ro-RO"/>
              </w:rPr>
            </w:pPr>
            <w:r w:rsidRPr="00416389">
              <w:rPr>
                <w:lang w:val="ro-RO"/>
              </w:rPr>
              <w:t>Meniu standard</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2B6C95F8" w14:textId="77777777" w:rsidR="00416389" w:rsidRPr="00416389" w:rsidRDefault="00416389" w:rsidP="00416389">
            <w:pPr>
              <w:ind w:firstLine="0"/>
              <w:rPr>
                <w:lang w:val="ro-RO"/>
              </w:rPr>
            </w:pPr>
            <w:r w:rsidRPr="00416389">
              <w:rPr>
                <w:lang w:val="ro-RO"/>
              </w:rPr>
              <w:t>[număr]</w:t>
            </w:r>
          </w:p>
        </w:tc>
      </w:tr>
      <w:tr w:rsidR="00416389" w:rsidRPr="00416389" w14:paraId="7BAB92CA"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511EEF66" w14:textId="77777777" w:rsidR="00416389" w:rsidRPr="00416389" w:rsidRDefault="00416389" w:rsidP="00416389">
            <w:pPr>
              <w:ind w:firstLine="0"/>
              <w:rPr>
                <w:lang w:val="ro-RO"/>
              </w:rPr>
            </w:pPr>
            <w:r w:rsidRPr="00416389">
              <w:rPr>
                <w:lang w:val="ro-RO"/>
              </w:rPr>
              <w:t>Regimuri</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2AD2FFC9" w14:textId="77777777" w:rsidR="00416389" w:rsidRPr="00416389" w:rsidRDefault="00416389" w:rsidP="00416389">
            <w:pPr>
              <w:ind w:firstLine="0"/>
              <w:rPr>
                <w:lang w:val="ro-RO"/>
              </w:rPr>
            </w:pPr>
            <w:r w:rsidRPr="00416389">
              <w:rPr>
                <w:lang w:val="ro-RO"/>
              </w:rPr>
              <w:t>[tip regim + număr]</w:t>
            </w:r>
          </w:p>
        </w:tc>
      </w:tr>
      <w:tr w:rsidR="00416389" w:rsidRPr="00416389" w14:paraId="09901E3D"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002B483F" w14:textId="77777777" w:rsidR="00416389" w:rsidRPr="00416389" w:rsidRDefault="00416389" w:rsidP="00416389">
            <w:pPr>
              <w:ind w:firstLine="0"/>
              <w:rPr>
                <w:lang w:val="ro-RO"/>
              </w:rPr>
            </w:pPr>
            <w:r w:rsidRPr="00416389">
              <w:rPr>
                <w:lang w:val="ro-RO"/>
              </w:rPr>
              <w:t>Texturi modificate</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177F4BEA" w14:textId="77777777" w:rsidR="00416389" w:rsidRPr="00416389" w:rsidRDefault="00416389" w:rsidP="00416389">
            <w:pPr>
              <w:ind w:firstLine="0"/>
              <w:rPr>
                <w:lang w:val="ro-RO"/>
              </w:rPr>
            </w:pPr>
            <w:r w:rsidRPr="00416389">
              <w:rPr>
                <w:lang w:val="ro-RO"/>
              </w:rPr>
              <w:t>[tip + număr]</w:t>
            </w:r>
          </w:p>
        </w:tc>
      </w:tr>
      <w:tr w:rsidR="00416389" w:rsidRPr="00416389" w14:paraId="6A93D5F6"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78E4BDEA" w14:textId="77777777" w:rsidR="00416389" w:rsidRPr="00416389" w:rsidRDefault="00416389" w:rsidP="00416389">
            <w:pPr>
              <w:ind w:firstLine="0"/>
              <w:rPr>
                <w:lang w:val="ro-RO"/>
              </w:rPr>
            </w:pPr>
            <w:r w:rsidRPr="00416389">
              <w:rPr>
                <w:lang w:val="ro-RO"/>
              </w:rPr>
              <w:t>Alergii/intoleranțe</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7A56AF66" w14:textId="77777777" w:rsidR="00416389" w:rsidRPr="00416389" w:rsidRDefault="00416389" w:rsidP="00416389">
            <w:pPr>
              <w:ind w:firstLine="0"/>
              <w:rPr>
                <w:lang w:val="ro-RO"/>
              </w:rPr>
            </w:pPr>
            <w:r w:rsidRPr="00416389">
              <w:rPr>
                <w:lang w:val="ro-RO"/>
              </w:rPr>
              <w:t>[cod beneficiar + cerință]</w:t>
            </w:r>
          </w:p>
        </w:tc>
      </w:tr>
      <w:tr w:rsidR="00416389" w:rsidRPr="00416389" w14:paraId="6AC631BF"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44842C96" w14:textId="77777777" w:rsidR="00416389" w:rsidRPr="00416389" w:rsidRDefault="00416389" w:rsidP="00416389">
            <w:pPr>
              <w:ind w:firstLine="0"/>
              <w:rPr>
                <w:lang w:val="ro-RO"/>
              </w:rPr>
            </w:pPr>
            <w:r w:rsidRPr="00416389">
              <w:rPr>
                <w:lang w:val="ro-RO"/>
              </w:rPr>
              <w:t>Pachete reci / situații speciale</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1DAF57C0" w14:textId="77777777" w:rsidR="00416389" w:rsidRPr="00416389" w:rsidRDefault="00416389" w:rsidP="00416389">
            <w:pPr>
              <w:ind w:firstLine="0"/>
              <w:rPr>
                <w:lang w:val="ro-RO"/>
              </w:rPr>
            </w:pPr>
            <w:r w:rsidRPr="00416389">
              <w:rPr>
                <w:lang w:val="ro-RO"/>
              </w:rPr>
              <w:t>[număr și particularități]</w:t>
            </w:r>
          </w:p>
        </w:tc>
      </w:tr>
      <w:tr w:rsidR="00416389" w:rsidRPr="00416389" w14:paraId="231A60A0"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506F53C9" w14:textId="77777777" w:rsidR="00416389" w:rsidRPr="00416389" w:rsidRDefault="00416389" w:rsidP="00416389">
            <w:pPr>
              <w:ind w:firstLine="0"/>
              <w:rPr>
                <w:lang w:val="ro-RO"/>
              </w:rPr>
            </w:pPr>
            <w:r w:rsidRPr="00416389">
              <w:rPr>
                <w:lang w:val="ro-RO"/>
              </w:rPr>
              <w:t>Transmis de / ora</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59EE3955" w14:textId="77777777" w:rsidR="00416389" w:rsidRPr="00416389" w:rsidRDefault="00416389" w:rsidP="00416389">
            <w:pPr>
              <w:ind w:firstLine="0"/>
              <w:rPr>
                <w:lang w:val="ro-RO"/>
              </w:rPr>
            </w:pPr>
            <w:r w:rsidRPr="00416389">
              <w:rPr>
                <w:lang w:val="ro-RO"/>
              </w:rPr>
              <w:t>[nume, funcție, ora]</w:t>
            </w:r>
          </w:p>
        </w:tc>
      </w:tr>
      <w:tr w:rsidR="00416389" w:rsidRPr="00416389" w14:paraId="31ABDEC4" w14:textId="77777777" w:rsidTr="00416389">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45F99F6F" w14:textId="77777777" w:rsidR="00416389" w:rsidRPr="00416389" w:rsidRDefault="00416389" w:rsidP="00416389">
            <w:pPr>
              <w:ind w:firstLine="0"/>
              <w:rPr>
                <w:lang w:val="ro-RO"/>
              </w:rPr>
            </w:pPr>
            <w:r w:rsidRPr="00416389">
              <w:rPr>
                <w:lang w:val="ro-RO"/>
              </w:rPr>
              <w:t>Confirmat de contractant / ora</w:t>
            </w:r>
          </w:p>
        </w:tc>
        <w:tc>
          <w:tcPr>
            <w:tcW w:w="6009"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hideMark/>
          </w:tcPr>
          <w:p w14:paraId="14663FD7" w14:textId="77777777" w:rsidR="00416389" w:rsidRPr="00416389" w:rsidRDefault="00416389" w:rsidP="00416389">
            <w:pPr>
              <w:ind w:firstLine="0"/>
              <w:rPr>
                <w:lang w:val="ro-RO"/>
              </w:rPr>
            </w:pPr>
            <w:r w:rsidRPr="00416389">
              <w:rPr>
                <w:lang w:val="ro-RO"/>
              </w:rPr>
              <w:t>[nume, funcție, ora]</w:t>
            </w:r>
          </w:p>
        </w:tc>
      </w:tr>
    </w:tbl>
    <w:p w14:paraId="4CCD1A9C" w14:textId="77777777" w:rsidR="00416389" w:rsidRDefault="00416389" w:rsidP="00416389">
      <w:pPr>
        <w:ind w:firstLine="0"/>
      </w:pPr>
    </w:p>
    <w:p w14:paraId="02041EB7" w14:textId="77777777" w:rsidR="00F678CC" w:rsidRDefault="00F678CC" w:rsidP="00416389">
      <w:pPr>
        <w:ind w:firstLine="0"/>
      </w:pPr>
    </w:p>
    <w:p w14:paraId="6617AF0D" w14:textId="0F79755E" w:rsidR="000C4CB5" w:rsidRPr="0025334A" w:rsidRDefault="00F678CC" w:rsidP="00F678CC">
      <w:pPr>
        <w:pStyle w:val="Heading1"/>
      </w:pPr>
      <w:bookmarkStart w:id="81" w:name="_Toc242951519"/>
      <w:r w:rsidRPr="00F678CC">
        <w:t xml:space="preserve">ANEXA NR. </w:t>
      </w:r>
      <w:r w:rsidR="006E4A09">
        <w:t>7</w:t>
      </w:r>
      <w:r w:rsidRPr="00F678CC">
        <w:t xml:space="preserve"> – MODEL DE FIȘĂ DE LIVRARE ȘI RECEPȚIE ZILNICĂ</w:t>
      </w:r>
      <w:bookmarkEnd w:id="81"/>
    </w:p>
    <w:tbl>
      <w:tblPr>
        <w:tblStyle w:val="TableGrid"/>
        <w:tblW w:w="5000" w:type="pct"/>
        <w:jc w:val="center"/>
        <w:tblLook w:val="04A0" w:firstRow="1" w:lastRow="0" w:firstColumn="1" w:lastColumn="0" w:noHBand="0" w:noVBand="1"/>
      </w:tblPr>
      <w:tblGrid>
        <w:gridCol w:w="4866"/>
        <w:gridCol w:w="5102"/>
      </w:tblGrid>
      <w:tr w:rsidR="00416389" w:rsidRPr="0025334A" w14:paraId="1342EF3F" w14:textId="77777777" w:rsidTr="00416389">
        <w:trPr>
          <w:tblHeader/>
          <w:jc w:val="center"/>
        </w:trPr>
        <w:tc>
          <w:tcPr>
            <w:tcW w:w="2441" w:type="pct"/>
            <w:vAlign w:val="center"/>
          </w:tcPr>
          <w:p w14:paraId="5B5BBD88" w14:textId="77777777" w:rsidR="00416389" w:rsidRPr="0025334A" w:rsidRDefault="00416389" w:rsidP="00416389">
            <w:pPr>
              <w:spacing w:line="269" w:lineRule="auto"/>
              <w:ind w:firstLine="0"/>
              <w:jc w:val="center"/>
              <w:rPr>
                <w:szCs w:val="24"/>
              </w:rPr>
            </w:pPr>
            <w:r w:rsidRPr="0025334A">
              <w:rPr>
                <w:b/>
                <w:szCs w:val="24"/>
              </w:rPr>
              <w:t xml:space="preserve">Element </w:t>
            </w:r>
            <w:proofErr w:type="spellStart"/>
            <w:r w:rsidRPr="0025334A">
              <w:rPr>
                <w:b/>
                <w:szCs w:val="24"/>
              </w:rPr>
              <w:t>verificat</w:t>
            </w:r>
            <w:proofErr w:type="spellEnd"/>
          </w:p>
        </w:tc>
        <w:tc>
          <w:tcPr>
            <w:tcW w:w="2559" w:type="pct"/>
            <w:vAlign w:val="center"/>
          </w:tcPr>
          <w:p w14:paraId="6982E032" w14:textId="36B407CE" w:rsidR="00416389" w:rsidRPr="0025334A" w:rsidRDefault="00416389" w:rsidP="00416389">
            <w:pPr>
              <w:spacing w:line="269" w:lineRule="auto"/>
              <w:ind w:firstLine="0"/>
              <w:jc w:val="center"/>
              <w:rPr>
                <w:szCs w:val="24"/>
              </w:rPr>
            </w:pPr>
            <w:proofErr w:type="spellStart"/>
            <w:r w:rsidRPr="0025334A">
              <w:rPr>
                <w:b/>
                <w:szCs w:val="24"/>
              </w:rPr>
              <w:t>Valoare</w:t>
            </w:r>
            <w:proofErr w:type="spellEnd"/>
          </w:p>
        </w:tc>
      </w:tr>
      <w:tr w:rsidR="00416389" w:rsidRPr="0025334A" w14:paraId="2568FA0F" w14:textId="77777777" w:rsidTr="00416389">
        <w:trPr>
          <w:jc w:val="center"/>
        </w:trPr>
        <w:tc>
          <w:tcPr>
            <w:tcW w:w="2441" w:type="pct"/>
          </w:tcPr>
          <w:p w14:paraId="09E0FDE3" w14:textId="0ED890C2" w:rsidR="00416389" w:rsidRPr="0025334A" w:rsidRDefault="00416389" w:rsidP="00416389">
            <w:pPr>
              <w:spacing w:line="269" w:lineRule="auto"/>
              <w:ind w:firstLine="0"/>
              <w:jc w:val="left"/>
              <w:rPr>
                <w:szCs w:val="24"/>
              </w:rPr>
            </w:pPr>
            <w:r w:rsidRPr="00416389">
              <w:rPr>
                <w:szCs w:val="24"/>
              </w:rPr>
              <w:t xml:space="preserve">Data / </w:t>
            </w:r>
            <w:proofErr w:type="spellStart"/>
            <w:r w:rsidRPr="00416389">
              <w:rPr>
                <w:szCs w:val="24"/>
              </w:rPr>
              <w:t>centrul</w:t>
            </w:r>
            <w:proofErr w:type="spellEnd"/>
            <w:r w:rsidRPr="00416389">
              <w:rPr>
                <w:szCs w:val="24"/>
              </w:rPr>
              <w:t xml:space="preserve"> / masa</w:t>
            </w:r>
          </w:p>
        </w:tc>
        <w:tc>
          <w:tcPr>
            <w:tcW w:w="2559" w:type="pct"/>
          </w:tcPr>
          <w:p w14:paraId="17789135" w14:textId="293F68EF" w:rsidR="00416389" w:rsidRPr="0025334A" w:rsidRDefault="00416389" w:rsidP="00416389">
            <w:pPr>
              <w:spacing w:line="269" w:lineRule="auto"/>
              <w:ind w:firstLine="0"/>
              <w:jc w:val="left"/>
              <w:rPr>
                <w:szCs w:val="24"/>
              </w:rPr>
            </w:pPr>
            <w:r w:rsidRPr="00416389">
              <w:rPr>
                <w:szCs w:val="24"/>
              </w:rPr>
              <w:t>[</w:t>
            </w:r>
            <w:proofErr w:type="spellStart"/>
            <w:r w:rsidRPr="00416389">
              <w:rPr>
                <w:szCs w:val="24"/>
              </w:rPr>
              <w:t>zz.ll.aaaa</w:t>
            </w:r>
            <w:proofErr w:type="spellEnd"/>
            <w:r w:rsidRPr="00416389">
              <w:rPr>
                <w:szCs w:val="24"/>
              </w:rPr>
              <w:t>] / [</w:t>
            </w:r>
            <w:proofErr w:type="spellStart"/>
            <w:r w:rsidRPr="00416389">
              <w:rPr>
                <w:szCs w:val="24"/>
              </w:rPr>
              <w:t>centru</w:t>
            </w:r>
            <w:proofErr w:type="spellEnd"/>
            <w:r w:rsidRPr="00416389">
              <w:rPr>
                <w:szCs w:val="24"/>
              </w:rPr>
              <w:t>] / [masa]</w:t>
            </w:r>
          </w:p>
        </w:tc>
      </w:tr>
      <w:tr w:rsidR="00416389" w:rsidRPr="0025334A" w14:paraId="2B8DEF59" w14:textId="77777777" w:rsidTr="00416389">
        <w:trPr>
          <w:jc w:val="center"/>
        </w:trPr>
        <w:tc>
          <w:tcPr>
            <w:tcW w:w="2441" w:type="pct"/>
          </w:tcPr>
          <w:p w14:paraId="474DDDBA" w14:textId="7A4E32BA" w:rsidR="00416389" w:rsidRPr="0025334A" w:rsidRDefault="00416389" w:rsidP="00416389">
            <w:pPr>
              <w:spacing w:line="269" w:lineRule="auto"/>
              <w:ind w:firstLine="0"/>
              <w:jc w:val="left"/>
              <w:rPr>
                <w:szCs w:val="24"/>
              </w:rPr>
            </w:pPr>
            <w:proofErr w:type="spellStart"/>
            <w:r w:rsidRPr="00416389">
              <w:rPr>
                <w:szCs w:val="24"/>
              </w:rPr>
              <w:t>Porții</w:t>
            </w:r>
            <w:proofErr w:type="spellEnd"/>
            <w:r w:rsidRPr="00416389">
              <w:rPr>
                <w:szCs w:val="24"/>
              </w:rPr>
              <w:t xml:space="preserve"> </w:t>
            </w:r>
            <w:proofErr w:type="spellStart"/>
            <w:r w:rsidRPr="00416389">
              <w:rPr>
                <w:szCs w:val="24"/>
              </w:rPr>
              <w:t>comandate</w:t>
            </w:r>
            <w:proofErr w:type="spellEnd"/>
            <w:r w:rsidRPr="00416389">
              <w:rPr>
                <w:szCs w:val="24"/>
              </w:rPr>
              <w:t xml:space="preserve"> / </w:t>
            </w:r>
            <w:proofErr w:type="spellStart"/>
            <w:r w:rsidRPr="00416389">
              <w:rPr>
                <w:szCs w:val="24"/>
              </w:rPr>
              <w:t>livrate</w:t>
            </w:r>
            <w:proofErr w:type="spellEnd"/>
          </w:p>
        </w:tc>
        <w:tc>
          <w:tcPr>
            <w:tcW w:w="2559" w:type="pct"/>
          </w:tcPr>
          <w:p w14:paraId="113FFEF7" w14:textId="19E2D46D" w:rsidR="00416389" w:rsidRPr="0025334A" w:rsidRDefault="00416389" w:rsidP="00416389">
            <w:pPr>
              <w:spacing w:line="269" w:lineRule="auto"/>
              <w:ind w:firstLine="0"/>
              <w:jc w:val="left"/>
              <w:rPr>
                <w:szCs w:val="24"/>
              </w:rPr>
            </w:pPr>
            <w:r w:rsidRPr="00416389">
              <w:rPr>
                <w:szCs w:val="24"/>
              </w:rPr>
              <w:t xml:space="preserve">[total + </w:t>
            </w:r>
            <w:proofErr w:type="spellStart"/>
            <w:r w:rsidRPr="00416389">
              <w:rPr>
                <w:szCs w:val="24"/>
              </w:rPr>
              <w:t>regimuri</w:t>
            </w:r>
            <w:proofErr w:type="spellEnd"/>
            <w:r w:rsidRPr="00416389">
              <w:rPr>
                <w:szCs w:val="24"/>
              </w:rPr>
              <w:t>]</w:t>
            </w:r>
          </w:p>
        </w:tc>
      </w:tr>
      <w:tr w:rsidR="00416389" w:rsidRPr="0025334A" w14:paraId="2BDDED44" w14:textId="77777777" w:rsidTr="00416389">
        <w:trPr>
          <w:jc w:val="center"/>
        </w:trPr>
        <w:tc>
          <w:tcPr>
            <w:tcW w:w="2441" w:type="pct"/>
          </w:tcPr>
          <w:p w14:paraId="7F23E652" w14:textId="3B462FCA" w:rsidR="00416389" w:rsidRPr="0025334A" w:rsidRDefault="00416389" w:rsidP="00416389">
            <w:pPr>
              <w:spacing w:line="269" w:lineRule="auto"/>
              <w:ind w:firstLine="0"/>
              <w:jc w:val="left"/>
              <w:rPr>
                <w:szCs w:val="24"/>
              </w:rPr>
            </w:pPr>
            <w:r w:rsidRPr="00416389">
              <w:rPr>
                <w:szCs w:val="24"/>
              </w:rPr>
              <w:t xml:space="preserve">Ora </w:t>
            </w:r>
            <w:proofErr w:type="spellStart"/>
            <w:r w:rsidRPr="00416389">
              <w:rPr>
                <w:szCs w:val="24"/>
              </w:rPr>
              <w:t>sosirii</w:t>
            </w:r>
            <w:proofErr w:type="spellEnd"/>
          </w:p>
        </w:tc>
        <w:tc>
          <w:tcPr>
            <w:tcW w:w="2559" w:type="pct"/>
          </w:tcPr>
          <w:p w14:paraId="1F47D273" w14:textId="499543FF" w:rsidR="00416389" w:rsidRPr="0025334A" w:rsidRDefault="00416389" w:rsidP="00416389">
            <w:pPr>
              <w:spacing w:line="269" w:lineRule="auto"/>
              <w:ind w:firstLine="0"/>
              <w:jc w:val="left"/>
              <w:rPr>
                <w:szCs w:val="24"/>
              </w:rPr>
            </w:pPr>
            <w:r w:rsidRPr="00416389">
              <w:rPr>
                <w:szCs w:val="24"/>
              </w:rPr>
              <w:t>[</w:t>
            </w:r>
            <w:proofErr w:type="spellStart"/>
            <w:r w:rsidRPr="00416389">
              <w:rPr>
                <w:szCs w:val="24"/>
              </w:rPr>
              <w:t>hh:mm</w:t>
            </w:r>
            <w:proofErr w:type="spellEnd"/>
            <w:r w:rsidRPr="00416389">
              <w:rPr>
                <w:szCs w:val="24"/>
              </w:rPr>
              <w:t>]</w:t>
            </w:r>
          </w:p>
        </w:tc>
      </w:tr>
      <w:tr w:rsidR="00416389" w:rsidRPr="0025334A" w14:paraId="6CB7F757" w14:textId="77777777" w:rsidTr="00416389">
        <w:trPr>
          <w:jc w:val="center"/>
        </w:trPr>
        <w:tc>
          <w:tcPr>
            <w:tcW w:w="2441" w:type="pct"/>
          </w:tcPr>
          <w:p w14:paraId="7BE41E72" w14:textId="04560049" w:rsidR="00416389" w:rsidRPr="0025334A" w:rsidRDefault="00416389" w:rsidP="00416389">
            <w:pPr>
              <w:spacing w:line="269" w:lineRule="auto"/>
              <w:ind w:firstLine="0"/>
              <w:jc w:val="left"/>
              <w:rPr>
                <w:szCs w:val="24"/>
              </w:rPr>
            </w:pPr>
            <w:proofErr w:type="spellStart"/>
            <w:r w:rsidRPr="00416389">
              <w:rPr>
                <w:szCs w:val="24"/>
              </w:rPr>
              <w:t>Temperaturi</w:t>
            </w:r>
            <w:proofErr w:type="spellEnd"/>
          </w:p>
        </w:tc>
        <w:tc>
          <w:tcPr>
            <w:tcW w:w="2559" w:type="pct"/>
          </w:tcPr>
          <w:p w14:paraId="7970E5F5" w14:textId="58875612" w:rsidR="00416389" w:rsidRPr="0025334A" w:rsidRDefault="00416389" w:rsidP="00416389">
            <w:pPr>
              <w:spacing w:line="269" w:lineRule="auto"/>
              <w:ind w:firstLine="0"/>
              <w:jc w:val="left"/>
              <w:rPr>
                <w:szCs w:val="24"/>
              </w:rPr>
            </w:pPr>
            <w:r w:rsidRPr="00416389">
              <w:rPr>
                <w:szCs w:val="24"/>
              </w:rPr>
              <w:t>[</w:t>
            </w:r>
            <w:proofErr w:type="spellStart"/>
            <w:r w:rsidRPr="00416389">
              <w:rPr>
                <w:szCs w:val="24"/>
              </w:rPr>
              <w:t>preparat</w:t>
            </w:r>
            <w:proofErr w:type="spellEnd"/>
            <w:r w:rsidRPr="00416389">
              <w:rPr>
                <w:szCs w:val="24"/>
              </w:rPr>
              <w:t xml:space="preserve"> – °C]</w:t>
            </w:r>
          </w:p>
        </w:tc>
      </w:tr>
      <w:tr w:rsidR="00416389" w:rsidRPr="0025334A" w14:paraId="0BF52551" w14:textId="77777777" w:rsidTr="00416389">
        <w:trPr>
          <w:jc w:val="center"/>
        </w:trPr>
        <w:tc>
          <w:tcPr>
            <w:tcW w:w="2441" w:type="pct"/>
          </w:tcPr>
          <w:p w14:paraId="6898BED0" w14:textId="54B443A2" w:rsidR="00416389" w:rsidRPr="0025334A" w:rsidRDefault="00416389" w:rsidP="00416389">
            <w:pPr>
              <w:spacing w:line="269" w:lineRule="auto"/>
              <w:ind w:firstLine="0"/>
              <w:jc w:val="left"/>
              <w:rPr>
                <w:szCs w:val="24"/>
              </w:rPr>
            </w:pPr>
            <w:proofErr w:type="spellStart"/>
            <w:r w:rsidRPr="00416389">
              <w:rPr>
                <w:szCs w:val="24"/>
              </w:rPr>
              <w:t>Ambalare</w:t>
            </w:r>
            <w:proofErr w:type="spellEnd"/>
            <w:r w:rsidRPr="00416389">
              <w:rPr>
                <w:szCs w:val="24"/>
              </w:rPr>
              <w:t xml:space="preserve"> / </w:t>
            </w:r>
            <w:proofErr w:type="spellStart"/>
            <w:r w:rsidRPr="00416389">
              <w:rPr>
                <w:szCs w:val="24"/>
              </w:rPr>
              <w:t>etichetare</w:t>
            </w:r>
            <w:proofErr w:type="spellEnd"/>
          </w:p>
        </w:tc>
        <w:tc>
          <w:tcPr>
            <w:tcW w:w="2559" w:type="pct"/>
          </w:tcPr>
          <w:p w14:paraId="46DD154B" w14:textId="11B0ACF4" w:rsidR="00416389" w:rsidRPr="0025334A" w:rsidRDefault="00416389" w:rsidP="00416389">
            <w:pPr>
              <w:spacing w:line="269" w:lineRule="auto"/>
              <w:ind w:firstLine="0"/>
              <w:jc w:val="left"/>
              <w:rPr>
                <w:szCs w:val="24"/>
              </w:rPr>
            </w:pPr>
            <w:r w:rsidRPr="00416389">
              <w:rPr>
                <w:szCs w:val="24"/>
              </w:rPr>
              <w:t xml:space="preserve">[conform / </w:t>
            </w:r>
            <w:proofErr w:type="spellStart"/>
            <w:r w:rsidRPr="00416389">
              <w:rPr>
                <w:szCs w:val="24"/>
              </w:rPr>
              <w:t>observații</w:t>
            </w:r>
            <w:proofErr w:type="spellEnd"/>
            <w:r w:rsidRPr="00416389">
              <w:rPr>
                <w:szCs w:val="24"/>
              </w:rPr>
              <w:t>]</w:t>
            </w:r>
          </w:p>
        </w:tc>
      </w:tr>
      <w:tr w:rsidR="00416389" w:rsidRPr="0025334A" w14:paraId="27E2E9B2" w14:textId="77777777" w:rsidTr="00416389">
        <w:trPr>
          <w:jc w:val="center"/>
        </w:trPr>
        <w:tc>
          <w:tcPr>
            <w:tcW w:w="2441" w:type="pct"/>
          </w:tcPr>
          <w:p w14:paraId="56A54760" w14:textId="7517F5AB" w:rsidR="00416389" w:rsidRPr="0025334A" w:rsidRDefault="00416389" w:rsidP="00416389">
            <w:pPr>
              <w:spacing w:line="269" w:lineRule="auto"/>
              <w:ind w:firstLine="0"/>
              <w:jc w:val="left"/>
              <w:rPr>
                <w:szCs w:val="24"/>
              </w:rPr>
            </w:pPr>
            <w:proofErr w:type="spellStart"/>
            <w:r w:rsidRPr="00416389">
              <w:rPr>
                <w:szCs w:val="24"/>
              </w:rPr>
              <w:t>Meniu</w:t>
            </w:r>
            <w:proofErr w:type="spellEnd"/>
            <w:r w:rsidRPr="00416389">
              <w:rPr>
                <w:szCs w:val="24"/>
              </w:rPr>
              <w:t xml:space="preserve"> / </w:t>
            </w:r>
            <w:proofErr w:type="spellStart"/>
            <w:r w:rsidRPr="00416389">
              <w:rPr>
                <w:szCs w:val="24"/>
              </w:rPr>
              <w:t>regim</w:t>
            </w:r>
            <w:proofErr w:type="spellEnd"/>
            <w:r w:rsidRPr="00416389">
              <w:rPr>
                <w:szCs w:val="24"/>
              </w:rPr>
              <w:t xml:space="preserve"> / </w:t>
            </w:r>
            <w:proofErr w:type="spellStart"/>
            <w:r w:rsidRPr="00416389">
              <w:rPr>
                <w:szCs w:val="24"/>
              </w:rPr>
              <w:t>textură</w:t>
            </w:r>
            <w:proofErr w:type="spellEnd"/>
            <w:r w:rsidRPr="00416389">
              <w:rPr>
                <w:szCs w:val="24"/>
              </w:rPr>
              <w:t xml:space="preserve"> / </w:t>
            </w:r>
            <w:proofErr w:type="spellStart"/>
            <w:r w:rsidRPr="00416389">
              <w:rPr>
                <w:szCs w:val="24"/>
              </w:rPr>
              <w:t>alergeni</w:t>
            </w:r>
            <w:proofErr w:type="spellEnd"/>
          </w:p>
        </w:tc>
        <w:tc>
          <w:tcPr>
            <w:tcW w:w="2559" w:type="pct"/>
          </w:tcPr>
          <w:p w14:paraId="1DB01B7F" w14:textId="1C869670" w:rsidR="00416389" w:rsidRPr="0025334A" w:rsidRDefault="00416389" w:rsidP="00416389">
            <w:pPr>
              <w:spacing w:line="269" w:lineRule="auto"/>
              <w:ind w:firstLine="0"/>
              <w:jc w:val="left"/>
              <w:rPr>
                <w:szCs w:val="24"/>
              </w:rPr>
            </w:pPr>
            <w:r w:rsidRPr="00416389">
              <w:rPr>
                <w:szCs w:val="24"/>
              </w:rPr>
              <w:t xml:space="preserve">[conform / </w:t>
            </w:r>
            <w:proofErr w:type="spellStart"/>
            <w:r w:rsidRPr="00416389">
              <w:rPr>
                <w:szCs w:val="24"/>
              </w:rPr>
              <w:t>observații</w:t>
            </w:r>
            <w:proofErr w:type="spellEnd"/>
            <w:r w:rsidRPr="00416389">
              <w:rPr>
                <w:szCs w:val="24"/>
              </w:rPr>
              <w:t>]</w:t>
            </w:r>
          </w:p>
        </w:tc>
      </w:tr>
      <w:tr w:rsidR="00416389" w:rsidRPr="0025334A" w14:paraId="5BC1A1E5" w14:textId="77777777" w:rsidTr="00416389">
        <w:trPr>
          <w:jc w:val="center"/>
        </w:trPr>
        <w:tc>
          <w:tcPr>
            <w:tcW w:w="2441" w:type="pct"/>
          </w:tcPr>
          <w:p w14:paraId="472C0FB4" w14:textId="19CB5ADA" w:rsidR="00416389" w:rsidRPr="0025334A" w:rsidRDefault="00416389" w:rsidP="00416389">
            <w:pPr>
              <w:spacing w:line="269" w:lineRule="auto"/>
              <w:ind w:firstLine="0"/>
              <w:jc w:val="left"/>
              <w:rPr>
                <w:szCs w:val="24"/>
              </w:rPr>
            </w:pPr>
            <w:proofErr w:type="spellStart"/>
            <w:r w:rsidRPr="00416389">
              <w:rPr>
                <w:szCs w:val="24"/>
              </w:rPr>
              <w:t>Gramaj</w:t>
            </w:r>
            <w:proofErr w:type="spellEnd"/>
            <w:r>
              <w:rPr>
                <w:szCs w:val="24"/>
              </w:rPr>
              <w:t xml:space="preserve"> </w:t>
            </w:r>
            <w:r w:rsidRPr="0025334A">
              <w:rPr>
                <w:szCs w:val="24"/>
              </w:rPr>
              <w:t xml:space="preserve">– </w:t>
            </w:r>
            <w:proofErr w:type="spellStart"/>
            <w:r w:rsidRPr="0025334A">
              <w:rPr>
                <w:szCs w:val="24"/>
              </w:rPr>
              <w:t>verificare</w:t>
            </w:r>
            <w:proofErr w:type="spellEnd"/>
            <w:r w:rsidRPr="0025334A">
              <w:rPr>
                <w:szCs w:val="24"/>
              </w:rPr>
              <w:t xml:space="preserve"> </w:t>
            </w:r>
            <w:proofErr w:type="spellStart"/>
            <w:r w:rsidRPr="0025334A">
              <w:rPr>
                <w:szCs w:val="24"/>
              </w:rPr>
              <w:t>eșantion</w:t>
            </w:r>
            <w:proofErr w:type="spellEnd"/>
          </w:p>
        </w:tc>
        <w:tc>
          <w:tcPr>
            <w:tcW w:w="2559" w:type="pct"/>
          </w:tcPr>
          <w:p w14:paraId="00635585" w14:textId="269C691D" w:rsidR="00416389" w:rsidRPr="0025334A" w:rsidRDefault="00416389" w:rsidP="00416389">
            <w:pPr>
              <w:spacing w:line="269" w:lineRule="auto"/>
              <w:ind w:firstLine="0"/>
              <w:jc w:val="left"/>
              <w:rPr>
                <w:szCs w:val="24"/>
              </w:rPr>
            </w:pPr>
            <w:r w:rsidRPr="00416389">
              <w:rPr>
                <w:szCs w:val="24"/>
              </w:rPr>
              <w:t>[</w:t>
            </w:r>
            <w:proofErr w:type="spellStart"/>
            <w:r w:rsidRPr="00416389">
              <w:rPr>
                <w:szCs w:val="24"/>
              </w:rPr>
              <w:t>preparat</w:t>
            </w:r>
            <w:proofErr w:type="spellEnd"/>
            <w:r w:rsidRPr="00416389">
              <w:rPr>
                <w:szCs w:val="24"/>
              </w:rPr>
              <w:t xml:space="preserve"> – </w:t>
            </w:r>
            <w:proofErr w:type="spellStart"/>
            <w:r w:rsidRPr="00416389">
              <w:rPr>
                <w:szCs w:val="24"/>
              </w:rPr>
              <w:t>rezultat</w:t>
            </w:r>
            <w:proofErr w:type="spellEnd"/>
            <w:r w:rsidRPr="00416389">
              <w:rPr>
                <w:szCs w:val="24"/>
              </w:rPr>
              <w:t>]</w:t>
            </w:r>
          </w:p>
        </w:tc>
      </w:tr>
      <w:tr w:rsidR="00416389" w:rsidRPr="0025334A" w14:paraId="704D6AA6" w14:textId="77777777" w:rsidTr="00416389">
        <w:trPr>
          <w:jc w:val="center"/>
        </w:trPr>
        <w:tc>
          <w:tcPr>
            <w:tcW w:w="2441" w:type="pct"/>
          </w:tcPr>
          <w:p w14:paraId="2E6CAA94" w14:textId="1D1A2692" w:rsidR="00416389" w:rsidRPr="0025334A" w:rsidRDefault="00416389" w:rsidP="00416389">
            <w:pPr>
              <w:spacing w:line="269" w:lineRule="auto"/>
              <w:ind w:firstLine="0"/>
              <w:jc w:val="left"/>
              <w:rPr>
                <w:szCs w:val="24"/>
              </w:rPr>
            </w:pPr>
            <w:proofErr w:type="spellStart"/>
            <w:r w:rsidRPr="00416389">
              <w:rPr>
                <w:szCs w:val="24"/>
              </w:rPr>
              <w:t>Rezultat</w:t>
            </w:r>
            <w:proofErr w:type="spellEnd"/>
            <w:r w:rsidRPr="00416389">
              <w:rPr>
                <w:szCs w:val="24"/>
              </w:rPr>
              <w:t xml:space="preserve"> </w:t>
            </w:r>
            <w:proofErr w:type="spellStart"/>
            <w:r w:rsidRPr="00416389">
              <w:rPr>
                <w:szCs w:val="24"/>
              </w:rPr>
              <w:t>recepție</w:t>
            </w:r>
            <w:proofErr w:type="spellEnd"/>
          </w:p>
        </w:tc>
        <w:tc>
          <w:tcPr>
            <w:tcW w:w="2559" w:type="pct"/>
          </w:tcPr>
          <w:p w14:paraId="19D8C82F" w14:textId="1ADF2C63" w:rsidR="00416389" w:rsidRPr="0025334A" w:rsidRDefault="00416389" w:rsidP="00416389">
            <w:pPr>
              <w:spacing w:line="269" w:lineRule="auto"/>
              <w:ind w:firstLine="0"/>
              <w:jc w:val="left"/>
              <w:rPr>
                <w:szCs w:val="24"/>
              </w:rPr>
            </w:pPr>
            <w:r w:rsidRPr="00416389">
              <w:rPr>
                <w:szCs w:val="24"/>
              </w:rPr>
              <w:t>[</w:t>
            </w:r>
            <w:proofErr w:type="spellStart"/>
            <w:r w:rsidRPr="00416389">
              <w:rPr>
                <w:szCs w:val="24"/>
              </w:rPr>
              <w:t>acceptat</w:t>
            </w:r>
            <w:proofErr w:type="spellEnd"/>
            <w:r w:rsidRPr="00416389">
              <w:rPr>
                <w:szCs w:val="24"/>
              </w:rPr>
              <w:t xml:space="preserve"> / </w:t>
            </w:r>
            <w:proofErr w:type="spellStart"/>
            <w:r w:rsidRPr="00416389">
              <w:rPr>
                <w:szCs w:val="24"/>
              </w:rPr>
              <w:t>acceptat</w:t>
            </w:r>
            <w:proofErr w:type="spellEnd"/>
            <w:r w:rsidRPr="00416389">
              <w:rPr>
                <w:szCs w:val="24"/>
              </w:rPr>
              <w:t xml:space="preserve"> </w:t>
            </w:r>
            <w:proofErr w:type="spellStart"/>
            <w:r w:rsidRPr="00416389">
              <w:rPr>
                <w:szCs w:val="24"/>
              </w:rPr>
              <w:t>parțial</w:t>
            </w:r>
            <w:proofErr w:type="spellEnd"/>
            <w:r w:rsidRPr="00416389">
              <w:rPr>
                <w:szCs w:val="24"/>
              </w:rPr>
              <w:t xml:space="preserve"> / </w:t>
            </w:r>
            <w:proofErr w:type="spellStart"/>
            <w:r w:rsidRPr="00416389">
              <w:rPr>
                <w:szCs w:val="24"/>
              </w:rPr>
              <w:t>respins</w:t>
            </w:r>
            <w:proofErr w:type="spellEnd"/>
            <w:r w:rsidRPr="00416389">
              <w:rPr>
                <w:szCs w:val="24"/>
              </w:rPr>
              <w:t>]</w:t>
            </w:r>
          </w:p>
        </w:tc>
      </w:tr>
      <w:tr w:rsidR="00416389" w:rsidRPr="0025334A" w14:paraId="630FCF56" w14:textId="77777777" w:rsidTr="00416389">
        <w:trPr>
          <w:jc w:val="center"/>
        </w:trPr>
        <w:tc>
          <w:tcPr>
            <w:tcW w:w="2441" w:type="pct"/>
          </w:tcPr>
          <w:p w14:paraId="65014FC6" w14:textId="31A10F56" w:rsidR="00416389" w:rsidRPr="0025334A" w:rsidRDefault="00416389" w:rsidP="00416389">
            <w:pPr>
              <w:spacing w:line="269" w:lineRule="auto"/>
              <w:ind w:firstLine="0"/>
              <w:jc w:val="left"/>
              <w:rPr>
                <w:szCs w:val="24"/>
              </w:rPr>
            </w:pPr>
            <w:proofErr w:type="spellStart"/>
            <w:r w:rsidRPr="0025334A">
              <w:rPr>
                <w:szCs w:val="24"/>
              </w:rPr>
              <w:t>Neconformități</w:t>
            </w:r>
            <w:proofErr w:type="spellEnd"/>
            <w:r w:rsidRPr="0025334A">
              <w:rPr>
                <w:szCs w:val="24"/>
              </w:rPr>
              <w:t xml:space="preserve"> / </w:t>
            </w:r>
            <w:proofErr w:type="spellStart"/>
            <w:r w:rsidRPr="00416389">
              <w:rPr>
                <w:szCs w:val="24"/>
              </w:rPr>
              <w:t>Măsuri</w:t>
            </w:r>
            <w:proofErr w:type="spellEnd"/>
          </w:p>
        </w:tc>
        <w:tc>
          <w:tcPr>
            <w:tcW w:w="2559" w:type="pct"/>
          </w:tcPr>
          <w:p w14:paraId="7E5E474D" w14:textId="01F4BBF9" w:rsidR="00416389" w:rsidRPr="0025334A" w:rsidRDefault="00416389" w:rsidP="00416389">
            <w:pPr>
              <w:spacing w:line="269" w:lineRule="auto"/>
              <w:ind w:firstLine="0"/>
              <w:jc w:val="left"/>
              <w:rPr>
                <w:szCs w:val="24"/>
              </w:rPr>
            </w:pPr>
            <w:r w:rsidRPr="00416389">
              <w:rPr>
                <w:szCs w:val="24"/>
              </w:rPr>
              <w:t>[</w:t>
            </w:r>
            <w:proofErr w:type="spellStart"/>
            <w:r w:rsidRPr="00416389">
              <w:rPr>
                <w:szCs w:val="24"/>
              </w:rPr>
              <w:t>completare</w:t>
            </w:r>
            <w:proofErr w:type="spellEnd"/>
            <w:r w:rsidRPr="00416389">
              <w:rPr>
                <w:szCs w:val="24"/>
              </w:rPr>
              <w:t xml:space="preserve"> / </w:t>
            </w:r>
            <w:proofErr w:type="spellStart"/>
            <w:r w:rsidRPr="00416389">
              <w:rPr>
                <w:szCs w:val="24"/>
              </w:rPr>
              <w:t>înlocuire</w:t>
            </w:r>
            <w:proofErr w:type="spellEnd"/>
            <w:r w:rsidRPr="00416389">
              <w:rPr>
                <w:szCs w:val="24"/>
              </w:rPr>
              <w:t xml:space="preserve"> / </w:t>
            </w:r>
            <w:proofErr w:type="spellStart"/>
            <w:r w:rsidRPr="00416389">
              <w:rPr>
                <w:szCs w:val="24"/>
              </w:rPr>
              <w:t>alte</w:t>
            </w:r>
            <w:proofErr w:type="spellEnd"/>
            <w:r w:rsidRPr="00416389">
              <w:rPr>
                <w:szCs w:val="24"/>
              </w:rPr>
              <w:t xml:space="preserve"> </w:t>
            </w:r>
            <w:proofErr w:type="spellStart"/>
            <w:r w:rsidRPr="00416389">
              <w:rPr>
                <w:szCs w:val="24"/>
              </w:rPr>
              <w:t>măsuri</w:t>
            </w:r>
            <w:proofErr w:type="spellEnd"/>
            <w:r w:rsidRPr="00416389">
              <w:rPr>
                <w:szCs w:val="24"/>
              </w:rPr>
              <w:t>]</w:t>
            </w:r>
          </w:p>
        </w:tc>
      </w:tr>
      <w:tr w:rsidR="00416389" w:rsidRPr="0025334A" w14:paraId="37526EE9" w14:textId="77777777" w:rsidTr="00416389">
        <w:trPr>
          <w:jc w:val="center"/>
        </w:trPr>
        <w:tc>
          <w:tcPr>
            <w:tcW w:w="2441" w:type="pct"/>
            <w:vAlign w:val="center"/>
          </w:tcPr>
          <w:p w14:paraId="3DF09A31" w14:textId="77777777" w:rsidR="00416389" w:rsidRPr="0025334A" w:rsidRDefault="00416389" w:rsidP="00416389">
            <w:pPr>
              <w:spacing w:line="269" w:lineRule="auto"/>
              <w:ind w:firstLine="0"/>
              <w:jc w:val="left"/>
              <w:rPr>
                <w:szCs w:val="24"/>
              </w:rPr>
            </w:pPr>
            <w:r w:rsidRPr="0025334A">
              <w:rPr>
                <w:szCs w:val="24"/>
              </w:rPr>
              <w:t xml:space="preserve">Ora </w:t>
            </w:r>
            <w:proofErr w:type="spellStart"/>
            <w:r w:rsidRPr="0025334A">
              <w:rPr>
                <w:szCs w:val="24"/>
              </w:rPr>
              <w:t>remedierii</w:t>
            </w:r>
            <w:proofErr w:type="spellEnd"/>
            <w:r w:rsidRPr="0025334A">
              <w:rPr>
                <w:szCs w:val="24"/>
              </w:rPr>
              <w:t xml:space="preserve">, </w:t>
            </w:r>
            <w:proofErr w:type="spellStart"/>
            <w:r w:rsidRPr="0025334A">
              <w:rPr>
                <w:szCs w:val="24"/>
              </w:rPr>
              <w:t>dacă</w:t>
            </w:r>
            <w:proofErr w:type="spellEnd"/>
            <w:r w:rsidRPr="0025334A">
              <w:rPr>
                <w:szCs w:val="24"/>
              </w:rPr>
              <w:t xml:space="preserve"> </w:t>
            </w:r>
            <w:proofErr w:type="spellStart"/>
            <w:r w:rsidRPr="0025334A">
              <w:rPr>
                <w:szCs w:val="24"/>
              </w:rPr>
              <w:t>este</w:t>
            </w:r>
            <w:proofErr w:type="spellEnd"/>
            <w:r w:rsidRPr="0025334A">
              <w:rPr>
                <w:szCs w:val="24"/>
              </w:rPr>
              <w:t xml:space="preserve"> </w:t>
            </w:r>
            <w:proofErr w:type="spellStart"/>
            <w:r w:rsidRPr="0025334A">
              <w:rPr>
                <w:szCs w:val="24"/>
              </w:rPr>
              <w:t>cazul</w:t>
            </w:r>
            <w:proofErr w:type="spellEnd"/>
          </w:p>
        </w:tc>
        <w:tc>
          <w:tcPr>
            <w:tcW w:w="2559" w:type="pct"/>
            <w:vAlign w:val="center"/>
          </w:tcPr>
          <w:p w14:paraId="5258215B" w14:textId="1AD38CCC" w:rsidR="00416389" w:rsidRPr="0025334A" w:rsidRDefault="00416389" w:rsidP="00416389">
            <w:pPr>
              <w:spacing w:line="269" w:lineRule="auto"/>
              <w:ind w:firstLine="0"/>
              <w:jc w:val="left"/>
              <w:rPr>
                <w:szCs w:val="24"/>
              </w:rPr>
            </w:pPr>
            <w:r w:rsidRPr="00416389">
              <w:rPr>
                <w:szCs w:val="24"/>
              </w:rPr>
              <w:t>[</w:t>
            </w:r>
            <w:proofErr w:type="spellStart"/>
            <w:r w:rsidRPr="00416389">
              <w:rPr>
                <w:szCs w:val="24"/>
              </w:rPr>
              <w:t>hh:mm</w:t>
            </w:r>
            <w:proofErr w:type="spellEnd"/>
            <w:r w:rsidRPr="00416389">
              <w:rPr>
                <w:szCs w:val="24"/>
              </w:rPr>
              <w:t>]</w:t>
            </w:r>
          </w:p>
        </w:tc>
      </w:tr>
      <w:tr w:rsidR="00416389" w:rsidRPr="0025334A" w14:paraId="01D4DFF4" w14:textId="77777777" w:rsidTr="006B3867">
        <w:trPr>
          <w:jc w:val="center"/>
        </w:trPr>
        <w:tc>
          <w:tcPr>
            <w:tcW w:w="2441" w:type="pct"/>
            <w:vAlign w:val="center"/>
          </w:tcPr>
          <w:p w14:paraId="7075B490" w14:textId="77777777" w:rsidR="00416389" w:rsidRPr="0025334A" w:rsidRDefault="00416389" w:rsidP="00416389">
            <w:pPr>
              <w:spacing w:line="269" w:lineRule="auto"/>
              <w:ind w:firstLine="0"/>
              <w:jc w:val="left"/>
              <w:rPr>
                <w:szCs w:val="24"/>
              </w:rPr>
            </w:pPr>
            <w:proofErr w:type="spellStart"/>
            <w:r w:rsidRPr="0025334A">
              <w:rPr>
                <w:szCs w:val="24"/>
              </w:rPr>
              <w:t>Reprezentant</w:t>
            </w:r>
            <w:proofErr w:type="spellEnd"/>
            <w:r w:rsidRPr="0025334A">
              <w:rPr>
                <w:szCs w:val="24"/>
              </w:rPr>
              <w:t xml:space="preserve"> </w:t>
            </w:r>
            <w:proofErr w:type="spellStart"/>
            <w:r w:rsidRPr="0025334A">
              <w:rPr>
                <w:szCs w:val="24"/>
              </w:rPr>
              <w:t>centru</w:t>
            </w:r>
            <w:proofErr w:type="spellEnd"/>
            <w:r w:rsidRPr="0025334A">
              <w:rPr>
                <w:szCs w:val="24"/>
              </w:rPr>
              <w:t xml:space="preserve"> / </w:t>
            </w:r>
            <w:proofErr w:type="spellStart"/>
            <w:r w:rsidRPr="0025334A">
              <w:rPr>
                <w:szCs w:val="24"/>
              </w:rPr>
              <w:t>semnătură</w:t>
            </w:r>
            <w:proofErr w:type="spellEnd"/>
          </w:p>
        </w:tc>
        <w:tc>
          <w:tcPr>
            <w:tcW w:w="2559" w:type="pct"/>
          </w:tcPr>
          <w:p w14:paraId="6E9CE2EF" w14:textId="07A4B7DB" w:rsidR="00416389" w:rsidRPr="0025334A" w:rsidRDefault="00416389" w:rsidP="00416389">
            <w:pPr>
              <w:spacing w:line="269" w:lineRule="auto"/>
              <w:ind w:firstLine="0"/>
              <w:jc w:val="left"/>
              <w:rPr>
                <w:szCs w:val="24"/>
              </w:rPr>
            </w:pPr>
            <w:r w:rsidRPr="00416389">
              <w:rPr>
                <w:szCs w:val="24"/>
              </w:rPr>
              <w:t>[</w:t>
            </w:r>
            <w:proofErr w:type="spellStart"/>
            <w:r>
              <w:rPr>
                <w:szCs w:val="24"/>
              </w:rPr>
              <w:t>nume</w:t>
            </w:r>
            <w:proofErr w:type="spellEnd"/>
            <w:r w:rsidRPr="00416389">
              <w:rPr>
                <w:szCs w:val="24"/>
              </w:rPr>
              <w:t xml:space="preserve"> + </w:t>
            </w:r>
            <w:proofErr w:type="spellStart"/>
            <w:r>
              <w:rPr>
                <w:szCs w:val="24"/>
              </w:rPr>
              <w:t>semnatura</w:t>
            </w:r>
            <w:proofErr w:type="spellEnd"/>
            <w:r w:rsidRPr="00416389">
              <w:rPr>
                <w:szCs w:val="24"/>
              </w:rPr>
              <w:t>]</w:t>
            </w:r>
          </w:p>
        </w:tc>
      </w:tr>
      <w:tr w:rsidR="00416389" w:rsidRPr="0025334A" w14:paraId="2AC7F33A" w14:textId="77777777" w:rsidTr="00416389">
        <w:trPr>
          <w:jc w:val="center"/>
        </w:trPr>
        <w:tc>
          <w:tcPr>
            <w:tcW w:w="2441" w:type="pct"/>
            <w:vAlign w:val="center"/>
          </w:tcPr>
          <w:p w14:paraId="5EA0458B" w14:textId="77777777" w:rsidR="00416389" w:rsidRPr="0025334A" w:rsidRDefault="00416389" w:rsidP="00416389">
            <w:pPr>
              <w:spacing w:line="269" w:lineRule="auto"/>
              <w:ind w:firstLine="0"/>
              <w:jc w:val="left"/>
              <w:rPr>
                <w:szCs w:val="24"/>
              </w:rPr>
            </w:pPr>
            <w:proofErr w:type="spellStart"/>
            <w:r w:rsidRPr="0025334A">
              <w:rPr>
                <w:szCs w:val="24"/>
              </w:rPr>
              <w:t>Reprezentant</w:t>
            </w:r>
            <w:proofErr w:type="spellEnd"/>
            <w:r w:rsidRPr="0025334A">
              <w:rPr>
                <w:szCs w:val="24"/>
              </w:rPr>
              <w:t xml:space="preserve"> </w:t>
            </w:r>
            <w:proofErr w:type="spellStart"/>
            <w:r w:rsidRPr="0025334A">
              <w:rPr>
                <w:szCs w:val="24"/>
              </w:rPr>
              <w:t>prestator</w:t>
            </w:r>
            <w:proofErr w:type="spellEnd"/>
            <w:r w:rsidRPr="0025334A">
              <w:rPr>
                <w:szCs w:val="24"/>
              </w:rPr>
              <w:t xml:space="preserve"> / </w:t>
            </w:r>
            <w:proofErr w:type="spellStart"/>
            <w:r w:rsidRPr="0025334A">
              <w:rPr>
                <w:szCs w:val="24"/>
              </w:rPr>
              <w:t>semnătură</w:t>
            </w:r>
            <w:proofErr w:type="spellEnd"/>
          </w:p>
        </w:tc>
        <w:tc>
          <w:tcPr>
            <w:tcW w:w="2559" w:type="pct"/>
            <w:vAlign w:val="center"/>
          </w:tcPr>
          <w:p w14:paraId="4598BE4A" w14:textId="5EFDFF60" w:rsidR="00416389" w:rsidRPr="0025334A" w:rsidRDefault="00416389" w:rsidP="00416389">
            <w:pPr>
              <w:spacing w:line="269" w:lineRule="auto"/>
              <w:ind w:firstLine="0"/>
              <w:jc w:val="left"/>
              <w:rPr>
                <w:szCs w:val="24"/>
              </w:rPr>
            </w:pPr>
            <w:r w:rsidRPr="00416389">
              <w:rPr>
                <w:szCs w:val="24"/>
              </w:rPr>
              <w:t>[</w:t>
            </w:r>
            <w:proofErr w:type="spellStart"/>
            <w:r>
              <w:rPr>
                <w:szCs w:val="24"/>
              </w:rPr>
              <w:t>nume</w:t>
            </w:r>
            <w:proofErr w:type="spellEnd"/>
            <w:r w:rsidRPr="00416389">
              <w:rPr>
                <w:szCs w:val="24"/>
              </w:rPr>
              <w:t xml:space="preserve"> + </w:t>
            </w:r>
            <w:proofErr w:type="spellStart"/>
            <w:r>
              <w:rPr>
                <w:szCs w:val="24"/>
              </w:rPr>
              <w:t>semnatura</w:t>
            </w:r>
            <w:proofErr w:type="spellEnd"/>
            <w:r w:rsidRPr="00416389">
              <w:rPr>
                <w:szCs w:val="24"/>
              </w:rPr>
              <w:t>]</w:t>
            </w:r>
          </w:p>
        </w:tc>
      </w:tr>
    </w:tbl>
    <w:p w14:paraId="53CAC1E0" w14:textId="77777777" w:rsidR="000C4CB5" w:rsidRPr="0025334A" w:rsidRDefault="000C4CB5">
      <w:pPr>
        <w:spacing w:after="50" w:line="247" w:lineRule="auto"/>
        <w:ind w:firstLine="0"/>
      </w:pPr>
    </w:p>
    <w:p w14:paraId="247C84FE" w14:textId="77777777" w:rsidR="000C4CB5" w:rsidRPr="0025334A" w:rsidRDefault="004E746A">
      <w:pPr>
        <w:spacing w:after="50" w:line="247" w:lineRule="auto"/>
      </w:pPr>
      <w:r w:rsidRPr="0025334A">
        <w:br w:type="page"/>
      </w:r>
    </w:p>
    <w:p w14:paraId="6C351FAB" w14:textId="77777777" w:rsidR="00F678CC" w:rsidRDefault="00F678CC" w:rsidP="00F678CC">
      <w:pPr>
        <w:pStyle w:val="Body"/>
      </w:pPr>
    </w:p>
    <w:p w14:paraId="5806DD36" w14:textId="0AFDA798" w:rsidR="000C4CB5" w:rsidRPr="0025334A" w:rsidRDefault="004E746A" w:rsidP="0025334A">
      <w:pPr>
        <w:pStyle w:val="Heading1"/>
      </w:pPr>
      <w:bookmarkStart w:id="82" w:name="_Toc242951520"/>
      <w:r w:rsidRPr="009D79E6">
        <w:rPr>
          <w:highlight w:val="yellow"/>
        </w:rPr>
        <w:t xml:space="preserve">ANEXA NR. </w:t>
      </w:r>
      <w:r w:rsidR="006E4A09">
        <w:rPr>
          <w:highlight w:val="yellow"/>
        </w:rPr>
        <w:t>8</w:t>
      </w:r>
      <w:r w:rsidRPr="009D79E6">
        <w:rPr>
          <w:highlight w:val="yellow"/>
        </w:rPr>
        <w:t xml:space="preserve"> – </w:t>
      </w:r>
      <w:r w:rsidR="00282797" w:rsidRPr="009D79E6">
        <w:rPr>
          <w:highlight w:val="yellow"/>
        </w:rPr>
        <w:t xml:space="preserve">MODEL DE </w:t>
      </w:r>
      <w:r w:rsidRPr="009D79E6">
        <w:rPr>
          <w:highlight w:val="yellow"/>
        </w:rPr>
        <w:t>RAPORT DE NECONFORMITATE / INCIDENT</w:t>
      </w:r>
      <w:bookmarkEnd w:id="82"/>
    </w:p>
    <w:tbl>
      <w:tblPr>
        <w:tblStyle w:val="TableGrid"/>
        <w:tblW w:w="5000" w:type="pct"/>
        <w:jc w:val="center"/>
        <w:tblLook w:val="04A0" w:firstRow="1" w:lastRow="0" w:firstColumn="1" w:lastColumn="0" w:noHBand="0" w:noVBand="1"/>
      </w:tblPr>
      <w:tblGrid>
        <w:gridCol w:w="3862"/>
        <w:gridCol w:w="6106"/>
      </w:tblGrid>
      <w:tr w:rsidR="00DE2AD7" w:rsidRPr="0025334A" w14:paraId="322977BC" w14:textId="77777777" w:rsidTr="00DE2AD7">
        <w:trPr>
          <w:tblHeader/>
          <w:jc w:val="center"/>
        </w:trPr>
        <w:tc>
          <w:tcPr>
            <w:tcW w:w="5000" w:type="pct"/>
            <w:gridSpan w:val="2"/>
            <w:vAlign w:val="center"/>
          </w:tcPr>
          <w:p w14:paraId="228A63F5" w14:textId="042F9795" w:rsidR="00DE2AD7" w:rsidRPr="00DE2AD7" w:rsidRDefault="00DE2AD7">
            <w:pPr>
              <w:ind w:firstLine="0"/>
              <w:jc w:val="center"/>
              <w:rPr>
                <w:b/>
                <w:bCs/>
                <w:sz w:val="22"/>
              </w:rPr>
            </w:pPr>
            <w:r w:rsidRPr="00DE2AD7">
              <w:rPr>
                <w:b/>
                <w:bCs/>
                <w:sz w:val="22"/>
              </w:rPr>
              <w:t>RAPORT DE NECONFORMITATE / INCIDENT</w:t>
            </w:r>
          </w:p>
        </w:tc>
      </w:tr>
      <w:tr w:rsidR="00DE2AD7" w:rsidRPr="0025334A" w14:paraId="150E4760"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7BE336F1" w14:textId="22997C12" w:rsidR="00DE2AD7" w:rsidRPr="00DE2AD7" w:rsidRDefault="00DE2AD7" w:rsidP="00DE2AD7">
            <w:pPr>
              <w:ind w:firstLine="0"/>
              <w:jc w:val="left"/>
              <w:rPr>
                <w:sz w:val="22"/>
              </w:rPr>
            </w:pPr>
            <w:proofErr w:type="spellStart"/>
            <w:r w:rsidRPr="00DE2AD7">
              <w:rPr>
                <w:color w:val="000000"/>
                <w:sz w:val="22"/>
              </w:rPr>
              <w:t>Număr</w:t>
            </w:r>
            <w:proofErr w:type="spellEnd"/>
            <w:r w:rsidRPr="00DE2AD7">
              <w:rPr>
                <w:color w:val="000000"/>
                <w:sz w:val="22"/>
              </w:rPr>
              <w:t>/data</w:t>
            </w:r>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56BFBEF9" w14:textId="3C992E5B" w:rsidR="00DE2AD7" w:rsidRPr="00DE2AD7" w:rsidRDefault="00DE2AD7" w:rsidP="00DE2AD7">
            <w:pPr>
              <w:ind w:firstLine="0"/>
              <w:jc w:val="left"/>
              <w:rPr>
                <w:sz w:val="22"/>
              </w:rPr>
            </w:pPr>
            <w:r w:rsidRPr="00DE2AD7">
              <w:rPr>
                <w:color w:val="000000"/>
                <w:sz w:val="22"/>
              </w:rPr>
              <w:t>[...]</w:t>
            </w:r>
          </w:p>
        </w:tc>
      </w:tr>
      <w:tr w:rsidR="00DE2AD7" w:rsidRPr="0025334A" w14:paraId="2BA40B8A"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5FD4FD72" w14:textId="5F6BB37C" w:rsidR="00DE2AD7" w:rsidRPr="00DE2AD7" w:rsidRDefault="00DE2AD7" w:rsidP="00DE2AD7">
            <w:pPr>
              <w:ind w:firstLine="0"/>
              <w:jc w:val="left"/>
              <w:rPr>
                <w:sz w:val="22"/>
              </w:rPr>
            </w:pPr>
            <w:proofErr w:type="spellStart"/>
            <w:r w:rsidRPr="00DE2AD7">
              <w:rPr>
                <w:color w:val="000000"/>
                <w:sz w:val="22"/>
              </w:rPr>
              <w:t>Centru</w:t>
            </w:r>
            <w:proofErr w:type="spellEnd"/>
            <w:r w:rsidRPr="00DE2AD7">
              <w:rPr>
                <w:color w:val="000000"/>
                <w:sz w:val="22"/>
              </w:rPr>
              <w:t xml:space="preserve"> / </w:t>
            </w:r>
            <w:proofErr w:type="spellStart"/>
            <w:r w:rsidRPr="00DE2AD7">
              <w:rPr>
                <w:color w:val="000000"/>
                <w:sz w:val="22"/>
              </w:rPr>
              <w:t>masă</w:t>
            </w:r>
            <w:proofErr w:type="spellEnd"/>
            <w:r w:rsidRPr="00DE2AD7">
              <w:rPr>
                <w:color w:val="000000"/>
                <w:sz w:val="22"/>
              </w:rPr>
              <w:t xml:space="preserve"> / </w:t>
            </w:r>
            <w:proofErr w:type="spellStart"/>
            <w:r w:rsidRPr="00DE2AD7">
              <w:rPr>
                <w:color w:val="000000"/>
                <w:sz w:val="22"/>
              </w:rPr>
              <w:t>preparat</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090BFAE0" w14:textId="1CCF49B0"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identificare</w:t>
            </w:r>
            <w:proofErr w:type="spellEnd"/>
            <w:r w:rsidRPr="00DE2AD7">
              <w:rPr>
                <w:color w:val="000000"/>
                <w:sz w:val="22"/>
              </w:rPr>
              <w:t>]</w:t>
            </w:r>
          </w:p>
        </w:tc>
      </w:tr>
      <w:tr w:rsidR="00DE2AD7" w:rsidRPr="0025334A" w14:paraId="7DE6AF3D"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4F5B6E65" w14:textId="6877761F" w:rsidR="00DE2AD7" w:rsidRPr="00DE2AD7" w:rsidRDefault="00DE2AD7" w:rsidP="00DE2AD7">
            <w:pPr>
              <w:ind w:firstLine="0"/>
              <w:jc w:val="left"/>
              <w:rPr>
                <w:sz w:val="22"/>
              </w:rPr>
            </w:pPr>
            <w:r w:rsidRPr="00DE2AD7">
              <w:rPr>
                <w:color w:val="000000"/>
                <w:sz w:val="22"/>
              </w:rPr>
              <w:t xml:space="preserve">Tip </w:t>
            </w:r>
            <w:proofErr w:type="spellStart"/>
            <w:r w:rsidRPr="00DE2AD7">
              <w:rPr>
                <w:color w:val="000000"/>
                <w:sz w:val="22"/>
              </w:rPr>
              <w:t>eveniment</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01A6FA8D" w14:textId="4BADFA6D"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neconformitate</w:t>
            </w:r>
            <w:proofErr w:type="spellEnd"/>
            <w:r w:rsidRPr="00DE2AD7">
              <w:rPr>
                <w:color w:val="000000"/>
                <w:sz w:val="22"/>
              </w:rPr>
              <w:t xml:space="preserve"> / incident; </w:t>
            </w:r>
            <w:proofErr w:type="spellStart"/>
            <w:r w:rsidRPr="00DE2AD7">
              <w:rPr>
                <w:color w:val="000000"/>
                <w:sz w:val="22"/>
              </w:rPr>
              <w:t>nivel</w:t>
            </w:r>
            <w:proofErr w:type="spellEnd"/>
            <w:r w:rsidRPr="00DE2AD7">
              <w:rPr>
                <w:color w:val="000000"/>
                <w:sz w:val="22"/>
              </w:rPr>
              <w:t>]</w:t>
            </w:r>
          </w:p>
        </w:tc>
      </w:tr>
      <w:tr w:rsidR="00DE2AD7" w:rsidRPr="0025334A" w14:paraId="4129B84C"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15DDA3F6" w14:textId="2E5E2608" w:rsidR="00DE2AD7" w:rsidRPr="00DE2AD7" w:rsidRDefault="00DE2AD7" w:rsidP="00DE2AD7">
            <w:pPr>
              <w:ind w:firstLine="0"/>
              <w:jc w:val="left"/>
              <w:rPr>
                <w:sz w:val="22"/>
              </w:rPr>
            </w:pPr>
            <w:proofErr w:type="spellStart"/>
            <w:r w:rsidRPr="00DE2AD7">
              <w:rPr>
                <w:color w:val="000000"/>
                <w:sz w:val="22"/>
              </w:rPr>
              <w:t>Descriere</w:t>
            </w:r>
            <w:proofErr w:type="spellEnd"/>
            <w:r w:rsidRPr="00DE2AD7">
              <w:rPr>
                <w:color w:val="000000"/>
                <w:sz w:val="22"/>
              </w:rPr>
              <w:t xml:space="preserve"> </w:t>
            </w:r>
            <w:proofErr w:type="spellStart"/>
            <w:r w:rsidRPr="00DE2AD7">
              <w:rPr>
                <w:color w:val="000000"/>
                <w:sz w:val="22"/>
              </w:rPr>
              <w:t>factuală</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72E7C97D" w14:textId="46AFBDF5"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ce</w:t>
            </w:r>
            <w:proofErr w:type="spellEnd"/>
            <w:r w:rsidRPr="00DE2AD7">
              <w:rPr>
                <w:color w:val="000000"/>
                <w:sz w:val="22"/>
              </w:rPr>
              <w:t xml:space="preserve"> s-a </w:t>
            </w:r>
            <w:proofErr w:type="spellStart"/>
            <w:r w:rsidRPr="00DE2AD7">
              <w:rPr>
                <w:color w:val="000000"/>
                <w:sz w:val="22"/>
              </w:rPr>
              <w:t>constatat</w:t>
            </w:r>
            <w:proofErr w:type="spellEnd"/>
            <w:r w:rsidRPr="00DE2AD7">
              <w:rPr>
                <w:color w:val="000000"/>
                <w:sz w:val="22"/>
              </w:rPr>
              <w:t>]</w:t>
            </w:r>
          </w:p>
        </w:tc>
      </w:tr>
      <w:tr w:rsidR="00DE2AD7" w:rsidRPr="0025334A" w14:paraId="69C8E04F"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7890070F" w14:textId="1B014EE6" w:rsidR="00DE2AD7" w:rsidRPr="00DE2AD7" w:rsidRDefault="00DE2AD7" w:rsidP="00DE2AD7">
            <w:pPr>
              <w:ind w:firstLine="0"/>
              <w:jc w:val="left"/>
              <w:rPr>
                <w:sz w:val="22"/>
              </w:rPr>
            </w:pPr>
            <w:r w:rsidRPr="00DE2AD7">
              <w:rPr>
                <w:color w:val="000000"/>
                <w:sz w:val="22"/>
              </w:rPr>
              <w:t xml:space="preserve">Lot / </w:t>
            </w:r>
            <w:proofErr w:type="spellStart"/>
            <w:r w:rsidRPr="00DE2AD7">
              <w:rPr>
                <w:color w:val="000000"/>
                <w:sz w:val="22"/>
              </w:rPr>
              <w:t>trasabilitate</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486BC748" w14:textId="5B1FFFB2"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loturi</w:t>
            </w:r>
            <w:proofErr w:type="spellEnd"/>
            <w:r w:rsidRPr="00DE2AD7">
              <w:rPr>
                <w:color w:val="000000"/>
                <w:sz w:val="22"/>
              </w:rPr>
              <w:t xml:space="preserve">, </w:t>
            </w:r>
            <w:proofErr w:type="spellStart"/>
            <w:r w:rsidRPr="00DE2AD7">
              <w:rPr>
                <w:color w:val="000000"/>
                <w:sz w:val="22"/>
              </w:rPr>
              <w:t>documente</w:t>
            </w:r>
            <w:proofErr w:type="spellEnd"/>
            <w:r w:rsidRPr="00DE2AD7">
              <w:rPr>
                <w:color w:val="000000"/>
                <w:sz w:val="22"/>
              </w:rPr>
              <w:t xml:space="preserve">, </w:t>
            </w:r>
            <w:proofErr w:type="spellStart"/>
            <w:r w:rsidRPr="00DE2AD7">
              <w:rPr>
                <w:color w:val="000000"/>
                <w:sz w:val="22"/>
              </w:rPr>
              <w:t>porții</w:t>
            </w:r>
            <w:proofErr w:type="spellEnd"/>
            <w:r w:rsidRPr="00DE2AD7">
              <w:rPr>
                <w:color w:val="000000"/>
                <w:sz w:val="22"/>
              </w:rPr>
              <w:t xml:space="preserve"> </w:t>
            </w:r>
            <w:proofErr w:type="spellStart"/>
            <w:r w:rsidRPr="00DE2AD7">
              <w:rPr>
                <w:color w:val="000000"/>
                <w:sz w:val="22"/>
              </w:rPr>
              <w:t>afectate</w:t>
            </w:r>
            <w:proofErr w:type="spellEnd"/>
            <w:r w:rsidRPr="00DE2AD7">
              <w:rPr>
                <w:color w:val="000000"/>
                <w:sz w:val="22"/>
              </w:rPr>
              <w:t>]</w:t>
            </w:r>
          </w:p>
        </w:tc>
      </w:tr>
      <w:tr w:rsidR="00DE2AD7" w:rsidRPr="0025334A" w14:paraId="4B90B6D7"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5A5217A8" w14:textId="41DC15E2" w:rsidR="00DE2AD7" w:rsidRPr="00DE2AD7" w:rsidRDefault="00DE2AD7" w:rsidP="00DE2AD7">
            <w:pPr>
              <w:ind w:firstLine="0"/>
              <w:jc w:val="left"/>
              <w:rPr>
                <w:sz w:val="22"/>
              </w:rPr>
            </w:pPr>
            <w:r w:rsidRPr="00DE2AD7">
              <w:rPr>
                <w:color w:val="000000"/>
                <w:sz w:val="22"/>
              </w:rPr>
              <w:t xml:space="preserve">Ora </w:t>
            </w:r>
            <w:proofErr w:type="spellStart"/>
            <w:r w:rsidRPr="00DE2AD7">
              <w:rPr>
                <w:color w:val="000000"/>
                <w:sz w:val="22"/>
              </w:rPr>
              <w:t>constatării</w:t>
            </w:r>
            <w:proofErr w:type="spellEnd"/>
            <w:r w:rsidRPr="00DE2AD7">
              <w:rPr>
                <w:color w:val="000000"/>
                <w:sz w:val="22"/>
              </w:rPr>
              <w:t xml:space="preserve"> / </w:t>
            </w:r>
            <w:proofErr w:type="spellStart"/>
            <w:r w:rsidRPr="00DE2AD7">
              <w:rPr>
                <w:color w:val="000000"/>
                <w:sz w:val="22"/>
              </w:rPr>
              <w:t>notificării</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1A626385" w14:textId="443F82A4"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hh:mm</w:t>
            </w:r>
            <w:proofErr w:type="spellEnd"/>
            <w:r w:rsidRPr="00DE2AD7">
              <w:rPr>
                <w:color w:val="000000"/>
                <w:sz w:val="22"/>
              </w:rPr>
              <w:t xml:space="preserve"> / </w:t>
            </w:r>
            <w:proofErr w:type="spellStart"/>
            <w:r w:rsidRPr="00DE2AD7">
              <w:rPr>
                <w:color w:val="000000"/>
                <w:sz w:val="22"/>
              </w:rPr>
              <w:t>hh:mm</w:t>
            </w:r>
            <w:proofErr w:type="spellEnd"/>
            <w:r w:rsidRPr="00DE2AD7">
              <w:rPr>
                <w:color w:val="000000"/>
                <w:sz w:val="22"/>
              </w:rPr>
              <w:t>]</w:t>
            </w:r>
          </w:p>
        </w:tc>
      </w:tr>
      <w:tr w:rsidR="00DE2AD7" w:rsidRPr="0025334A" w14:paraId="653970DF"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09C32190" w14:textId="7B5BD551" w:rsidR="00DE2AD7" w:rsidRPr="00DE2AD7" w:rsidRDefault="00DE2AD7" w:rsidP="00DE2AD7">
            <w:pPr>
              <w:ind w:firstLine="0"/>
              <w:jc w:val="left"/>
              <w:rPr>
                <w:sz w:val="22"/>
              </w:rPr>
            </w:pPr>
            <w:proofErr w:type="spellStart"/>
            <w:r w:rsidRPr="00DE2AD7">
              <w:rPr>
                <w:color w:val="000000"/>
                <w:sz w:val="22"/>
              </w:rPr>
              <w:t>Măsura</w:t>
            </w:r>
            <w:proofErr w:type="spellEnd"/>
            <w:r w:rsidRPr="00DE2AD7">
              <w:rPr>
                <w:color w:val="000000"/>
                <w:sz w:val="22"/>
              </w:rPr>
              <w:t xml:space="preserve"> </w:t>
            </w:r>
            <w:proofErr w:type="spellStart"/>
            <w:r w:rsidRPr="00DE2AD7">
              <w:rPr>
                <w:color w:val="000000"/>
                <w:sz w:val="22"/>
              </w:rPr>
              <w:t>imediată</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1DEB416B" w14:textId="415DE007"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izolare</w:t>
            </w:r>
            <w:proofErr w:type="spellEnd"/>
            <w:r w:rsidRPr="00DE2AD7">
              <w:rPr>
                <w:color w:val="000000"/>
                <w:sz w:val="22"/>
              </w:rPr>
              <w:t xml:space="preserve"> / </w:t>
            </w:r>
            <w:proofErr w:type="spellStart"/>
            <w:r w:rsidRPr="00DE2AD7">
              <w:rPr>
                <w:color w:val="000000"/>
                <w:sz w:val="22"/>
              </w:rPr>
              <w:t>oprire</w:t>
            </w:r>
            <w:proofErr w:type="spellEnd"/>
            <w:r w:rsidRPr="00DE2AD7">
              <w:rPr>
                <w:color w:val="000000"/>
                <w:sz w:val="22"/>
              </w:rPr>
              <w:t xml:space="preserve"> </w:t>
            </w:r>
            <w:proofErr w:type="spellStart"/>
            <w:r w:rsidRPr="00DE2AD7">
              <w:rPr>
                <w:color w:val="000000"/>
                <w:sz w:val="22"/>
              </w:rPr>
              <w:t>distribuire</w:t>
            </w:r>
            <w:proofErr w:type="spellEnd"/>
            <w:r w:rsidRPr="00DE2AD7">
              <w:rPr>
                <w:color w:val="000000"/>
                <w:sz w:val="22"/>
              </w:rPr>
              <w:t xml:space="preserve"> / </w:t>
            </w:r>
            <w:proofErr w:type="spellStart"/>
            <w:r w:rsidRPr="00DE2AD7">
              <w:rPr>
                <w:color w:val="000000"/>
                <w:sz w:val="22"/>
              </w:rPr>
              <w:t>înlocuire</w:t>
            </w:r>
            <w:proofErr w:type="spellEnd"/>
            <w:r w:rsidRPr="00DE2AD7">
              <w:rPr>
                <w:color w:val="000000"/>
                <w:sz w:val="22"/>
              </w:rPr>
              <w:t>]</w:t>
            </w:r>
          </w:p>
        </w:tc>
      </w:tr>
      <w:tr w:rsidR="00DE2AD7" w:rsidRPr="0025334A" w14:paraId="7A0EE201"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67AC1465" w14:textId="40750E5E" w:rsidR="00DE2AD7" w:rsidRPr="00DE2AD7" w:rsidRDefault="00DE2AD7" w:rsidP="00DE2AD7">
            <w:pPr>
              <w:ind w:firstLine="0"/>
              <w:jc w:val="left"/>
              <w:rPr>
                <w:sz w:val="22"/>
              </w:rPr>
            </w:pPr>
            <w:r w:rsidRPr="00DE2AD7">
              <w:rPr>
                <w:color w:val="000000"/>
                <w:sz w:val="22"/>
              </w:rPr>
              <w:t xml:space="preserve">Ora </w:t>
            </w:r>
            <w:proofErr w:type="spellStart"/>
            <w:r w:rsidRPr="00DE2AD7">
              <w:rPr>
                <w:color w:val="000000"/>
                <w:sz w:val="22"/>
              </w:rPr>
              <w:t>remedierii</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4F974A6C" w14:textId="6E0F5CEE"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hh:mm</w:t>
            </w:r>
            <w:proofErr w:type="spellEnd"/>
            <w:r w:rsidRPr="00DE2AD7">
              <w:rPr>
                <w:color w:val="000000"/>
                <w:sz w:val="22"/>
              </w:rPr>
              <w:t>]</w:t>
            </w:r>
          </w:p>
        </w:tc>
      </w:tr>
      <w:tr w:rsidR="00DE2AD7" w:rsidRPr="0025334A" w14:paraId="75B8A24E"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28013939" w14:textId="19FCEA3B" w:rsidR="00DE2AD7" w:rsidRPr="00DE2AD7" w:rsidRDefault="00DE2AD7" w:rsidP="00DE2AD7">
            <w:pPr>
              <w:ind w:firstLine="0"/>
              <w:jc w:val="left"/>
              <w:rPr>
                <w:sz w:val="22"/>
              </w:rPr>
            </w:pPr>
            <w:proofErr w:type="spellStart"/>
            <w:r w:rsidRPr="00DE2AD7">
              <w:rPr>
                <w:color w:val="000000"/>
                <w:sz w:val="22"/>
              </w:rPr>
              <w:t>Cauza</w:t>
            </w:r>
            <w:proofErr w:type="spellEnd"/>
            <w:r w:rsidRPr="00DE2AD7">
              <w:rPr>
                <w:color w:val="000000"/>
                <w:sz w:val="22"/>
              </w:rPr>
              <w:t xml:space="preserve"> </w:t>
            </w:r>
            <w:proofErr w:type="spellStart"/>
            <w:r w:rsidRPr="00DE2AD7">
              <w:rPr>
                <w:color w:val="000000"/>
                <w:sz w:val="22"/>
              </w:rPr>
              <w:t>și</w:t>
            </w:r>
            <w:proofErr w:type="spellEnd"/>
            <w:r w:rsidRPr="00DE2AD7">
              <w:rPr>
                <w:color w:val="000000"/>
                <w:sz w:val="22"/>
              </w:rPr>
              <w:t xml:space="preserve"> </w:t>
            </w:r>
            <w:proofErr w:type="spellStart"/>
            <w:r w:rsidRPr="00DE2AD7">
              <w:rPr>
                <w:color w:val="000000"/>
                <w:sz w:val="22"/>
              </w:rPr>
              <w:t>acțiunea</w:t>
            </w:r>
            <w:proofErr w:type="spellEnd"/>
            <w:r w:rsidRPr="00DE2AD7">
              <w:rPr>
                <w:color w:val="000000"/>
                <w:sz w:val="22"/>
              </w:rPr>
              <w:t xml:space="preserve"> </w:t>
            </w:r>
            <w:proofErr w:type="spellStart"/>
            <w:r w:rsidRPr="00DE2AD7">
              <w:rPr>
                <w:color w:val="000000"/>
                <w:sz w:val="22"/>
              </w:rPr>
              <w:t>corectivă</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51FD1919" w14:textId="5A30BFB0"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dacă</w:t>
            </w:r>
            <w:proofErr w:type="spellEnd"/>
            <w:r w:rsidRPr="00DE2AD7">
              <w:rPr>
                <w:color w:val="000000"/>
                <w:sz w:val="22"/>
              </w:rPr>
              <w:t xml:space="preserve"> </w:t>
            </w:r>
            <w:proofErr w:type="spellStart"/>
            <w:r w:rsidRPr="00DE2AD7">
              <w:rPr>
                <w:color w:val="000000"/>
                <w:sz w:val="22"/>
              </w:rPr>
              <w:t>este</w:t>
            </w:r>
            <w:proofErr w:type="spellEnd"/>
            <w:r w:rsidRPr="00DE2AD7">
              <w:rPr>
                <w:color w:val="000000"/>
                <w:sz w:val="22"/>
              </w:rPr>
              <w:t xml:space="preserve"> </w:t>
            </w:r>
            <w:proofErr w:type="spellStart"/>
            <w:r w:rsidRPr="00DE2AD7">
              <w:rPr>
                <w:color w:val="000000"/>
                <w:sz w:val="22"/>
              </w:rPr>
              <w:t>cunoscută</w:t>
            </w:r>
            <w:proofErr w:type="spellEnd"/>
            <w:r w:rsidRPr="00DE2AD7">
              <w:rPr>
                <w:color w:val="000000"/>
                <w:sz w:val="22"/>
              </w:rPr>
              <w:t>]</w:t>
            </w:r>
          </w:p>
        </w:tc>
      </w:tr>
      <w:tr w:rsidR="00DE2AD7" w:rsidRPr="0025334A" w14:paraId="54FB51A7" w14:textId="77777777" w:rsidTr="006B3867">
        <w:trPr>
          <w:jc w:val="center"/>
        </w:trPr>
        <w:tc>
          <w:tcPr>
            <w:tcW w:w="1937" w:type="pct"/>
            <w:tcBorders>
              <w:top w:val="single" w:sz="4" w:space="0" w:color="000000"/>
              <w:left w:val="single" w:sz="4" w:space="0" w:color="000000"/>
              <w:bottom w:val="single" w:sz="4" w:space="0" w:color="000000"/>
              <w:right w:val="single" w:sz="4" w:space="0" w:color="000000"/>
            </w:tcBorders>
            <w:shd w:val="clear" w:color="auto" w:fill="FFFFFF"/>
          </w:tcPr>
          <w:p w14:paraId="47377C74" w14:textId="19CD2899" w:rsidR="00DE2AD7" w:rsidRPr="00DE2AD7" w:rsidRDefault="00DE2AD7" w:rsidP="00DE2AD7">
            <w:pPr>
              <w:ind w:firstLine="0"/>
              <w:jc w:val="left"/>
              <w:rPr>
                <w:sz w:val="22"/>
              </w:rPr>
            </w:pPr>
            <w:proofErr w:type="spellStart"/>
            <w:r w:rsidRPr="00DE2AD7">
              <w:rPr>
                <w:color w:val="000000"/>
                <w:sz w:val="22"/>
              </w:rPr>
              <w:t>Prevenirea</w:t>
            </w:r>
            <w:proofErr w:type="spellEnd"/>
            <w:r w:rsidRPr="00DE2AD7">
              <w:rPr>
                <w:color w:val="000000"/>
                <w:sz w:val="22"/>
              </w:rPr>
              <w:t xml:space="preserve"> </w:t>
            </w:r>
            <w:proofErr w:type="spellStart"/>
            <w:r w:rsidRPr="00DE2AD7">
              <w:rPr>
                <w:color w:val="000000"/>
                <w:sz w:val="22"/>
              </w:rPr>
              <w:t>recurenței</w:t>
            </w:r>
            <w:proofErr w:type="spellEnd"/>
          </w:p>
        </w:tc>
        <w:tc>
          <w:tcPr>
            <w:tcW w:w="3063" w:type="pct"/>
            <w:tcBorders>
              <w:top w:val="single" w:sz="4" w:space="0" w:color="000000"/>
              <w:left w:val="single" w:sz="4" w:space="0" w:color="000000"/>
              <w:bottom w:val="single" w:sz="4" w:space="0" w:color="000000"/>
              <w:right w:val="single" w:sz="4" w:space="0" w:color="000000"/>
            </w:tcBorders>
            <w:shd w:val="clear" w:color="auto" w:fill="FFFFFF"/>
          </w:tcPr>
          <w:p w14:paraId="36AE3A32" w14:textId="50BC9F0B" w:rsidR="00DE2AD7" w:rsidRPr="00DE2AD7" w:rsidRDefault="00DE2AD7" w:rsidP="00DE2AD7">
            <w:pPr>
              <w:ind w:firstLine="0"/>
              <w:jc w:val="left"/>
              <w:rPr>
                <w:sz w:val="22"/>
              </w:rPr>
            </w:pPr>
            <w:r w:rsidRPr="00DE2AD7">
              <w:rPr>
                <w:color w:val="000000"/>
                <w:sz w:val="22"/>
              </w:rPr>
              <w:t>[</w:t>
            </w:r>
            <w:proofErr w:type="spellStart"/>
            <w:r w:rsidRPr="00DE2AD7">
              <w:rPr>
                <w:color w:val="000000"/>
                <w:sz w:val="22"/>
              </w:rPr>
              <w:t>măsuri</w:t>
            </w:r>
            <w:proofErr w:type="spellEnd"/>
            <w:r w:rsidRPr="00DE2AD7">
              <w:rPr>
                <w:color w:val="000000"/>
                <w:sz w:val="22"/>
              </w:rPr>
              <w:t xml:space="preserve">, </w:t>
            </w:r>
            <w:proofErr w:type="spellStart"/>
            <w:r w:rsidRPr="00DE2AD7">
              <w:rPr>
                <w:color w:val="000000"/>
                <w:sz w:val="22"/>
              </w:rPr>
              <w:t>responsabil</w:t>
            </w:r>
            <w:proofErr w:type="spellEnd"/>
            <w:r w:rsidRPr="00DE2AD7">
              <w:rPr>
                <w:color w:val="000000"/>
                <w:sz w:val="22"/>
              </w:rPr>
              <w:t>, termen]</w:t>
            </w:r>
          </w:p>
        </w:tc>
      </w:tr>
      <w:tr w:rsidR="0025334A" w:rsidRPr="0025334A" w14:paraId="359218A8" w14:textId="77777777" w:rsidTr="0025334A">
        <w:trPr>
          <w:jc w:val="center"/>
        </w:trPr>
        <w:tc>
          <w:tcPr>
            <w:tcW w:w="1937" w:type="pct"/>
            <w:vAlign w:val="center"/>
          </w:tcPr>
          <w:p w14:paraId="46DFA67B" w14:textId="77777777" w:rsidR="000C4CB5" w:rsidRPr="0025334A" w:rsidRDefault="004E746A">
            <w:pPr>
              <w:ind w:firstLine="0"/>
              <w:jc w:val="left"/>
              <w:rPr>
                <w:sz w:val="22"/>
              </w:rPr>
            </w:pPr>
            <w:proofErr w:type="spellStart"/>
            <w:r w:rsidRPr="0025334A">
              <w:rPr>
                <w:sz w:val="22"/>
              </w:rPr>
              <w:t>Responsabil</w:t>
            </w:r>
            <w:proofErr w:type="spellEnd"/>
            <w:r w:rsidRPr="0025334A">
              <w:rPr>
                <w:sz w:val="22"/>
              </w:rPr>
              <w:t xml:space="preserve"> </w:t>
            </w:r>
            <w:proofErr w:type="spellStart"/>
            <w:r w:rsidRPr="0025334A">
              <w:rPr>
                <w:sz w:val="22"/>
              </w:rPr>
              <w:t>prestator</w:t>
            </w:r>
            <w:proofErr w:type="spellEnd"/>
          </w:p>
        </w:tc>
        <w:tc>
          <w:tcPr>
            <w:tcW w:w="3063" w:type="pct"/>
            <w:vAlign w:val="center"/>
          </w:tcPr>
          <w:p w14:paraId="0D028AC3" w14:textId="77777777" w:rsidR="000C4CB5" w:rsidRPr="0025334A" w:rsidRDefault="004E746A">
            <w:pPr>
              <w:ind w:firstLine="0"/>
              <w:jc w:val="left"/>
              <w:rPr>
                <w:sz w:val="22"/>
              </w:rPr>
            </w:pPr>
            <w:r w:rsidRPr="0025334A">
              <w:rPr>
                <w:sz w:val="22"/>
              </w:rPr>
              <w:t>____________________________</w:t>
            </w:r>
          </w:p>
        </w:tc>
      </w:tr>
      <w:tr w:rsidR="0025334A" w:rsidRPr="0025334A" w14:paraId="5D1D072A" w14:textId="77777777" w:rsidTr="0025334A">
        <w:trPr>
          <w:jc w:val="center"/>
        </w:trPr>
        <w:tc>
          <w:tcPr>
            <w:tcW w:w="1937" w:type="pct"/>
            <w:vAlign w:val="center"/>
          </w:tcPr>
          <w:p w14:paraId="40C8B940" w14:textId="77777777" w:rsidR="000C4CB5" w:rsidRPr="0025334A" w:rsidRDefault="004E746A">
            <w:pPr>
              <w:ind w:firstLine="0"/>
              <w:jc w:val="left"/>
              <w:rPr>
                <w:sz w:val="22"/>
              </w:rPr>
            </w:pPr>
            <w:proofErr w:type="spellStart"/>
            <w:r w:rsidRPr="0025334A">
              <w:rPr>
                <w:sz w:val="22"/>
              </w:rPr>
              <w:t>Validare</w:t>
            </w:r>
            <w:proofErr w:type="spellEnd"/>
            <w:r w:rsidRPr="0025334A">
              <w:rPr>
                <w:sz w:val="22"/>
              </w:rPr>
              <w:t xml:space="preserve"> </w:t>
            </w:r>
            <w:proofErr w:type="spellStart"/>
            <w:r w:rsidRPr="0025334A">
              <w:rPr>
                <w:sz w:val="22"/>
              </w:rPr>
              <w:t>centru</w:t>
            </w:r>
            <w:proofErr w:type="spellEnd"/>
            <w:r w:rsidRPr="0025334A">
              <w:rPr>
                <w:sz w:val="22"/>
              </w:rPr>
              <w:t>/DGASPC</w:t>
            </w:r>
          </w:p>
        </w:tc>
        <w:tc>
          <w:tcPr>
            <w:tcW w:w="3063" w:type="pct"/>
            <w:vAlign w:val="center"/>
          </w:tcPr>
          <w:p w14:paraId="6F77AC61" w14:textId="77777777" w:rsidR="000C4CB5" w:rsidRPr="0025334A" w:rsidRDefault="004E746A">
            <w:pPr>
              <w:ind w:firstLine="0"/>
              <w:jc w:val="left"/>
              <w:rPr>
                <w:sz w:val="22"/>
              </w:rPr>
            </w:pPr>
            <w:r w:rsidRPr="0025334A">
              <w:rPr>
                <w:sz w:val="22"/>
              </w:rPr>
              <w:t>____________________________</w:t>
            </w:r>
          </w:p>
        </w:tc>
      </w:tr>
    </w:tbl>
    <w:p w14:paraId="3DA8AEE6" w14:textId="77777777" w:rsidR="000C4CB5" w:rsidRPr="0025334A" w:rsidRDefault="000C4CB5">
      <w:pPr>
        <w:spacing w:after="50" w:line="247" w:lineRule="auto"/>
        <w:ind w:firstLine="0"/>
      </w:pPr>
    </w:p>
    <w:p w14:paraId="0B4A82D4" w14:textId="77777777" w:rsidR="000C4CB5" w:rsidRPr="0025334A" w:rsidRDefault="004E746A">
      <w:pPr>
        <w:spacing w:after="50" w:line="247" w:lineRule="auto"/>
      </w:pPr>
      <w:r w:rsidRPr="0025334A">
        <w:br w:type="page"/>
      </w:r>
    </w:p>
    <w:p w14:paraId="077C55B5" w14:textId="77777777" w:rsidR="00F678CC" w:rsidRDefault="00F678CC" w:rsidP="00F678CC">
      <w:pPr>
        <w:pStyle w:val="Body"/>
      </w:pPr>
    </w:p>
    <w:p w14:paraId="67EA648D" w14:textId="38A2BA75" w:rsidR="000C4CB5" w:rsidRPr="0025334A" w:rsidRDefault="004E746A" w:rsidP="0025334A">
      <w:pPr>
        <w:pStyle w:val="Heading1"/>
      </w:pPr>
      <w:bookmarkStart w:id="83" w:name="_Toc242951521"/>
      <w:r w:rsidRPr="0025334A">
        <w:t xml:space="preserve">ANEXA NR. </w:t>
      </w:r>
      <w:r w:rsidR="006E4A09">
        <w:t>9</w:t>
      </w:r>
      <w:r w:rsidRPr="0025334A">
        <w:t xml:space="preserve"> – CENTRALIZATOR LUNAR DE RECEPȚIE ȘI DECONTARE</w:t>
      </w:r>
      <w:bookmarkEnd w:id="83"/>
    </w:p>
    <w:tbl>
      <w:tblPr>
        <w:tblStyle w:val="TableGrid"/>
        <w:tblW w:w="5000" w:type="pct"/>
        <w:jc w:val="center"/>
        <w:tblLook w:val="04A0" w:firstRow="1" w:lastRow="0" w:firstColumn="1" w:lastColumn="0" w:noHBand="0" w:noVBand="1"/>
      </w:tblPr>
      <w:tblGrid>
        <w:gridCol w:w="876"/>
        <w:gridCol w:w="1019"/>
        <w:gridCol w:w="1495"/>
        <w:gridCol w:w="1047"/>
        <w:gridCol w:w="1312"/>
        <w:gridCol w:w="1202"/>
        <w:gridCol w:w="1635"/>
        <w:gridCol w:w="1382"/>
      </w:tblGrid>
      <w:tr w:rsidR="0025334A" w:rsidRPr="0025334A" w14:paraId="639AF8C3" w14:textId="77777777" w:rsidTr="0025334A">
        <w:trPr>
          <w:tblHeader/>
          <w:jc w:val="center"/>
        </w:trPr>
        <w:tc>
          <w:tcPr>
            <w:tcW w:w="440" w:type="pct"/>
            <w:vAlign w:val="center"/>
          </w:tcPr>
          <w:p w14:paraId="262075E0" w14:textId="77777777" w:rsidR="000C4CB5" w:rsidRPr="0025334A" w:rsidRDefault="004E746A" w:rsidP="00213777">
            <w:pPr>
              <w:ind w:firstLine="0"/>
              <w:jc w:val="center"/>
              <w:rPr>
                <w:sz w:val="22"/>
              </w:rPr>
            </w:pPr>
            <w:r w:rsidRPr="0025334A">
              <w:rPr>
                <w:b/>
                <w:sz w:val="22"/>
              </w:rPr>
              <w:t>Zi</w:t>
            </w:r>
          </w:p>
        </w:tc>
        <w:tc>
          <w:tcPr>
            <w:tcW w:w="511" w:type="pct"/>
            <w:vAlign w:val="center"/>
          </w:tcPr>
          <w:p w14:paraId="4656E77E" w14:textId="77777777" w:rsidR="000C4CB5" w:rsidRPr="0025334A" w:rsidRDefault="004E746A" w:rsidP="00213777">
            <w:pPr>
              <w:ind w:firstLine="0"/>
              <w:jc w:val="center"/>
              <w:rPr>
                <w:sz w:val="22"/>
              </w:rPr>
            </w:pPr>
            <w:proofErr w:type="spellStart"/>
            <w:r w:rsidRPr="0025334A">
              <w:rPr>
                <w:b/>
                <w:sz w:val="22"/>
              </w:rPr>
              <w:t>Centru</w:t>
            </w:r>
            <w:proofErr w:type="spellEnd"/>
          </w:p>
        </w:tc>
        <w:tc>
          <w:tcPr>
            <w:tcW w:w="750" w:type="pct"/>
            <w:vAlign w:val="center"/>
          </w:tcPr>
          <w:p w14:paraId="0EFBB3CE" w14:textId="77777777" w:rsidR="000C4CB5" w:rsidRPr="0025334A" w:rsidRDefault="004E746A" w:rsidP="00213777">
            <w:pPr>
              <w:ind w:firstLine="0"/>
              <w:jc w:val="center"/>
              <w:rPr>
                <w:sz w:val="22"/>
              </w:rPr>
            </w:pPr>
            <w:proofErr w:type="spellStart"/>
            <w:r w:rsidRPr="0025334A">
              <w:rPr>
                <w:b/>
                <w:sz w:val="22"/>
              </w:rPr>
              <w:t>Comandate</w:t>
            </w:r>
            <w:proofErr w:type="spellEnd"/>
          </w:p>
        </w:tc>
        <w:tc>
          <w:tcPr>
            <w:tcW w:w="525" w:type="pct"/>
            <w:vAlign w:val="center"/>
          </w:tcPr>
          <w:p w14:paraId="692D8FF2" w14:textId="77777777" w:rsidR="000C4CB5" w:rsidRPr="0025334A" w:rsidRDefault="004E746A" w:rsidP="00213777">
            <w:pPr>
              <w:ind w:firstLine="0"/>
              <w:jc w:val="center"/>
              <w:rPr>
                <w:sz w:val="22"/>
              </w:rPr>
            </w:pPr>
            <w:proofErr w:type="spellStart"/>
            <w:r w:rsidRPr="0025334A">
              <w:rPr>
                <w:b/>
                <w:sz w:val="22"/>
              </w:rPr>
              <w:t>Livrate</w:t>
            </w:r>
            <w:proofErr w:type="spellEnd"/>
          </w:p>
        </w:tc>
        <w:tc>
          <w:tcPr>
            <w:tcW w:w="658" w:type="pct"/>
            <w:vAlign w:val="center"/>
          </w:tcPr>
          <w:p w14:paraId="13F813E7" w14:textId="77777777" w:rsidR="000C4CB5" w:rsidRPr="0025334A" w:rsidRDefault="004E746A" w:rsidP="00213777">
            <w:pPr>
              <w:ind w:firstLine="0"/>
              <w:jc w:val="center"/>
              <w:rPr>
                <w:sz w:val="22"/>
              </w:rPr>
            </w:pPr>
            <w:proofErr w:type="spellStart"/>
            <w:r w:rsidRPr="0025334A">
              <w:rPr>
                <w:b/>
                <w:sz w:val="22"/>
              </w:rPr>
              <w:t>Acceptate</w:t>
            </w:r>
            <w:proofErr w:type="spellEnd"/>
          </w:p>
        </w:tc>
        <w:tc>
          <w:tcPr>
            <w:tcW w:w="603" w:type="pct"/>
            <w:vAlign w:val="center"/>
          </w:tcPr>
          <w:p w14:paraId="2F20485B" w14:textId="77777777" w:rsidR="000C4CB5" w:rsidRPr="0025334A" w:rsidRDefault="004E746A" w:rsidP="00213777">
            <w:pPr>
              <w:ind w:firstLine="0"/>
              <w:jc w:val="center"/>
              <w:rPr>
                <w:sz w:val="22"/>
              </w:rPr>
            </w:pPr>
            <w:proofErr w:type="spellStart"/>
            <w:r w:rsidRPr="0025334A">
              <w:rPr>
                <w:b/>
                <w:sz w:val="22"/>
              </w:rPr>
              <w:t>Înlocuite</w:t>
            </w:r>
            <w:proofErr w:type="spellEnd"/>
          </w:p>
        </w:tc>
        <w:tc>
          <w:tcPr>
            <w:tcW w:w="820" w:type="pct"/>
            <w:vAlign w:val="center"/>
          </w:tcPr>
          <w:p w14:paraId="048490D2" w14:textId="7AA1C975" w:rsidR="000C4CB5" w:rsidRPr="0025334A" w:rsidRDefault="004E746A" w:rsidP="00213777">
            <w:pPr>
              <w:ind w:firstLine="0"/>
              <w:jc w:val="center"/>
              <w:rPr>
                <w:sz w:val="22"/>
              </w:rPr>
            </w:pPr>
            <w:proofErr w:type="spellStart"/>
            <w:r w:rsidRPr="0025334A">
              <w:rPr>
                <w:b/>
                <w:sz w:val="22"/>
              </w:rPr>
              <w:t>Resp</w:t>
            </w:r>
            <w:r w:rsidR="009D79E6">
              <w:rPr>
                <w:b/>
                <w:sz w:val="22"/>
              </w:rPr>
              <w:t>inse</w:t>
            </w:r>
            <w:proofErr w:type="spellEnd"/>
            <w:r w:rsidR="009D79E6">
              <w:rPr>
                <w:b/>
                <w:sz w:val="22"/>
              </w:rPr>
              <w:t xml:space="preserve"> </w:t>
            </w:r>
            <w:r w:rsidRPr="0025334A">
              <w:rPr>
                <w:b/>
                <w:sz w:val="22"/>
              </w:rPr>
              <w:t>/</w:t>
            </w:r>
            <w:proofErr w:type="spellStart"/>
            <w:r w:rsidRPr="0025334A">
              <w:rPr>
                <w:b/>
                <w:sz w:val="22"/>
              </w:rPr>
              <w:t>nefact</w:t>
            </w:r>
            <w:r w:rsidR="009D79E6">
              <w:rPr>
                <w:b/>
                <w:sz w:val="22"/>
              </w:rPr>
              <w:t>urate</w:t>
            </w:r>
            <w:proofErr w:type="spellEnd"/>
            <w:r w:rsidRPr="0025334A">
              <w:rPr>
                <w:b/>
                <w:sz w:val="22"/>
              </w:rPr>
              <w:t>.</w:t>
            </w:r>
          </w:p>
        </w:tc>
        <w:tc>
          <w:tcPr>
            <w:tcW w:w="693" w:type="pct"/>
            <w:vAlign w:val="center"/>
          </w:tcPr>
          <w:p w14:paraId="6CB47FE2" w14:textId="77777777" w:rsidR="000C4CB5" w:rsidRPr="0025334A" w:rsidRDefault="004E746A" w:rsidP="00213777">
            <w:pPr>
              <w:ind w:firstLine="0"/>
              <w:jc w:val="center"/>
              <w:rPr>
                <w:sz w:val="22"/>
              </w:rPr>
            </w:pPr>
            <w:proofErr w:type="spellStart"/>
            <w:r w:rsidRPr="0025334A">
              <w:rPr>
                <w:b/>
                <w:sz w:val="22"/>
              </w:rPr>
              <w:t>Observații</w:t>
            </w:r>
            <w:proofErr w:type="spellEnd"/>
          </w:p>
        </w:tc>
      </w:tr>
      <w:tr w:rsidR="0025334A" w:rsidRPr="0025334A" w14:paraId="7629949E" w14:textId="77777777" w:rsidTr="0025334A">
        <w:trPr>
          <w:jc w:val="center"/>
        </w:trPr>
        <w:tc>
          <w:tcPr>
            <w:tcW w:w="440" w:type="pct"/>
            <w:vAlign w:val="center"/>
          </w:tcPr>
          <w:p w14:paraId="25EDAB17" w14:textId="47FDA367" w:rsidR="000C4CB5" w:rsidRPr="0025334A" w:rsidRDefault="004E746A" w:rsidP="00213777">
            <w:pPr>
              <w:ind w:firstLine="0"/>
              <w:rPr>
                <w:sz w:val="22"/>
              </w:rPr>
            </w:pPr>
            <w:r w:rsidRPr="0025334A">
              <w:rPr>
                <w:sz w:val="22"/>
              </w:rPr>
              <w:t>1</w:t>
            </w:r>
          </w:p>
        </w:tc>
        <w:tc>
          <w:tcPr>
            <w:tcW w:w="511" w:type="pct"/>
            <w:vAlign w:val="center"/>
          </w:tcPr>
          <w:p w14:paraId="29C963EE" w14:textId="4A94580A" w:rsidR="000C4CB5" w:rsidRPr="0025334A" w:rsidRDefault="000C4CB5" w:rsidP="00213777">
            <w:pPr>
              <w:ind w:firstLine="0"/>
              <w:jc w:val="left"/>
              <w:rPr>
                <w:sz w:val="22"/>
              </w:rPr>
            </w:pPr>
          </w:p>
        </w:tc>
        <w:tc>
          <w:tcPr>
            <w:tcW w:w="750" w:type="pct"/>
            <w:vAlign w:val="center"/>
          </w:tcPr>
          <w:p w14:paraId="2E0B5B62" w14:textId="762D7FFF" w:rsidR="000C4CB5" w:rsidRPr="0025334A" w:rsidRDefault="000C4CB5" w:rsidP="00213777">
            <w:pPr>
              <w:ind w:firstLine="0"/>
              <w:jc w:val="left"/>
              <w:rPr>
                <w:sz w:val="22"/>
              </w:rPr>
            </w:pPr>
          </w:p>
        </w:tc>
        <w:tc>
          <w:tcPr>
            <w:tcW w:w="525" w:type="pct"/>
            <w:vAlign w:val="center"/>
          </w:tcPr>
          <w:p w14:paraId="04BD81BE" w14:textId="67A66996" w:rsidR="000C4CB5" w:rsidRPr="0025334A" w:rsidRDefault="000C4CB5" w:rsidP="00213777">
            <w:pPr>
              <w:ind w:firstLine="0"/>
              <w:jc w:val="left"/>
              <w:rPr>
                <w:sz w:val="22"/>
              </w:rPr>
            </w:pPr>
          </w:p>
        </w:tc>
        <w:tc>
          <w:tcPr>
            <w:tcW w:w="658" w:type="pct"/>
            <w:vAlign w:val="center"/>
          </w:tcPr>
          <w:p w14:paraId="7526FFE8" w14:textId="565DCDA0" w:rsidR="000C4CB5" w:rsidRPr="0025334A" w:rsidRDefault="000C4CB5" w:rsidP="00213777">
            <w:pPr>
              <w:ind w:firstLine="0"/>
              <w:jc w:val="left"/>
              <w:rPr>
                <w:sz w:val="22"/>
              </w:rPr>
            </w:pPr>
          </w:p>
        </w:tc>
        <w:tc>
          <w:tcPr>
            <w:tcW w:w="603" w:type="pct"/>
            <w:vAlign w:val="center"/>
          </w:tcPr>
          <w:p w14:paraId="743455B9" w14:textId="0707EEB8" w:rsidR="000C4CB5" w:rsidRPr="0025334A" w:rsidRDefault="000C4CB5" w:rsidP="00213777">
            <w:pPr>
              <w:ind w:firstLine="0"/>
              <w:jc w:val="left"/>
              <w:rPr>
                <w:sz w:val="22"/>
              </w:rPr>
            </w:pPr>
          </w:p>
        </w:tc>
        <w:tc>
          <w:tcPr>
            <w:tcW w:w="820" w:type="pct"/>
            <w:vAlign w:val="center"/>
          </w:tcPr>
          <w:p w14:paraId="16C99086" w14:textId="44E457C5" w:rsidR="000C4CB5" w:rsidRPr="0025334A" w:rsidRDefault="000C4CB5" w:rsidP="00213777">
            <w:pPr>
              <w:ind w:firstLine="0"/>
              <w:jc w:val="left"/>
              <w:rPr>
                <w:sz w:val="22"/>
              </w:rPr>
            </w:pPr>
          </w:p>
        </w:tc>
        <w:tc>
          <w:tcPr>
            <w:tcW w:w="693" w:type="pct"/>
            <w:vAlign w:val="center"/>
          </w:tcPr>
          <w:p w14:paraId="4DBA10F6" w14:textId="766CBEE5" w:rsidR="000C4CB5" w:rsidRPr="0025334A" w:rsidRDefault="000C4CB5" w:rsidP="00213777">
            <w:pPr>
              <w:ind w:firstLine="0"/>
              <w:jc w:val="left"/>
              <w:rPr>
                <w:sz w:val="22"/>
              </w:rPr>
            </w:pPr>
          </w:p>
        </w:tc>
      </w:tr>
      <w:tr w:rsidR="0025334A" w:rsidRPr="0025334A" w14:paraId="6A737793" w14:textId="77777777" w:rsidTr="0025334A">
        <w:trPr>
          <w:jc w:val="center"/>
        </w:trPr>
        <w:tc>
          <w:tcPr>
            <w:tcW w:w="440" w:type="pct"/>
            <w:vAlign w:val="center"/>
          </w:tcPr>
          <w:p w14:paraId="343756C7" w14:textId="6872880C" w:rsidR="000C4CB5" w:rsidRPr="0025334A" w:rsidRDefault="004E746A" w:rsidP="00213777">
            <w:pPr>
              <w:ind w:firstLine="0"/>
              <w:rPr>
                <w:sz w:val="22"/>
              </w:rPr>
            </w:pPr>
            <w:r w:rsidRPr="0025334A">
              <w:rPr>
                <w:sz w:val="22"/>
              </w:rPr>
              <w:t>2</w:t>
            </w:r>
          </w:p>
        </w:tc>
        <w:tc>
          <w:tcPr>
            <w:tcW w:w="511" w:type="pct"/>
            <w:vAlign w:val="center"/>
          </w:tcPr>
          <w:p w14:paraId="4A08E0FE" w14:textId="0BF16F0C" w:rsidR="000C4CB5" w:rsidRPr="0025334A" w:rsidRDefault="000C4CB5" w:rsidP="00213777">
            <w:pPr>
              <w:ind w:firstLine="0"/>
              <w:jc w:val="left"/>
              <w:rPr>
                <w:sz w:val="22"/>
              </w:rPr>
            </w:pPr>
          </w:p>
        </w:tc>
        <w:tc>
          <w:tcPr>
            <w:tcW w:w="750" w:type="pct"/>
            <w:vAlign w:val="center"/>
          </w:tcPr>
          <w:p w14:paraId="51AC3BCD" w14:textId="3C75BD71" w:rsidR="000C4CB5" w:rsidRPr="0025334A" w:rsidRDefault="000C4CB5" w:rsidP="00213777">
            <w:pPr>
              <w:ind w:firstLine="0"/>
              <w:jc w:val="left"/>
              <w:rPr>
                <w:sz w:val="22"/>
              </w:rPr>
            </w:pPr>
          </w:p>
        </w:tc>
        <w:tc>
          <w:tcPr>
            <w:tcW w:w="525" w:type="pct"/>
            <w:vAlign w:val="center"/>
          </w:tcPr>
          <w:p w14:paraId="577F04E8" w14:textId="3ED996AA" w:rsidR="000C4CB5" w:rsidRPr="0025334A" w:rsidRDefault="000C4CB5" w:rsidP="00213777">
            <w:pPr>
              <w:ind w:firstLine="0"/>
              <w:jc w:val="left"/>
              <w:rPr>
                <w:sz w:val="22"/>
              </w:rPr>
            </w:pPr>
          </w:p>
        </w:tc>
        <w:tc>
          <w:tcPr>
            <w:tcW w:w="658" w:type="pct"/>
            <w:vAlign w:val="center"/>
          </w:tcPr>
          <w:p w14:paraId="3EEC2587" w14:textId="662F4792" w:rsidR="000C4CB5" w:rsidRPr="0025334A" w:rsidRDefault="000C4CB5" w:rsidP="00213777">
            <w:pPr>
              <w:ind w:firstLine="0"/>
              <w:jc w:val="left"/>
              <w:rPr>
                <w:sz w:val="22"/>
              </w:rPr>
            </w:pPr>
          </w:p>
        </w:tc>
        <w:tc>
          <w:tcPr>
            <w:tcW w:w="603" w:type="pct"/>
            <w:vAlign w:val="center"/>
          </w:tcPr>
          <w:p w14:paraId="04687F71" w14:textId="7096D9D2" w:rsidR="000C4CB5" w:rsidRPr="0025334A" w:rsidRDefault="000C4CB5" w:rsidP="00213777">
            <w:pPr>
              <w:ind w:firstLine="0"/>
              <w:jc w:val="left"/>
              <w:rPr>
                <w:sz w:val="22"/>
              </w:rPr>
            </w:pPr>
          </w:p>
        </w:tc>
        <w:tc>
          <w:tcPr>
            <w:tcW w:w="820" w:type="pct"/>
            <w:vAlign w:val="center"/>
          </w:tcPr>
          <w:p w14:paraId="37EDCBE5" w14:textId="4E74C42D" w:rsidR="000C4CB5" w:rsidRPr="0025334A" w:rsidRDefault="000C4CB5" w:rsidP="00213777">
            <w:pPr>
              <w:ind w:firstLine="0"/>
              <w:jc w:val="left"/>
              <w:rPr>
                <w:sz w:val="22"/>
              </w:rPr>
            </w:pPr>
          </w:p>
        </w:tc>
        <w:tc>
          <w:tcPr>
            <w:tcW w:w="693" w:type="pct"/>
            <w:vAlign w:val="center"/>
          </w:tcPr>
          <w:p w14:paraId="38B3F2B9" w14:textId="380261F5" w:rsidR="000C4CB5" w:rsidRPr="0025334A" w:rsidRDefault="000C4CB5" w:rsidP="00213777">
            <w:pPr>
              <w:ind w:firstLine="0"/>
              <w:jc w:val="left"/>
              <w:rPr>
                <w:sz w:val="22"/>
              </w:rPr>
            </w:pPr>
          </w:p>
        </w:tc>
      </w:tr>
      <w:tr w:rsidR="0025334A" w:rsidRPr="0025334A" w14:paraId="559834D4" w14:textId="77777777" w:rsidTr="0025334A">
        <w:trPr>
          <w:jc w:val="center"/>
        </w:trPr>
        <w:tc>
          <w:tcPr>
            <w:tcW w:w="440" w:type="pct"/>
            <w:vAlign w:val="center"/>
          </w:tcPr>
          <w:p w14:paraId="6ABF3078" w14:textId="0CDA2834" w:rsidR="000C4CB5" w:rsidRPr="0025334A" w:rsidRDefault="004E746A" w:rsidP="00213777">
            <w:pPr>
              <w:ind w:firstLine="0"/>
              <w:rPr>
                <w:sz w:val="22"/>
              </w:rPr>
            </w:pPr>
            <w:r w:rsidRPr="0025334A">
              <w:rPr>
                <w:sz w:val="22"/>
              </w:rPr>
              <w:t>3</w:t>
            </w:r>
          </w:p>
        </w:tc>
        <w:tc>
          <w:tcPr>
            <w:tcW w:w="511" w:type="pct"/>
            <w:vAlign w:val="center"/>
          </w:tcPr>
          <w:p w14:paraId="43B36547" w14:textId="28903608" w:rsidR="000C4CB5" w:rsidRPr="0025334A" w:rsidRDefault="000C4CB5" w:rsidP="00213777">
            <w:pPr>
              <w:ind w:firstLine="0"/>
              <w:jc w:val="left"/>
              <w:rPr>
                <w:sz w:val="22"/>
              </w:rPr>
            </w:pPr>
          </w:p>
        </w:tc>
        <w:tc>
          <w:tcPr>
            <w:tcW w:w="750" w:type="pct"/>
            <w:vAlign w:val="center"/>
          </w:tcPr>
          <w:p w14:paraId="54412E08" w14:textId="194FE1A5" w:rsidR="000C4CB5" w:rsidRPr="0025334A" w:rsidRDefault="000C4CB5" w:rsidP="00213777">
            <w:pPr>
              <w:ind w:firstLine="0"/>
              <w:jc w:val="left"/>
              <w:rPr>
                <w:sz w:val="22"/>
              </w:rPr>
            </w:pPr>
          </w:p>
        </w:tc>
        <w:tc>
          <w:tcPr>
            <w:tcW w:w="525" w:type="pct"/>
            <w:vAlign w:val="center"/>
          </w:tcPr>
          <w:p w14:paraId="638FCF8E" w14:textId="494FE6A3" w:rsidR="000C4CB5" w:rsidRPr="0025334A" w:rsidRDefault="000C4CB5" w:rsidP="00213777">
            <w:pPr>
              <w:ind w:firstLine="0"/>
              <w:jc w:val="left"/>
              <w:rPr>
                <w:sz w:val="22"/>
              </w:rPr>
            </w:pPr>
          </w:p>
        </w:tc>
        <w:tc>
          <w:tcPr>
            <w:tcW w:w="658" w:type="pct"/>
            <w:vAlign w:val="center"/>
          </w:tcPr>
          <w:p w14:paraId="1F1A74F2" w14:textId="17E50DD2" w:rsidR="000C4CB5" w:rsidRPr="0025334A" w:rsidRDefault="000C4CB5" w:rsidP="00213777">
            <w:pPr>
              <w:ind w:firstLine="0"/>
              <w:jc w:val="left"/>
              <w:rPr>
                <w:sz w:val="22"/>
              </w:rPr>
            </w:pPr>
          </w:p>
        </w:tc>
        <w:tc>
          <w:tcPr>
            <w:tcW w:w="603" w:type="pct"/>
            <w:vAlign w:val="center"/>
          </w:tcPr>
          <w:p w14:paraId="55053324" w14:textId="4476AD59" w:rsidR="000C4CB5" w:rsidRPr="0025334A" w:rsidRDefault="000C4CB5" w:rsidP="00213777">
            <w:pPr>
              <w:ind w:firstLine="0"/>
              <w:jc w:val="left"/>
              <w:rPr>
                <w:sz w:val="22"/>
              </w:rPr>
            </w:pPr>
          </w:p>
        </w:tc>
        <w:tc>
          <w:tcPr>
            <w:tcW w:w="820" w:type="pct"/>
            <w:vAlign w:val="center"/>
          </w:tcPr>
          <w:p w14:paraId="4387D401" w14:textId="0624950C" w:rsidR="000C4CB5" w:rsidRPr="0025334A" w:rsidRDefault="000C4CB5" w:rsidP="00213777">
            <w:pPr>
              <w:ind w:firstLine="0"/>
              <w:jc w:val="left"/>
              <w:rPr>
                <w:sz w:val="22"/>
              </w:rPr>
            </w:pPr>
          </w:p>
        </w:tc>
        <w:tc>
          <w:tcPr>
            <w:tcW w:w="693" w:type="pct"/>
            <w:vAlign w:val="center"/>
          </w:tcPr>
          <w:p w14:paraId="4CDD01BB" w14:textId="483DCE6A" w:rsidR="000C4CB5" w:rsidRPr="0025334A" w:rsidRDefault="000C4CB5" w:rsidP="00213777">
            <w:pPr>
              <w:ind w:firstLine="0"/>
              <w:jc w:val="left"/>
              <w:rPr>
                <w:sz w:val="22"/>
              </w:rPr>
            </w:pPr>
          </w:p>
        </w:tc>
      </w:tr>
      <w:tr w:rsidR="0025334A" w:rsidRPr="0025334A" w14:paraId="6668BC70" w14:textId="77777777" w:rsidTr="0025334A">
        <w:trPr>
          <w:jc w:val="center"/>
        </w:trPr>
        <w:tc>
          <w:tcPr>
            <w:tcW w:w="440" w:type="pct"/>
            <w:vAlign w:val="center"/>
          </w:tcPr>
          <w:p w14:paraId="4B2F974F" w14:textId="2844FF53" w:rsidR="000C4CB5" w:rsidRPr="0025334A" w:rsidRDefault="004E746A" w:rsidP="00213777">
            <w:pPr>
              <w:ind w:firstLine="0"/>
              <w:rPr>
                <w:sz w:val="22"/>
              </w:rPr>
            </w:pPr>
            <w:r w:rsidRPr="0025334A">
              <w:rPr>
                <w:sz w:val="22"/>
              </w:rPr>
              <w:t>4</w:t>
            </w:r>
          </w:p>
        </w:tc>
        <w:tc>
          <w:tcPr>
            <w:tcW w:w="511" w:type="pct"/>
            <w:vAlign w:val="center"/>
          </w:tcPr>
          <w:p w14:paraId="7BCC99EC" w14:textId="75D86043" w:rsidR="000C4CB5" w:rsidRPr="0025334A" w:rsidRDefault="000C4CB5" w:rsidP="00213777">
            <w:pPr>
              <w:ind w:firstLine="0"/>
              <w:jc w:val="left"/>
              <w:rPr>
                <w:sz w:val="22"/>
              </w:rPr>
            </w:pPr>
          </w:p>
        </w:tc>
        <w:tc>
          <w:tcPr>
            <w:tcW w:w="750" w:type="pct"/>
            <w:vAlign w:val="center"/>
          </w:tcPr>
          <w:p w14:paraId="7339E5F9" w14:textId="178574A3" w:rsidR="000C4CB5" w:rsidRPr="0025334A" w:rsidRDefault="000C4CB5" w:rsidP="00213777">
            <w:pPr>
              <w:ind w:firstLine="0"/>
              <w:jc w:val="left"/>
              <w:rPr>
                <w:sz w:val="22"/>
              </w:rPr>
            </w:pPr>
          </w:p>
        </w:tc>
        <w:tc>
          <w:tcPr>
            <w:tcW w:w="525" w:type="pct"/>
            <w:vAlign w:val="center"/>
          </w:tcPr>
          <w:p w14:paraId="0F386963" w14:textId="1F9E5090" w:rsidR="000C4CB5" w:rsidRPr="0025334A" w:rsidRDefault="000C4CB5" w:rsidP="00213777">
            <w:pPr>
              <w:ind w:firstLine="0"/>
              <w:jc w:val="left"/>
              <w:rPr>
                <w:sz w:val="22"/>
              </w:rPr>
            </w:pPr>
          </w:p>
        </w:tc>
        <w:tc>
          <w:tcPr>
            <w:tcW w:w="658" w:type="pct"/>
            <w:vAlign w:val="center"/>
          </w:tcPr>
          <w:p w14:paraId="022FAC0C" w14:textId="4D5A633F" w:rsidR="000C4CB5" w:rsidRPr="0025334A" w:rsidRDefault="000C4CB5" w:rsidP="00213777">
            <w:pPr>
              <w:ind w:firstLine="0"/>
              <w:jc w:val="left"/>
              <w:rPr>
                <w:sz w:val="22"/>
              </w:rPr>
            </w:pPr>
          </w:p>
        </w:tc>
        <w:tc>
          <w:tcPr>
            <w:tcW w:w="603" w:type="pct"/>
            <w:vAlign w:val="center"/>
          </w:tcPr>
          <w:p w14:paraId="79E7FADC" w14:textId="3B87371F" w:rsidR="000C4CB5" w:rsidRPr="0025334A" w:rsidRDefault="000C4CB5" w:rsidP="00213777">
            <w:pPr>
              <w:ind w:firstLine="0"/>
              <w:jc w:val="left"/>
              <w:rPr>
                <w:sz w:val="22"/>
              </w:rPr>
            </w:pPr>
          </w:p>
        </w:tc>
        <w:tc>
          <w:tcPr>
            <w:tcW w:w="820" w:type="pct"/>
            <w:vAlign w:val="center"/>
          </w:tcPr>
          <w:p w14:paraId="538FB419" w14:textId="1FCDF6F1" w:rsidR="000C4CB5" w:rsidRPr="0025334A" w:rsidRDefault="000C4CB5" w:rsidP="00213777">
            <w:pPr>
              <w:ind w:firstLine="0"/>
              <w:jc w:val="left"/>
              <w:rPr>
                <w:sz w:val="22"/>
              </w:rPr>
            </w:pPr>
          </w:p>
        </w:tc>
        <w:tc>
          <w:tcPr>
            <w:tcW w:w="693" w:type="pct"/>
            <w:vAlign w:val="center"/>
          </w:tcPr>
          <w:p w14:paraId="4AFCFC52" w14:textId="3F75A87F" w:rsidR="000C4CB5" w:rsidRPr="0025334A" w:rsidRDefault="000C4CB5" w:rsidP="00213777">
            <w:pPr>
              <w:ind w:firstLine="0"/>
              <w:jc w:val="left"/>
              <w:rPr>
                <w:sz w:val="22"/>
              </w:rPr>
            </w:pPr>
          </w:p>
        </w:tc>
      </w:tr>
      <w:tr w:rsidR="0025334A" w:rsidRPr="0025334A" w14:paraId="69032374" w14:textId="77777777" w:rsidTr="0025334A">
        <w:trPr>
          <w:jc w:val="center"/>
        </w:trPr>
        <w:tc>
          <w:tcPr>
            <w:tcW w:w="440" w:type="pct"/>
            <w:vAlign w:val="center"/>
          </w:tcPr>
          <w:p w14:paraId="5B120F0B" w14:textId="7A03E1F9" w:rsidR="000C4CB5" w:rsidRPr="0025334A" w:rsidRDefault="004E746A" w:rsidP="00213777">
            <w:pPr>
              <w:ind w:firstLine="0"/>
              <w:rPr>
                <w:sz w:val="22"/>
              </w:rPr>
            </w:pPr>
            <w:r w:rsidRPr="0025334A">
              <w:rPr>
                <w:sz w:val="22"/>
              </w:rPr>
              <w:t>5</w:t>
            </w:r>
          </w:p>
        </w:tc>
        <w:tc>
          <w:tcPr>
            <w:tcW w:w="511" w:type="pct"/>
            <w:vAlign w:val="center"/>
          </w:tcPr>
          <w:p w14:paraId="5ED80A96" w14:textId="6AB58870" w:rsidR="000C4CB5" w:rsidRPr="0025334A" w:rsidRDefault="000C4CB5" w:rsidP="00213777">
            <w:pPr>
              <w:ind w:firstLine="0"/>
              <w:jc w:val="left"/>
              <w:rPr>
                <w:sz w:val="22"/>
              </w:rPr>
            </w:pPr>
          </w:p>
        </w:tc>
        <w:tc>
          <w:tcPr>
            <w:tcW w:w="750" w:type="pct"/>
            <w:vAlign w:val="center"/>
          </w:tcPr>
          <w:p w14:paraId="211B046C" w14:textId="1CCC751D" w:rsidR="000C4CB5" w:rsidRPr="0025334A" w:rsidRDefault="000C4CB5" w:rsidP="00213777">
            <w:pPr>
              <w:ind w:firstLine="0"/>
              <w:jc w:val="left"/>
              <w:rPr>
                <w:sz w:val="22"/>
              </w:rPr>
            </w:pPr>
          </w:p>
        </w:tc>
        <w:tc>
          <w:tcPr>
            <w:tcW w:w="525" w:type="pct"/>
            <w:vAlign w:val="center"/>
          </w:tcPr>
          <w:p w14:paraId="2485543D" w14:textId="03EC56D9" w:rsidR="000C4CB5" w:rsidRPr="0025334A" w:rsidRDefault="000C4CB5" w:rsidP="00213777">
            <w:pPr>
              <w:ind w:firstLine="0"/>
              <w:jc w:val="left"/>
              <w:rPr>
                <w:sz w:val="22"/>
              </w:rPr>
            </w:pPr>
          </w:p>
        </w:tc>
        <w:tc>
          <w:tcPr>
            <w:tcW w:w="658" w:type="pct"/>
            <w:vAlign w:val="center"/>
          </w:tcPr>
          <w:p w14:paraId="29FD7A0F" w14:textId="43EA05C6" w:rsidR="000C4CB5" w:rsidRPr="0025334A" w:rsidRDefault="000C4CB5" w:rsidP="00213777">
            <w:pPr>
              <w:ind w:firstLine="0"/>
              <w:jc w:val="left"/>
              <w:rPr>
                <w:sz w:val="22"/>
              </w:rPr>
            </w:pPr>
          </w:p>
        </w:tc>
        <w:tc>
          <w:tcPr>
            <w:tcW w:w="603" w:type="pct"/>
            <w:vAlign w:val="center"/>
          </w:tcPr>
          <w:p w14:paraId="7C405961" w14:textId="40ACE56B" w:rsidR="000C4CB5" w:rsidRPr="0025334A" w:rsidRDefault="000C4CB5" w:rsidP="00213777">
            <w:pPr>
              <w:ind w:firstLine="0"/>
              <w:jc w:val="left"/>
              <w:rPr>
                <w:sz w:val="22"/>
              </w:rPr>
            </w:pPr>
          </w:p>
        </w:tc>
        <w:tc>
          <w:tcPr>
            <w:tcW w:w="820" w:type="pct"/>
            <w:vAlign w:val="center"/>
          </w:tcPr>
          <w:p w14:paraId="4BB1C677" w14:textId="41A060C3" w:rsidR="000C4CB5" w:rsidRPr="0025334A" w:rsidRDefault="000C4CB5" w:rsidP="00213777">
            <w:pPr>
              <w:ind w:firstLine="0"/>
              <w:jc w:val="left"/>
              <w:rPr>
                <w:sz w:val="22"/>
              </w:rPr>
            </w:pPr>
          </w:p>
        </w:tc>
        <w:tc>
          <w:tcPr>
            <w:tcW w:w="693" w:type="pct"/>
            <w:vAlign w:val="center"/>
          </w:tcPr>
          <w:p w14:paraId="7E17902E" w14:textId="08F1DC62" w:rsidR="000C4CB5" w:rsidRPr="0025334A" w:rsidRDefault="000C4CB5" w:rsidP="00213777">
            <w:pPr>
              <w:ind w:firstLine="0"/>
              <w:jc w:val="left"/>
              <w:rPr>
                <w:sz w:val="22"/>
              </w:rPr>
            </w:pPr>
          </w:p>
        </w:tc>
      </w:tr>
      <w:tr w:rsidR="0025334A" w:rsidRPr="0025334A" w14:paraId="55E19F8A" w14:textId="77777777" w:rsidTr="0025334A">
        <w:trPr>
          <w:jc w:val="center"/>
        </w:trPr>
        <w:tc>
          <w:tcPr>
            <w:tcW w:w="440" w:type="pct"/>
            <w:vAlign w:val="center"/>
          </w:tcPr>
          <w:p w14:paraId="387404F7" w14:textId="020110F6" w:rsidR="000C4CB5" w:rsidRPr="0025334A" w:rsidRDefault="004E746A" w:rsidP="00213777">
            <w:pPr>
              <w:ind w:firstLine="0"/>
              <w:rPr>
                <w:sz w:val="22"/>
              </w:rPr>
            </w:pPr>
            <w:r w:rsidRPr="0025334A">
              <w:rPr>
                <w:sz w:val="22"/>
              </w:rPr>
              <w:t>6</w:t>
            </w:r>
          </w:p>
        </w:tc>
        <w:tc>
          <w:tcPr>
            <w:tcW w:w="511" w:type="pct"/>
            <w:vAlign w:val="center"/>
          </w:tcPr>
          <w:p w14:paraId="55EF39D1" w14:textId="3B1C7758" w:rsidR="000C4CB5" w:rsidRPr="0025334A" w:rsidRDefault="000C4CB5" w:rsidP="00213777">
            <w:pPr>
              <w:ind w:firstLine="0"/>
              <w:jc w:val="left"/>
              <w:rPr>
                <w:sz w:val="22"/>
              </w:rPr>
            </w:pPr>
          </w:p>
        </w:tc>
        <w:tc>
          <w:tcPr>
            <w:tcW w:w="750" w:type="pct"/>
            <w:vAlign w:val="center"/>
          </w:tcPr>
          <w:p w14:paraId="5589E8B5" w14:textId="6CBD741D" w:rsidR="000C4CB5" w:rsidRPr="0025334A" w:rsidRDefault="000C4CB5" w:rsidP="00213777">
            <w:pPr>
              <w:ind w:firstLine="0"/>
              <w:jc w:val="left"/>
              <w:rPr>
                <w:sz w:val="22"/>
              </w:rPr>
            </w:pPr>
          </w:p>
        </w:tc>
        <w:tc>
          <w:tcPr>
            <w:tcW w:w="525" w:type="pct"/>
            <w:vAlign w:val="center"/>
          </w:tcPr>
          <w:p w14:paraId="26B1432B" w14:textId="55A9C37D" w:rsidR="000C4CB5" w:rsidRPr="0025334A" w:rsidRDefault="000C4CB5" w:rsidP="00213777">
            <w:pPr>
              <w:ind w:firstLine="0"/>
              <w:jc w:val="left"/>
              <w:rPr>
                <w:sz w:val="22"/>
              </w:rPr>
            </w:pPr>
          </w:p>
        </w:tc>
        <w:tc>
          <w:tcPr>
            <w:tcW w:w="658" w:type="pct"/>
            <w:vAlign w:val="center"/>
          </w:tcPr>
          <w:p w14:paraId="796A932C" w14:textId="1FD551A4" w:rsidR="000C4CB5" w:rsidRPr="0025334A" w:rsidRDefault="000C4CB5" w:rsidP="00213777">
            <w:pPr>
              <w:ind w:firstLine="0"/>
              <w:jc w:val="left"/>
              <w:rPr>
                <w:sz w:val="22"/>
              </w:rPr>
            </w:pPr>
          </w:p>
        </w:tc>
        <w:tc>
          <w:tcPr>
            <w:tcW w:w="603" w:type="pct"/>
            <w:vAlign w:val="center"/>
          </w:tcPr>
          <w:p w14:paraId="089CF4ED" w14:textId="562D384A" w:rsidR="000C4CB5" w:rsidRPr="0025334A" w:rsidRDefault="000C4CB5" w:rsidP="00213777">
            <w:pPr>
              <w:ind w:firstLine="0"/>
              <w:jc w:val="left"/>
              <w:rPr>
                <w:sz w:val="22"/>
              </w:rPr>
            </w:pPr>
          </w:p>
        </w:tc>
        <w:tc>
          <w:tcPr>
            <w:tcW w:w="820" w:type="pct"/>
            <w:vAlign w:val="center"/>
          </w:tcPr>
          <w:p w14:paraId="086CD7FB" w14:textId="24F13FE7" w:rsidR="000C4CB5" w:rsidRPr="0025334A" w:rsidRDefault="000C4CB5" w:rsidP="00213777">
            <w:pPr>
              <w:ind w:firstLine="0"/>
              <w:jc w:val="left"/>
              <w:rPr>
                <w:sz w:val="22"/>
              </w:rPr>
            </w:pPr>
          </w:p>
        </w:tc>
        <w:tc>
          <w:tcPr>
            <w:tcW w:w="693" w:type="pct"/>
            <w:vAlign w:val="center"/>
          </w:tcPr>
          <w:p w14:paraId="52A66E48" w14:textId="514025A6" w:rsidR="000C4CB5" w:rsidRPr="0025334A" w:rsidRDefault="000C4CB5" w:rsidP="00213777">
            <w:pPr>
              <w:ind w:firstLine="0"/>
              <w:jc w:val="left"/>
              <w:rPr>
                <w:sz w:val="22"/>
              </w:rPr>
            </w:pPr>
          </w:p>
        </w:tc>
      </w:tr>
      <w:tr w:rsidR="0025334A" w:rsidRPr="0025334A" w14:paraId="5274095E" w14:textId="77777777" w:rsidTr="0025334A">
        <w:trPr>
          <w:jc w:val="center"/>
        </w:trPr>
        <w:tc>
          <w:tcPr>
            <w:tcW w:w="440" w:type="pct"/>
            <w:vAlign w:val="center"/>
          </w:tcPr>
          <w:p w14:paraId="4BB253BD" w14:textId="7DF45873" w:rsidR="000C4CB5" w:rsidRPr="0025334A" w:rsidRDefault="0025334A" w:rsidP="00213777">
            <w:pPr>
              <w:ind w:firstLine="0"/>
              <w:rPr>
                <w:sz w:val="22"/>
              </w:rPr>
            </w:pPr>
            <w:r w:rsidRPr="0025334A">
              <w:rPr>
                <w:sz w:val="22"/>
              </w:rPr>
              <w:t>…31</w:t>
            </w:r>
          </w:p>
        </w:tc>
        <w:tc>
          <w:tcPr>
            <w:tcW w:w="511" w:type="pct"/>
            <w:vAlign w:val="center"/>
          </w:tcPr>
          <w:p w14:paraId="13435500" w14:textId="7FF0D9BF" w:rsidR="000C4CB5" w:rsidRPr="0025334A" w:rsidRDefault="000C4CB5" w:rsidP="00213777">
            <w:pPr>
              <w:ind w:firstLine="0"/>
              <w:jc w:val="left"/>
              <w:rPr>
                <w:sz w:val="22"/>
              </w:rPr>
            </w:pPr>
          </w:p>
        </w:tc>
        <w:tc>
          <w:tcPr>
            <w:tcW w:w="750" w:type="pct"/>
            <w:vAlign w:val="center"/>
          </w:tcPr>
          <w:p w14:paraId="1920A497" w14:textId="2BB5FE7D" w:rsidR="000C4CB5" w:rsidRPr="0025334A" w:rsidRDefault="000C4CB5" w:rsidP="00213777">
            <w:pPr>
              <w:ind w:firstLine="0"/>
              <w:jc w:val="left"/>
              <w:rPr>
                <w:sz w:val="22"/>
              </w:rPr>
            </w:pPr>
          </w:p>
        </w:tc>
        <w:tc>
          <w:tcPr>
            <w:tcW w:w="525" w:type="pct"/>
            <w:vAlign w:val="center"/>
          </w:tcPr>
          <w:p w14:paraId="1456E231" w14:textId="71AA4214" w:rsidR="000C4CB5" w:rsidRPr="0025334A" w:rsidRDefault="000C4CB5" w:rsidP="00213777">
            <w:pPr>
              <w:ind w:firstLine="0"/>
              <w:jc w:val="left"/>
              <w:rPr>
                <w:sz w:val="22"/>
              </w:rPr>
            </w:pPr>
          </w:p>
        </w:tc>
        <w:tc>
          <w:tcPr>
            <w:tcW w:w="658" w:type="pct"/>
            <w:vAlign w:val="center"/>
          </w:tcPr>
          <w:p w14:paraId="64302127" w14:textId="2CF5EDA3" w:rsidR="000C4CB5" w:rsidRPr="0025334A" w:rsidRDefault="000C4CB5" w:rsidP="00213777">
            <w:pPr>
              <w:ind w:firstLine="0"/>
              <w:jc w:val="left"/>
              <w:rPr>
                <w:sz w:val="22"/>
              </w:rPr>
            </w:pPr>
          </w:p>
        </w:tc>
        <w:tc>
          <w:tcPr>
            <w:tcW w:w="603" w:type="pct"/>
            <w:vAlign w:val="center"/>
          </w:tcPr>
          <w:p w14:paraId="2574CD94" w14:textId="6BC62E95" w:rsidR="000C4CB5" w:rsidRPr="0025334A" w:rsidRDefault="000C4CB5" w:rsidP="00213777">
            <w:pPr>
              <w:ind w:firstLine="0"/>
              <w:jc w:val="left"/>
              <w:rPr>
                <w:sz w:val="22"/>
              </w:rPr>
            </w:pPr>
          </w:p>
        </w:tc>
        <w:tc>
          <w:tcPr>
            <w:tcW w:w="820" w:type="pct"/>
            <w:vAlign w:val="center"/>
          </w:tcPr>
          <w:p w14:paraId="0CFF7CA3" w14:textId="05821E04" w:rsidR="000C4CB5" w:rsidRPr="0025334A" w:rsidRDefault="000C4CB5" w:rsidP="00213777">
            <w:pPr>
              <w:ind w:firstLine="0"/>
              <w:jc w:val="left"/>
              <w:rPr>
                <w:sz w:val="22"/>
              </w:rPr>
            </w:pPr>
          </w:p>
        </w:tc>
        <w:tc>
          <w:tcPr>
            <w:tcW w:w="693" w:type="pct"/>
            <w:vAlign w:val="center"/>
          </w:tcPr>
          <w:p w14:paraId="405D32D6" w14:textId="4E1B39B8" w:rsidR="000C4CB5" w:rsidRPr="0025334A" w:rsidRDefault="000C4CB5" w:rsidP="00213777">
            <w:pPr>
              <w:ind w:firstLine="0"/>
              <w:jc w:val="left"/>
              <w:rPr>
                <w:sz w:val="22"/>
              </w:rPr>
            </w:pPr>
          </w:p>
        </w:tc>
      </w:tr>
    </w:tbl>
    <w:p w14:paraId="5EAE93BC" w14:textId="77777777" w:rsidR="000C4CB5" w:rsidRPr="0025334A" w:rsidRDefault="004E746A">
      <w:pPr>
        <w:spacing w:after="50" w:line="247" w:lineRule="auto"/>
        <w:ind w:firstLine="0"/>
      </w:pPr>
      <w:proofErr w:type="spellStart"/>
      <w:r w:rsidRPr="0025334A">
        <w:t>Totalurile</w:t>
      </w:r>
      <w:proofErr w:type="spellEnd"/>
      <w:r w:rsidRPr="0025334A">
        <w:t xml:space="preserve"> </w:t>
      </w:r>
      <w:proofErr w:type="spellStart"/>
      <w:r w:rsidRPr="0025334A">
        <w:t>lunare</w:t>
      </w:r>
      <w:proofErr w:type="spellEnd"/>
      <w:r w:rsidRPr="0025334A">
        <w:t xml:space="preserve"> se </w:t>
      </w:r>
      <w:proofErr w:type="spellStart"/>
      <w:r w:rsidRPr="0025334A">
        <w:t>verifică</w:t>
      </w:r>
      <w:proofErr w:type="spellEnd"/>
      <w:r w:rsidRPr="0025334A">
        <w:t xml:space="preserve"> </w:t>
      </w:r>
      <w:proofErr w:type="spellStart"/>
      <w:r w:rsidRPr="0025334A">
        <w:t>prin</w:t>
      </w:r>
      <w:proofErr w:type="spellEnd"/>
      <w:r w:rsidRPr="0025334A">
        <w:t xml:space="preserve"> </w:t>
      </w:r>
      <w:proofErr w:type="spellStart"/>
      <w:r w:rsidRPr="0025334A">
        <w:t>documentele</w:t>
      </w:r>
      <w:proofErr w:type="spellEnd"/>
      <w:r w:rsidRPr="0025334A">
        <w:t xml:space="preserve"> </w:t>
      </w:r>
      <w:proofErr w:type="spellStart"/>
      <w:r w:rsidRPr="0025334A">
        <w:t>zilnice</w:t>
      </w:r>
      <w:proofErr w:type="spellEnd"/>
      <w:r w:rsidRPr="0025334A">
        <w:t xml:space="preserve"> </w:t>
      </w:r>
      <w:proofErr w:type="spellStart"/>
      <w:r w:rsidRPr="0025334A">
        <w:t>și</w:t>
      </w:r>
      <w:proofErr w:type="spellEnd"/>
      <w:r w:rsidRPr="0025334A">
        <w:t xml:space="preserve"> se </w:t>
      </w:r>
      <w:proofErr w:type="spellStart"/>
      <w:r w:rsidRPr="0025334A">
        <w:t>utilizează</w:t>
      </w:r>
      <w:proofErr w:type="spellEnd"/>
      <w:r w:rsidRPr="0025334A">
        <w:t xml:space="preserve"> ca </w:t>
      </w:r>
      <w:proofErr w:type="spellStart"/>
      <w:r w:rsidRPr="0025334A">
        <w:t>bază</w:t>
      </w:r>
      <w:proofErr w:type="spellEnd"/>
      <w:r w:rsidRPr="0025334A">
        <w:t xml:space="preserve"> </w:t>
      </w:r>
      <w:proofErr w:type="spellStart"/>
      <w:r w:rsidRPr="0025334A">
        <w:t>pentru</w:t>
      </w:r>
      <w:proofErr w:type="spellEnd"/>
      <w:r w:rsidRPr="0025334A">
        <w:t xml:space="preserve"> </w:t>
      </w:r>
      <w:proofErr w:type="spellStart"/>
      <w:r w:rsidRPr="0025334A">
        <w:t>procesul</w:t>
      </w:r>
      <w:proofErr w:type="spellEnd"/>
      <w:r w:rsidRPr="0025334A">
        <w:t xml:space="preserve">-verbal de </w:t>
      </w:r>
      <w:proofErr w:type="spellStart"/>
      <w:r w:rsidRPr="0025334A">
        <w:t>recepție</w:t>
      </w:r>
      <w:proofErr w:type="spellEnd"/>
      <w:r w:rsidRPr="0025334A">
        <w:t xml:space="preserve"> </w:t>
      </w:r>
      <w:proofErr w:type="spellStart"/>
      <w:r w:rsidRPr="0025334A">
        <w:t>și</w:t>
      </w:r>
      <w:proofErr w:type="spellEnd"/>
      <w:r w:rsidRPr="0025334A">
        <w:t xml:space="preserve"> </w:t>
      </w:r>
      <w:proofErr w:type="spellStart"/>
      <w:r w:rsidRPr="0025334A">
        <w:t>facturare</w:t>
      </w:r>
      <w:proofErr w:type="spellEnd"/>
      <w:r w:rsidRPr="0025334A">
        <w:t xml:space="preserve">. </w:t>
      </w:r>
      <w:proofErr w:type="spellStart"/>
      <w:r w:rsidRPr="0025334A">
        <w:t>Porțiile</w:t>
      </w:r>
      <w:proofErr w:type="spellEnd"/>
      <w:r w:rsidRPr="0025334A">
        <w:t xml:space="preserve"> </w:t>
      </w:r>
      <w:proofErr w:type="spellStart"/>
      <w:r w:rsidRPr="0025334A">
        <w:t>respinse</w:t>
      </w:r>
      <w:proofErr w:type="spellEnd"/>
      <w:r w:rsidRPr="0025334A">
        <w:t xml:space="preserve"> </w:t>
      </w:r>
      <w:proofErr w:type="spellStart"/>
      <w:r w:rsidRPr="0025334A">
        <w:t>și</w:t>
      </w:r>
      <w:proofErr w:type="spellEnd"/>
      <w:r w:rsidRPr="0025334A">
        <w:t xml:space="preserve"> </w:t>
      </w:r>
      <w:proofErr w:type="spellStart"/>
      <w:r w:rsidRPr="0025334A">
        <w:t>neînlocuite</w:t>
      </w:r>
      <w:proofErr w:type="spellEnd"/>
      <w:r w:rsidRPr="0025334A">
        <w:t xml:space="preserve"> nu se </w:t>
      </w:r>
      <w:proofErr w:type="spellStart"/>
      <w:r w:rsidRPr="0025334A">
        <w:t>includ</w:t>
      </w:r>
      <w:proofErr w:type="spellEnd"/>
      <w:r w:rsidRPr="0025334A">
        <w:t xml:space="preserve"> la </w:t>
      </w:r>
      <w:proofErr w:type="spellStart"/>
      <w:r w:rsidRPr="0025334A">
        <w:t>cantitatea</w:t>
      </w:r>
      <w:proofErr w:type="spellEnd"/>
      <w:r w:rsidRPr="0025334A">
        <w:t xml:space="preserve"> </w:t>
      </w:r>
      <w:proofErr w:type="spellStart"/>
      <w:r w:rsidRPr="0025334A">
        <w:t>facturabilă</w:t>
      </w:r>
      <w:proofErr w:type="spellEnd"/>
      <w:r w:rsidRPr="0025334A">
        <w:t>.</w:t>
      </w:r>
    </w:p>
    <w:p w14:paraId="6A668DCD" w14:textId="77777777" w:rsidR="000C4CB5" w:rsidRPr="0025334A" w:rsidRDefault="004E746A">
      <w:pPr>
        <w:spacing w:after="50" w:line="247" w:lineRule="auto"/>
      </w:pPr>
      <w:r w:rsidRPr="0025334A">
        <w:br w:type="page"/>
      </w:r>
    </w:p>
    <w:p w14:paraId="36AA49FA" w14:textId="77777777" w:rsidR="00F678CC" w:rsidRDefault="00F678CC" w:rsidP="00F678CC">
      <w:pPr>
        <w:pStyle w:val="Body"/>
      </w:pPr>
    </w:p>
    <w:p w14:paraId="062E471D" w14:textId="29585949" w:rsidR="00F678CC" w:rsidRPr="00F678CC" w:rsidRDefault="00F678CC" w:rsidP="00F678CC">
      <w:pPr>
        <w:pStyle w:val="Heading1"/>
      </w:pPr>
      <w:bookmarkStart w:id="84" w:name="_Toc242951522"/>
      <w:proofErr w:type="spellStart"/>
      <w:r w:rsidRPr="00F678CC">
        <w:t>Anexa</w:t>
      </w:r>
      <w:proofErr w:type="spellEnd"/>
      <w:r w:rsidRPr="00F678CC">
        <w:t xml:space="preserve"> nr. </w:t>
      </w:r>
      <w:r w:rsidR="006E4A09">
        <w:t>10</w:t>
      </w:r>
      <w:r w:rsidRPr="00F678CC">
        <w:t xml:space="preserve"> - LISTA DE </w:t>
      </w:r>
      <w:r w:rsidR="002F52F0">
        <w:t>PREPARATE</w:t>
      </w:r>
      <w:bookmarkEnd w:id="84"/>
    </w:p>
    <w:p w14:paraId="386AD7FC" w14:textId="0430688E" w:rsidR="00F678CC" w:rsidRPr="00240C29" w:rsidRDefault="00F678CC" w:rsidP="00F678CC">
      <w:pPr>
        <w:pStyle w:val="Heading2"/>
      </w:pPr>
      <w:bookmarkStart w:id="85" w:name="_Toc242951523"/>
      <w:r w:rsidRPr="00240C29">
        <w:t xml:space="preserve">LISTA </w:t>
      </w:r>
      <w:r w:rsidR="002F52F0" w:rsidRPr="00F678CC">
        <w:rPr>
          <w:szCs w:val="28"/>
        </w:rPr>
        <w:t xml:space="preserve">DE </w:t>
      </w:r>
      <w:r w:rsidR="002F52F0">
        <w:t>PREPARATE</w:t>
      </w:r>
      <w:r w:rsidR="002F52F0" w:rsidRPr="00240C29">
        <w:t xml:space="preserve"> </w:t>
      </w:r>
      <w:r w:rsidR="002F52F0">
        <w:t>-</w:t>
      </w:r>
      <w:r w:rsidRPr="00240C29">
        <w:t xml:space="preserve"> MENIURI</w:t>
      </w:r>
      <w:r>
        <w:t xml:space="preserve"> STANDARD</w:t>
      </w:r>
      <w:bookmarkEnd w:id="85"/>
    </w:p>
    <w:p w14:paraId="75ECBE14" w14:textId="77777777" w:rsidR="00F678CC" w:rsidRPr="00240C29" w:rsidRDefault="00F678CC" w:rsidP="00EA4E43">
      <w:pPr>
        <w:ind w:firstLine="0"/>
        <w:rPr>
          <w:szCs w:val="24"/>
        </w:rPr>
      </w:pPr>
      <w:r w:rsidRPr="00240C29">
        <w:rPr>
          <w:b/>
          <w:szCs w:val="24"/>
        </w:rPr>
        <w:t>SUPE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7EF3707E" w14:textId="77777777">
        <w:trPr>
          <w:tblHeader/>
          <w:jc w:val="center"/>
        </w:trPr>
        <w:tc>
          <w:tcPr>
            <w:tcW w:w="850" w:type="dxa"/>
            <w:shd w:val="clear" w:color="auto" w:fill="D9D9D9"/>
            <w:tcMar>
              <w:top w:w="80" w:type="dxa"/>
              <w:left w:w="90" w:type="dxa"/>
              <w:bottom w:w="80" w:type="dxa"/>
              <w:right w:w="90" w:type="dxa"/>
            </w:tcMar>
            <w:vAlign w:val="center"/>
          </w:tcPr>
          <w:p w14:paraId="1644F5D0"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6E96D971"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2C20BCB0"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6757E27" w14:textId="77777777">
        <w:trPr>
          <w:jc w:val="center"/>
        </w:trPr>
        <w:tc>
          <w:tcPr>
            <w:tcW w:w="850" w:type="dxa"/>
            <w:tcMar>
              <w:top w:w="80" w:type="dxa"/>
              <w:left w:w="90" w:type="dxa"/>
              <w:bottom w:w="80" w:type="dxa"/>
              <w:right w:w="90" w:type="dxa"/>
            </w:tcMar>
            <w:vAlign w:val="center"/>
          </w:tcPr>
          <w:p w14:paraId="5C2F99B1"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29280853"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bulion</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7FD416A4" w14:textId="77777777" w:rsidR="00F678CC" w:rsidRPr="00240C29" w:rsidRDefault="00F678CC" w:rsidP="00EA4E43">
            <w:pPr>
              <w:ind w:firstLine="0"/>
              <w:jc w:val="center"/>
              <w:rPr>
                <w:szCs w:val="24"/>
              </w:rPr>
            </w:pPr>
            <w:r w:rsidRPr="00240C29">
              <w:rPr>
                <w:szCs w:val="24"/>
              </w:rPr>
              <w:t>400 gr.</w:t>
            </w:r>
          </w:p>
        </w:tc>
      </w:tr>
      <w:tr w:rsidR="00F678CC" w:rsidRPr="00240C29" w14:paraId="4BA7B081" w14:textId="77777777">
        <w:trPr>
          <w:jc w:val="center"/>
        </w:trPr>
        <w:tc>
          <w:tcPr>
            <w:tcW w:w="850" w:type="dxa"/>
            <w:tcMar>
              <w:top w:w="80" w:type="dxa"/>
              <w:left w:w="90" w:type="dxa"/>
              <w:bottom w:w="80" w:type="dxa"/>
              <w:right w:w="90" w:type="dxa"/>
            </w:tcMar>
            <w:vAlign w:val="center"/>
          </w:tcPr>
          <w:p w14:paraId="64755949"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04EF2B6D" w14:textId="77777777" w:rsidR="00F678CC" w:rsidRPr="00240C29" w:rsidRDefault="00F678CC" w:rsidP="00EA4E43">
            <w:pPr>
              <w:ind w:firstLine="0"/>
              <w:rPr>
                <w:szCs w:val="24"/>
              </w:rPr>
            </w:pPr>
            <w:r w:rsidRPr="00240C29">
              <w:rPr>
                <w:szCs w:val="24"/>
              </w:rPr>
              <w:t xml:space="preserve">Supa de legume cu </w:t>
            </w:r>
            <w:proofErr w:type="spellStart"/>
            <w:r w:rsidRPr="00240C29">
              <w:rPr>
                <w:szCs w:val="24"/>
              </w:rPr>
              <w:t>rasol</w:t>
            </w:r>
            <w:proofErr w:type="spellEnd"/>
            <w:r w:rsidRPr="00240C29">
              <w:rPr>
                <w:szCs w:val="24"/>
              </w:rPr>
              <w:t xml:space="preserv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6661A945" w14:textId="77777777" w:rsidR="00F678CC" w:rsidRPr="00240C29" w:rsidRDefault="00F678CC" w:rsidP="00EA4E43">
            <w:pPr>
              <w:ind w:firstLine="0"/>
              <w:jc w:val="center"/>
              <w:rPr>
                <w:szCs w:val="24"/>
              </w:rPr>
            </w:pPr>
            <w:r w:rsidRPr="00240C29">
              <w:rPr>
                <w:szCs w:val="24"/>
              </w:rPr>
              <w:t>400 gr.</w:t>
            </w:r>
          </w:p>
        </w:tc>
      </w:tr>
      <w:tr w:rsidR="00F678CC" w:rsidRPr="00240C29" w14:paraId="7380B118" w14:textId="77777777">
        <w:trPr>
          <w:jc w:val="center"/>
        </w:trPr>
        <w:tc>
          <w:tcPr>
            <w:tcW w:w="850" w:type="dxa"/>
            <w:tcMar>
              <w:top w:w="80" w:type="dxa"/>
              <w:left w:w="90" w:type="dxa"/>
              <w:bottom w:w="80" w:type="dxa"/>
              <w:right w:w="90" w:type="dxa"/>
            </w:tcMar>
            <w:vAlign w:val="center"/>
          </w:tcPr>
          <w:p w14:paraId="7B2B290A"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41D25F37" w14:textId="77777777" w:rsidR="00F678CC" w:rsidRPr="00240C29" w:rsidRDefault="00F678CC" w:rsidP="00EA4E43">
            <w:pPr>
              <w:ind w:firstLine="0"/>
              <w:rPr>
                <w:szCs w:val="24"/>
              </w:rPr>
            </w:pPr>
            <w:r w:rsidRPr="00240C29">
              <w:rPr>
                <w:szCs w:val="24"/>
              </w:rPr>
              <w:t xml:space="preserve">Supa din carne de </w:t>
            </w:r>
            <w:proofErr w:type="spellStart"/>
            <w:r w:rsidRPr="00240C29">
              <w:rPr>
                <w:szCs w:val="24"/>
              </w:rPr>
              <w:t>pasare</w:t>
            </w:r>
            <w:proofErr w:type="spellEnd"/>
            <w:r w:rsidRPr="00240C29">
              <w:rPr>
                <w:szCs w:val="24"/>
              </w:rPr>
              <w:t xml:space="preserve"> cu </w:t>
            </w:r>
            <w:proofErr w:type="spellStart"/>
            <w:r w:rsidRPr="00240C29">
              <w:rPr>
                <w:szCs w:val="24"/>
              </w:rPr>
              <w:t>taietei</w:t>
            </w:r>
            <w:proofErr w:type="spellEnd"/>
          </w:p>
        </w:tc>
        <w:tc>
          <w:tcPr>
            <w:tcW w:w="1701" w:type="dxa"/>
            <w:tcMar>
              <w:top w:w="80" w:type="dxa"/>
              <w:left w:w="90" w:type="dxa"/>
              <w:bottom w:w="80" w:type="dxa"/>
              <w:right w:w="90" w:type="dxa"/>
            </w:tcMar>
            <w:vAlign w:val="center"/>
          </w:tcPr>
          <w:p w14:paraId="3E9BA11D" w14:textId="77777777" w:rsidR="00F678CC" w:rsidRPr="00240C29" w:rsidRDefault="00F678CC" w:rsidP="00EA4E43">
            <w:pPr>
              <w:ind w:firstLine="0"/>
              <w:jc w:val="center"/>
              <w:rPr>
                <w:szCs w:val="24"/>
              </w:rPr>
            </w:pPr>
            <w:r w:rsidRPr="00240C29">
              <w:rPr>
                <w:szCs w:val="24"/>
              </w:rPr>
              <w:t>400 gr.</w:t>
            </w:r>
          </w:p>
        </w:tc>
      </w:tr>
      <w:tr w:rsidR="00F678CC" w:rsidRPr="00240C29" w14:paraId="55ACDF73" w14:textId="77777777">
        <w:trPr>
          <w:jc w:val="center"/>
        </w:trPr>
        <w:tc>
          <w:tcPr>
            <w:tcW w:w="850" w:type="dxa"/>
            <w:tcMar>
              <w:top w:w="80" w:type="dxa"/>
              <w:left w:w="90" w:type="dxa"/>
              <w:bottom w:w="80" w:type="dxa"/>
              <w:right w:w="90" w:type="dxa"/>
            </w:tcMar>
            <w:vAlign w:val="center"/>
          </w:tcPr>
          <w:p w14:paraId="2B16E493"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284BA2D0"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78B1BD02" w14:textId="77777777" w:rsidR="00F678CC" w:rsidRPr="00240C29" w:rsidRDefault="00F678CC" w:rsidP="00EA4E43">
            <w:pPr>
              <w:ind w:firstLine="0"/>
              <w:jc w:val="center"/>
              <w:rPr>
                <w:szCs w:val="24"/>
              </w:rPr>
            </w:pPr>
            <w:r w:rsidRPr="00240C29">
              <w:rPr>
                <w:szCs w:val="24"/>
              </w:rPr>
              <w:t>400 gr.</w:t>
            </w:r>
          </w:p>
        </w:tc>
      </w:tr>
      <w:tr w:rsidR="00F678CC" w:rsidRPr="00240C29" w14:paraId="6D0BC581" w14:textId="77777777">
        <w:trPr>
          <w:jc w:val="center"/>
        </w:trPr>
        <w:tc>
          <w:tcPr>
            <w:tcW w:w="850" w:type="dxa"/>
            <w:tcMar>
              <w:top w:w="80" w:type="dxa"/>
              <w:left w:w="90" w:type="dxa"/>
              <w:bottom w:w="80" w:type="dxa"/>
              <w:right w:w="90" w:type="dxa"/>
            </w:tcMar>
            <w:vAlign w:val="center"/>
          </w:tcPr>
          <w:p w14:paraId="64052401"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443236A"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praz</w:t>
            </w:r>
            <w:proofErr w:type="spellEnd"/>
            <w:r w:rsidRPr="00240C29">
              <w:rPr>
                <w:szCs w:val="24"/>
              </w:rPr>
              <w:t xml:space="preserve"> cu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0EB26650" w14:textId="77777777" w:rsidR="00F678CC" w:rsidRPr="00240C29" w:rsidRDefault="00F678CC" w:rsidP="00EA4E43">
            <w:pPr>
              <w:ind w:firstLine="0"/>
              <w:jc w:val="center"/>
              <w:rPr>
                <w:szCs w:val="24"/>
              </w:rPr>
            </w:pPr>
            <w:r w:rsidRPr="00240C29">
              <w:rPr>
                <w:szCs w:val="24"/>
              </w:rPr>
              <w:t>400 gr.</w:t>
            </w:r>
          </w:p>
        </w:tc>
      </w:tr>
      <w:tr w:rsidR="00F678CC" w:rsidRPr="00240C29" w14:paraId="3D8BEA71" w14:textId="77777777">
        <w:trPr>
          <w:jc w:val="center"/>
        </w:trPr>
        <w:tc>
          <w:tcPr>
            <w:tcW w:w="850" w:type="dxa"/>
            <w:tcMar>
              <w:top w:w="80" w:type="dxa"/>
              <w:left w:w="90" w:type="dxa"/>
              <w:bottom w:w="80" w:type="dxa"/>
              <w:right w:w="90" w:type="dxa"/>
            </w:tcMar>
            <w:vAlign w:val="center"/>
          </w:tcPr>
          <w:p w14:paraId="77A4D9C6"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0A438123"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conopida</w:t>
            </w:r>
            <w:proofErr w:type="spellEnd"/>
          </w:p>
        </w:tc>
        <w:tc>
          <w:tcPr>
            <w:tcW w:w="1701" w:type="dxa"/>
            <w:tcMar>
              <w:top w:w="80" w:type="dxa"/>
              <w:left w:w="90" w:type="dxa"/>
              <w:bottom w:w="80" w:type="dxa"/>
              <w:right w:w="90" w:type="dxa"/>
            </w:tcMar>
            <w:vAlign w:val="center"/>
          </w:tcPr>
          <w:p w14:paraId="5ABDC719" w14:textId="77777777" w:rsidR="00F678CC" w:rsidRPr="00240C29" w:rsidRDefault="00F678CC" w:rsidP="00EA4E43">
            <w:pPr>
              <w:ind w:firstLine="0"/>
              <w:jc w:val="center"/>
              <w:rPr>
                <w:szCs w:val="24"/>
              </w:rPr>
            </w:pPr>
            <w:r w:rsidRPr="00240C29">
              <w:rPr>
                <w:szCs w:val="24"/>
              </w:rPr>
              <w:t>400 gr.</w:t>
            </w:r>
          </w:p>
        </w:tc>
      </w:tr>
      <w:tr w:rsidR="00F678CC" w:rsidRPr="00240C29" w14:paraId="7C668778" w14:textId="77777777">
        <w:trPr>
          <w:jc w:val="center"/>
        </w:trPr>
        <w:tc>
          <w:tcPr>
            <w:tcW w:w="850" w:type="dxa"/>
            <w:tcMar>
              <w:top w:w="80" w:type="dxa"/>
              <w:left w:w="90" w:type="dxa"/>
              <w:bottom w:w="80" w:type="dxa"/>
              <w:right w:w="90" w:type="dxa"/>
            </w:tcMar>
            <w:vAlign w:val="center"/>
          </w:tcPr>
          <w:p w14:paraId="3BADBB28"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12F1B9A9"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fasole</w:t>
            </w:r>
            <w:proofErr w:type="spellEnd"/>
            <w:r w:rsidRPr="00240C29">
              <w:rPr>
                <w:szCs w:val="24"/>
              </w:rPr>
              <w:t xml:space="preserve"> alba cu </w:t>
            </w:r>
            <w:proofErr w:type="spellStart"/>
            <w:r w:rsidRPr="00240C29">
              <w:rPr>
                <w:szCs w:val="24"/>
              </w:rPr>
              <w:t>costita</w:t>
            </w:r>
            <w:proofErr w:type="spellEnd"/>
          </w:p>
        </w:tc>
        <w:tc>
          <w:tcPr>
            <w:tcW w:w="1701" w:type="dxa"/>
            <w:tcMar>
              <w:top w:w="80" w:type="dxa"/>
              <w:left w:w="90" w:type="dxa"/>
              <w:bottom w:w="80" w:type="dxa"/>
              <w:right w:w="90" w:type="dxa"/>
            </w:tcMar>
            <w:vAlign w:val="center"/>
          </w:tcPr>
          <w:p w14:paraId="5E6C50D9" w14:textId="77777777" w:rsidR="00F678CC" w:rsidRPr="00240C29" w:rsidRDefault="00F678CC" w:rsidP="00EA4E43">
            <w:pPr>
              <w:ind w:firstLine="0"/>
              <w:jc w:val="center"/>
              <w:rPr>
                <w:szCs w:val="24"/>
              </w:rPr>
            </w:pPr>
            <w:r w:rsidRPr="00240C29">
              <w:rPr>
                <w:szCs w:val="24"/>
              </w:rPr>
              <w:t>400 gr.</w:t>
            </w:r>
          </w:p>
        </w:tc>
      </w:tr>
      <w:tr w:rsidR="00F678CC" w:rsidRPr="00240C29" w14:paraId="3238BE26" w14:textId="77777777">
        <w:trPr>
          <w:jc w:val="center"/>
        </w:trPr>
        <w:tc>
          <w:tcPr>
            <w:tcW w:w="850" w:type="dxa"/>
            <w:tcMar>
              <w:top w:w="80" w:type="dxa"/>
              <w:left w:w="90" w:type="dxa"/>
              <w:bottom w:w="80" w:type="dxa"/>
              <w:right w:w="90" w:type="dxa"/>
            </w:tcMar>
            <w:vAlign w:val="center"/>
          </w:tcPr>
          <w:p w14:paraId="0468035A"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255557CF"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p>
        </w:tc>
        <w:tc>
          <w:tcPr>
            <w:tcW w:w="1701" w:type="dxa"/>
            <w:tcMar>
              <w:top w:w="80" w:type="dxa"/>
              <w:left w:w="90" w:type="dxa"/>
              <w:bottom w:w="80" w:type="dxa"/>
              <w:right w:w="90" w:type="dxa"/>
            </w:tcMar>
            <w:vAlign w:val="center"/>
          </w:tcPr>
          <w:p w14:paraId="561657F2" w14:textId="77777777" w:rsidR="00F678CC" w:rsidRPr="00240C29" w:rsidRDefault="00F678CC" w:rsidP="00EA4E43">
            <w:pPr>
              <w:ind w:firstLine="0"/>
              <w:jc w:val="center"/>
              <w:rPr>
                <w:szCs w:val="24"/>
              </w:rPr>
            </w:pPr>
            <w:r w:rsidRPr="00240C29">
              <w:rPr>
                <w:szCs w:val="24"/>
              </w:rPr>
              <w:t>400 gr.</w:t>
            </w:r>
          </w:p>
        </w:tc>
      </w:tr>
      <w:tr w:rsidR="00F678CC" w:rsidRPr="00240C29" w14:paraId="60D55DD5" w14:textId="77777777">
        <w:trPr>
          <w:jc w:val="center"/>
        </w:trPr>
        <w:tc>
          <w:tcPr>
            <w:tcW w:w="850" w:type="dxa"/>
            <w:tcMar>
              <w:top w:w="80" w:type="dxa"/>
              <w:left w:w="90" w:type="dxa"/>
              <w:bottom w:w="80" w:type="dxa"/>
              <w:right w:w="90" w:type="dxa"/>
            </w:tcMar>
            <w:vAlign w:val="center"/>
          </w:tcPr>
          <w:p w14:paraId="45E38C79"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4590E189"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oase</w:t>
            </w:r>
            <w:proofErr w:type="spellEnd"/>
            <w:r w:rsidRPr="00240C29">
              <w:rPr>
                <w:szCs w:val="24"/>
              </w:rPr>
              <w:t xml:space="preserve"> cu </w:t>
            </w:r>
            <w:proofErr w:type="spellStart"/>
            <w:r w:rsidRPr="00240C29">
              <w:rPr>
                <w:szCs w:val="24"/>
              </w:rPr>
              <w:t>galuste</w:t>
            </w:r>
            <w:proofErr w:type="spellEnd"/>
            <w:r w:rsidRPr="00240C29">
              <w:rPr>
                <w:szCs w:val="24"/>
              </w:rPr>
              <w:t xml:space="preserve"> de gris</w:t>
            </w:r>
          </w:p>
        </w:tc>
        <w:tc>
          <w:tcPr>
            <w:tcW w:w="1701" w:type="dxa"/>
            <w:tcMar>
              <w:top w:w="80" w:type="dxa"/>
              <w:left w:w="90" w:type="dxa"/>
              <w:bottom w:w="80" w:type="dxa"/>
              <w:right w:w="90" w:type="dxa"/>
            </w:tcMar>
            <w:vAlign w:val="center"/>
          </w:tcPr>
          <w:p w14:paraId="62292DF8" w14:textId="77777777" w:rsidR="00F678CC" w:rsidRPr="00240C29" w:rsidRDefault="00F678CC" w:rsidP="00EA4E43">
            <w:pPr>
              <w:ind w:firstLine="0"/>
              <w:jc w:val="center"/>
              <w:rPr>
                <w:szCs w:val="24"/>
              </w:rPr>
            </w:pPr>
            <w:r w:rsidRPr="00240C29">
              <w:rPr>
                <w:szCs w:val="24"/>
              </w:rPr>
              <w:t>400 gr.</w:t>
            </w:r>
          </w:p>
        </w:tc>
      </w:tr>
      <w:tr w:rsidR="00F678CC" w:rsidRPr="00240C29" w14:paraId="53D64F1E" w14:textId="77777777">
        <w:trPr>
          <w:jc w:val="center"/>
        </w:trPr>
        <w:tc>
          <w:tcPr>
            <w:tcW w:w="850" w:type="dxa"/>
            <w:tcMar>
              <w:top w:w="80" w:type="dxa"/>
              <w:left w:w="90" w:type="dxa"/>
              <w:bottom w:w="80" w:type="dxa"/>
              <w:right w:w="90" w:type="dxa"/>
            </w:tcMar>
            <w:vAlign w:val="center"/>
          </w:tcPr>
          <w:p w14:paraId="747D8CF1"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0F94EE38"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pasare</w:t>
            </w:r>
            <w:proofErr w:type="spellEnd"/>
            <w:r w:rsidRPr="00240C29">
              <w:rPr>
                <w:szCs w:val="24"/>
              </w:rPr>
              <w:t xml:space="preserve"> cu </w:t>
            </w:r>
            <w:proofErr w:type="spellStart"/>
            <w:r w:rsidRPr="00240C29">
              <w:rPr>
                <w:szCs w:val="24"/>
              </w:rPr>
              <w:t>galuste</w:t>
            </w:r>
            <w:proofErr w:type="spellEnd"/>
            <w:r w:rsidRPr="00240C29">
              <w:rPr>
                <w:szCs w:val="24"/>
              </w:rPr>
              <w:t xml:space="preserve"> de gris</w:t>
            </w:r>
          </w:p>
        </w:tc>
        <w:tc>
          <w:tcPr>
            <w:tcW w:w="1701" w:type="dxa"/>
            <w:tcMar>
              <w:top w:w="80" w:type="dxa"/>
              <w:left w:w="90" w:type="dxa"/>
              <w:bottom w:w="80" w:type="dxa"/>
              <w:right w:w="90" w:type="dxa"/>
            </w:tcMar>
            <w:vAlign w:val="center"/>
          </w:tcPr>
          <w:p w14:paraId="5F8386C6" w14:textId="77777777" w:rsidR="00F678CC" w:rsidRPr="00240C29" w:rsidRDefault="00F678CC" w:rsidP="00EA4E43">
            <w:pPr>
              <w:ind w:firstLine="0"/>
              <w:jc w:val="center"/>
              <w:rPr>
                <w:szCs w:val="24"/>
              </w:rPr>
            </w:pPr>
            <w:r w:rsidRPr="00240C29">
              <w:rPr>
                <w:szCs w:val="24"/>
              </w:rPr>
              <w:t>400 gr.</w:t>
            </w:r>
          </w:p>
        </w:tc>
      </w:tr>
      <w:tr w:rsidR="00F678CC" w:rsidRPr="00240C29" w14:paraId="077BE738" w14:textId="77777777">
        <w:trPr>
          <w:jc w:val="center"/>
        </w:trPr>
        <w:tc>
          <w:tcPr>
            <w:tcW w:w="850" w:type="dxa"/>
            <w:tcMar>
              <w:top w:w="80" w:type="dxa"/>
              <w:left w:w="90" w:type="dxa"/>
              <w:bottom w:w="80" w:type="dxa"/>
              <w:right w:w="90" w:type="dxa"/>
            </w:tcMar>
            <w:vAlign w:val="center"/>
          </w:tcPr>
          <w:p w14:paraId="5FA60F08"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009B9DA5" w14:textId="77777777" w:rsidR="00F678CC" w:rsidRPr="00240C29" w:rsidRDefault="00F678CC" w:rsidP="00EA4E43">
            <w:pPr>
              <w:ind w:firstLine="0"/>
              <w:rPr>
                <w:szCs w:val="24"/>
              </w:rPr>
            </w:pPr>
            <w:r w:rsidRPr="00240C29">
              <w:rPr>
                <w:szCs w:val="24"/>
              </w:rPr>
              <w:t xml:space="preserve">Supa </w:t>
            </w:r>
            <w:proofErr w:type="spellStart"/>
            <w:r w:rsidRPr="00240C29">
              <w:rPr>
                <w:szCs w:val="24"/>
              </w:rPr>
              <w:t>italiana</w:t>
            </w:r>
            <w:proofErr w:type="spellEnd"/>
          </w:p>
        </w:tc>
        <w:tc>
          <w:tcPr>
            <w:tcW w:w="1701" w:type="dxa"/>
            <w:tcMar>
              <w:top w:w="80" w:type="dxa"/>
              <w:left w:w="90" w:type="dxa"/>
              <w:bottom w:w="80" w:type="dxa"/>
              <w:right w:w="90" w:type="dxa"/>
            </w:tcMar>
            <w:vAlign w:val="center"/>
          </w:tcPr>
          <w:p w14:paraId="6CFB8075" w14:textId="77777777" w:rsidR="00F678CC" w:rsidRPr="00240C29" w:rsidRDefault="00F678CC" w:rsidP="00EA4E43">
            <w:pPr>
              <w:ind w:firstLine="0"/>
              <w:jc w:val="center"/>
              <w:rPr>
                <w:szCs w:val="24"/>
              </w:rPr>
            </w:pPr>
            <w:r w:rsidRPr="00240C29">
              <w:rPr>
                <w:szCs w:val="24"/>
              </w:rPr>
              <w:t>400 gr.</w:t>
            </w:r>
          </w:p>
        </w:tc>
      </w:tr>
      <w:tr w:rsidR="00F678CC" w:rsidRPr="00240C29" w14:paraId="76486EC0" w14:textId="77777777">
        <w:trPr>
          <w:jc w:val="center"/>
        </w:trPr>
        <w:tc>
          <w:tcPr>
            <w:tcW w:w="850" w:type="dxa"/>
            <w:tcMar>
              <w:top w:w="80" w:type="dxa"/>
              <w:left w:w="90" w:type="dxa"/>
              <w:bottom w:w="80" w:type="dxa"/>
              <w:right w:w="90" w:type="dxa"/>
            </w:tcMar>
            <w:vAlign w:val="center"/>
          </w:tcPr>
          <w:p w14:paraId="3761FEC6"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4577CAF2"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rosii</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1FB177AA" w14:textId="77777777" w:rsidR="00F678CC" w:rsidRPr="00240C29" w:rsidRDefault="00F678CC" w:rsidP="00EA4E43">
            <w:pPr>
              <w:ind w:firstLine="0"/>
              <w:jc w:val="center"/>
              <w:rPr>
                <w:szCs w:val="24"/>
              </w:rPr>
            </w:pPr>
            <w:r w:rsidRPr="00240C29">
              <w:rPr>
                <w:szCs w:val="24"/>
              </w:rPr>
              <w:t>400 gr.</w:t>
            </w:r>
          </w:p>
        </w:tc>
      </w:tr>
      <w:tr w:rsidR="00F678CC" w:rsidRPr="00240C29" w14:paraId="47D126AD" w14:textId="77777777">
        <w:trPr>
          <w:jc w:val="center"/>
        </w:trPr>
        <w:tc>
          <w:tcPr>
            <w:tcW w:w="850" w:type="dxa"/>
            <w:tcMar>
              <w:top w:w="80" w:type="dxa"/>
              <w:left w:w="90" w:type="dxa"/>
              <w:bottom w:w="80" w:type="dxa"/>
              <w:right w:w="90" w:type="dxa"/>
            </w:tcMar>
            <w:vAlign w:val="center"/>
          </w:tcPr>
          <w:p w14:paraId="53CDAC37"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1454AC8C" w14:textId="77777777" w:rsidR="00F678CC" w:rsidRPr="00240C29" w:rsidRDefault="00F678CC" w:rsidP="00EA4E43">
            <w:pPr>
              <w:ind w:firstLine="0"/>
              <w:rPr>
                <w:szCs w:val="24"/>
              </w:rPr>
            </w:pPr>
            <w:r w:rsidRPr="00240C29">
              <w:rPr>
                <w:szCs w:val="24"/>
              </w:rPr>
              <w:t xml:space="preserve">Supa </w:t>
            </w:r>
            <w:proofErr w:type="spellStart"/>
            <w:r w:rsidRPr="00240C29">
              <w:rPr>
                <w:szCs w:val="24"/>
              </w:rPr>
              <w:t>taraneasca</w:t>
            </w:r>
            <w:proofErr w:type="spellEnd"/>
            <w:r w:rsidRPr="00240C29">
              <w:rPr>
                <w:szCs w:val="24"/>
              </w:rPr>
              <w:t xml:space="preserve"> cu </w:t>
            </w:r>
            <w:proofErr w:type="spellStart"/>
            <w:r w:rsidRPr="00240C29">
              <w:rPr>
                <w:szCs w:val="24"/>
              </w:rPr>
              <w:t>taietei</w:t>
            </w:r>
            <w:proofErr w:type="spellEnd"/>
          </w:p>
        </w:tc>
        <w:tc>
          <w:tcPr>
            <w:tcW w:w="1701" w:type="dxa"/>
            <w:tcMar>
              <w:top w:w="80" w:type="dxa"/>
              <w:left w:w="90" w:type="dxa"/>
              <w:bottom w:w="80" w:type="dxa"/>
              <w:right w:w="90" w:type="dxa"/>
            </w:tcMar>
            <w:vAlign w:val="center"/>
          </w:tcPr>
          <w:p w14:paraId="0F6C4649" w14:textId="77777777" w:rsidR="00F678CC" w:rsidRPr="00240C29" w:rsidRDefault="00F678CC" w:rsidP="00EA4E43">
            <w:pPr>
              <w:ind w:firstLine="0"/>
              <w:jc w:val="center"/>
              <w:rPr>
                <w:szCs w:val="24"/>
              </w:rPr>
            </w:pPr>
            <w:r w:rsidRPr="00240C29">
              <w:rPr>
                <w:szCs w:val="24"/>
              </w:rPr>
              <w:t>400 gr.</w:t>
            </w:r>
          </w:p>
        </w:tc>
      </w:tr>
      <w:tr w:rsidR="00F678CC" w:rsidRPr="00240C29" w14:paraId="2D09CABA" w14:textId="77777777">
        <w:trPr>
          <w:jc w:val="center"/>
        </w:trPr>
        <w:tc>
          <w:tcPr>
            <w:tcW w:w="850" w:type="dxa"/>
            <w:tcMar>
              <w:top w:w="80" w:type="dxa"/>
              <w:left w:w="90" w:type="dxa"/>
              <w:bottom w:w="80" w:type="dxa"/>
              <w:right w:w="90" w:type="dxa"/>
            </w:tcMar>
            <w:vAlign w:val="center"/>
          </w:tcPr>
          <w:p w14:paraId="3DC5919D"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5F701AE9"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oase</w:t>
            </w:r>
            <w:proofErr w:type="spellEnd"/>
            <w:r w:rsidRPr="00240C29">
              <w:rPr>
                <w:szCs w:val="24"/>
              </w:rPr>
              <w:t xml:space="preserve"> cu </w:t>
            </w:r>
            <w:proofErr w:type="spellStart"/>
            <w:r w:rsidRPr="00240C29">
              <w:rPr>
                <w:szCs w:val="24"/>
              </w:rPr>
              <w:t>fidea</w:t>
            </w:r>
            <w:proofErr w:type="spellEnd"/>
          </w:p>
        </w:tc>
        <w:tc>
          <w:tcPr>
            <w:tcW w:w="1701" w:type="dxa"/>
            <w:tcMar>
              <w:top w:w="80" w:type="dxa"/>
              <w:left w:w="90" w:type="dxa"/>
              <w:bottom w:w="80" w:type="dxa"/>
              <w:right w:w="90" w:type="dxa"/>
            </w:tcMar>
            <w:vAlign w:val="center"/>
          </w:tcPr>
          <w:p w14:paraId="6AC5458B" w14:textId="77777777" w:rsidR="00F678CC" w:rsidRPr="00240C29" w:rsidRDefault="00F678CC" w:rsidP="00EA4E43">
            <w:pPr>
              <w:ind w:firstLine="0"/>
              <w:jc w:val="center"/>
              <w:rPr>
                <w:szCs w:val="24"/>
              </w:rPr>
            </w:pPr>
            <w:r w:rsidRPr="00240C29">
              <w:rPr>
                <w:szCs w:val="24"/>
              </w:rPr>
              <w:t>400 gr.</w:t>
            </w:r>
          </w:p>
        </w:tc>
      </w:tr>
      <w:tr w:rsidR="00F678CC" w:rsidRPr="00240C29" w14:paraId="69D70DF0" w14:textId="77777777">
        <w:trPr>
          <w:jc w:val="center"/>
        </w:trPr>
        <w:tc>
          <w:tcPr>
            <w:tcW w:w="850" w:type="dxa"/>
            <w:tcMar>
              <w:top w:w="80" w:type="dxa"/>
              <w:left w:w="90" w:type="dxa"/>
              <w:bottom w:w="80" w:type="dxa"/>
              <w:right w:w="90" w:type="dxa"/>
            </w:tcMar>
            <w:vAlign w:val="center"/>
          </w:tcPr>
          <w:p w14:paraId="6BB30454" w14:textId="77777777" w:rsidR="00F678CC" w:rsidRPr="00240C29" w:rsidRDefault="00F678CC" w:rsidP="00EA4E43">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4DBA04A6"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oase</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74513123" w14:textId="77777777" w:rsidR="00F678CC" w:rsidRPr="00240C29" w:rsidRDefault="00F678CC" w:rsidP="00EA4E43">
            <w:pPr>
              <w:ind w:firstLine="0"/>
              <w:jc w:val="center"/>
              <w:rPr>
                <w:szCs w:val="24"/>
              </w:rPr>
            </w:pPr>
            <w:r w:rsidRPr="00240C29">
              <w:rPr>
                <w:szCs w:val="24"/>
              </w:rPr>
              <w:t>400 gr.</w:t>
            </w:r>
          </w:p>
        </w:tc>
      </w:tr>
      <w:tr w:rsidR="00F678CC" w:rsidRPr="00240C29" w14:paraId="4325ADAA" w14:textId="77777777">
        <w:trPr>
          <w:jc w:val="center"/>
        </w:trPr>
        <w:tc>
          <w:tcPr>
            <w:tcW w:w="850" w:type="dxa"/>
            <w:tcMar>
              <w:top w:w="80" w:type="dxa"/>
              <w:left w:w="90" w:type="dxa"/>
              <w:bottom w:w="80" w:type="dxa"/>
              <w:right w:w="90" w:type="dxa"/>
            </w:tcMar>
            <w:vAlign w:val="center"/>
          </w:tcPr>
          <w:p w14:paraId="7A3EA4B3"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5041522D" w14:textId="77777777" w:rsidR="00F678CC" w:rsidRPr="00240C29" w:rsidRDefault="00F678CC" w:rsidP="00EA4E43">
            <w:pPr>
              <w:ind w:firstLine="0"/>
              <w:rPr>
                <w:szCs w:val="24"/>
              </w:rPr>
            </w:pPr>
            <w:r w:rsidRPr="00240C29">
              <w:rPr>
                <w:szCs w:val="24"/>
              </w:rPr>
              <w:t xml:space="preserve">Supa </w:t>
            </w:r>
            <w:proofErr w:type="spellStart"/>
            <w:r w:rsidRPr="00240C29">
              <w:rPr>
                <w:szCs w:val="24"/>
              </w:rPr>
              <w:t>poloneza</w:t>
            </w:r>
            <w:proofErr w:type="spellEnd"/>
            <w:r w:rsidRPr="00240C29">
              <w:rPr>
                <w:szCs w:val="24"/>
              </w:rPr>
              <w:t xml:space="preserve"> din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74FA5898" w14:textId="77777777" w:rsidR="00F678CC" w:rsidRPr="00240C29" w:rsidRDefault="00F678CC" w:rsidP="00EA4E43">
            <w:pPr>
              <w:ind w:firstLine="0"/>
              <w:jc w:val="center"/>
              <w:rPr>
                <w:szCs w:val="24"/>
              </w:rPr>
            </w:pPr>
            <w:r w:rsidRPr="00240C29">
              <w:rPr>
                <w:szCs w:val="24"/>
              </w:rPr>
              <w:t>400 gr.</w:t>
            </w:r>
          </w:p>
        </w:tc>
      </w:tr>
      <w:tr w:rsidR="00F678CC" w:rsidRPr="00240C29" w14:paraId="495B47D3" w14:textId="77777777">
        <w:trPr>
          <w:jc w:val="center"/>
        </w:trPr>
        <w:tc>
          <w:tcPr>
            <w:tcW w:w="850" w:type="dxa"/>
            <w:tcMar>
              <w:top w:w="80" w:type="dxa"/>
              <w:left w:w="90" w:type="dxa"/>
              <w:bottom w:w="80" w:type="dxa"/>
              <w:right w:w="90" w:type="dxa"/>
            </w:tcMar>
            <w:vAlign w:val="center"/>
          </w:tcPr>
          <w:p w14:paraId="178422B6"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43344C53" w14:textId="77777777" w:rsidR="00F678CC" w:rsidRPr="00240C29" w:rsidRDefault="00F678CC" w:rsidP="00EA4E43">
            <w:pPr>
              <w:ind w:firstLine="0"/>
              <w:rPr>
                <w:szCs w:val="24"/>
              </w:rPr>
            </w:pPr>
            <w:r w:rsidRPr="00240C29">
              <w:rPr>
                <w:szCs w:val="24"/>
              </w:rPr>
              <w:t xml:space="preserve">Supa de </w:t>
            </w:r>
            <w:proofErr w:type="spellStart"/>
            <w:r w:rsidRPr="00240C29">
              <w:rPr>
                <w:szCs w:val="24"/>
              </w:rPr>
              <w:t>rosii</w:t>
            </w:r>
            <w:proofErr w:type="spellEnd"/>
            <w:r w:rsidRPr="00240C29">
              <w:rPr>
                <w:szCs w:val="24"/>
              </w:rPr>
              <w:t xml:space="preserve"> cu paste </w:t>
            </w:r>
            <w:proofErr w:type="spellStart"/>
            <w:r w:rsidRPr="00240C29">
              <w:rPr>
                <w:szCs w:val="24"/>
              </w:rPr>
              <w:t>fainoase</w:t>
            </w:r>
            <w:proofErr w:type="spellEnd"/>
          </w:p>
        </w:tc>
        <w:tc>
          <w:tcPr>
            <w:tcW w:w="1701" w:type="dxa"/>
            <w:tcMar>
              <w:top w:w="80" w:type="dxa"/>
              <w:left w:w="90" w:type="dxa"/>
              <w:bottom w:w="80" w:type="dxa"/>
              <w:right w:w="90" w:type="dxa"/>
            </w:tcMar>
            <w:vAlign w:val="center"/>
          </w:tcPr>
          <w:p w14:paraId="4860EC6F" w14:textId="77777777" w:rsidR="00F678CC" w:rsidRPr="00240C29" w:rsidRDefault="00F678CC" w:rsidP="00EA4E43">
            <w:pPr>
              <w:ind w:firstLine="0"/>
              <w:jc w:val="center"/>
              <w:rPr>
                <w:szCs w:val="24"/>
              </w:rPr>
            </w:pPr>
            <w:r w:rsidRPr="00240C29">
              <w:rPr>
                <w:szCs w:val="24"/>
              </w:rPr>
              <w:t>400 gr.</w:t>
            </w:r>
          </w:p>
        </w:tc>
      </w:tr>
      <w:tr w:rsidR="00BE5687" w:rsidRPr="00240C29" w14:paraId="5F811AEB" w14:textId="77777777">
        <w:trPr>
          <w:jc w:val="center"/>
        </w:trPr>
        <w:tc>
          <w:tcPr>
            <w:tcW w:w="850" w:type="dxa"/>
            <w:tcMar>
              <w:top w:w="80" w:type="dxa"/>
              <w:left w:w="90" w:type="dxa"/>
              <w:bottom w:w="80" w:type="dxa"/>
              <w:right w:w="90" w:type="dxa"/>
            </w:tcMar>
            <w:vAlign w:val="center"/>
          </w:tcPr>
          <w:p w14:paraId="27FEC3DE" w14:textId="42B6EA0D" w:rsidR="00BE5687" w:rsidRPr="00240C29" w:rsidRDefault="00BE5687" w:rsidP="00BE5687">
            <w:pPr>
              <w:ind w:firstLine="0"/>
              <w:jc w:val="center"/>
              <w:rPr>
                <w:szCs w:val="24"/>
              </w:rPr>
            </w:pPr>
            <w:r>
              <w:rPr>
                <w:color w:val="6AA84F"/>
              </w:rPr>
              <w:t>18</w:t>
            </w:r>
          </w:p>
        </w:tc>
        <w:tc>
          <w:tcPr>
            <w:tcW w:w="7087" w:type="dxa"/>
            <w:tcMar>
              <w:top w:w="80" w:type="dxa"/>
              <w:left w:w="90" w:type="dxa"/>
              <w:bottom w:w="80" w:type="dxa"/>
              <w:right w:w="90" w:type="dxa"/>
            </w:tcMar>
            <w:vAlign w:val="center"/>
          </w:tcPr>
          <w:p w14:paraId="73ACF2DD" w14:textId="7E3DD048" w:rsidR="00BE5687" w:rsidRPr="00240C29" w:rsidRDefault="00BE5687" w:rsidP="00BE5687">
            <w:pPr>
              <w:ind w:firstLine="0"/>
              <w:rPr>
                <w:szCs w:val="24"/>
              </w:rPr>
            </w:pPr>
            <w:r>
              <w:rPr>
                <w:color w:val="6AA84F"/>
              </w:rPr>
              <w:t xml:space="preserve">Supa crema de legume </w:t>
            </w:r>
            <w:proofErr w:type="spellStart"/>
            <w:r>
              <w:rPr>
                <w:color w:val="6AA84F"/>
              </w:rPr>
              <w:t>radacinoase</w:t>
            </w:r>
            <w:proofErr w:type="spellEnd"/>
            <w:r>
              <w:rPr>
                <w:color w:val="6AA84F"/>
              </w:rPr>
              <w:t>/</w:t>
            </w:r>
            <w:proofErr w:type="spellStart"/>
            <w:r>
              <w:rPr>
                <w:color w:val="6AA84F"/>
              </w:rPr>
              <w:t>dovleac</w:t>
            </w:r>
            <w:proofErr w:type="spellEnd"/>
            <w:r>
              <w:rPr>
                <w:color w:val="6AA84F"/>
              </w:rPr>
              <w:t>/</w:t>
            </w:r>
            <w:proofErr w:type="spellStart"/>
            <w:r>
              <w:rPr>
                <w:color w:val="6AA84F"/>
              </w:rPr>
              <w:t>ciuperci</w:t>
            </w:r>
            <w:proofErr w:type="spellEnd"/>
          </w:p>
        </w:tc>
        <w:tc>
          <w:tcPr>
            <w:tcW w:w="1701" w:type="dxa"/>
            <w:tcMar>
              <w:top w:w="80" w:type="dxa"/>
              <w:left w:w="90" w:type="dxa"/>
              <w:bottom w:w="80" w:type="dxa"/>
              <w:right w:w="90" w:type="dxa"/>
            </w:tcMar>
            <w:vAlign w:val="center"/>
          </w:tcPr>
          <w:p w14:paraId="4CEDF29C" w14:textId="246C5903" w:rsidR="00BE5687" w:rsidRPr="00240C29" w:rsidRDefault="00BE5687" w:rsidP="00BE5687">
            <w:pPr>
              <w:ind w:firstLine="0"/>
              <w:jc w:val="center"/>
              <w:rPr>
                <w:szCs w:val="24"/>
              </w:rPr>
            </w:pPr>
            <w:r>
              <w:t>400 gr.</w:t>
            </w:r>
          </w:p>
        </w:tc>
      </w:tr>
    </w:tbl>
    <w:p w14:paraId="4DDF39E6" w14:textId="77777777" w:rsidR="00F678CC" w:rsidRPr="00240C29" w:rsidRDefault="00F678CC" w:rsidP="00EA4E43">
      <w:pPr>
        <w:ind w:firstLine="0"/>
        <w:rPr>
          <w:szCs w:val="24"/>
        </w:rPr>
      </w:pPr>
    </w:p>
    <w:p w14:paraId="07BD1B01" w14:textId="77777777" w:rsidR="00F678CC" w:rsidRPr="00240C29" w:rsidRDefault="00F678CC" w:rsidP="00EA4E43">
      <w:pPr>
        <w:ind w:firstLine="0"/>
        <w:rPr>
          <w:szCs w:val="24"/>
        </w:rPr>
      </w:pPr>
      <w:r w:rsidRPr="00240C29">
        <w:rPr>
          <w:b/>
          <w:szCs w:val="24"/>
        </w:rPr>
        <w:t>CIORBE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152084A2" w14:textId="77777777">
        <w:trPr>
          <w:tblHeader/>
          <w:jc w:val="center"/>
        </w:trPr>
        <w:tc>
          <w:tcPr>
            <w:tcW w:w="850" w:type="dxa"/>
            <w:shd w:val="clear" w:color="auto" w:fill="D9D9D9"/>
            <w:tcMar>
              <w:top w:w="80" w:type="dxa"/>
              <w:left w:w="90" w:type="dxa"/>
              <w:bottom w:w="80" w:type="dxa"/>
              <w:right w:w="90" w:type="dxa"/>
            </w:tcMar>
            <w:vAlign w:val="center"/>
          </w:tcPr>
          <w:p w14:paraId="7CC19ECC"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2AF5E31C"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36166B56"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6938DC58" w14:textId="77777777">
        <w:trPr>
          <w:jc w:val="center"/>
        </w:trPr>
        <w:tc>
          <w:tcPr>
            <w:tcW w:w="850" w:type="dxa"/>
            <w:tcMar>
              <w:top w:w="80" w:type="dxa"/>
              <w:left w:w="90" w:type="dxa"/>
              <w:bottom w:w="80" w:type="dxa"/>
              <w:right w:w="90" w:type="dxa"/>
            </w:tcMar>
            <w:vAlign w:val="center"/>
          </w:tcPr>
          <w:p w14:paraId="1B8CEBC8"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083E2297" w14:textId="67733B8F" w:rsidR="00F678CC" w:rsidRPr="00240C29" w:rsidRDefault="00BE5687" w:rsidP="00EA4E43">
            <w:pPr>
              <w:ind w:firstLine="0"/>
              <w:rPr>
                <w:szCs w:val="24"/>
              </w:rPr>
            </w:pPr>
            <w:r w:rsidRPr="00BE5687">
              <w:rPr>
                <w:szCs w:val="24"/>
                <w:lang w:val="en"/>
              </w:rPr>
              <w:t xml:space="preserve">Ciorba de </w:t>
            </w:r>
            <w:proofErr w:type="spellStart"/>
            <w:r w:rsidRPr="00BE5687">
              <w:rPr>
                <w:szCs w:val="24"/>
                <w:lang w:val="en"/>
              </w:rPr>
              <w:t>burta</w:t>
            </w:r>
            <w:proofErr w:type="spellEnd"/>
            <w:r>
              <w:rPr>
                <w:szCs w:val="24"/>
                <w:lang w:val="en"/>
              </w:rPr>
              <w:t xml:space="preserve"> </w:t>
            </w:r>
          </w:p>
        </w:tc>
        <w:tc>
          <w:tcPr>
            <w:tcW w:w="1701" w:type="dxa"/>
            <w:tcMar>
              <w:top w:w="80" w:type="dxa"/>
              <w:left w:w="90" w:type="dxa"/>
              <w:bottom w:w="80" w:type="dxa"/>
              <w:right w:w="90" w:type="dxa"/>
            </w:tcMar>
            <w:vAlign w:val="center"/>
          </w:tcPr>
          <w:p w14:paraId="52C1A08B" w14:textId="77777777" w:rsidR="00F678CC" w:rsidRPr="00240C29" w:rsidRDefault="00F678CC" w:rsidP="00EA4E43">
            <w:pPr>
              <w:ind w:firstLine="0"/>
              <w:jc w:val="center"/>
              <w:rPr>
                <w:szCs w:val="24"/>
              </w:rPr>
            </w:pPr>
            <w:r w:rsidRPr="00240C29">
              <w:rPr>
                <w:szCs w:val="24"/>
              </w:rPr>
              <w:t>160/240 gr.</w:t>
            </w:r>
          </w:p>
        </w:tc>
      </w:tr>
      <w:tr w:rsidR="00F678CC" w:rsidRPr="00240C29" w14:paraId="3FF6AEE9" w14:textId="77777777">
        <w:trPr>
          <w:jc w:val="center"/>
        </w:trPr>
        <w:tc>
          <w:tcPr>
            <w:tcW w:w="850" w:type="dxa"/>
            <w:tcMar>
              <w:top w:w="80" w:type="dxa"/>
              <w:left w:w="90" w:type="dxa"/>
              <w:bottom w:w="80" w:type="dxa"/>
              <w:right w:w="90" w:type="dxa"/>
            </w:tcMar>
            <w:vAlign w:val="center"/>
          </w:tcPr>
          <w:p w14:paraId="456A12BB"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115D65F4" w14:textId="77777777" w:rsidR="00F678CC" w:rsidRPr="00240C29" w:rsidRDefault="00F678CC" w:rsidP="00EA4E43">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471D0932" w14:textId="77777777" w:rsidR="00F678CC" w:rsidRPr="00240C29" w:rsidRDefault="00F678CC" w:rsidP="00EA4E43">
            <w:pPr>
              <w:ind w:firstLine="0"/>
              <w:jc w:val="center"/>
              <w:rPr>
                <w:szCs w:val="24"/>
              </w:rPr>
            </w:pPr>
            <w:r w:rsidRPr="00240C29">
              <w:rPr>
                <w:szCs w:val="24"/>
              </w:rPr>
              <w:t>75/325 gr.</w:t>
            </w:r>
          </w:p>
        </w:tc>
      </w:tr>
      <w:tr w:rsidR="00F678CC" w:rsidRPr="00240C29" w14:paraId="7A9EF4B3" w14:textId="77777777">
        <w:trPr>
          <w:jc w:val="center"/>
        </w:trPr>
        <w:tc>
          <w:tcPr>
            <w:tcW w:w="850" w:type="dxa"/>
            <w:tcMar>
              <w:top w:w="80" w:type="dxa"/>
              <w:left w:w="90" w:type="dxa"/>
              <w:bottom w:w="80" w:type="dxa"/>
              <w:right w:w="90" w:type="dxa"/>
            </w:tcMar>
            <w:vAlign w:val="center"/>
          </w:tcPr>
          <w:p w14:paraId="75A10220"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3CDB6B87" w14:textId="77777777" w:rsidR="00F678CC" w:rsidRPr="00240C29" w:rsidRDefault="00F678CC" w:rsidP="00EA4E43">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48B8F515" w14:textId="77777777" w:rsidR="00F678CC" w:rsidRPr="00240C29" w:rsidRDefault="00F678CC" w:rsidP="00EA4E43">
            <w:pPr>
              <w:ind w:firstLine="0"/>
              <w:jc w:val="center"/>
              <w:rPr>
                <w:szCs w:val="24"/>
              </w:rPr>
            </w:pPr>
            <w:r w:rsidRPr="00240C29">
              <w:rPr>
                <w:szCs w:val="24"/>
              </w:rPr>
              <w:t>50/350 gr.</w:t>
            </w:r>
          </w:p>
        </w:tc>
      </w:tr>
      <w:tr w:rsidR="00F678CC" w:rsidRPr="00240C29" w14:paraId="1DF64DA1" w14:textId="77777777">
        <w:trPr>
          <w:jc w:val="center"/>
        </w:trPr>
        <w:tc>
          <w:tcPr>
            <w:tcW w:w="850" w:type="dxa"/>
            <w:tcMar>
              <w:top w:w="80" w:type="dxa"/>
              <w:left w:w="90" w:type="dxa"/>
              <w:bottom w:w="80" w:type="dxa"/>
              <w:right w:w="90" w:type="dxa"/>
            </w:tcMar>
            <w:vAlign w:val="center"/>
          </w:tcPr>
          <w:p w14:paraId="3F1E8192"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105D9256"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miel</w:t>
            </w:r>
            <w:proofErr w:type="spellEnd"/>
            <w:r w:rsidRPr="00240C29">
              <w:rPr>
                <w:szCs w:val="24"/>
              </w:rPr>
              <w:t xml:space="preserve"> a la </w:t>
            </w:r>
            <w:proofErr w:type="spellStart"/>
            <w:r w:rsidRPr="00240C29">
              <w:rPr>
                <w:szCs w:val="24"/>
              </w:rPr>
              <w:t>grec</w:t>
            </w:r>
            <w:proofErr w:type="spellEnd"/>
          </w:p>
        </w:tc>
        <w:tc>
          <w:tcPr>
            <w:tcW w:w="1701" w:type="dxa"/>
            <w:tcMar>
              <w:top w:w="80" w:type="dxa"/>
              <w:left w:w="90" w:type="dxa"/>
              <w:bottom w:w="80" w:type="dxa"/>
              <w:right w:w="90" w:type="dxa"/>
            </w:tcMar>
            <w:vAlign w:val="center"/>
          </w:tcPr>
          <w:p w14:paraId="70C3ADFA" w14:textId="77777777" w:rsidR="00F678CC" w:rsidRPr="00240C29" w:rsidRDefault="00F678CC" w:rsidP="00EA4E43">
            <w:pPr>
              <w:ind w:firstLine="0"/>
              <w:jc w:val="center"/>
              <w:rPr>
                <w:szCs w:val="24"/>
              </w:rPr>
            </w:pPr>
            <w:r w:rsidRPr="00240C29">
              <w:rPr>
                <w:szCs w:val="24"/>
              </w:rPr>
              <w:t>100/300 gr.</w:t>
            </w:r>
          </w:p>
        </w:tc>
      </w:tr>
      <w:tr w:rsidR="00F678CC" w:rsidRPr="00240C29" w14:paraId="738F71FD" w14:textId="77777777">
        <w:trPr>
          <w:jc w:val="center"/>
        </w:trPr>
        <w:tc>
          <w:tcPr>
            <w:tcW w:w="850" w:type="dxa"/>
            <w:tcMar>
              <w:top w:w="80" w:type="dxa"/>
              <w:left w:w="90" w:type="dxa"/>
              <w:bottom w:w="80" w:type="dxa"/>
              <w:right w:w="90" w:type="dxa"/>
            </w:tcMar>
            <w:vAlign w:val="center"/>
          </w:tcPr>
          <w:p w14:paraId="0D0CCC11"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EFD72F4"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1C2FDF1F" w14:textId="77777777" w:rsidR="00F678CC" w:rsidRPr="00240C29" w:rsidRDefault="00F678CC" w:rsidP="00EA4E43">
            <w:pPr>
              <w:ind w:firstLine="0"/>
              <w:jc w:val="center"/>
              <w:rPr>
                <w:szCs w:val="24"/>
              </w:rPr>
            </w:pPr>
            <w:r w:rsidRPr="00240C29">
              <w:rPr>
                <w:szCs w:val="24"/>
              </w:rPr>
              <w:t>400 gr.</w:t>
            </w:r>
          </w:p>
        </w:tc>
      </w:tr>
      <w:tr w:rsidR="00F678CC" w:rsidRPr="00240C29" w14:paraId="534785A1" w14:textId="77777777">
        <w:trPr>
          <w:jc w:val="center"/>
        </w:trPr>
        <w:tc>
          <w:tcPr>
            <w:tcW w:w="850" w:type="dxa"/>
            <w:tcMar>
              <w:top w:w="80" w:type="dxa"/>
              <w:left w:w="90" w:type="dxa"/>
              <w:bottom w:w="80" w:type="dxa"/>
              <w:right w:w="90" w:type="dxa"/>
            </w:tcMar>
            <w:vAlign w:val="center"/>
          </w:tcPr>
          <w:p w14:paraId="6114ECEC"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7AD1F6DE" w14:textId="77777777" w:rsidR="00F678CC" w:rsidRPr="00240C29" w:rsidRDefault="00F678CC" w:rsidP="00EA4E43">
            <w:pPr>
              <w:ind w:firstLine="0"/>
              <w:rPr>
                <w:szCs w:val="24"/>
              </w:rPr>
            </w:pPr>
            <w:r w:rsidRPr="00240C29">
              <w:rPr>
                <w:szCs w:val="24"/>
              </w:rPr>
              <w:t xml:space="preserve">Ciorba </w:t>
            </w:r>
            <w:proofErr w:type="spellStart"/>
            <w:r w:rsidRPr="00240C29">
              <w:rPr>
                <w:szCs w:val="24"/>
              </w:rPr>
              <w:t>pui</w:t>
            </w:r>
            <w:proofErr w:type="spellEnd"/>
            <w:r w:rsidRPr="00240C29">
              <w:rPr>
                <w:szCs w:val="24"/>
              </w:rPr>
              <w:t xml:space="preserve">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63F89A62" w14:textId="77777777" w:rsidR="00F678CC" w:rsidRPr="00240C29" w:rsidRDefault="00F678CC" w:rsidP="00EA4E43">
            <w:pPr>
              <w:ind w:firstLine="0"/>
              <w:jc w:val="center"/>
              <w:rPr>
                <w:szCs w:val="24"/>
              </w:rPr>
            </w:pPr>
            <w:r w:rsidRPr="00240C29">
              <w:rPr>
                <w:szCs w:val="24"/>
              </w:rPr>
              <w:t>75/325 gr.</w:t>
            </w:r>
          </w:p>
        </w:tc>
      </w:tr>
      <w:tr w:rsidR="00F678CC" w:rsidRPr="00240C29" w14:paraId="246FD702" w14:textId="77777777">
        <w:trPr>
          <w:jc w:val="center"/>
        </w:trPr>
        <w:tc>
          <w:tcPr>
            <w:tcW w:w="850" w:type="dxa"/>
            <w:tcMar>
              <w:top w:w="80" w:type="dxa"/>
              <w:left w:w="90" w:type="dxa"/>
              <w:bottom w:w="80" w:type="dxa"/>
              <w:right w:w="90" w:type="dxa"/>
            </w:tcMar>
            <w:vAlign w:val="center"/>
          </w:tcPr>
          <w:p w14:paraId="79DE5E22" w14:textId="77777777" w:rsidR="00F678CC" w:rsidRPr="00240C29" w:rsidRDefault="00F678CC" w:rsidP="00EA4E43">
            <w:pPr>
              <w:ind w:firstLine="0"/>
              <w:jc w:val="center"/>
              <w:rPr>
                <w:szCs w:val="24"/>
              </w:rPr>
            </w:pPr>
            <w:r w:rsidRPr="00240C29">
              <w:rPr>
                <w:szCs w:val="24"/>
              </w:rPr>
              <w:lastRenderedPageBreak/>
              <w:t>7</w:t>
            </w:r>
          </w:p>
        </w:tc>
        <w:tc>
          <w:tcPr>
            <w:tcW w:w="7087" w:type="dxa"/>
            <w:tcMar>
              <w:top w:w="80" w:type="dxa"/>
              <w:left w:w="90" w:type="dxa"/>
              <w:bottom w:w="80" w:type="dxa"/>
              <w:right w:w="90" w:type="dxa"/>
            </w:tcMar>
            <w:vAlign w:val="center"/>
          </w:tcPr>
          <w:p w14:paraId="62CE26BA"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fasole</w:t>
            </w:r>
            <w:proofErr w:type="spellEnd"/>
            <w:r w:rsidRPr="00240C29">
              <w:rPr>
                <w:szCs w:val="24"/>
              </w:rPr>
              <w:t xml:space="preserve"> alba</w:t>
            </w:r>
          </w:p>
        </w:tc>
        <w:tc>
          <w:tcPr>
            <w:tcW w:w="1701" w:type="dxa"/>
            <w:tcMar>
              <w:top w:w="80" w:type="dxa"/>
              <w:left w:w="90" w:type="dxa"/>
              <w:bottom w:w="80" w:type="dxa"/>
              <w:right w:w="90" w:type="dxa"/>
            </w:tcMar>
            <w:vAlign w:val="center"/>
          </w:tcPr>
          <w:p w14:paraId="19B08876" w14:textId="77777777" w:rsidR="00F678CC" w:rsidRPr="00240C29" w:rsidRDefault="00F678CC" w:rsidP="00EA4E43">
            <w:pPr>
              <w:ind w:firstLine="0"/>
              <w:jc w:val="center"/>
              <w:rPr>
                <w:szCs w:val="24"/>
              </w:rPr>
            </w:pPr>
            <w:r w:rsidRPr="00240C29">
              <w:rPr>
                <w:szCs w:val="24"/>
              </w:rPr>
              <w:t>400 gr.</w:t>
            </w:r>
          </w:p>
        </w:tc>
      </w:tr>
      <w:tr w:rsidR="00F678CC" w:rsidRPr="00240C29" w14:paraId="7135D5B7" w14:textId="77777777">
        <w:trPr>
          <w:jc w:val="center"/>
        </w:trPr>
        <w:tc>
          <w:tcPr>
            <w:tcW w:w="850" w:type="dxa"/>
            <w:tcMar>
              <w:top w:w="80" w:type="dxa"/>
              <w:left w:w="90" w:type="dxa"/>
              <w:bottom w:w="80" w:type="dxa"/>
              <w:right w:w="90" w:type="dxa"/>
            </w:tcMar>
            <w:vAlign w:val="center"/>
          </w:tcPr>
          <w:p w14:paraId="71982DC8"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76214B7D"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urzici</w:t>
            </w:r>
            <w:proofErr w:type="spellEnd"/>
          </w:p>
        </w:tc>
        <w:tc>
          <w:tcPr>
            <w:tcW w:w="1701" w:type="dxa"/>
            <w:tcMar>
              <w:top w:w="80" w:type="dxa"/>
              <w:left w:w="90" w:type="dxa"/>
              <w:bottom w:w="80" w:type="dxa"/>
              <w:right w:w="90" w:type="dxa"/>
            </w:tcMar>
            <w:vAlign w:val="center"/>
          </w:tcPr>
          <w:p w14:paraId="7659E1BC" w14:textId="77777777" w:rsidR="00F678CC" w:rsidRPr="00240C29" w:rsidRDefault="00F678CC" w:rsidP="00EA4E43">
            <w:pPr>
              <w:ind w:firstLine="0"/>
              <w:jc w:val="center"/>
              <w:rPr>
                <w:szCs w:val="24"/>
              </w:rPr>
            </w:pPr>
            <w:r w:rsidRPr="00240C29">
              <w:rPr>
                <w:szCs w:val="24"/>
              </w:rPr>
              <w:t>400 gr.</w:t>
            </w:r>
          </w:p>
        </w:tc>
      </w:tr>
      <w:tr w:rsidR="00F678CC" w:rsidRPr="00240C29" w14:paraId="49FF10E0" w14:textId="77777777">
        <w:trPr>
          <w:jc w:val="center"/>
        </w:trPr>
        <w:tc>
          <w:tcPr>
            <w:tcW w:w="850" w:type="dxa"/>
            <w:tcMar>
              <w:top w:w="80" w:type="dxa"/>
              <w:left w:w="90" w:type="dxa"/>
              <w:bottom w:w="80" w:type="dxa"/>
              <w:right w:w="90" w:type="dxa"/>
            </w:tcMar>
            <w:vAlign w:val="center"/>
          </w:tcPr>
          <w:p w14:paraId="3954C764"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04720F30"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fasole</w:t>
            </w:r>
            <w:proofErr w:type="spellEnd"/>
            <w:r w:rsidRPr="00240C29">
              <w:rPr>
                <w:szCs w:val="24"/>
              </w:rPr>
              <w:t xml:space="preserve"> alba cu </w:t>
            </w:r>
            <w:proofErr w:type="spellStart"/>
            <w:r w:rsidRPr="00240C29">
              <w:rPr>
                <w:szCs w:val="24"/>
              </w:rPr>
              <w:t>costita</w:t>
            </w:r>
            <w:proofErr w:type="spellEnd"/>
            <w:r w:rsidRPr="00240C29">
              <w:rPr>
                <w:szCs w:val="24"/>
              </w:rPr>
              <w:t xml:space="preserve"> </w:t>
            </w:r>
            <w:proofErr w:type="spellStart"/>
            <w:r w:rsidRPr="00240C29">
              <w:rPr>
                <w:szCs w:val="24"/>
              </w:rPr>
              <w:t>afumata</w:t>
            </w:r>
            <w:proofErr w:type="spellEnd"/>
          </w:p>
        </w:tc>
        <w:tc>
          <w:tcPr>
            <w:tcW w:w="1701" w:type="dxa"/>
            <w:tcMar>
              <w:top w:w="80" w:type="dxa"/>
              <w:left w:w="90" w:type="dxa"/>
              <w:bottom w:w="80" w:type="dxa"/>
              <w:right w:w="90" w:type="dxa"/>
            </w:tcMar>
            <w:vAlign w:val="center"/>
          </w:tcPr>
          <w:p w14:paraId="26BD5F55" w14:textId="77777777" w:rsidR="00F678CC" w:rsidRPr="00240C29" w:rsidRDefault="00F678CC" w:rsidP="00EA4E43">
            <w:pPr>
              <w:ind w:firstLine="0"/>
              <w:jc w:val="center"/>
              <w:rPr>
                <w:szCs w:val="24"/>
              </w:rPr>
            </w:pPr>
            <w:r w:rsidRPr="00240C29">
              <w:rPr>
                <w:szCs w:val="24"/>
              </w:rPr>
              <w:t>400 gr.</w:t>
            </w:r>
          </w:p>
        </w:tc>
      </w:tr>
      <w:tr w:rsidR="00F678CC" w:rsidRPr="00240C29" w14:paraId="71CE105F" w14:textId="77777777">
        <w:trPr>
          <w:jc w:val="center"/>
        </w:trPr>
        <w:tc>
          <w:tcPr>
            <w:tcW w:w="850" w:type="dxa"/>
            <w:tcMar>
              <w:top w:w="80" w:type="dxa"/>
              <w:left w:w="90" w:type="dxa"/>
              <w:bottom w:w="80" w:type="dxa"/>
              <w:right w:w="90" w:type="dxa"/>
            </w:tcMar>
            <w:vAlign w:val="center"/>
          </w:tcPr>
          <w:p w14:paraId="593748C6"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38EFC73F"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perisoare</w:t>
            </w:r>
            <w:proofErr w:type="spellEnd"/>
          </w:p>
        </w:tc>
        <w:tc>
          <w:tcPr>
            <w:tcW w:w="1701" w:type="dxa"/>
            <w:tcMar>
              <w:top w:w="80" w:type="dxa"/>
              <w:left w:w="90" w:type="dxa"/>
              <w:bottom w:w="80" w:type="dxa"/>
              <w:right w:w="90" w:type="dxa"/>
            </w:tcMar>
            <w:vAlign w:val="center"/>
          </w:tcPr>
          <w:p w14:paraId="61BB8444" w14:textId="77777777" w:rsidR="00F678CC" w:rsidRPr="00240C29" w:rsidRDefault="00F678CC" w:rsidP="00EA4E43">
            <w:pPr>
              <w:ind w:firstLine="0"/>
              <w:jc w:val="center"/>
              <w:rPr>
                <w:szCs w:val="24"/>
              </w:rPr>
            </w:pPr>
            <w:r w:rsidRPr="00240C29">
              <w:rPr>
                <w:szCs w:val="24"/>
              </w:rPr>
              <w:t>60/340 gr.</w:t>
            </w:r>
          </w:p>
        </w:tc>
      </w:tr>
      <w:tr w:rsidR="00F678CC" w:rsidRPr="00240C29" w14:paraId="33534526" w14:textId="77777777">
        <w:trPr>
          <w:jc w:val="center"/>
        </w:trPr>
        <w:tc>
          <w:tcPr>
            <w:tcW w:w="850" w:type="dxa"/>
            <w:tcMar>
              <w:top w:w="80" w:type="dxa"/>
              <w:left w:w="90" w:type="dxa"/>
              <w:bottom w:w="80" w:type="dxa"/>
              <w:right w:w="90" w:type="dxa"/>
            </w:tcMar>
            <w:vAlign w:val="center"/>
          </w:tcPr>
          <w:p w14:paraId="09570D64"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6BA978FC" w14:textId="77777777" w:rsidR="00F678CC" w:rsidRPr="00240C29" w:rsidRDefault="00F678CC" w:rsidP="00EA4E43">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din cap </w:t>
            </w:r>
            <w:proofErr w:type="spellStart"/>
            <w:r w:rsidRPr="00240C29">
              <w:rPr>
                <w:szCs w:val="24"/>
              </w:rPr>
              <w:t>si</w:t>
            </w:r>
            <w:proofErr w:type="spellEnd"/>
            <w:r w:rsidRPr="00240C29">
              <w:rPr>
                <w:szCs w:val="24"/>
              </w:rPr>
              <w:t xml:space="preserve"> </w:t>
            </w:r>
            <w:proofErr w:type="spellStart"/>
            <w:r w:rsidRPr="00240C29">
              <w:rPr>
                <w:szCs w:val="24"/>
              </w:rPr>
              <w:t>picioare</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5F935C92" w14:textId="77777777" w:rsidR="00F678CC" w:rsidRPr="00240C29" w:rsidRDefault="00F678CC" w:rsidP="00EA4E43">
            <w:pPr>
              <w:ind w:firstLine="0"/>
              <w:jc w:val="center"/>
              <w:rPr>
                <w:szCs w:val="24"/>
              </w:rPr>
            </w:pPr>
            <w:r w:rsidRPr="00240C29">
              <w:rPr>
                <w:szCs w:val="24"/>
              </w:rPr>
              <w:t>80/320 gr.</w:t>
            </w:r>
          </w:p>
        </w:tc>
      </w:tr>
      <w:tr w:rsidR="00F678CC" w:rsidRPr="00240C29" w14:paraId="564F7476" w14:textId="77777777">
        <w:trPr>
          <w:jc w:val="center"/>
        </w:trPr>
        <w:tc>
          <w:tcPr>
            <w:tcW w:w="850" w:type="dxa"/>
            <w:tcMar>
              <w:top w:w="80" w:type="dxa"/>
              <w:left w:w="90" w:type="dxa"/>
              <w:bottom w:w="80" w:type="dxa"/>
              <w:right w:w="90" w:type="dxa"/>
            </w:tcMar>
            <w:vAlign w:val="center"/>
          </w:tcPr>
          <w:p w14:paraId="1C90A32A"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73D04C5C" w14:textId="1A754147" w:rsidR="00F678CC" w:rsidRPr="00240C29" w:rsidRDefault="00F678CC" w:rsidP="00EA4E43">
            <w:pPr>
              <w:ind w:firstLine="0"/>
              <w:rPr>
                <w:szCs w:val="24"/>
              </w:rPr>
            </w:pPr>
            <w:r w:rsidRPr="00240C29">
              <w:rPr>
                <w:szCs w:val="24"/>
              </w:rPr>
              <w:t xml:space="preserve">Ciorba de </w:t>
            </w:r>
            <w:proofErr w:type="spellStart"/>
            <w:r w:rsidRPr="00240C29">
              <w:rPr>
                <w:szCs w:val="24"/>
              </w:rPr>
              <w:t>praz</w:t>
            </w:r>
            <w:proofErr w:type="spellEnd"/>
            <w:r w:rsidR="00BE5687" w:rsidRPr="00BE5687">
              <w:rPr>
                <w:szCs w:val="24"/>
              </w:rPr>
              <w:t>/</w:t>
            </w:r>
            <w:proofErr w:type="spellStart"/>
            <w:r w:rsidR="00BE5687" w:rsidRPr="00BE5687">
              <w:rPr>
                <w:szCs w:val="24"/>
              </w:rPr>
              <w:t>sfecla</w:t>
            </w:r>
            <w:proofErr w:type="spellEnd"/>
            <w:r w:rsidR="00BE5687" w:rsidRPr="00BE5687">
              <w:rPr>
                <w:szCs w:val="24"/>
              </w:rPr>
              <w:t xml:space="preserve"> </w:t>
            </w:r>
            <w:proofErr w:type="spellStart"/>
            <w:r w:rsidR="00BE5687" w:rsidRPr="00BE5687">
              <w:rPr>
                <w:szCs w:val="24"/>
              </w:rPr>
              <w:t>rosie</w:t>
            </w:r>
            <w:proofErr w:type="spellEnd"/>
          </w:p>
        </w:tc>
        <w:tc>
          <w:tcPr>
            <w:tcW w:w="1701" w:type="dxa"/>
            <w:tcMar>
              <w:top w:w="80" w:type="dxa"/>
              <w:left w:w="90" w:type="dxa"/>
              <w:bottom w:w="80" w:type="dxa"/>
              <w:right w:w="90" w:type="dxa"/>
            </w:tcMar>
            <w:vAlign w:val="center"/>
          </w:tcPr>
          <w:p w14:paraId="190E57EA" w14:textId="77777777" w:rsidR="00F678CC" w:rsidRPr="00240C29" w:rsidRDefault="00F678CC" w:rsidP="00EA4E43">
            <w:pPr>
              <w:ind w:firstLine="0"/>
              <w:jc w:val="center"/>
              <w:rPr>
                <w:szCs w:val="24"/>
              </w:rPr>
            </w:pPr>
            <w:r w:rsidRPr="00240C29">
              <w:rPr>
                <w:szCs w:val="24"/>
              </w:rPr>
              <w:t>400 gr.</w:t>
            </w:r>
          </w:p>
        </w:tc>
      </w:tr>
      <w:tr w:rsidR="00F678CC" w:rsidRPr="00240C29" w14:paraId="13F7B641" w14:textId="77777777">
        <w:trPr>
          <w:jc w:val="center"/>
        </w:trPr>
        <w:tc>
          <w:tcPr>
            <w:tcW w:w="850" w:type="dxa"/>
            <w:tcMar>
              <w:top w:w="80" w:type="dxa"/>
              <w:left w:w="90" w:type="dxa"/>
              <w:bottom w:w="80" w:type="dxa"/>
              <w:right w:w="90" w:type="dxa"/>
            </w:tcMar>
            <w:vAlign w:val="center"/>
          </w:tcPr>
          <w:p w14:paraId="4133C582"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7A2CE29E"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peste</w:t>
            </w:r>
            <w:proofErr w:type="spellEnd"/>
            <w:r w:rsidRPr="00240C29">
              <w:rPr>
                <w:szCs w:val="24"/>
              </w:rPr>
              <w:t xml:space="preserve"> </w:t>
            </w:r>
            <w:proofErr w:type="spellStart"/>
            <w:r w:rsidRPr="00240C29">
              <w:rPr>
                <w:szCs w:val="24"/>
              </w:rPr>
              <w:t>albitura</w:t>
            </w:r>
            <w:proofErr w:type="spellEnd"/>
          </w:p>
        </w:tc>
        <w:tc>
          <w:tcPr>
            <w:tcW w:w="1701" w:type="dxa"/>
            <w:tcMar>
              <w:top w:w="80" w:type="dxa"/>
              <w:left w:w="90" w:type="dxa"/>
              <w:bottom w:w="80" w:type="dxa"/>
              <w:right w:w="90" w:type="dxa"/>
            </w:tcMar>
            <w:vAlign w:val="center"/>
          </w:tcPr>
          <w:p w14:paraId="26FEB1CC" w14:textId="77777777" w:rsidR="00F678CC" w:rsidRPr="00240C29" w:rsidRDefault="00F678CC" w:rsidP="00EA4E43">
            <w:pPr>
              <w:ind w:firstLine="0"/>
              <w:jc w:val="center"/>
              <w:rPr>
                <w:szCs w:val="24"/>
              </w:rPr>
            </w:pPr>
            <w:r w:rsidRPr="00240C29">
              <w:rPr>
                <w:szCs w:val="24"/>
              </w:rPr>
              <w:t>130/270 gr.</w:t>
            </w:r>
          </w:p>
        </w:tc>
      </w:tr>
      <w:tr w:rsidR="00F678CC" w:rsidRPr="00240C29" w14:paraId="0A3DC8CE" w14:textId="77777777">
        <w:trPr>
          <w:jc w:val="center"/>
        </w:trPr>
        <w:tc>
          <w:tcPr>
            <w:tcW w:w="850" w:type="dxa"/>
            <w:tcMar>
              <w:top w:w="80" w:type="dxa"/>
              <w:left w:w="90" w:type="dxa"/>
              <w:bottom w:w="80" w:type="dxa"/>
              <w:right w:w="90" w:type="dxa"/>
            </w:tcMar>
            <w:vAlign w:val="center"/>
          </w:tcPr>
          <w:p w14:paraId="2117989B"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2146469B" w14:textId="77777777" w:rsidR="00F678CC" w:rsidRPr="00240C29" w:rsidRDefault="00F678CC" w:rsidP="00EA4E43">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00F690D" w14:textId="77777777" w:rsidR="00F678CC" w:rsidRPr="00240C29" w:rsidRDefault="00F678CC" w:rsidP="00EA4E43">
            <w:pPr>
              <w:ind w:firstLine="0"/>
              <w:jc w:val="center"/>
              <w:rPr>
                <w:szCs w:val="24"/>
              </w:rPr>
            </w:pPr>
            <w:r w:rsidRPr="00240C29">
              <w:rPr>
                <w:szCs w:val="24"/>
              </w:rPr>
              <w:t>60/340 gr.</w:t>
            </w:r>
          </w:p>
        </w:tc>
      </w:tr>
      <w:tr w:rsidR="00F678CC" w:rsidRPr="00240C29" w14:paraId="4D50AC66" w14:textId="77777777">
        <w:trPr>
          <w:jc w:val="center"/>
        </w:trPr>
        <w:tc>
          <w:tcPr>
            <w:tcW w:w="850" w:type="dxa"/>
            <w:tcMar>
              <w:top w:w="80" w:type="dxa"/>
              <w:left w:w="90" w:type="dxa"/>
              <w:bottom w:w="80" w:type="dxa"/>
              <w:right w:w="90" w:type="dxa"/>
            </w:tcMar>
            <w:vAlign w:val="center"/>
          </w:tcPr>
          <w:p w14:paraId="7F4D3956" w14:textId="77777777" w:rsidR="00F678CC" w:rsidRPr="00240C29" w:rsidRDefault="00F678CC" w:rsidP="00EA4E43">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509D826A"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dovlecei</w:t>
            </w:r>
            <w:proofErr w:type="spellEnd"/>
            <w:r w:rsidRPr="00240C29">
              <w:rPr>
                <w:szCs w:val="24"/>
              </w:rPr>
              <w:t xml:space="preserve"> a la </w:t>
            </w:r>
            <w:proofErr w:type="spellStart"/>
            <w:r w:rsidRPr="00240C29">
              <w:rPr>
                <w:szCs w:val="24"/>
              </w:rPr>
              <w:t>grec</w:t>
            </w:r>
            <w:proofErr w:type="spellEnd"/>
          </w:p>
        </w:tc>
        <w:tc>
          <w:tcPr>
            <w:tcW w:w="1701" w:type="dxa"/>
            <w:tcMar>
              <w:top w:w="80" w:type="dxa"/>
              <w:left w:w="90" w:type="dxa"/>
              <w:bottom w:w="80" w:type="dxa"/>
              <w:right w:w="90" w:type="dxa"/>
            </w:tcMar>
            <w:vAlign w:val="center"/>
          </w:tcPr>
          <w:p w14:paraId="45A1052F" w14:textId="77777777" w:rsidR="00F678CC" w:rsidRPr="00240C29" w:rsidRDefault="00F678CC" w:rsidP="00EA4E43">
            <w:pPr>
              <w:ind w:firstLine="0"/>
              <w:jc w:val="center"/>
              <w:rPr>
                <w:szCs w:val="24"/>
              </w:rPr>
            </w:pPr>
            <w:r w:rsidRPr="00240C29">
              <w:rPr>
                <w:szCs w:val="24"/>
              </w:rPr>
              <w:t>400 gr.</w:t>
            </w:r>
          </w:p>
        </w:tc>
      </w:tr>
      <w:tr w:rsidR="00F678CC" w:rsidRPr="00240C29" w14:paraId="10DF20E1" w14:textId="77777777">
        <w:trPr>
          <w:jc w:val="center"/>
        </w:trPr>
        <w:tc>
          <w:tcPr>
            <w:tcW w:w="850" w:type="dxa"/>
            <w:tcMar>
              <w:top w:w="80" w:type="dxa"/>
              <w:left w:w="90" w:type="dxa"/>
              <w:bottom w:w="80" w:type="dxa"/>
              <w:right w:w="90" w:type="dxa"/>
            </w:tcMar>
            <w:vAlign w:val="center"/>
          </w:tcPr>
          <w:p w14:paraId="2AF2941B"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37289B7D" w14:textId="77777777" w:rsidR="00F678CC" w:rsidRPr="00240C29" w:rsidRDefault="00F678CC" w:rsidP="00EA4E43">
            <w:pPr>
              <w:ind w:firstLine="0"/>
              <w:rPr>
                <w:szCs w:val="24"/>
              </w:rPr>
            </w:pPr>
            <w:r w:rsidRPr="00240C29">
              <w:rPr>
                <w:szCs w:val="24"/>
              </w:rPr>
              <w:t xml:space="preserve">Ciorba de legume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2BE1CF6C" w14:textId="77777777" w:rsidR="00F678CC" w:rsidRPr="00240C29" w:rsidRDefault="00F678CC" w:rsidP="00EA4E43">
            <w:pPr>
              <w:ind w:firstLine="0"/>
              <w:jc w:val="center"/>
              <w:rPr>
                <w:szCs w:val="24"/>
              </w:rPr>
            </w:pPr>
            <w:r w:rsidRPr="00240C29">
              <w:rPr>
                <w:szCs w:val="24"/>
              </w:rPr>
              <w:t>400 gr.</w:t>
            </w:r>
          </w:p>
        </w:tc>
      </w:tr>
      <w:tr w:rsidR="00F678CC" w:rsidRPr="00240C29" w14:paraId="258E9C44" w14:textId="77777777">
        <w:trPr>
          <w:jc w:val="center"/>
        </w:trPr>
        <w:tc>
          <w:tcPr>
            <w:tcW w:w="850" w:type="dxa"/>
            <w:tcMar>
              <w:top w:w="80" w:type="dxa"/>
              <w:left w:w="90" w:type="dxa"/>
              <w:bottom w:w="80" w:type="dxa"/>
              <w:right w:w="90" w:type="dxa"/>
            </w:tcMar>
            <w:vAlign w:val="center"/>
          </w:tcPr>
          <w:p w14:paraId="5AFD0585"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37C9987B"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varza</w:t>
            </w:r>
            <w:proofErr w:type="spellEnd"/>
            <w:r w:rsidRPr="00240C29">
              <w:rPr>
                <w:szCs w:val="24"/>
              </w:rPr>
              <w:t xml:space="preserve"> alba</w:t>
            </w:r>
          </w:p>
        </w:tc>
        <w:tc>
          <w:tcPr>
            <w:tcW w:w="1701" w:type="dxa"/>
            <w:tcMar>
              <w:top w:w="80" w:type="dxa"/>
              <w:left w:w="90" w:type="dxa"/>
              <w:bottom w:w="80" w:type="dxa"/>
              <w:right w:w="90" w:type="dxa"/>
            </w:tcMar>
            <w:vAlign w:val="center"/>
          </w:tcPr>
          <w:p w14:paraId="4BEB865E" w14:textId="77777777" w:rsidR="00F678CC" w:rsidRPr="00240C29" w:rsidRDefault="00F678CC" w:rsidP="00EA4E43">
            <w:pPr>
              <w:ind w:firstLine="0"/>
              <w:jc w:val="center"/>
              <w:rPr>
                <w:szCs w:val="24"/>
              </w:rPr>
            </w:pPr>
            <w:r w:rsidRPr="00240C29">
              <w:rPr>
                <w:szCs w:val="24"/>
              </w:rPr>
              <w:t>400 gr.</w:t>
            </w:r>
          </w:p>
        </w:tc>
      </w:tr>
      <w:tr w:rsidR="00F678CC" w:rsidRPr="00240C29" w14:paraId="09067B82" w14:textId="77777777">
        <w:trPr>
          <w:jc w:val="center"/>
        </w:trPr>
        <w:tc>
          <w:tcPr>
            <w:tcW w:w="850" w:type="dxa"/>
            <w:tcMar>
              <w:top w:w="80" w:type="dxa"/>
              <w:left w:w="90" w:type="dxa"/>
              <w:bottom w:w="80" w:type="dxa"/>
              <w:right w:w="90" w:type="dxa"/>
            </w:tcMar>
            <w:vAlign w:val="center"/>
          </w:tcPr>
          <w:p w14:paraId="6B0DA78E" w14:textId="77777777" w:rsidR="00F678CC" w:rsidRPr="00240C29" w:rsidRDefault="00F678CC" w:rsidP="00EA4E43">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05E1DE09" w14:textId="77777777" w:rsidR="00F678CC" w:rsidRPr="00240C29" w:rsidRDefault="00F678CC" w:rsidP="00EA4E43">
            <w:pPr>
              <w:ind w:firstLine="0"/>
              <w:rPr>
                <w:szCs w:val="24"/>
              </w:rPr>
            </w:pPr>
            <w:r w:rsidRPr="00240C29">
              <w:rPr>
                <w:szCs w:val="24"/>
              </w:rPr>
              <w:t xml:space="preserve">Ciorba de </w:t>
            </w:r>
            <w:proofErr w:type="spellStart"/>
            <w:r w:rsidRPr="00240C29">
              <w:rPr>
                <w:szCs w:val="24"/>
              </w:rPr>
              <w:t>potroace</w:t>
            </w:r>
            <w:proofErr w:type="spellEnd"/>
          </w:p>
        </w:tc>
        <w:tc>
          <w:tcPr>
            <w:tcW w:w="1701" w:type="dxa"/>
            <w:tcMar>
              <w:top w:w="80" w:type="dxa"/>
              <w:left w:w="90" w:type="dxa"/>
              <w:bottom w:w="80" w:type="dxa"/>
              <w:right w:w="90" w:type="dxa"/>
            </w:tcMar>
            <w:vAlign w:val="center"/>
          </w:tcPr>
          <w:p w14:paraId="450FC507" w14:textId="77777777" w:rsidR="00F678CC" w:rsidRPr="00240C29" w:rsidRDefault="00F678CC" w:rsidP="00EA4E43">
            <w:pPr>
              <w:ind w:firstLine="0"/>
              <w:jc w:val="center"/>
              <w:rPr>
                <w:szCs w:val="24"/>
              </w:rPr>
            </w:pPr>
            <w:r w:rsidRPr="00240C29">
              <w:rPr>
                <w:szCs w:val="24"/>
              </w:rPr>
              <w:t>70/330 gr.</w:t>
            </w:r>
          </w:p>
        </w:tc>
      </w:tr>
      <w:tr w:rsidR="00F678CC" w:rsidRPr="00240C29" w14:paraId="52727900" w14:textId="77777777">
        <w:trPr>
          <w:jc w:val="center"/>
        </w:trPr>
        <w:tc>
          <w:tcPr>
            <w:tcW w:w="850" w:type="dxa"/>
            <w:tcMar>
              <w:top w:w="80" w:type="dxa"/>
              <w:left w:w="90" w:type="dxa"/>
              <w:bottom w:w="80" w:type="dxa"/>
              <w:right w:w="90" w:type="dxa"/>
            </w:tcMar>
            <w:vAlign w:val="center"/>
          </w:tcPr>
          <w:p w14:paraId="58BCD529" w14:textId="77777777" w:rsidR="00F678CC" w:rsidRPr="00240C29" w:rsidRDefault="00F678CC" w:rsidP="00EA4E43">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5F4A62CE" w14:textId="77777777" w:rsidR="00F678CC" w:rsidRPr="00240C29" w:rsidRDefault="00F678CC" w:rsidP="00EA4E43">
            <w:pPr>
              <w:ind w:firstLine="0"/>
              <w:rPr>
                <w:szCs w:val="24"/>
              </w:rPr>
            </w:pPr>
            <w:r w:rsidRPr="00240C29">
              <w:rPr>
                <w:szCs w:val="24"/>
              </w:rPr>
              <w:t>Ciorba de crap</w:t>
            </w:r>
          </w:p>
        </w:tc>
        <w:tc>
          <w:tcPr>
            <w:tcW w:w="1701" w:type="dxa"/>
            <w:tcMar>
              <w:top w:w="80" w:type="dxa"/>
              <w:left w:w="90" w:type="dxa"/>
              <w:bottom w:w="80" w:type="dxa"/>
              <w:right w:w="90" w:type="dxa"/>
            </w:tcMar>
            <w:vAlign w:val="center"/>
          </w:tcPr>
          <w:p w14:paraId="43BD5BAB" w14:textId="77777777" w:rsidR="00F678CC" w:rsidRPr="00240C29" w:rsidRDefault="00F678CC" w:rsidP="00EA4E43">
            <w:pPr>
              <w:ind w:firstLine="0"/>
              <w:jc w:val="center"/>
              <w:rPr>
                <w:szCs w:val="24"/>
              </w:rPr>
            </w:pPr>
            <w:r w:rsidRPr="00240C29">
              <w:rPr>
                <w:szCs w:val="24"/>
              </w:rPr>
              <w:t>400 gr</w:t>
            </w:r>
          </w:p>
        </w:tc>
      </w:tr>
      <w:tr w:rsidR="00BE5687" w:rsidRPr="00240C29" w14:paraId="3D2FEAC0" w14:textId="77777777">
        <w:trPr>
          <w:jc w:val="center"/>
        </w:trPr>
        <w:tc>
          <w:tcPr>
            <w:tcW w:w="850" w:type="dxa"/>
            <w:tcMar>
              <w:top w:w="80" w:type="dxa"/>
              <w:left w:w="90" w:type="dxa"/>
              <w:bottom w:w="80" w:type="dxa"/>
              <w:right w:w="90" w:type="dxa"/>
            </w:tcMar>
            <w:vAlign w:val="center"/>
          </w:tcPr>
          <w:p w14:paraId="1CC02D49" w14:textId="0BF936F1" w:rsidR="00BE5687" w:rsidRPr="00240C29" w:rsidRDefault="00BE5687" w:rsidP="00BE5687">
            <w:pPr>
              <w:ind w:firstLine="0"/>
              <w:jc w:val="center"/>
              <w:rPr>
                <w:szCs w:val="24"/>
              </w:rPr>
            </w:pPr>
            <w:r>
              <w:rPr>
                <w:szCs w:val="24"/>
              </w:rPr>
              <w:t>20</w:t>
            </w:r>
          </w:p>
        </w:tc>
        <w:tc>
          <w:tcPr>
            <w:tcW w:w="7087" w:type="dxa"/>
            <w:tcMar>
              <w:top w:w="80" w:type="dxa"/>
              <w:left w:w="90" w:type="dxa"/>
              <w:bottom w:w="80" w:type="dxa"/>
              <w:right w:w="90" w:type="dxa"/>
            </w:tcMar>
            <w:vAlign w:val="center"/>
          </w:tcPr>
          <w:p w14:paraId="13960624" w14:textId="76E80A71" w:rsidR="00BE5687" w:rsidRPr="00BE5687" w:rsidRDefault="00BE5687" w:rsidP="00BE5687">
            <w:pPr>
              <w:ind w:firstLine="0"/>
              <w:rPr>
                <w:szCs w:val="24"/>
              </w:rPr>
            </w:pPr>
            <w:r w:rsidRPr="00BE5687">
              <w:t xml:space="preserve">Ciorba de </w:t>
            </w:r>
            <w:proofErr w:type="spellStart"/>
            <w:r w:rsidRPr="00BE5687">
              <w:t>pui</w:t>
            </w:r>
            <w:proofErr w:type="spellEnd"/>
            <w:r w:rsidRPr="00BE5687">
              <w:t xml:space="preserve"> a-la-</w:t>
            </w:r>
            <w:proofErr w:type="spellStart"/>
            <w:r w:rsidRPr="00BE5687">
              <w:t>grec</w:t>
            </w:r>
            <w:proofErr w:type="spellEnd"/>
            <w:r w:rsidRPr="00BE5687">
              <w:t xml:space="preserve"> </w:t>
            </w:r>
            <w:r w:rsidRPr="00BE5687">
              <w:rPr>
                <w:color w:val="0000FF"/>
              </w:rPr>
              <w:t>/</w:t>
            </w:r>
            <w:proofErr w:type="spellStart"/>
            <w:r w:rsidRPr="00BE5687">
              <w:rPr>
                <w:color w:val="0000FF"/>
              </w:rPr>
              <w:t>radauteana</w:t>
            </w:r>
            <w:proofErr w:type="spellEnd"/>
            <w:r w:rsidRPr="00BE5687">
              <w:rPr>
                <w:color w:val="0000FF"/>
              </w:rPr>
              <w:t xml:space="preserve"> </w:t>
            </w:r>
          </w:p>
        </w:tc>
        <w:tc>
          <w:tcPr>
            <w:tcW w:w="1701" w:type="dxa"/>
            <w:tcMar>
              <w:top w:w="80" w:type="dxa"/>
              <w:left w:w="90" w:type="dxa"/>
              <w:bottom w:w="80" w:type="dxa"/>
              <w:right w:w="90" w:type="dxa"/>
            </w:tcMar>
            <w:vAlign w:val="center"/>
          </w:tcPr>
          <w:p w14:paraId="7D764487" w14:textId="3EE59334" w:rsidR="00BE5687" w:rsidRPr="00BE5687" w:rsidRDefault="00BE5687" w:rsidP="00BE5687">
            <w:pPr>
              <w:ind w:firstLine="0"/>
              <w:jc w:val="center"/>
              <w:rPr>
                <w:szCs w:val="24"/>
              </w:rPr>
            </w:pPr>
            <w:r w:rsidRPr="00BE5687">
              <w:t>160/240 gr.</w:t>
            </w:r>
          </w:p>
        </w:tc>
      </w:tr>
    </w:tbl>
    <w:p w14:paraId="0C98D297" w14:textId="77777777" w:rsidR="00F678CC" w:rsidRPr="00240C29" w:rsidRDefault="00F678CC" w:rsidP="00EA4E43">
      <w:pPr>
        <w:ind w:firstLine="0"/>
        <w:rPr>
          <w:szCs w:val="24"/>
        </w:rPr>
      </w:pPr>
    </w:p>
    <w:p w14:paraId="5DD3994F" w14:textId="77777777" w:rsidR="00F678CC" w:rsidRPr="00240C29" w:rsidRDefault="00F678CC" w:rsidP="00EA4E43">
      <w:pPr>
        <w:ind w:firstLine="0"/>
        <w:rPr>
          <w:szCs w:val="24"/>
        </w:rPr>
      </w:pPr>
      <w:r w:rsidRPr="00240C29">
        <w:rPr>
          <w:b/>
          <w:szCs w:val="24"/>
        </w:rPr>
        <w:t>BORSURI</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0FD4675F" w14:textId="77777777">
        <w:trPr>
          <w:tblHeader/>
          <w:jc w:val="center"/>
        </w:trPr>
        <w:tc>
          <w:tcPr>
            <w:tcW w:w="850" w:type="dxa"/>
            <w:shd w:val="clear" w:color="auto" w:fill="D9D9D9"/>
            <w:tcMar>
              <w:top w:w="80" w:type="dxa"/>
              <w:left w:w="90" w:type="dxa"/>
              <w:bottom w:w="80" w:type="dxa"/>
              <w:right w:w="90" w:type="dxa"/>
            </w:tcMar>
            <w:vAlign w:val="center"/>
          </w:tcPr>
          <w:p w14:paraId="19AD5D38"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2ADDE7F0"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1E17BDAD"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3F5EB6D" w14:textId="77777777">
        <w:trPr>
          <w:jc w:val="center"/>
        </w:trPr>
        <w:tc>
          <w:tcPr>
            <w:tcW w:w="850" w:type="dxa"/>
            <w:tcMar>
              <w:top w:w="80" w:type="dxa"/>
              <w:left w:w="90" w:type="dxa"/>
              <w:bottom w:w="80" w:type="dxa"/>
              <w:right w:w="90" w:type="dxa"/>
            </w:tcMar>
            <w:vAlign w:val="center"/>
          </w:tcPr>
          <w:p w14:paraId="628E72F6"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0DDD4433" w14:textId="77777777" w:rsidR="00F678CC" w:rsidRPr="00240C29" w:rsidRDefault="00F678CC" w:rsidP="00EA4E43">
            <w:pPr>
              <w:ind w:firstLine="0"/>
              <w:rPr>
                <w:szCs w:val="24"/>
              </w:rPr>
            </w:pPr>
            <w:r w:rsidRPr="00240C29">
              <w:rPr>
                <w:szCs w:val="24"/>
              </w:rPr>
              <w:t xml:space="preserve">Bors </w:t>
            </w:r>
            <w:proofErr w:type="spellStart"/>
            <w:r w:rsidRPr="00240C29">
              <w:rPr>
                <w:szCs w:val="24"/>
              </w:rPr>
              <w:t>moldovenesc</w:t>
            </w:r>
            <w:proofErr w:type="spellEnd"/>
            <w:r w:rsidRPr="00240C29">
              <w:rPr>
                <w:szCs w:val="24"/>
              </w:rPr>
              <w:t xml:space="preserve"> de </w:t>
            </w:r>
            <w:proofErr w:type="spellStart"/>
            <w:r w:rsidRPr="00240C29">
              <w:rPr>
                <w:szCs w:val="24"/>
              </w:rPr>
              <w:t>vitel</w:t>
            </w:r>
            <w:proofErr w:type="spellEnd"/>
          </w:p>
        </w:tc>
        <w:tc>
          <w:tcPr>
            <w:tcW w:w="1701" w:type="dxa"/>
            <w:tcMar>
              <w:top w:w="80" w:type="dxa"/>
              <w:left w:w="90" w:type="dxa"/>
              <w:bottom w:w="80" w:type="dxa"/>
              <w:right w:w="90" w:type="dxa"/>
            </w:tcMar>
            <w:vAlign w:val="center"/>
          </w:tcPr>
          <w:p w14:paraId="7C8E2387" w14:textId="77777777" w:rsidR="00F678CC" w:rsidRPr="00240C29" w:rsidRDefault="00F678CC" w:rsidP="00EA4E43">
            <w:pPr>
              <w:ind w:firstLine="0"/>
              <w:jc w:val="center"/>
              <w:rPr>
                <w:szCs w:val="24"/>
              </w:rPr>
            </w:pPr>
            <w:r w:rsidRPr="00240C29">
              <w:rPr>
                <w:szCs w:val="24"/>
              </w:rPr>
              <w:t>80/320 gr.</w:t>
            </w:r>
          </w:p>
        </w:tc>
      </w:tr>
      <w:tr w:rsidR="00F678CC" w:rsidRPr="00240C29" w14:paraId="23104872" w14:textId="77777777">
        <w:trPr>
          <w:jc w:val="center"/>
        </w:trPr>
        <w:tc>
          <w:tcPr>
            <w:tcW w:w="850" w:type="dxa"/>
            <w:tcMar>
              <w:top w:w="80" w:type="dxa"/>
              <w:left w:w="90" w:type="dxa"/>
              <w:bottom w:w="80" w:type="dxa"/>
              <w:right w:w="90" w:type="dxa"/>
            </w:tcMar>
            <w:vAlign w:val="center"/>
          </w:tcPr>
          <w:p w14:paraId="3C559854"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3AC19F5D" w14:textId="77777777" w:rsidR="00F678CC" w:rsidRPr="00240C29" w:rsidRDefault="00F678CC" w:rsidP="00EA4E43">
            <w:pPr>
              <w:ind w:firstLine="0"/>
              <w:rPr>
                <w:szCs w:val="24"/>
              </w:rPr>
            </w:pPr>
            <w:r w:rsidRPr="00240C29">
              <w:rPr>
                <w:szCs w:val="24"/>
              </w:rPr>
              <w:t xml:space="preserve">Bors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310B8C40" w14:textId="77777777" w:rsidR="00F678CC" w:rsidRPr="00240C29" w:rsidRDefault="00F678CC" w:rsidP="00EA4E43">
            <w:pPr>
              <w:ind w:firstLine="0"/>
              <w:jc w:val="center"/>
              <w:rPr>
                <w:szCs w:val="24"/>
              </w:rPr>
            </w:pPr>
            <w:r w:rsidRPr="00240C29">
              <w:rPr>
                <w:szCs w:val="24"/>
              </w:rPr>
              <w:t>100/300 gr.</w:t>
            </w:r>
          </w:p>
        </w:tc>
      </w:tr>
      <w:tr w:rsidR="00F678CC" w:rsidRPr="00240C29" w14:paraId="0B13569A" w14:textId="77777777">
        <w:trPr>
          <w:jc w:val="center"/>
        </w:trPr>
        <w:tc>
          <w:tcPr>
            <w:tcW w:w="850" w:type="dxa"/>
            <w:tcMar>
              <w:top w:w="80" w:type="dxa"/>
              <w:left w:w="90" w:type="dxa"/>
              <w:bottom w:w="80" w:type="dxa"/>
              <w:right w:w="90" w:type="dxa"/>
            </w:tcMar>
            <w:vAlign w:val="center"/>
          </w:tcPr>
          <w:p w14:paraId="42B8050C"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28A669B7" w14:textId="77777777" w:rsidR="00F678CC" w:rsidRPr="00240C29" w:rsidRDefault="00F678CC" w:rsidP="00EA4E43">
            <w:pPr>
              <w:ind w:firstLine="0"/>
              <w:rPr>
                <w:szCs w:val="24"/>
              </w:rPr>
            </w:pPr>
            <w:r w:rsidRPr="00240C29">
              <w:rPr>
                <w:szCs w:val="24"/>
              </w:rPr>
              <w:t xml:space="preserve">Bors </w:t>
            </w:r>
            <w:proofErr w:type="spellStart"/>
            <w:r w:rsidRPr="00240C29">
              <w:rPr>
                <w:szCs w:val="24"/>
              </w:rPr>
              <w:t>moldovenesc</w:t>
            </w:r>
            <w:proofErr w:type="spellEnd"/>
            <w:r w:rsidRPr="00240C29">
              <w:rPr>
                <w:szCs w:val="24"/>
              </w:rPr>
              <w:t xml:space="preserve"> din carne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1332487B" w14:textId="77777777" w:rsidR="00F678CC" w:rsidRPr="00240C29" w:rsidRDefault="00F678CC" w:rsidP="00EA4E43">
            <w:pPr>
              <w:ind w:firstLine="0"/>
              <w:jc w:val="center"/>
              <w:rPr>
                <w:szCs w:val="24"/>
              </w:rPr>
            </w:pPr>
            <w:r w:rsidRPr="00240C29">
              <w:rPr>
                <w:szCs w:val="24"/>
              </w:rPr>
              <w:t>50/350 gr.</w:t>
            </w:r>
          </w:p>
        </w:tc>
      </w:tr>
      <w:tr w:rsidR="00F678CC" w:rsidRPr="00240C29" w14:paraId="6BD8E04B" w14:textId="77777777">
        <w:trPr>
          <w:jc w:val="center"/>
        </w:trPr>
        <w:tc>
          <w:tcPr>
            <w:tcW w:w="850" w:type="dxa"/>
            <w:tcMar>
              <w:top w:w="80" w:type="dxa"/>
              <w:left w:w="90" w:type="dxa"/>
              <w:bottom w:w="80" w:type="dxa"/>
              <w:right w:w="90" w:type="dxa"/>
            </w:tcMar>
            <w:vAlign w:val="center"/>
          </w:tcPr>
          <w:p w14:paraId="7FEE0318"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68F9B5EA" w14:textId="77777777" w:rsidR="00F678CC" w:rsidRPr="00240C29" w:rsidRDefault="00F678CC" w:rsidP="00EA4E43">
            <w:pPr>
              <w:ind w:firstLine="0"/>
              <w:rPr>
                <w:szCs w:val="24"/>
              </w:rPr>
            </w:pPr>
            <w:r w:rsidRPr="00240C29">
              <w:rPr>
                <w:szCs w:val="24"/>
              </w:rPr>
              <w:t xml:space="preserve">Bors a la </w:t>
            </w:r>
            <w:proofErr w:type="spellStart"/>
            <w:r w:rsidRPr="00240C29">
              <w:rPr>
                <w:szCs w:val="24"/>
              </w:rPr>
              <w:t>rus</w:t>
            </w:r>
            <w:proofErr w:type="spellEnd"/>
          </w:p>
        </w:tc>
        <w:tc>
          <w:tcPr>
            <w:tcW w:w="1701" w:type="dxa"/>
            <w:tcMar>
              <w:top w:w="80" w:type="dxa"/>
              <w:left w:w="90" w:type="dxa"/>
              <w:bottom w:w="80" w:type="dxa"/>
              <w:right w:w="90" w:type="dxa"/>
            </w:tcMar>
            <w:vAlign w:val="center"/>
          </w:tcPr>
          <w:p w14:paraId="4EC4B822" w14:textId="77777777" w:rsidR="00F678CC" w:rsidRPr="00240C29" w:rsidRDefault="00F678CC" w:rsidP="00EA4E43">
            <w:pPr>
              <w:ind w:firstLine="0"/>
              <w:jc w:val="center"/>
              <w:rPr>
                <w:szCs w:val="24"/>
              </w:rPr>
            </w:pPr>
            <w:r w:rsidRPr="00240C29">
              <w:rPr>
                <w:szCs w:val="24"/>
              </w:rPr>
              <w:t>50/350 gr.</w:t>
            </w:r>
          </w:p>
        </w:tc>
      </w:tr>
      <w:tr w:rsidR="00F678CC" w:rsidRPr="00240C29" w14:paraId="6DEC8F64" w14:textId="77777777">
        <w:trPr>
          <w:jc w:val="center"/>
        </w:trPr>
        <w:tc>
          <w:tcPr>
            <w:tcW w:w="850" w:type="dxa"/>
            <w:tcMar>
              <w:top w:w="80" w:type="dxa"/>
              <w:left w:w="90" w:type="dxa"/>
              <w:bottom w:w="80" w:type="dxa"/>
              <w:right w:w="90" w:type="dxa"/>
            </w:tcMar>
            <w:vAlign w:val="center"/>
          </w:tcPr>
          <w:p w14:paraId="7A218551"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7304802A" w14:textId="77777777" w:rsidR="00F678CC" w:rsidRPr="00240C29" w:rsidRDefault="00F678CC" w:rsidP="00EA4E43">
            <w:pPr>
              <w:ind w:firstLine="0"/>
              <w:rPr>
                <w:szCs w:val="24"/>
              </w:rPr>
            </w:pPr>
            <w:r w:rsidRPr="00240C29">
              <w:rPr>
                <w:szCs w:val="24"/>
              </w:rPr>
              <w:t xml:space="preserve">Bors de </w:t>
            </w:r>
            <w:proofErr w:type="spellStart"/>
            <w:r w:rsidRPr="00240C29">
              <w:rPr>
                <w:szCs w:val="24"/>
              </w:rPr>
              <w:t>sfecla</w:t>
            </w:r>
            <w:proofErr w:type="spellEnd"/>
            <w:r w:rsidRPr="00240C29">
              <w:rPr>
                <w:szCs w:val="24"/>
              </w:rPr>
              <w:t xml:space="preserve"> a la Cluj</w:t>
            </w:r>
          </w:p>
        </w:tc>
        <w:tc>
          <w:tcPr>
            <w:tcW w:w="1701" w:type="dxa"/>
            <w:tcMar>
              <w:top w:w="80" w:type="dxa"/>
              <w:left w:w="90" w:type="dxa"/>
              <w:bottom w:w="80" w:type="dxa"/>
              <w:right w:w="90" w:type="dxa"/>
            </w:tcMar>
            <w:vAlign w:val="center"/>
          </w:tcPr>
          <w:p w14:paraId="0EB5C252" w14:textId="77777777" w:rsidR="00F678CC" w:rsidRPr="00240C29" w:rsidRDefault="00F678CC" w:rsidP="00EA4E43">
            <w:pPr>
              <w:ind w:firstLine="0"/>
              <w:jc w:val="center"/>
              <w:rPr>
                <w:szCs w:val="24"/>
              </w:rPr>
            </w:pPr>
            <w:r w:rsidRPr="00240C29">
              <w:rPr>
                <w:szCs w:val="24"/>
              </w:rPr>
              <w:t>50/350 gr.</w:t>
            </w:r>
          </w:p>
        </w:tc>
      </w:tr>
      <w:tr w:rsidR="00F678CC" w:rsidRPr="00240C29" w14:paraId="432CEE08" w14:textId="77777777">
        <w:trPr>
          <w:jc w:val="center"/>
        </w:trPr>
        <w:tc>
          <w:tcPr>
            <w:tcW w:w="850" w:type="dxa"/>
            <w:tcMar>
              <w:top w:w="80" w:type="dxa"/>
              <w:left w:w="90" w:type="dxa"/>
              <w:bottom w:w="80" w:type="dxa"/>
              <w:right w:w="90" w:type="dxa"/>
            </w:tcMar>
            <w:vAlign w:val="center"/>
          </w:tcPr>
          <w:p w14:paraId="2745D3BC"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3CD8960F" w14:textId="77777777" w:rsidR="00F678CC" w:rsidRPr="00240C29" w:rsidRDefault="00F678CC" w:rsidP="00EA4E43">
            <w:pPr>
              <w:ind w:firstLine="0"/>
              <w:rPr>
                <w:szCs w:val="24"/>
              </w:rPr>
            </w:pPr>
            <w:r w:rsidRPr="00240C29">
              <w:rPr>
                <w:szCs w:val="24"/>
              </w:rPr>
              <w:t xml:space="preserve">Bors </w:t>
            </w:r>
            <w:proofErr w:type="spellStart"/>
            <w:r w:rsidRPr="00240C29">
              <w:rPr>
                <w:szCs w:val="24"/>
              </w:rPr>
              <w:t>taranesc</w:t>
            </w:r>
            <w:proofErr w:type="spellEnd"/>
            <w:r w:rsidRPr="00240C29">
              <w:rPr>
                <w:szCs w:val="24"/>
              </w:rPr>
              <w:t xml:space="preserve"> de legume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5C019138" w14:textId="77777777" w:rsidR="00F678CC" w:rsidRPr="00240C29" w:rsidRDefault="00F678CC" w:rsidP="00EA4E43">
            <w:pPr>
              <w:ind w:firstLine="0"/>
              <w:jc w:val="center"/>
              <w:rPr>
                <w:szCs w:val="24"/>
              </w:rPr>
            </w:pPr>
            <w:r w:rsidRPr="00240C29">
              <w:rPr>
                <w:szCs w:val="24"/>
              </w:rPr>
              <w:t>400 gr</w:t>
            </w:r>
          </w:p>
        </w:tc>
      </w:tr>
      <w:tr w:rsidR="00F678CC" w:rsidRPr="00240C29" w14:paraId="6BE0313D" w14:textId="77777777">
        <w:trPr>
          <w:jc w:val="center"/>
        </w:trPr>
        <w:tc>
          <w:tcPr>
            <w:tcW w:w="850" w:type="dxa"/>
            <w:tcMar>
              <w:top w:w="80" w:type="dxa"/>
              <w:left w:w="90" w:type="dxa"/>
              <w:bottom w:w="80" w:type="dxa"/>
              <w:right w:w="90" w:type="dxa"/>
            </w:tcMar>
            <w:vAlign w:val="center"/>
          </w:tcPr>
          <w:p w14:paraId="2DB476D5"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7F3F9F9E" w14:textId="77777777" w:rsidR="00F678CC" w:rsidRPr="00240C29" w:rsidRDefault="00F678CC" w:rsidP="00EA4E43">
            <w:pPr>
              <w:ind w:firstLine="0"/>
              <w:rPr>
                <w:szCs w:val="24"/>
              </w:rPr>
            </w:pPr>
            <w:r w:rsidRPr="00240C29">
              <w:rPr>
                <w:szCs w:val="24"/>
              </w:rPr>
              <w:t>Bors de crap</w:t>
            </w:r>
          </w:p>
        </w:tc>
        <w:tc>
          <w:tcPr>
            <w:tcW w:w="1701" w:type="dxa"/>
            <w:tcMar>
              <w:top w:w="80" w:type="dxa"/>
              <w:left w:w="90" w:type="dxa"/>
              <w:bottom w:w="80" w:type="dxa"/>
              <w:right w:w="90" w:type="dxa"/>
            </w:tcMar>
            <w:vAlign w:val="center"/>
          </w:tcPr>
          <w:p w14:paraId="46DB7339" w14:textId="77777777" w:rsidR="00F678CC" w:rsidRPr="00240C29" w:rsidRDefault="00F678CC" w:rsidP="00EA4E43">
            <w:pPr>
              <w:ind w:firstLine="0"/>
              <w:jc w:val="center"/>
              <w:rPr>
                <w:szCs w:val="24"/>
              </w:rPr>
            </w:pPr>
            <w:r w:rsidRPr="00240C29">
              <w:rPr>
                <w:szCs w:val="24"/>
              </w:rPr>
              <w:t>130 gr</w:t>
            </w:r>
          </w:p>
        </w:tc>
      </w:tr>
    </w:tbl>
    <w:p w14:paraId="12CDE1B5" w14:textId="77777777" w:rsidR="00F678CC" w:rsidRPr="00240C29" w:rsidRDefault="00F678CC" w:rsidP="00EA4E43">
      <w:pPr>
        <w:ind w:firstLine="0"/>
        <w:rPr>
          <w:szCs w:val="24"/>
        </w:rPr>
      </w:pPr>
    </w:p>
    <w:p w14:paraId="7F5889A2" w14:textId="77777777" w:rsidR="00F678CC" w:rsidRPr="00240C29" w:rsidRDefault="00F678CC" w:rsidP="00EA4E43">
      <w:pPr>
        <w:ind w:firstLine="0"/>
        <w:rPr>
          <w:szCs w:val="24"/>
        </w:rPr>
      </w:pPr>
      <w:r w:rsidRPr="00240C29">
        <w:rPr>
          <w:b/>
          <w:szCs w:val="24"/>
        </w:rPr>
        <w:t>PREPARATE FARA CARNE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7BCCAE2D" w14:textId="77777777">
        <w:trPr>
          <w:tblHeader/>
          <w:jc w:val="center"/>
        </w:trPr>
        <w:tc>
          <w:tcPr>
            <w:tcW w:w="850" w:type="dxa"/>
            <w:shd w:val="clear" w:color="auto" w:fill="D9D9D9"/>
            <w:tcMar>
              <w:top w:w="80" w:type="dxa"/>
              <w:left w:w="90" w:type="dxa"/>
              <w:bottom w:w="80" w:type="dxa"/>
              <w:right w:w="90" w:type="dxa"/>
            </w:tcMar>
            <w:vAlign w:val="center"/>
          </w:tcPr>
          <w:p w14:paraId="02A5047D"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0FA9F3F9"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060152A8"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F5853BF" w14:textId="77777777">
        <w:trPr>
          <w:jc w:val="center"/>
        </w:trPr>
        <w:tc>
          <w:tcPr>
            <w:tcW w:w="850" w:type="dxa"/>
            <w:tcMar>
              <w:top w:w="80" w:type="dxa"/>
              <w:left w:w="90" w:type="dxa"/>
              <w:bottom w:w="80" w:type="dxa"/>
              <w:right w:w="90" w:type="dxa"/>
            </w:tcMar>
            <w:vAlign w:val="center"/>
          </w:tcPr>
          <w:p w14:paraId="7642E88F"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7FE0ABA8" w14:textId="77777777" w:rsidR="00F678CC" w:rsidRPr="00240C29" w:rsidRDefault="00F678CC" w:rsidP="00EA4E43">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legume </w:t>
            </w:r>
            <w:proofErr w:type="spellStart"/>
            <w:r w:rsidRPr="00240C29">
              <w:rPr>
                <w:szCs w:val="24"/>
              </w:rPr>
              <w:t>si</w:t>
            </w:r>
            <w:proofErr w:type="spellEnd"/>
            <w:r w:rsidRPr="00240C29">
              <w:rPr>
                <w:szCs w:val="24"/>
              </w:rPr>
              <w:t xml:space="preserve"> </w:t>
            </w:r>
            <w:proofErr w:type="spellStart"/>
            <w:r w:rsidRPr="00240C29">
              <w:rPr>
                <w:szCs w:val="24"/>
              </w:rPr>
              <w:t>sos</w:t>
            </w:r>
            <w:proofErr w:type="spellEnd"/>
            <w:r w:rsidRPr="00240C29">
              <w:rPr>
                <w:szCs w:val="24"/>
              </w:rPr>
              <w:t xml:space="preserve"> </w:t>
            </w:r>
            <w:proofErr w:type="spellStart"/>
            <w:r w:rsidRPr="00240C29">
              <w:rPr>
                <w:szCs w:val="24"/>
              </w:rPr>
              <w:t>tomat</w:t>
            </w:r>
            <w:proofErr w:type="spellEnd"/>
          </w:p>
        </w:tc>
        <w:tc>
          <w:tcPr>
            <w:tcW w:w="1701" w:type="dxa"/>
            <w:tcMar>
              <w:top w:w="80" w:type="dxa"/>
              <w:left w:w="90" w:type="dxa"/>
              <w:bottom w:w="80" w:type="dxa"/>
              <w:right w:w="90" w:type="dxa"/>
            </w:tcMar>
            <w:vAlign w:val="center"/>
          </w:tcPr>
          <w:p w14:paraId="69265A05" w14:textId="77777777" w:rsidR="00F678CC" w:rsidRPr="00240C29" w:rsidRDefault="00F678CC" w:rsidP="00EA4E43">
            <w:pPr>
              <w:ind w:firstLine="0"/>
              <w:jc w:val="center"/>
              <w:rPr>
                <w:szCs w:val="24"/>
              </w:rPr>
            </w:pPr>
            <w:r w:rsidRPr="00240C29">
              <w:rPr>
                <w:szCs w:val="24"/>
              </w:rPr>
              <w:t>160/140 gr.</w:t>
            </w:r>
          </w:p>
        </w:tc>
      </w:tr>
      <w:tr w:rsidR="00F678CC" w:rsidRPr="00240C29" w14:paraId="4F453A5B" w14:textId="77777777">
        <w:trPr>
          <w:jc w:val="center"/>
        </w:trPr>
        <w:tc>
          <w:tcPr>
            <w:tcW w:w="850" w:type="dxa"/>
            <w:tcMar>
              <w:top w:w="80" w:type="dxa"/>
              <w:left w:w="90" w:type="dxa"/>
              <w:bottom w:w="80" w:type="dxa"/>
              <w:right w:w="90" w:type="dxa"/>
            </w:tcMar>
            <w:vAlign w:val="center"/>
          </w:tcPr>
          <w:p w14:paraId="7A91AFBC"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420FA81F" w14:textId="77777777" w:rsidR="00F678CC" w:rsidRPr="00240C29" w:rsidRDefault="00F678CC" w:rsidP="00EA4E43">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6DB18B98" w14:textId="77777777" w:rsidR="00F678CC" w:rsidRPr="00240C29" w:rsidRDefault="00F678CC" w:rsidP="00EA4E43">
            <w:pPr>
              <w:ind w:firstLine="0"/>
              <w:jc w:val="center"/>
              <w:rPr>
                <w:szCs w:val="24"/>
              </w:rPr>
            </w:pPr>
            <w:r w:rsidRPr="00240C29">
              <w:rPr>
                <w:szCs w:val="24"/>
              </w:rPr>
              <w:t>160/140 gr.</w:t>
            </w:r>
          </w:p>
        </w:tc>
      </w:tr>
      <w:tr w:rsidR="00F678CC" w:rsidRPr="00240C29" w14:paraId="36296EDE" w14:textId="77777777">
        <w:trPr>
          <w:jc w:val="center"/>
        </w:trPr>
        <w:tc>
          <w:tcPr>
            <w:tcW w:w="850" w:type="dxa"/>
            <w:tcMar>
              <w:top w:w="80" w:type="dxa"/>
              <w:left w:w="90" w:type="dxa"/>
              <w:bottom w:w="80" w:type="dxa"/>
              <w:right w:w="90" w:type="dxa"/>
            </w:tcMar>
            <w:vAlign w:val="center"/>
          </w:tcPr>
          <w:p w14:paraId="2DDCA3E1"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0487BB05" w14:textId="77777777" w:rsidR="00F678CC" w:rsidRPr="00240C29" w:rsidRDefault="00F678CC" w:rsidP="00EA4E43">
            <w:pPr>
              <w:ind w:firstLine="0"/>
              <w:rPr>
                <w:szCs w:val="24"/>
              </w:rPr>
            </w:pPr>
            <w:proofErr w:type="spellStart"/>
            <w:r w:rsidRPr="00240C29">
              <w:rPr>
                <w:szCs w:val="24"/>
              </w:rPr>
              <w:t>Budinca</w:t>
            </w:r>
            <w:proofErr w:type="spellEnd"/>
            <w:r w:rsidRPr="00240C29">
              <w:rPr>
                <w:szCs w:val="24"/>
              </w:rPr>
              <w:t xml:space="preserve"> de legume</w:t>
            </w:r>
          </w:p>
        </w:tc>
        <w:tc>
          <w:tcPr>
            <w:tcW w:w="1701" w:type="dxa"/>
            <w:tcMar>
              <w:top w:w="80" w:type="dxa"/>
              <w:left w:w="90" w:type="dxa"/>
              <w:bottom w:w="80" w:type="dxa"/>
              <w:right w:w="90" w:type="dxa"/>
            </w:tcMar>
            <w:vAlign w:val="center"/>
          </w:tcPr>
          <w:p w14:paraId="661E5ED8" w14:textId="77777777" w:rsidR="00F678CC" w:rsidRPr="00240C29" w:rsidRDefault="00F678CC" w:rsidP="00EA4E43">
            <w:pPr>
              <w:ind w:firstLine="0"/>
              <w:jc w:val="center"/>
              <w:rPr>
                <w:szCs w:val="24"/>
              </w:rPr>
            </w:pPr>
            <w:r w:rsidRPr="00240C29">
              <w:rPr>
                <w:szCs w:val="24"/>
              </w:rPr>
              <w:t>200 gr.</w:t>
            </w:r>
          </w:p>
        </w:tc>
      </w:tr>
      <w:tr w:rsidR="00F678CC" w:rsidRPr="00240C29" w14:paraId="0F4BC27D" w14:textId="77777777">
        <w:trPr>
          <w:jc w:val="center"/>
        </w:trPr>
        <w:tc>
          <w:tcPr>
            <w:tcW w:w="850" w:type="dxa"/>
            <w:tcMar>
              <w:top w:w="80" w:type="dxa"/>
              <w:left w:w="90" w:type="dxa"/>
              <w:bottom w:w="80" w:type="dxa"/>
              <w:right w:w="90" w:type="dxa"/>
            </w:tcMar>
            <w:vAlign w:val="center"/>
          </w:tcPr>
          <w:p w14:paraId="6E8F11CA"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01AA55BE" w14:textId="77777777" w:rsidR="00F678CC" w:rsidRPr="00240C29" w:rsidRDefault="00F678CC" w:rsidP="00EA4E43">
            <w:pPr>
              <w:ind w:firstLine="0"/>
              <w:rPr>
                <w:szCs w:val="24"/>
              </w:rPr>
            </w:pPr>
            <w:proofErr w:type="spellStart"/>
            <w:r w:rsidRPr="00240C29">
              <w:rPr>
                <w:szCs w:val="24"/>
              </w:rPr>
              <w:t>Budinca</w:t>
            </w:r>
            <w:proofErr w:type="spellEnd"/>
            <w:r w:rsidRPr="00240C29">
              <w:rPr>
                <w:szCs w:val="24"/>
              </w:rPr>
              <w:t xml:space="preserve"> de </w:t>
            </w:r>
            <w:proofErr w:type="spellStart"/>
            <w:r w:rsidRPr="00240C29">
              <w:rPr>
                <w:szCs w:val="24"/>
              </w:rPr>
              <w:t>spanac</w:t>
            </w:r>
            <w:proofErr w:type="spellEnd"/>
          </w:p>
        </w:tc>
        <w:tc>
          <w:tcPr>
            <w:tcW w:w="1701" w:type="dxa"/>
            <w:tcMar>
              <w:top w:w="80" w:type="dxa"/>
              <w:left w:w="90" w:type="dxa"/>
              <w:bottom w:w="80" w:type="dxa"/>
              <w:right w:w="90" w:type="dxa"/>
            </w:tcMar>
            <w:vAlign w:val="center"/>
          </w:tcPr>
          <w:p w14:paraId="7EA8081A" w14:textId="77777777" w:rsidR="00F678CC" w:rsidRPr="00240C29" w:rsidRDefault="00F678CC" w:rsidP="00EA4E43">
            <w:pPr>
              <w:ind w:firstLine="0"/>
              <w:jc w:val="center"/>
              <w:rPr>
                <w:szCs w:val="24"/>
              </w:rPr>
            </w:pPr>
            <w:r w:rsidRPr="00240C29">
              <w:rPr>
                <w:szCs w:val="24"/>
              </w:rPr>
              <w:t>220 gr.</w:t>
            </w:r>
          </w:p>
        </w:tc>
      </w:tr>
      <w:tr w:rsidR="00F678CC" w:rsidRPr="00240C29" w14:paraId="54FFE277" w14:textId="77777777">
        <w:trPr>
          <w:jc w:val="center"/>
        </w:trPr>
        <w:tc>
          <w:tcPr>
            <w:tcW w:w="850" w:type="dxa"/>
            <w:tcMar>
              <w:top w:w="80" w:type="dxa"/>
              <w:left w:w="90" w:type="dxa"/>
              <w:bottom w:w="80" w:type="dxa"/>
              <w:right w:w="90" w:type="dxa"/>
            </w:tcMar>
            <w:vAlign w:val="center"/>
          </w:tcPr>
          <w:p w14:paraId="6870E9C8" w14:textId="77777777" w:rsidR="00F678CC" w:rsidRPr="00240C29" w:rsidRDefault="00F678CC" w:rsidP="00EA4E43">
            <w:pPr>
              <w:ind w:firstLine="0"/>
              <w:jc w:val="center"/>
              <w:rPr>
                <w:szCs w:val="24"/>
              </w:rPr>
            </w:pPr>
            <w:r w:rsidRPr="00240C29">
              <w:rPr>
                <w:szCs w:val="24"/>
              </w:rPr>
              <w:lastRenderedPageBreak/>
              <w:t>5</w:t>
            </w:r>
          </w:p>
        </w:tc>
        <w:tc>
          <w:tcPr>
            <w:tcW w:w="7087" w:type="dxa"/>
            <w:tcMar>
              <w:top w:w="80" w:type="dxa"/>
              <w:left w:w="90" w:type="dxa"/>
              <w:bottom w:w="80" w:type="dxa"/>
              <w:right w:w="90" w:type="dxa"/>
            </w:tcMar>
            <w:vAlign w:val="center"/>
          </w:tcPr>
          <w:p w14:paraId="4EC59C96" w14:textId="77777777" w:rsidR="00F678CC" w:rsidRPr="00240C29" w:rsidRDefault="00F678CC" w:rsidP="00EA4E43">
            <w:pPr>
              <w:ind w:firstLine="0"/>
              <w:rPr>
                <w:szCs w:val="24"/>
              </w:rPr>
            </w:pPr>
            <w:proofErr w:type="spellStart"/>
            <w:r w:rsidRPr="00240C29">
              <w:rPr>
                <w:szCs w:val="24"/>
              </w:rPr>
              <w:t>Cartofi</w:t>
            </w:r>
            <w:proofErr w:type="spellEnd"/>
            <w:r w:rsidRPr="00240C29">
              <w:rPr>
                <w:szCs w:val="24"/>
              </w:rPr>
              <w:t xml:space="preserve"> </w:t>
            </w:r>
            <w:proofErr w:type="spellStart"/>
            <w:r w:rsidRPr="00240C29">
              <w:rPr>
                <w:szCs w:val="24"/>
              </w:rPr>
              <w:t>gratinati</w:t>
            </w:r>
            <w:proofErr w:type="spellEnd"/>
          </w:p>
        </w:tc>
        <w:tc>
          <w:tcPr>
            <w:tcW w:w="1701" w:type="dxa"/>
            <w:tcMar>
              <w:top w:w="80" w:type="dxa"/>
              <w:left w:w="90" w:type="dxa"/>
              <w:bottom w:w="80" w:type="dxa"/>
              <w:right w:w="90" w:type="dxa"/>
            </w:tcMar>
            <w:vAlign w:val="center"/>
          </w:tcPr>
          <w:p w14:paraId="0E14F4CC" w14:textId="77777777" w:rsidR="00F678CC" w:rsidRPr="00240C29" w:rsidRDefault="00F678CC" w:rsidP="00EA4E43">
            <w:pPr>
              <w:ind w:firstLine="0"/>
              <w:jc w:val="center"/>
              <w:rPr>
                <w:szCs w:val="24"/>
              </w:rPr>
            </w:pPr>
            <w:r w:rsidRPr="00240C29">
              <w:rPr>
                <w:szCs w:val="24"/>
              </w:rPr>
              <w:t>250 gr.</w:t>
            </w:r>
          </w:p>
        </w:tc>
      </w:tr>
      <w:tr w:rsidR="00F678CC" w:rsidRPr="00240C29" w14:paraId="14532FD9" w14:textId="77777777">
        <w:trPr>
          <w:jc w:val="center"/>
        </w:trPr>
        <w:tc>
          <w:tcPr>
            <w:tcW w:w="850" w:type="dxa"/>
            <w:tcMar>
              <w:top w:w="80" w:type="dxa"/>
              <w:left w:w="90" w:type="dxa"/>
              <w:bottom w:w="80" w:type="dxa"/>
              <w:right w:w="90" w:type="dxa"/>
            </w:tcMar>
            <w:vAlign w:val="center"/>
          </w:tcPr>
          <w:p w14:paraId="779FDD72"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4AFF6609" w14:textId="77777777" w:rsidR="00F678CC" w:rsidRPr="00240C29" w:rsidRDefault="00F678CC" w:rsidP="00EA4E43">
            <w:pPr>
              <w:ind w:firstLine="0"/>
              <w:rPr>
                <w:szCs w:val="24"/>
              </w:rPr>
            </w:pPr>
            <w:proofErr w:type="spellStart"/>
            <w:r w:rsidRPr="00240C29">
              <w:rPr>
                <w:szCs w:val="24"/>
              </w:rPr>
              <w:t>Cartofi</w:t>
            </w:r>
            <w:proofErr w:type="spellEnd"/>
            <w:r w:rsidRPr="00240C29">
              <w:rPr>
                <w:szCs w:val="24"/>
              </w:rPr>
              <w:t xml:space="preserve"> cu </w:t>
            </w:r>
            <w:proofErr w:type="spellStart"/>
            <w:r w:rsidRPr="00240C29">
              <w:rPr>
                <w:szCs w:val="24"/>
              </w:rPr>
              <w:t>unt</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42FA386B" w14:textId="77777777" w:rsidR="00F678CC" w:rsidRPr="00240C29" w:rsidRDefault="00F678CC" w:rsidP="00EA4E43">
            <w:pPr>
              <w:ind w:firstLine="0"/>
              <w:jc w:val="center"/>
              <w:rPr>
                <w:szCs w:val="24"/>
              </w:rPr>
            </w:pPr>
            <w:r w:rsidRPr="00240C29">
              <w:rPr>
                <w:szCs w:val="24"/>
              </w:rPr>
              <w:t>200/20/40 gr.</w:t>
            </w:r>
          </w:p>
        </w:tc>
      </w:tr>
      <w:tr w:rsidR="00F678CC" w:rsidRPr="00240C29" w14:paraId="358C7AC8" w14:textId="77777777">
        <w:trPr>
          <w:jc w:val="center"/>
        </w:trPr>
        <w:tc>
          <w:tcPr>
            <w:tcW w:w="850" w:type="dxa"/>
            <w:tcMar>
              <w:top w:w="80" w:type="dxa"/>
              <w:left w:w="90" w:type="dxa"/>
              <w:bottom w:w="80" w:type="dxa"/>
              <w:right w:w="90" w:type="dxa"/>
            </w:tcMar>
            <w:vAlign w:val="center"/>
          </w:tcPr>
          <w:p w14:paraId="565F5C8A"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236E09A1" w14:textId="77777777" w:rsidR="00F678CC" w:rsidRPr="00240C29" w:rsidRDefault="00F678CC" w:rsidP="00EA4E43">
            <w:pPr>
              <w:ind w:firstLine="0"/>
              <w:rPr>
                <w:szCs w:val="24"/>
              </w:rPr>
            </w:pPr>
            <w:proofErr w:type="spellStart"/>
            <w:r w:rsidRPr="00240C29">
              <w:rPr>
                <w:szCs w:val="24"/>
              </w:rPr>
              <w:t>Ciulama</w:t>
            </w:r>
            <w:proofErr w:type="spellEnd"/>
            <w:r w:rsidRPr="00240C29">
              <w:rPr>
                <w:szCs w:val="24"/>
              </w:rPr>
              <w:t xml:space="preserve"> de </w:t>
            </w:r>
            <w:proofErr w:type="spellStart"/>
            <w:r w:rsidRPr="00240C29">
              <w:rPr>
                <w:szCs w:val="24"/>
              </w:rPr>
              <w:t>ciuperci</w:t>
            </w:r>
            <w:proofErr w:type="spellEnd"/>
          </w:p>
        </w:tc>
        <w:tc>
          <w:tcPr>
            <w:tcW w:w="1701" w:type="dxa"/>
            <w:tcMar>
              <w:top w:w="80" w:type="dxa"/>
              <w:left w:w="90" w:type="dxa"/>
              <w:bottom w:w="80" w:type="dxa"/>
              <w:right w:w="90" w:type="dxa"/>
            </w:tcMar>
            <w:vAlign w:val="center"/>
          </w:tcPr>
          <w:p w14:paraId="4F7423C1" w14:textId="77777777" w:rsidR="00F678CC" w:rsidRPr="00240C29" w:rsidRDefault="00F678CC" w:rsidP="00EA4E43">
            <w:pPr>
              <w:ind w:firstLine="0"/>
              <w:jc w:val="center"/>
              <w:rPr>
                <w:szCs w:val="24"/>
              </w:rPr>
            </w:pPr>
            <w:r w:rsidRPr="00240C29">
              <w:rPr>
                <w:szCs w:val="24"/>
              </w:rPr>
              <w:t>250 gr.</w:t>
            </w:r>
          </w:p>
        </w:tc>
      </w:tr>
      <w:tr w:rsidR="00F678CC" w:rsidRPr="00240C29" w14:paraId="16941834" w14:textId="77777777">
        <w:trPr>
          <w:jc w:val="center"/>
        </w:trPr>
        <w:tc>
          <w:tcPr>
            <w:tcW w:w="850" w:type="dxa"/>
            <w:tcMar>
              <w:top w:w="80" w:type="dxa"/>
              <w:left w:w="90" w:type="dxa"/>
              <w:bottom w:w="80" w:type="dxa"/>
              <w:right w:w="90" w:type="dxa"/>
            </w:tcMar>
            <w:vAlign w:val="center"/>
          </w:tcPr>
          <w:p w14:paraId="694F1210"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1974CDA0" w14:textId="77777777" w:rsidR="00F678CC" w:rsidRPr="00240C29" w:rsidRDefault="00F678CC" w:rsidP="00EA4E43">
            <w:pPr>
              <w:ind w:firstLine="0"/>
              <w:rPr>
                <w:szCs w:val="24"/>
              </w:rPr>
            </w:pPr>
            <w:proofErr w:type="spellStart"/>
            <w:r w:rsidRPr="00240C29">
              <w:rPr>
                <w:szCs w:val="24"/>
              </w:rPr>
              <w:t>Ciuperci</w:t>
            </w:r>
            <w:proofErr w:type="spellEnd"/>
            <w:r w:rsidRPr="00240C29">
              <w:rPr>
                <w:szCs w:val="24"/>
              </w:rPr>
              <w:t xml:space="preserve">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3101367D" w14:textId="77777777" w:rsidR="00F678CC" w:rsidRPr="00240C29" w:rsidRDefault="00F678CC" w:rsidP="00EA4E43">
            <w:pPr>
              <w:ind w:firstLine="0"/>
              <w:jc w:val="center"/>
              <w:rPr>
                <w:szCs w:val="24"/>
              </w:rPr>
            </w:pPr>
            <w:r w:rsidRPr="00240C29">
              <w:rPr>
                <w:szCs w:val="24"/>
              </w:rPr>
              <w:t>250 gr.</w:t>
            </w:r>
          </w:p>
        </w:tc>
      </w:tr>
      <w:tr w:rsidR="00F678CC" w:rsidRPr="00240C29" w14:paraId="5F2131D0" w14:textId="77777777">
        <w:trPr>
          <w:jc w:val="center"/>
        </w:trPr>
        <w:tc>
          <w:tcPr>
            <w:tcW w:w="850" w:type="dxa"/>
            <w:tcMar>
              <w:top w:w="80" w:type="dxa"/>
              <w:left w:w="90" w:type="dxa"/>
              <w:bottom w:w="80" w:type="dxa"/>
              <w:right w:w="90" w:type="dxa"/>
            </w:tcMar>
            <w:vAlign w:val="center"/>
          </w:tcPr>
          <w:p w14:paraId="4A713E9C"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757BB797" w14:textId="77777777" w:rsidR="00F678CC" w:rsidRPr="00240C29" w:rsidRDefault="00F678CC" w:rsidP="00EA4E43">
            <w:pPr>
              <w:ind w:firstLine="0"/>
              <w:rPr>
                <w:szCs w:val="24"/>
              </w:rPr>
            </w:pPr>
            <w:proofErr w:type="spellStart"/>
            <w:r w:rsidRPr="00240C29">
              <w:rPr>
                <w:szCs w:val="24"/>
              </w:rPr>
              <w:t>Conopida</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263F22A7" w14:textId="77777777" w:rsidR="00F678CC" w:rsidRPr="00240C29" w:rsidRDefault="00F678CC" w:rsidP="00EA4E43">
            <w:pPr>
              <w:ind w:firstLine="0"/>
              <w:jc w:val="center"/>
              <w:rPr>
                <w:szCs w:val="24"/>
              </w:rPr>
            </w:pPr>
            <w:r w:rsidRPr="00240C29">
              <w:rPr>
                <w:szCs w:val="24"/>
              </w:rPr>
              <w:t>250 gr.</w:t>
            </w:r>
          </w:p>
        </w:tc>
      </w:tr>
      <w:tr w:rsidR="00F678CC" w:rsidRPr="00240C29" w14:paraId="695DCA06" w14:textId="77777777">
        <w:trPr>
          <w:jc w:val="center"/>
        </w:trPr>
        <w:tc>
          <w:tcPr>
            <w:tcW w:w="850" w:type="dxa"/>
            <w:tcMar>
              <w:top w:w="80" w:type="dxa"/>
              <w:left w:w="90" w:type="dxa"/>
              <w:bottom w:w="80" w:type="dxa"/>
              <w:right w:w="90" w:type="dxa"/>
            </w:tcMar>
            <w:vAlign w:val="center"/>
          </w:tcPr>
          <w:p w14:paraId="1780EDE7"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48337BA1" w14:textId="77777777" w:rsidR="00F678CC" w:rsidRPr="00240C29" w:rsidRDefault="00F678CC" w:rsidP="00EA4E43">
            <w:pPr>
              <w:ind w:firstLine="0"/>
              <w:rPr>
                <w:szCs w:val="24"/>
              </w:rPr>
            </w:pPr>
            <w:proofErr w:type="spellStart"/>
            <w:r w:rsidRPr="00240C29">
              <w:rPr>
                <w:szCs w:val="24"/>
              </w:rPr>
              <w:t>Dovlecei</w:t>
            </w:r>
            <w:proofErr w:type="spellEnd"/>
            <w:r w:rsidRPr="00240C29">
              <w:rPr>
                <w:szCs w:val="24"/>
              </w:rPr>
              <w:t xml:space="preserve"> a la </w:t>
            </w:r>
            <w:proofErr w:type="spellStart"/>
            <w:r w:rsidRPr="00240C29">
              <w:rPr>
                <w:szCs w:val="24"/>
              </w:rPr>
              <w:t>grec</w:t>
            </w:r>
            <w:proofErr w:type="spellEnd"/>
          </w:p>
        </w:tc>
        <w:tc>
          <w:tcPr>
            <w:tcW w:w="1701" w:type="dxa"/>
            <w:tcMar>
              <w:top w:w="80" w:type="dxa"/>
              <w:left w:w="90" w:type="dxa"/>
              <w:bottom w:w="80" w:type="dxa"/>
              <w:right w:w="90" w:type="dxa"/>
            </w:tcMar>
            <w:vAlign w:val="center"/>
          </w:tcPr>
          <w:p w14:paraId="7A1A989D" w14:textId="77777777" w:rsidR="00F678CC" w:rsidRPr="00240C29" w:rsidRDefault="00F678CC" w:rsidP="00EA4E43">
            <w:pPr>
              <w:ind w:firstLine="0"/>
              <w:jc w:val="center"/>
              <w:rPr>
                <w:szCs w:val="24"/>
              </w:rPr>
            </w:pPr>
            <w:r w:rsidRPr="00240C29">
              <w:rPr>
                <w:szCs w:val="24"/>
              </w:rPr>
              <w:t>250 gr.</w:t>
            </w:r>
          </w:p>
        </w:tc>
      </w:tr>
      <w:tr w:rsidR="00F678CC" w:rsidRPr="00240C29" w14:paraId="59B46FD6" w14:textId="77777777">
        <w:trPr>
          <w:jc w:val="center"/>
        </w:trPr>
        <w:tc>
          <w:tcPr>
            <w:tcW w:w="850" w:type="dxa"/>
            <w:tcMar>
              <w:top w:w="80" w:type="dxa"/>
              <w:left w:w="90" w:type="dxa"/>
              <w:bottom w:w="80" w:type="dxa"/>
              <w:right w:w="90" w:type="dxa"/>
            </w:tcMar>
            <w:vAlign w:val="center"/>
          </w:tcPr>
          <w:p w14:paraId="4E1C4649"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2DC12CE5" w14:textId="77777777" w:rsidR="00F678CC" w:rsidRPr="00240C29" w:rsidRDefault="00F678CC" w:rsidP="00EA4E43">
            <w:pPr>
              <w:ind w:firstLine="0"/>
              <w:rPr>
                <w:szCs w:val="24"/>
              </w:rPr>
            </w:pPr>
            <w:proofErr w:type="spellStart"/>
            <w:r w:rsidRPr="00240C29">
              <w:rPr>
                <w:szCs w:val="24"/>
              </w:rPr>
              <w:t>Dovlecei</w:t>
            </w:r>
            <w:proofErr w:type="spellEnd"/>
            <w:r w:rsidRPr="00240C29">
              <w:rPr>
                <w:szCs w:val="24"/>
              </w:rPr>
              <w:t xml:space="preserve"> cu </w:t>
            </w:r>
            <w:proofErr w:type="spellStart"/>
            <w:r w:rsidRPr="00240C29">
              <w:rPr>
                <w:szCs w:val="24"/>
              </w:rPr>
              <w:t>unt</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66E426E1" w14:textId="77777777" w:rsidR="00F678CC" w:rsidRPr="00240C29" w:rsidRDefault="00F678CC" w:rsidP="00EA4E43">
            <w:pPr>
              <w:ind w:firstLine="0"/>
              <w:jc w:val="center"/>
              <w:rPr>
                <w:szCs w:val="24"/>
              </w:rPr>
            </w:pPr>
            <w:r w:rsidRPr="00240C29">
              <w:rPr>
                <w:szCs w:val="24"/>
              </w:rPr>
              <w:t>200 gr.</w:t>
            </w:r>
          </w:p>
        </w:tc>
      </w:tr>
      <w:tr w:rsidR="00F678CC" w:rsidRPr="00240C29" w14:paraId="29E73157" w14:textId="77777777">
        <w:trPr>
          <w:jc w:val="center"/>
        </w:trPr>
        <w:tc>
          <w:tcPr>
            <w:tcW w:w="850" w:type="dxa"/>
            <w:tcMar>
              <w:top w:w="80" w:type="dxa"/>
              <w:left w:w="90" w:type="dxa"/>
              <w:bottom w:w="80" w:type="dxa"/>
              <w:right w:w="90" w:type="dxa"/>
            </w:tcMar>
            <w:vAlign w:val="center"/>
          </w:tcPr>
          <w:p w14:paraId="7A33465F"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1C1F9E5A" w14:textId="77777777" w:rsidR="00F678CC" w:rsidRPr="00240C29" w:rsidRDefault="00F678CC" w:rsidP="00EA4E43">
            <w:pPr>
              <w:ind w:firstLine="0"/>
              <w:rPr>
                <w:szCs w:val="24"/>
              </w:rPr>
            </w:pPr>
            <w:proofErr w:type="spellStart"/>
            <w:r w:rsidRPr="00240C29">
              <w:rPr>
                <w:szCs w:val="24"/>
              </w:rPr>
              <w:t>Fasole</w:t>
            </w:r>
            <w:proofErr w:type="spellEnd"/>
            <w:r w:rsidRPr="00240C29">
              <w:rPr>
                <w:szCs w:val="24"/>
              </w:rPr>
              <w:t xml:space="preserve"> </w:t>
            </w:r>
            <w:proofErr w:type="spellStart"/>
            <w:r w:rsidRPr="00240C29">
              <w:rPr>
                <w:szCs w:val="24"/>
              </w:rPr>
              <w:t>batuta</w:t>
            </w:r>
            <w:proofErr w:type="spellEnd"/>
          </w:p>
        </w:tc>
        <w:tc>
          <w:tcPr>
            <w:tcW w:w="1701" w:type="dxa"/>
            <w:tcMar>
              <w:top w:w="80" w:type="dxa"/>
              <w:left w:w="90" w:type="dxa"/>
              <w:bottom w:w="80" w:type="dxa"/>
              <w:right w:w="90" w:type="dxa"/>
            </w:tcMar>
            <w:vAlign w:val="center"/>
          </w:tcPr>
          <w:p w14:paraId="040AB5A5" w14:textId="77777777" w:rsidR="00F678CC" w:rsidRPr="00240C29" w:rsidRDefault="00F678CC" w:rsidP="00EA4E43">
            <w:pPr>
              <w:ind w:firstLine="0"/>
              <w:jc w:val="center"/>
              <w:rPr>
                <w:szCs w:val="24"/>
              </w:rPr>
            </w:pPr>
            <w:r w:rsidRPr="00240C29">
              <w:rPr>
                <w:szCs w:val="24"/>
              </w:rPr>
              <w:t>200 gr.</w:t>
            </w:r>
          </w:p>
        </w:tc>
      </w:tr>
      <w:tr w:rsidR="00F678CC" w:rsidRPr="00240C29" w14:paraId="671F1084" w14:textId="77777777">
        <w:trPr>
          <w:jc w:val="center"/>
        </w:trPr>
        <w:tc>
          <w:tcPr>
            <w:tcW w:w="850" w:type="dxa"/>
            <w:tcMar>
              <w:top w:w="80" w:type="dxa"/>
              <w:left w:w="90" w:type="dxa"/>
              <w:bottom w:w="80" w:type="dxa"/>
              <w:right w:w="90" w:type="dxa"/>
            </w:tcMar>
            <w:vAlign w:val="center"/>
          </w:tcPr>
          <w:p w14:paraId="255CAB80"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6F2C1F9E" w14:textId="77777777" w:rsidR="00F678CC" w:rsidRPr="00240C29" w:rsidRDefault="00F678CC" w:rsidP="00EA4E43">
            <w:pPr>
              <w:ind w:firstLine="0"/>
              <w:rPr>
                <w:szCs w:val="24"/>
              </w:rPr>
            </w:pP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Pr="00240C29">
              <w:rPr>
                <w:szCs w:val="24"/>
              </w:rPr>
              <w:t xml:space="preserve"> cu </w:t>
            </w:r>
            <w:proofErr w:type="spellStart"/>
            <w:r w:rsidRPr="00240C29">
              <w:rPr>
                <w:szCs w:val="24"/>
              </w:rPr>
              <w:t>unt</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0AC5F39A" w14:textId="77777777" w:rsidR="00F678CC" w:rsidRPr="00240C29" w:rsidRDefault="00F678CC" w:rsidP="00EA4E43">
            <w:pPr>
              <w:ind w:firstLine="0"/>
              <w:jc w:val="center"/>
              <w:rPr>
                <w:szCs w:val="24"/>
              </w:rPr>
            </w:pPr>
            <w:r w:rsidRPr="00240C29">
              <w:rPr>
                <w:szCs w:val="24"/>
              </w:rPr>
              <w:t>270 gr.</w:t>
            </w:r>
          </w:p>
        </w:tc>
      </w:tr>
      <w:tr w:rsidR="00F678CC" w:rsidRPr="00240C29" w14:paraId="2C941734" w14:textId="77777777">
        <w:trPr>
          <w:jc w:val="center"/>
        </w:trPr>
        <w:tc>
          <w:tcPr>
            <w:tcW w:w="850" w:type="dxa"/>
            <w:tcMar>
              <w:top w:w="80" w:type="dxa"/>
              <w:left w:w="90" w:type="dxa"/>
              <w:bottom w:w="80" w:type="dxa"/>
              <w:right w:w="90" w:type="dxa"/>
            </w:tcMar>
            <w:vAlign w:val="center"/>
          </w:tcPr>
          <w:p w14:paraId="2DC99349"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2924309C" w14:textId="77777777" w:rsidR="00F678CC" w:rsidRPr="00240C29" w:rsidRDefault="00F678CC" w:rsidP="00EA4E43">
            <w:pPr>
              <w:ind w:firstLine="0"/>
              <w:rPr>
                <w:szCs w:val="24"/>
              </w:rPr>
            </w:pPr>
            <w:proofErr w:type="spellStart"/>
            <w:r w:rsidRPr="00240C29">
              <w:rPr>
                <w:szCs w:val="24"/>
              </w:rPr>
              <w:t>Ghiveci</w:t>
            </w:r>
            <w:proofErr w:type="spellEnd"/>
            <w:r w:rsidRPr="00240C29">
              <w:rPr>
                <w:szCs w:val="24"/>
              </w:rPr>
              <w:t xml:space="preserve"> din legume </w:t>
            </w:r>
            <w:proofErr w:type="spellStart"/>
            <w:r w:rsidRPr="00240C29">
              <w:rPr>
                <w:szCs w:val="24"/>
              </w:rPr>
              <w:t>proaspete</w:t>
            </w:r>
            <w:proofErr w:type="spellEnd"/>
            <w:r w:rsidRPr="00240C29">
              <w:rPr>
                <w:szCs w:val="24"/>
              </w:rPr>
              <w:t xml:space="preserve"> </w:t>
            </w:r>
            <w:proofErr w:type="spellStart"/>
            <w:r w:rsidRPr="00240C29">
              <w:rPr>
                <w:szCs w:val="24"/>
              </w:rPr>
              <w:t>vara</w:t>
            </w:r>
            <w:proofErr w:type="spellEnd"/>
            <w:r w:rsidRPr="00240C29">
              <w:rPr>
                <w:szCs w:val="24"/>
              </w:rPr>
              <w:t>/</w:t>
            </w:r>
            <w:proofErr w:type="spellStart"/>
            <w:r w:rsidRPr="00240C29">
              <w:rPr>
                <w:szCs w:val="24"/>
              </w:rPr>
              <w:t>toamna</w:t>
            </w:r>
            <w:proofErr w:type="spellEnd"/>
          </w:p>
        </w:tc>
        <w:tc>
          <w:tcPr>
            <w:tcW w:w="1701" w:type="dxa"/>
            <w:tcMar>
              <w:top w:w="80" w:type="dxa"/>
              <w:left w:w="90" w:type="dxa"/>
              <w:bottom w:w="80" w:type="dxa"/>
              <w:right w:w="90" w:type="dxa"/>
            </w:tcMar>
            <w:vAlign w:val="center"/>
          </w:tcPr>
          <w:p w14:paraId="6C69A962" w14:textId="77777777" w:rsidR="00F678CC" w:rsidRPr="00240C29" w:rsidRDefault="00F678CC" w:rsidP="00EA4E43">
            <w:pPr>
              <w:ind w:firstLine="0"/>
              <w:jc w:val="center"/>
              <w:rPr>
                <w:szCs w:val="24"/>
              </w:rPr>
            </w:pPr>
            <w:r w:rsidRPr="00240C29">
              <w:rPr>
                <w:szCs w:val="24"/>
              </w:rPr>
              <w:t>300 gr.</w:t>
            </w:r>
          </w:p>
        </w:tc>
      </w:tr>
      <w:tr w:rsidR="00F678CC" w:rsidRPr="00240C29" w14:paraId="41BF68F7" w14:textId="77777777">
        <w:trPr>
          <w:jc w:val="center"/>
        </w:trPr>
        <w:tc>
          <w:tcPr>
            <w:tcW w:w="850" w:type="dxa"/>
            <w:tcMar>
              <w:top w:w="80" w:type="dxa"/>
              <w:left w:w="90" w:type="dxa"/>
              <w:bottom w:w="80" w:type="dxa"/>
              <w:right w:w="90" w:type="dxa"/>
            </w:tcMar>
            <w:vAlign w:val="center"/>
          </w:tcPr>
          <w:p w14:paraId="484AF072" w14:textId="77777777" w:rsidR="00F678CC" w:rsidRPr="00240C29" w:rsidRDefault="00F678CC" w:rsidP="00EA4E43">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7DF714FC" w14:textId="77777777" w:rsidR="00F678CC" w:rsidRPr="00240C29" w:rsidRDefault="00F678CC" w:rsidP="00EA4E43">
            <w:pPr>
              <w:ind w:firstLine="0"/>
              <w:rPr>
                <w:szCs w:val="24"/>
              </w:rPr>
            </w:pPr>
            <w:r w:rsidRPr="00240C29">
              <w:rPr>
                <w:szCs w:val="24"/>
              </w:rPr>
              <w:t xml:space="preserve">Iahnie de </w:t>
            </w:r>
            <w:proofErr w:type="spellStart"/>
            <w:r w:rsidRPr="00240C29">
              <w:rPr>
                <w:szCs w:val="24"/>
              </w:rPr>
              <w:t>fasole</w:t>
            </w:r>
            <w:proofErr w:type="spellEnd"/>
            <w:r w:rsidRPr="00240C29">
              <w:rPr>
                <w:szCs w:val="24"/>
              </w:rPr>
              <w:t xml:space="preserve"> alba</w:t>
            </w:r>
          </w:p>
        </w:tc>
        <w:tc>
          <w:tcPr>
            <w:tcW w:w="1701" w:type="dxa"/>
            <w:tcMar>
              <w:top w:w="80" w:type="dxa"/>
              <w:left w:w="90" w:type="dxa"/>
              <w:bottom w:w="80" w:type="dxa"/>
              <w:right w:w="90" w:type="dxa"/>
            </w:tcMar>
            <w:vAlign w:val="center"/>
          </w:tcPr>
          <w:p w14:paraId="0AED0402" w14:textId="77777777" w:rsidR="00F678CC" w:rsidRPr="00240C29" w:rsidRDefault="00F678CC" w:rsidP="00EA4E43">
            <w:pPr>
              <w:ind w:firstLine="0"/>
              <w:jc w:val="center"/>
              <w:rPr>
                <w:szCs w:val="24"/>
              </w:rPr>
            </w:pPr>
            <w:r w:rsidRPr="00240C29">
              <w:rPr>
                <w:szCs w:val="24"/>
              </w:rPr>
              <w:t>150 gr.</w:t>
            </w:r>
          </w:p>
        </w:tc>
      </w:tr>
      <w:tr w:rsidR="00F678CC" w:rsidRPr="00240C29" w14:paraId="73A4E7CC" w14:textId="77777777">
        <w:trPr>
          <w:jc w:val="center"/>
        </w:trPr>
        <w:tc>
          <w:tcPr>
            <w:tcW w:w="850" w:type="dxa"/>
            <w:tcMar>
              <w:top w:w="80" w:type="dxa"/>
              <w:left w:w="90" w:type="dxa"/>
              <w:bottom w:w="80" w:type="dxa"/>
              <w:right w:w="90" w:type="dxa"/>
            </w:tcMar>
            <w:vAlign w:val="center"/>
          </w:tcPr>
          <w:p w14:paraId="672A93F6"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677B221A" w14:textId="77777777" w:rsidR="00F678CC" w:rsidRPr="00240C29" w:rsidRDefault="00F678CC" w:rsidP="00EA4E43">
            <w:pPr>
              <w:ind w:firstLine="0"/>
              <w:rPr>
                <w:szCs w:val="24"/>
              </w:rPr>
            </w:pPr>
            <w:proofErr w:type="spellStart"/>
            <w:r w:rsidRPr="00240C29">
              <w:rPr>
                <w:szCs w:val="24"/>
              </w:rPr>
              <w:t>Macaroane</w:t>
            </w:r>
            <w:proofErr w:type="spellEnd"/>
            <w:r w:rsidRPr="00240C29">
              <w:rPr>
                <w:szCs w:val="24"/>
              </w:rPr>
              <w:t xml:space="preserve"> cu </w:t>
            </w:r>
            <w:proofErr w:type="spellStart"/>
            <w:r w:rsidRPr="00240C29">
              <w:rPr>
                <w:szCs w:val="24"/>
              </w:rPr>
              <w:t>branza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unt</w:t>
            </w:r>
            <w:proofErr w:type="spellEnd"/>
          </w:p>
        </w:tc>
        <w:tc>
          <w:tcPr>
            <w:tcW w:w="1701" w:type="dxa"/>
            <w:tcMar>
              <w:top w:w="80" w:type="dxa"/>
              <w:left w:w="90" w:type="dxa"/>
              <w:bottom w:w="80" w:type="dxa"/>
              <w:right w:w="90" w:type="dxa"/>
            </w:tcMar>
            <w:vAlign w:val="center"/>
          </w:tcPr>
          <w:p w14:paraId="79D82233" w14:textId="77777777" w:rsidR="00F678CC" w:rsidRPr="00240C29" w:rsidRDefault="00F678CC" w:rsidP="00EA4E43">
            <w:pPr>
              <w:ind w:firstLine="0"/>
              <w:jc w:val="center"/>
              <w:rPr>
                <w:szCs w:val="24"/>
              </w:rPr>
            </w:pPr>
            <w:r w:rsidRPr="00240C29">
              <w:rPr>
                <w:szCs w:val="24"/>
              </w:rPr>
              <w:t>300 gr.</w:t>
            </w:r>
          </w:p>
        </w:tc>
      </w:tr>
      <w:tr w:rsidR="00F678CC" w:rsidRPr="00240C29" w14:paraId="2EB6CD8C" w14:textId="77777777">
        <w:trPr>
          <w:jc w:val="center"/>
        </w:trPr>
        <w:tc>
          <w:tcPr>
            <w:tcW w:w="850" w:type="dxa"/>
            <w:tcMar>
              <w:top w:w="80" w:type="dxa"/>
              <w:left w:w="90" w:type="dxa"/>
              <w:bottom w:w="80" w:type="dxa"/>
              <w:right w:w="90" w:type="dxa"/>
            </w:tcMar>
            <w:vAlign w:val="center"/>
          </w:tcPr>
          <w:p w14:paraId="185D8542"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56CDEA1A" w14:textId="77777777" w:rsidR="00F678CC" w:rsidRPr="00240C29" w:rsidRDefault="00F678CC" w:rsidP="00EA4E43">
            <w:pPr>
              <w:ind w:firstLine="0"/>
              <w:rPr>
                <w:szCs w:val="24"/>
              </w:rPr>
            </w:pPr>
            <w:proofErr w:type="spellStart"/>
            <w:r w:rsidRPr="00240C29">
              <w:rPr>
                <w:szCs w:val="24"/>
              </w:rPr>
              <w:t>Macaroane</w:t>
            </w:r>
            <w:proofErr w:type="spellEnd"/>
            <w:r w:rsidRPr="00240C29">
              <w:rPr>
                <w:szCs w:val="24"/>
              </w:rPr>
              <w:t xml:space="preserve"> cu </w:t>
            </w:r>
            <w:proofErr w:type="spellStart"/>
            <w:r w:rsidRPr="00240C29">
              <w:rPr>
                <w:szCs w:val="24"/>
              </w:rPr>
              <w:t>sos</w:t>
            </w:r>
            <w:proofErr w:type="spellEnd"/>
            <w:r w:rsidRPr="00240C29">
              <w:rPr>
                <w:szCs w:val="24"/>
              </w:rPr>
              <w:t xml:space="preserve"> </w:t>
            </w:r>
            <w:proofErr w:type="spellStart"/>
            <w:r w:rsidRPr="00240C29">
              <w:rPr>
                <w:szCs w:val="24"/>
              </w:rPr>
              <w:t>tomat</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cascaval</w:t>
            </w:r>
            <w:proofErr w:type="spellEnd"/>
          </w:p>
        </w:tc>
        <w:tc>
          <w:tcPr>
            <w:tcW w:w="1701" w:type="dxa"/>
            <w:tcMar>
              <w:top w:w="80" w:type="dxa"/>
              <w:left w:w="90" w:type="dxa"/>
              <w:bottom w:w="80" w:type="dxa"/>
              <w:right w:w="90" w:type="dxa"/>
            </w:tcMar>
            <w:vAlign w:val="center"/>
          </w:tcPr>
          <w:p w14:paraId="349AB8F8" w14:textId="77777777" w:rsidR="00F678CC" w:rsidRPr="00240C29" w:rsidRDefault="00F678CC" w:rsidP="00EA4E43">
            <w:pPr>
              <w:ind w:firstLine="0"/>
              <w:jc w:val="center"/>
              <w:rPr>
                <w:szCs w:val="24"/>
              </w:rPr>
            </w:pPr>
            <w:r w:rsidRPr="00240C29">
              <w:rPr>
                <w:szCs w:val="24"/>
              </w:rPr>
              <w:t>300 gr.</w:t>
            </w:r>
          </w:p>
        </w:tc>
      </w:tr>
      <w:tr w:rsidR="00F678CC" w:rsidRPr="00240C29" w14:paraId="3AD97EF9" w14:textId="77777777">
        <w:trPr>
          <w:jc w:val="center"/>
        </w:trPr>
        <w:tc>
          <w:tcPr>
            <w:tcW w:w="850" w:type="dxa"/>
            <w:tcMar>
              <w:top w:w="80" w:type="dxa"/>
              <w:left w:w="90" w:type="dxa"/>
              <w:bottom w:w="80" w:type="dxa"/>
              <w:right w:w="90" w:type="dxa"/>
            </w:tcMar>
            <w:vAlign w:val="center"/>
          </w:tcPr>
          <w:p w14:paraId="35F84A54" w14:textId="77777777" w:rsidR="00F678CC" w:rsidRPr="00240C29" w:rsidRDefault="00F678CC" w:rsidP="00EA4E43">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11484386"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legume cu </w:t>
            </w:r>
            <w:proofErr w:type="spellStart"/>
            <w:r w:rsidRPr="00240C29">
              <w:rPr>
                <w:szCs w:val="24"/>
              </w:rPr>
              <w:t>sos</w:t>
            </w:r>
            <w:proofErr w:type="spellEnd"/>
            <w:r w:rsidRPr="00240C29">
              <w:rPr>
                <w:szCs w:val="24"/>
              </w:rPr>
              <w:t xml:space="preserve"> </w:t>
            </w:r>
            <w:proofErr w:type="spellStart"/>
            <w:r w:rsidRPr="00240C29">
              <w:rPr>
                <w:szCs w:val="24"/>
              </w:rPr>
              <w:t>tomat</w:t>
            </w:r>
            <w:proofErr w:type="spellEnd"/>
          </w:p>
        </w:tc>
        <w:tc>
          <w:tcPr>
            <w:tcW w:w="1701" w:type="dxa"/>
            <w:tcMar>
              <w:top w:w="80" w:type="dxa"/>
              <w:left w:w="90" w:type="dxa"/>
              <w:bottom w:w="80" w:type="dxa"/>
              <w:right w:w="90" w:type="dxa"/>
            </w:tcMar>
            <w:vAlign w:val="center"/>
          </w:tcPr>
          <w:p w14:paraId="1C531857" w14:textId="77777777" w:rsidR="00F678CC" w:rsidRPr="00240C29" w:rsidRDefault="00F678CC" w:rsidP="00EA4E43">
            <w:pPr>
              <w:ind w:firstLine="0"/>
              <w:jc w:val="center"/>
              <w:rPr>
                <w:szCs w:val="24"/>
              </w:rPr>
            </w:pPr>
            <w:r w:rsidRPr="00240C29">
              <w:rPr>
                <w:szCs w:val="24"/>
              </w:rPr>
              <w:t>200/50 gr.</w:t>
            </w:r>
          </w:p>
        </w:tc>
      </w:tr>
      <w:tr w:rsidR="00F678CC" w:rsidRPr="00240C29" w14:paraId="3A07648D" w14:textId="77777777">
        <w:trPr>
          <w:jc w:val="center"/>
        </w:trPr>
        <w:tc>
          <w:tcPr>
            <w:tcW w:w="850" w:type="dxa"/>
            <w:tcMar>
              <w:top w:w="80" w:type="dxa"/>
              <w:left w:w="90" w:type="dxa"/>
              <w:bottom w:w="80" w:type="dxa"/>
              <w:right w:w="90" w:type="dxa"/>
            </w:tcMar>
            <w:vAlign w:val="center"/>
          </w:tcPr>
          <w:p w14:paraId="44E8E73B" w14:textId="77777777" w:rsidR="00F678CC" w:rsidRPr="00240C29" w:rsidRDefault="00F678CC" w:rsidP="00EA4E43">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35FB94EE" w14:textId="77777777" w:rsidR="00F678CC" w:rsidRPr="00240C29" w:rsidRDefault="00F678CC" w:rsidP="00EA4E43">
            <w:pPr>
              <w:ind w:firstLine="0"/>
              <w:rPr>
                <w:szCs w:val="24"/>
              </w:rPr>
            </w:pPr>
            <w:proofErr w:type="spellStart"/>
            <w:r w:rsidRPr="00240C29">
              <w:rPr>
                <w:szCs w:val="24"/>
              </w:rPr>
              <w:t>Mancare</w:t>
            </w:r>
            <w:proofErr w:type="spellEnd"/>
            <w:r w:rsidRPr="00240C29">
              <w:rPr>
                <w:szCs w:val="24"/>
              </w:rPr>
              <w:t xml:space="preserve"> de </w:t>
            </w:r>
            <w:proofErr w:type="spellStart"/>
            <w:r w:rsidRPr="00240C29">
              <w:rPr>
                <w:szCs w:val="24"/>
              </w:rPr>
              <w:t>cartofi</w:t>
            </w:r>
            <w:proofErr w:type="spellEnd"/>
            <w:r w:rsidRPr="00240C29">
              <w:rPr>
                <w:szCs w:val="24"/>
              </w:rPr>
              <w:t xml:space="preserve">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0F8D47C7" w14:textId="77777777" w:rsidR="00F678CC" w:rsidRPr="00240C29" w:rsidRDefault="00F678CC" w:rsidP="00EA4E43">
            <w:pPr>
              <w:ind w:firstLine="0"/>
              <w:jc w:val="center"/>
              <w:rPr>
                <w:szCs w:val="24"/>
              </w:rPr>
            </w:pPr>
            <w:r w:rsidRPr="00240C29">
              <w:rPr>
                <w:szCs w:val="24"/>
              </w:rPr>
              <w:t>250 gr.</w:t>
            </w:r>
          </w:p>
        </w:tc>
      </w:tr>
      <w:tr w:rsidR="00F678CC" w:rsidRPr="00240C29" w14:paraId="3ACA9BF2" w14:textId="77777777">
        <w:trPr>
          <w:jc w:val="center"/>
        </w:trPr>
        <w:tc>
          <w:tcPr>
            <w:tcW w:w="850" w:type="dxa"/>
            <w:tcMar>
              <w:top w:w="80" w:type="dxa"/>
              <w:left w:w="90" w:type="dxa"/>
              <w:bottom w:w="80" w:type="dxa"/>
              <w:right w:w="90" w:type="dxa"/>
            </w:tcMar>
            <w:vAlign w:val="center"/>
          </w:tcPr>
          <w:p w14:paraId="48A94519" w14:textId="77777777" w:rsidR="00F678CC" w:rsidRPr="00240C29" w:rsidRDefault="00F678CC" w:rsidP="00EA4E43">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20CC9BB0" w14:textId="77777777" w:rsidR="00F678CC" w:rsidRPr="00240C29" w:rsidRDefault="00F678CC" w:rsidP="00EA4E43">
            <w:pPr>
              <w:ind w:firstLine="0"/>
              <w:rPr>
                <w:szCs w:val="24"/>
              </w:rPr>
            </w:pPr>
            <w:proofErr w:type="spellStart"/>
            <w:r w:rsidRPr="00240C29">
              <w:rPr>
                <w:szCs w:val="24"/>
              </w:rPr>
              <w:t>Mancare</w:t>
            </w:r>
            <w:proofErr w:type="spellEnd"/>
            <w:r w:rsidRPr="00240C29">
              <w:rPr>
                <w:szCs w:val="24"/>
              </w:rPr>
              <w:t xml:space="preserve"> de </w:t>
            </w:r>
            <w:proofErr w:type="spellStart"/>
            <w:r w:rsidRPr="00240C29">
              <w:rPr>
                <w:szCs w:val="24"/>
              </w:rPr>
              <w:t>mazare</w:t>
            </w:r>
            <w:proofErr w:type="spellEnd"/>
            <w:r w:rsidRPr="00240C29">
              <w:rPr>
                <w:szCs w:val="24"/>
              </w:rPr>
              <w:t xml:space="preserve"> </w:t>
            </w:r>
            <w:proofErr w:type="spellStart"/>
            <w:r w:rsidRPr="00240C29">
              <w:rPr>
                <w:szCs w:val="24"/>
              </w:rPr>
              <w:t>uscata</w:t>
            </w:r>
            <w:proofErr w:type="spellEnd"/>
          </w:p>
        </w:tc>
        <w:tc>
          <w:tcPr>
            <w:tcW w:w="1701" w:type="dxa"/>
            <w:tcMar>
              <w:top w:w="80" w:type="dxa"/>
              <w:left w:w="90" w:type="dxa"/>
              <w:bottom w:w="80" w:type="dxa"/>
              <w:right w:w="90" w:type="dxa"/>
            </w:tcMar>
            <w:vAlign w:val="center"/>
          </w:tcPr>
          <w:p w14:paraId="647D6CFA" w14:textId="77777777" w:rsidR="00F678CC" w:rsidRPr="00240C29" w:rsidRDefault="00F678CC" w:rsidP="00EA4E43">
            <w:pPr>
              <w:ind w:firstLine="0"/>
              <w:jc w:val="center"/>
              <w:rPr>
                <w:szCs w:val="24"/>
              </w:rPr>
            </w:pPr>
            <w:r w:rsidRPr="00240C29">
              <w:rPr>
                <w:szCs w:val="24"/>
              </w:rPr>
              <w:t>300 gr.</w:t>
            </w:r>
          </w:p>
        </w:tc>
      </w:tr>
      <w:tr w:rsidR="00F678CC" w:rsidRPr="00240C29" w14:paraId="2814C2F3" w14:textId="77777777">
        <w:trPr>
          <w:jc w:val="center"/>
        </w:trPr>
        <w:tc>
          <w:tcPr>
            <w:tcW w:w="850" w:type="dxa"/>
            <w:tcMar>
              <w:top w:w="80" w:type="dxa"/>
              <w:left w:w="90" w:type="dxa"/>
              <w:bottom w:w="80" w:type="dxa"/>
              <w:right w:w="90" w:type="dxa"/>
            </w:tcMar>
            <w:vAlign w:val="center"/>
          </w:tcPr>
          <w:p w14:paraId="09CD66B0" w14:textId="77777777" w:rsidR="00F678CC" w:rsidRPr="00240C29" w:rsidRDefault="00F678CC" w:rsidP="00EA4E43">
            <w:pPr>
              <w:ind w:firstLine="0"/>
              <w:jc w:val="center"/>
              <w:rPr>
                <w:szCs w:val="24"/>
              </w:rPr>
            </w:pPr>
            <w:r w:rsidRPr="00240C29">
              <w:rPr>
                <w:szCs w:val="24"/>
              </w:rPr>
              <w:t>21</w:t>
            </w:r>
          </w:p>
        </w:tc>
        <w:tc>
          <w:tcPr>
            <w:tcW w:w="7087" w:type="dxa"/>
            <w:tcMar>
              <w:top w:w="80" w:type="dxa"/>
              <w:left w:w="90" w:type="dxa"/>
              <w:bottom w:w="80" w:type="dxa"/>
              <w:right w:w="90" w:type="dxa"/>
            </w:tcMar>
            <w:vAlign w:val="center"/>
          </w:tcPr>
          <w:p w14:paraId="27E92443"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3620EC44" w14:textId="77777777" w:rsidR="00F678CC" w:rsidRPr="00240C29" w:rsidRDefault="00F678CC" w:rsidP="00EA4E43">
            <w:pPr>
              <w:ind w:firstLine="0"/>
              <w:jc w:val="center"/>
              <w:rPr>
                <w:szCs w:val="24"/>
              </w:rPr>
            </w:pPr>
            <w:r w:rsidRPr="00240C29">
              <w:rPr>
                <w:szCs w:val="24"/>
              </w:rPr>
              <w:t>250 /80 gr.</w:t>
            </w:r>
          </w:p>
        </w:tc>
      </w:tr>
      <w:tr w:rsidR="00F678CC" w:rsidRPr="00240C29" w14:paraId="15E3F178" w14:textId="77777777">
        <w:trPr>
          <w:jc w:val="center"/>
        </w:trPr>
        <w:tc>
          <w:tcPr>
            <w:tcW w:w="850" w:type="dxa"/>
            <w:tcMar>
              <w:top w:w="80" w:type="dxa"/>
              <w:left w:w="90" w:type="dxa"/>
              <w:bottom w:w="80" w:type="dxa"/>
              <w:right w:w="90" w:type="dxa"/>
            </w:tcMar>
            <w:vAlign w:val="center"/>
          </w:tcPr>
          <w:p w14:paraId="3F879A60" w14:textId="77777777" w:rsidR="00F678CC" w:rsidRPr="00240C29" w:rsidRDefault="00F678CC" w:rsidP="00EA4E43">
            <w:pPr>
              <w:ind w:firstLine="0"/>
              <w:jc w:val="center"/>
              <w:rPr>
                <w:szCs w:val="24"/>
              </w:rPr>
            </w:pPr>
            <w:r w:rsidRPr="00240C29">
              <w:rPr>
                <w:szCs w:val="24"/>
              </w:rPr>
              <w:t>22</w:t>
            </w:r>
          </w:p>
        </w:tc>
        <w:tc>
          <w:tcPr>
            <w:tcW w:w="7087" w:type="dxa"/>
            <w:tcMar>
              <w:top w:w="80" w:type="dxa"/>
              <w:left w:w="90" w:type="dxa"/>
              <w:bottom w:w="80" w:type="dxa"/>
              <w:right w:w="90" w:type="dxa"/>
            </w:tcMar>
            <w:vAlign w:val="center"/>
          </w:tcPr>
          <w:p w14:paraId="503A3442" w14:textId="77777777" w:rsidR="00F678CC" w:rsidRPr="00240C29" w:rsidRDefault="00F678CC" w:rsidP="00EA4E43">
            <w:pPr>
              <w:ind w:firstLine="0"/>
              <w:rPr>
                <w:szCs w:val="24"/>
              </w:rPr>
            </w:pPr>
            <w:proofErr w:type="spellStart"/>
            <w:r w:rsidRPr="00240C29">
              <w:rPr>
                <w:szCs w:val="24"/>
              </w:rPr>
              <w:t>Papricas</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63F3AA95" w14:textId="77777777" w:rsidR="00F678CC" w:rsidRPr="00240C29" w:rsidRDefault="00F678CC" w:rsidP="00EA4E43">
            <w:pPr>
              <w:ind w:firstLine="0"/>
              <w:jc w:val="center"/>
              <w:rPr>
                <w:szCs w:val="24"/>
              </w:rPr>
            </w:pPr>
            <w:r w:rsidRPr="00240C29">
              <w:rPr>
                <w:szCs w:val="24"/>
              </w:rPr>
              <w:t>250 gr.</w:t>
            </w:r>
          </w:p>
        </w:tc>
      </w:tr>
      <w:tr w:rsidR="00F678CC" w:rsidRPr="00240C29" w14:paraId="7488D38B" w14:textId="77777777">
        <w:trPr>
          <w:jc w:val="center"/>
        </w:trPr>
        <w:tc>
          <w:tcPr>
            <w:tcW w:w="850" w:type="dxa"/>
            <w:tcMar>
              <w:top w:w="80" w:type="dxa"/>
              <w:left w:w="90" w:type="dxa"/>
              <w:bottom w:w="80" w:type="dxa"/>
              <w:right w:w="90" w:type="dxa"/>
            </w:tcMar>
            <w:vAlign w:val="center"/>
          </w:tcPr>
          <w:p w14:paraId="64B34C2D" w14:textId="77777777" w:rsidR="00F678CC" w:rsidRPr="00240C29" w:rsidRDefault="00F678CC" w:rsidP="00EA4E43">
            <w:pPr>
              <w:ind w:firstLine="0"/>
              <w:jc w:val="center"/>
              <w:rPr>
                <w:szCs w:val="24"/>
              </w:rPr>
            </w:pPr>
            <w:r w:rsidRPr="00240C29">
              <w:rPr>
                <w:szCs w:val="24"/>
              </w:rPr>
              <w:t>23</w:t>
            </w:r>
          </w:p>
        </w:tc>
        <w:tc>
          <w:tcPr>
            <w:tcW w:w="7087" w:type="dxa"/>
            <w:tcMar>
              <w:top w:w="80" w:type="dxa"/>
              <w:left w:w="90" w:type="dxa"/>
              <w:bottom w:w="80" w:type="dxa"/>
              <w:right w:w="90" w:type="dxa"/>
            </w:tcMar>
            <w:vAlign w:val="center"/>
          </w:tcPr>
          <w:p w14:paraId="4D7E5468" w14:textId="77777777" w:rsidR="00F678CC" w:rsidRPr="00240C29" w:rsidRDefault="00F678CC" w:rsidP="00EA4E43">
            <w:pPr>
              <w:ind w:firstLine="0"/>
              <w:rPr>
                <w:szCs w:val="24"/>
              </w:rPr>
            </w:pPr>
            <w:r w:rsidRPr="00240C29">
              <w:rPr>
                <w:szCs w:val="24"/>
              </w:rPr>
              <w:t xml:space="preserve">Pilaf </w:t>
            </w:r>
            <w:proofErr w:type="spellStart"/>
            <w:r w:rsidRPr="00240C29">
              <w:rPr>
                <w:szCs w:val="24"/>
              </w:rPr>
              <w:t>simplu</w:t>
            </w:r>
            <w:proofErr w:type="spellEnd"/>
            <w:r w:rsidRPr="00240C29">
              <w:rPr>
                <w:szCs w:val="24"/>
              </w:rPr>
              <w:t xml:space="preserve"> </w:t>
            </w:r>
            <w:proofErr w:type="spellStart"/>
            <w:r w:rsidRPr="00240C29">
              <w:rPr>
                <w:szCs w:val="24"/>
              </w:rPr>
              <w:t>fara</w:t>
            </w:r>
            <w:proofErr w:type="spellEnd"/>
            <w:r w:rsidRPr="00240C29">
              <w:rPr>
                <w:szCs w:val="24"/>
              </w:rPr>
              <w:t xml:space="preserve"> carne</w:t>
            </w:r>
          </w:p>
        </w:tc>
        <w:tc>
          <w:tcPr>
            <w:tcW w:w="1701" w:type="dxa"/>
            <w:tcMar>
              <w:top w:w="80" w:type="dxa"/>
              <w:left w:w="90" w:type="dxa"/>
              <w:bottom w:w="80" w:type="dxa"/>
              <w:right w:w="90" w:type="dxa"/>
            </w:tcMar>
            <w:vAlign w:val="center"/>
          </w:tcPr>
          <w:p w14:paraId="0278EF81" w14:textId="77777777" w:rsidR="00F678CC" w:rsidRPr="00240C29" w:rsidRDefault="00F678CC" w:rsidP="00EA4E43">
            <w:pPr>
              <w:ind w:firstLine="0"/>
              <w:jc w:val="center"/>
              <w:rPr>
                <w:szCs w:val="24"/>
              </w:rPr>
            </w:pPr>
            <w:r w:rsidRPr="00240C29">
              <w:rPr>
                <w:szCs w:val="24"/>
              </w:rPr>
              <w:t>250 gr.</w:t>
            </w:r>
          </w:p>
        </w:tc>
      </w:tr>
      <w:tr w:rsidR="00F678CC" w:rsidRPr="00240C29" w14:paraId="0E0F49AD" w14:textId="77777777">
        <w:trPr>
          <w:jc w:val="center"/>
        </w:trPr>
        <w:tc>
          <w:tcPr>
            <w:tcW w:w="850" w:type="dxa"/>
            <w:tcMar>
              <w:top w:w="80" w:type="dxa"/>
              <w:left w:w="90" w:type="dxa"/>
              <w:bottom w:w="80" w:type="dxa"/>
              <w:right w:w="90" w:type="dxa"/>
            </w:tcMar>
            <w:vAlign w:val="center"/>
          </w:tcPr>
          <w:p w14:paraId="402877BB" w14:textId="77777777" w:rsidR="00F678CC" w:rsidRPr="00240C29" w:rsidRDefault="00F678CC" w:rsidP="00EA4E43">
            <w:pPr>
              <w:ind w:firstLine="0"/>
              <w:jc w:val="center"/>
              <w:rPr>
                <w:szCs w:val="24"/>
              </w:rPr>
            </w:pPr>
            <w:r w:rsidRPr="00240C29">
              <w:rPr>
                <w:szCs w:val="24"/>
              </w:rPr>
              <w:t>24</w:t>
            </w:r>
          </w:p>
        </w:tc>
        <w:tc>
          <w:tcPr>
            <w:tcW w:w="7087" w:type="dxa"/>
            <w:tcMar>
              <w:top w:w="80" w:type="dxa"/>
              <w:left w:w="90" w:type="dxa"/>
              <w:bottom w:w="80" w:type="dxa"/>
              <w:right w:w="90" w:type="dxa"/>
            </w:tcMar>
            <w:vAlign w:val="center"/>
          </w:tcPr>
          <w:p w14:paraId="6B8611A1" w14:textId="77777777" w:rsidR="00F678CC" w:rsidRPr="00240C29" w:rsidRDefault="00F678CC" w:rsidP="00EA4E43">
            <w:pPr>
              <w:ind w:firstLine="0"/>
              <w:rPr>
                <w:szCs w:val="24"/>
              </w:rPr>
            </w:pPr>
            <w:proofErr w:type="spellStart"/>
            <w:r w:rsidRPr="00240C29">
              <w:rPr>
                <w:szCs w:val="24"/>
              </w:rPr>
              <w:t>Snitel</w:t>
            </w:r>
            <w:proofErr w:type="spellEnd"/>
            <w:r w:rsidRPr="00240C29">
              <w:rPr>
                <w:szCs w:val="24"/>
              </w:rPr>
              <w:t xml:space="preserve"> vegetarian cu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115F3F62" w14:textId="77777777" w:rsidR="00F678CC" w:rsidRPr="00240C29" w:rsidRDefault="00F678CC" w:rsidP="00EA4E43">
            <w:pPr>
              <w:ind w:firstLine="0"/>
              <w:jc w:val="center"/>
              <w:rPr>
                <w:szCs w:val="24"/>
              </w:rPr>
            </w:pPr>
            <w:r w:rsidRPr="00240C29">
              <w:rPr>
                <w:szCs w:val="24"/>
              </w:rPr>
              <w:t>350 gr.</w:t>
            </w:r>
          </w:p>
        </w:tc>
      </w:tr>
      <w:tr w:rsidR="00F678CC" w:rsidRPr="00240C29" w14:paraId="2AA9D29C" w14:textId="77777777">
        <w:trPr>
          <w:jc w:val="center"/>
        </w:trPr>
        <w:tc>
          <w:tcPr>
            <w:tcW w:w="850" w:type="dxa"/>
            <w:tcMar>
              <w:top w:w="80" w:type="dxa"/>
              <w:left w:w="90" w:type="dxa"/>
              <w:bottom w:w="80" w:type="dxa"/>
              <w:right w:w="90" w:type="dxa"/>
            </w:tcMar>
            <w:vAlign w:val="center"/>
          </w:tcPr>
          <w:p w14:paraId="7B8A38BA" w14:textId="77777777" w:rsidR="00F678CC" w:rsidRPr="00240C29" w:rsidRDefault="00F678CC" w:rsidP="00EA4E43">
            <w:pPr>
              <w:ind w:firstLine="0"/>
              <w:jc w:val="center"/>
              <w:rPr>
                <w:szCs w:val="24"/>
              </w:rPr>
            </w:pPr>
            <w:r w:rsidRPr="00240C29">
              <w:rPr>
                <w:szCs w:val="24"/>
              </w:rPr>
              <w:t>25</w:t>
            </w:r>
          </w:p>
        </w:tc>
        <w:tc>
          <w:tcPr>
            <w:tcW w:w="7087" w:type="dxa"/>
            <w:tcMar>
              <w:top w:w="80" w:type="dxa"/>
              <w:left w:w="90" w:type="dxa"/>
              <w:bottom w:w="80" w:type="dxa"/>
              <w:right w:w="90" w:type="dxa"/>
            </w:tcMar>
            <w:vAlign w:val="center"/>
          </w:tcPr>
          <w:p w14:paraId="00AF3155" w14:textId="77777777" w:rsidR="00F678CC" w:rsidRPr="00240C29" w:rsidRDefault="00F678CC" w:rsidP="00EA4E43">
            <w:pPr>
              <w:ind w:firstLine="0"/>
              <w:rPr>
                <w:szCs w:val="24"/>
              </w:rPr>
            </w:pPr>
            <w:proofErr w:type="spellStart"/>
            <w:r w:rsidRPr="00240C29">
              <w:rPr>
                <w:szCs w:val="24"/>
              </w:rPr>
              <w:t>Varza</w:t>
            </w:r>
            <w:proofErr w:type="spellEnd"/>
            <w:r w:rsidRPr="00240C29">
              <w:rPr>
                <w:szCs w:val="24"/>
              </w:rPr>
              <w:t xml:space="preserve"> a la Cluj</w:t>
            </w:r>
          </w:p>
        </w:tc>
        <w:tc>
          <w:tcPr>
            <w:tcW w:w="1701" w:type="dxa"/>
            <w:tcMar>
              <w:top w:w="80" w:type="dxa"/>
              <w:left w:w="90" w:type="dxa"/>
              <w:bottom w:w="80" w:type="dxa"/>
              <w:right w:w="90" w:type="dxa"/>
            </w:tcMar>
            <w:vAlign w:val="center"/>
          </w:tcPr>
          <w:p w14:paraId="5C0443CC" w14:textId="77777777" w:rsidR="00F678CC" w:rsidRPr="00240C29" w:rsidRDefault="00F678CC" w:rsidP="00EA4E43">
            <w:pPr>
              <w:ind w:firstLine="0"/>
              <w:jc w:val="center"/>
              <w:rPr>
                <w:szCs w:val="24"/>
              </w:rPr>
            </w:pPr>
            <w:r w:rsidRPr="00240C29">
              <w:rPr>
                <w:szCs w:val="24"/>
              </w:rPr>
              <w:t>350 gr.</w:t>
            </w:r>
          </w:p>
        </w:tc>
      </w:tr>
      <w:tr w:rsidR="00F678CC" w:rsidRPr="00240C29" w14:paraId="4427FF3A" w14:textId="77777777">
        <w:trPr>
          <w:jc w:val="center"/>
        </w:trPr>
        <w:tc>
          <w:tcPr>
            <w:tcW w:w="850" w:type="dxa"/>
            <w:tcMar>
              <w:top w:w="80" w:type="dxa"/>
              <w:left w:w="90" w:type="dxa"/>
              <w:bottom w:w="80" w:type="dxa"/>
              <w:right w:w="90" w:type="dxa"/>
            </w:tcMar>
            <w:vAlign w:val="center"/>
          </w:tcPr>
          <w:p w14:paraId="50018662" w14:textId="77777777" w:rsidR="00F678CC" w:rsidRPr="00240C29" w:rsidRDefault="00F678CC" w:rsidP="00EA4E43">
            <w:pPr>
              <w:ind w:firstLine="0"/>
              <w:jc w:val="center"/>
              <w:rPr>
                <w:szCs w:val="24"/>
              </w:rPr>
            </w:pPr>
            <w:r w:rsidRPr="00240C29">
              <w:rPr>
                <w:szCs w:val="24"/>
              </w:rPr>
              <w:t>26</w:t>
            </w:r>
          </w:p>
        </w:tc>
        <w:tc>
          <w:tcPr>
            <w:tcW w:w="7087" w:type="dxa"/>
            <w:tcMar>
              <w:top w:w="80" w:type="dxa"/>
              <w:left w:w="90" w:type="dxa"/>
              <w:bottom w:w="80" w:type="dxa"/>
              <w:right w:w="90" w:type="dxa"/>
            </w:tcMar>
            <w:vAlign w:val="center"/>
          </w:tcPr>
          <w:p w14:paraId="658D4407" w14:textId="77777777" w:rsidR="00F678CC" w:rsidRPr="00240C29" w:rsidRDefault="00F678CC" w:rsidP="00EA4E43">
            <w:pPr>
              <w:ind w:firstLine="0"/>
              <w:rPr>
                <w:szCs w:val="24"/>
              </w:rPr>
            </w:pPr>
            <w:proofErr w:type="spellStart"/>
            <w:r w:rsidRPr="00240C29">
              <w:rPr>
                <w:szCs w:val="24"/>
              </w:rPr>
              <w:t>Spanac</w:t>
            </w:r>
            <w:proofErr w:type="spellEnd"/>
            <w:r w:rsidRPr="00240C29">
              <w:rPr>
                <w:szCs w:val="24"/>
              </w:rPr>
              <w:t xml:space="preserve"> cu </w:t>
            </w:r>
            <w:proofErr w:type="spellStart"/>
            <w:r w:rsidRPr="00240C29">
              <w:rPr>
                <w:szCs w:val="24"/>
              </w:rPr>
              <w:t>ciuperci</w:t>
            </w:r>
            <w:proofErr w:type="spellEnd"/>
            <w:r w:rsidRPr="00240C29">
              <w:rPr>
                <w:szCs w:val="24"/>
              </w:rPr>
              <w:t xml:space="preserve"> </w:t>
            </w:r>
            <w:proofErr w:type="spellStart"/>
            <w:r w:rsidRPr="00240C29">
              <w:rPr>
                <w:szCs w:val="24"/>
              </w:rPr>
              <w:t>gratinat</w:t>
            </w:r>
            <w:proofErr w:type="spellEnd"/>
          </w:p>
        </w:tc>
        <w:tc>
          <w:tcPr>
            <w:tcW w:w="1701" w:type="dxa"/>
            <w:tcMar>
              <w:top w:w="80" w:type="dxa"/>
              <w:left w:w="90" w:type="dxa"/>
              <w:bottom w:w="80" w:type="dxa"/>
              <w:right w:w="90" w:type="dxa"/>
            </w:tcMar>
            <w:vAlign w:val="center"/>
          </w:tcPr>
          <w:p w14:paraId="7777A5FE" w14:textId="77777777" w:rsidR="00F678CC" w:rsidRPr="00240C29" w:rsidRDefault="00F678CC" w:rsidP="00EA4E43">
            <w:pPr>
              <w:ind w:firstLine="0"/>
              <w:jc w:val="center"/>
              <w:rPr>
                <w:szCs w:val="24"/>
              </w:rPr>
            </w:pPr>
            <w:r w:rsidRPr="00240C29">
              <w:rPr>
                <w:szCs w:val="24"/>
              </w:rPr>
              <w:t>200 gr.</w:t>
            </w:r>
          </w:p>
        </w:tc>
      </w:tr>
      <w:tr w:rsidR="00F678CC" w:rsidRPr="00240C29" w14:paraId="7648AC81" w14:textId="77777777">
        <w:trPr>
          <w:jc w:val="center"/>
        </w:trPr>
        <w:tc>
          <w:tcPr>
            <w:tcW w:w="850" w:type="dxa"/>
            <w:tcMar>
              <w:top w:w="80" w:type="dxa"/>
              <w:left w:w="90" w:type="dxa"/>
              <w:bottom w:w="80" w:type="dxa"/>
              <w:right w:w="90" w:type="dxa"/>
            </w:tcMar>
            <w:vAlign w:val="center"/>
          </w:tcPr>
          <w:p w14:paraId="4D773AF2" w14:textId="77777777" w:rsidR="00F678CC" w:rsidRPr="00240C29" w:rsidRDefault="00F678CC" w:rsidP="00EA4E43">
            <w:pPr>
              <w:ind w:firstLine="0"/>
              <w:jc w:val="center"/>
              <w:rPr>
                <w:szCs w:val="24"/>
              </w:rPr>
            </w:pPr>
            <w:r w:rsidRPr="00240C29">
              <w:rPr>
                <w:szCs w:val="24"/>
              </w:rPr>
              <w:t>27</w:t>
            </w:r>
          </w:p>
        </w:tc>
        <w:tc>
          <w:tcPr>
            <w:tcW w:w="7087" w:type="dxa"/>
            <w:tcMar>
              <w:top w:w="80" w:type="dxa"/>
              <w:left w:w="90" w:type="dxa"/>
              <w:bottom w:w="80" w:type="dxa"/>
              <w:right w:w="90" w:type="dxa"/>
            </w:tcMar>
            <w:vAlign w:val="center"/>
          </w:tcPr>
          <w:p w14:paraId="721D3ED0" w14:textId="77777777" w:rsidR="00F678CC" w:rsidRPr="00240C29" w:rsidRDefault="00F678CC" w:rsidP="00EA4E43">
            <w:pPr>
              <w:ind w:firstLine="0"/>
              <w:rPr>
                <w:szCs w:val="24"/>
              </w:rPr>
            </w:pPr>
            <w:r w:rsidRPr="00240C29">
              <w:rPr>
                <w:szCs w:val="24"/>
              </w:rPr>
              <w:t xml:space="preserve">Salata </w:t>
            </w:r>
            <w:proofErr w:type="spellStart"/>
            <w:r w:rsidRPr="00240C29">
              <w:rPr>
                <w:szCs w:val="24"/>
              </w:rPr>
              <w:t>orientala</w:t>
            </w:r>
            <w:proofErr w:type="spellEnd"/>
            <w:r w:rsidRPr="00240C29">
              <w:rPr>
                <w:szCs w:val="24"/>
              </w:rPr>
              <w:t xml:space="preserve"> de </w:t>
            </w:r>
            <w:proofErr w:type="spellStart"/>
            <w:r w:rsidRPr="00240C29">
              <w:rPr>
                <w:szCs w:val="24"/>
              </w:rPr>
              <w:t>iarna</w:t>
            </w:r>
            <w:proofErr w:type="spellEnd"/>
            <w:r w:rsidRPr="00240C29">
              <w:rPr>
                <w:szCs w:val="24"/>
              </w:rPr>
              <w:t>/</w:t>
            </w:r>
            <w:proofErr w:type="spellStart"/>
            <w:r w:rsidRPr="00240C29">
              <w:rPr>
                <w:szCs w:val="24"/>
              </w:rPr>
              <w:t>primavara</w:t>
            </w:r>
            <w:proofErr w:type="spellEnd"/>
            <w:r w:rsidRPr="00240C29">
              <w:rPr>
                <w:szCs w:val="24"/>
              </w:rPr>
              <w:t>/</w:t>
            </w:r>
            <w:proofErr w:type="spellStart"/>
            <w:r w:rsidRPr="00240C29">
              <w:rPr>
                <w:szCs w:val="24"/>
              </w:rPr>
              <w:t>vara</w:t>
            </w:r>
            <w:proofErr w:type="spellEnd"/>
          </w:p>
        </w:tc>
        <w:tc>
          <w:tcPr>
            <w:tcW w:w="1701" w:type="dxa"/>
            <w:tcMar>
              <w:top w:w="80" w:type="dxa"/>
              <w:left w:w="90" w:type="dxa"/>
              <w:bottom w:w="80" w:type="dxa"/>
              <w:right w:w="90" w:type="dxa"/>
            </w:tcMar>
            <w:vAlign w:val="center"/>
          </w:tcPr>
          <w:p w14:paraId="66FF96CA" w14:textId="77777777" w:rsidR="00F678CC" w:rsidRPr="00240C29" w:rsidRDefault="00F678CC" w:rsidP="00EA4E43">
            <w:pPr>
              <w:ind w:firstLine="0"/>
              <w:jc w:val="center"/>
              <w:rPr>
                <w:szCs w:val="24"/>
              </w:rPr>
            </w:pPr>
            <w:r w:rsidRPr="00240C29">
              <w:rPr>
                <w:szCs w:val="24"/>
              </w:rPr>
              <w:t>300 gr.</w:t>
            </w:r>
          </w:p>
        </w:tc>
      </w:tr>
      <w:tr w:rsidR="00F678CC" w:rsidRPr="00240C29" w14:paraId="29370C4B" w14:textId="77777777">
        <w:trPr>
          <w:jc w:val="center"/>
        </w:trPr>
        <w:tc>
          <w:tcPr>
            <w:tcW w:w="850" w:type="dxa"/>
            <w:tcMar>
              <w:top w:w="80" w:type="dxa"/>
              <w:left w:w="90" w:type="dxa"/>
              <w:bottom w:w="80" w:type="dxa"/>
              <w:right w:w="90" w:type="dxa"/>
            </w:tcMar>
            <w:vAlign w:val="center"/>
          </w:tcPr>
          <w:p w14:paraId="5D0ECAFF" w14:textId="77777777" w:rsidR="00F678CC" w:rsidRPr="00240C29" w:rsidRDefault="00F678CC" w:rsidP="00EA4E43">
            <w:pPr>
              <w:ind w:firstLine="0"/>
              <w:jc w:val="center"/>
              <w:rPr>
                <w:szCs w:val="24"/>
              </w:rPr>
            </w:pPr>
            <w:r w:rsidRPr="00240C29">
              <w:rPr>
                <w:szCs w:val="24"/>
              </w:rPr>
              <w:t>28</w:t>
            </w:r>
          </w:p>
        </w:tc>
        <w:tc>
          <w:tcPr>
            <w:tcW w:w="7087" w:type="dxa"/>
            <w:tcMar>
              <w:top w:w="80" w:type="dxa"/>
              <w:left w:w="90" w:type="dxa"/>
              <w:bottom w:w="80" w:type="dxa"/>
              <w:right w:w="90" w:type="dxa"/>
            </w:tcMar>
            <w:vAlign w:val="center"/>
          </w:tcPr>
          <w:p w14:paraId="1B8E757A" w14:textId="77777777" w:rsidR="00F678CC" w:rsidRPr="00240C29" w:rsidRDefault="00F678CC" w:rsidP="00EA4E43">
            <w:pPr>
              <w:ind w:firstLine="0"/>
              <w:rPr>
                <w:szCs w:val="24"/>
              </w:rPr>
            </w:pPr>
            <w:proofErr w:type="spellStart"/>
            <w:r w:rsidRPr="00240C29">
              <w:rPr>
                <w:szCs w:val="24"/>
              </w:rPr>
              <w:t>Sarmale</w:t>
            </w:r>
            <w:proofErr w:type="spellEnd"/>
            <w:r w:rsidRPr="00240C29">
              <w:rPr>
                <w:szCs w:val="24"/>
              </w:rPr>
              <w:t xml:space="preserve"> in </w:t>
            </w:r>
            <w:proofErr w:type="spellStart"/>
            <w:r w:rsidRPr="00240C29">
              <w:rPr>
                <w:szCs w:val="24"/>
              </w:rPr>
              <w:t>foi</w:t>
            </w:r>
            <w:proofErr w:type="spellEnd"/>
            <w:r w:rsidRPr="00240C29">
              <w:rPr>
                <w:szCs w:val="24"/>
              </w:rPr>
              <w:t xml:space="preserve"> de </w:t>
            </w:r>
            <w:proofErr w:type="spellStart"/>
            <w:r w:rsidRPr="00240C29">
              <w:rPr>
                <w:szCs w:val="24"/>
              </w:rPr>
              <w:t>varza</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433D7ED2" w14:textId="77777777" w:rsidR="00F678CC" w:rsidRPr="00240C29" w:rsidRDefault="00F678CC" w:rsidP="00EA4E43">
            <w:pPr>
              <w:ind w:firstLine="0"/>
              <w:jc w:val="center"/>
              <w:rPr>
                <w:szCs w:val="24"/>
              </w:rPr>
            </w:pPr>
            <w:r w:rsidRPr="00240C29">
              <w:rPr>
                <w:szCs w:val="24"/>
              </w:rPr>
              <w:t>200/150 gr.</w:t>
            </w:r>
          </w:p>
        </w:tc>
      </w:tr>
      <w:tr w:rsidR="00F678CC" w:rsidRPr="00240C29" w14:paraId="065F5C7E" w14:textId="77777777">
        <w:trPr>
          <w:jc w:val="center"/>
        </w:trPr>
        <w:tc>
          <w:tcPr>
            <w:tcW w:w="850" w:type="dxa"/>
            <w:tcMar>
              <w:top w:w="80" w:type="dxa"/>
              <w:left w:w="90" w:type="dxa"/>
              <w:bottom w:w="80" w:type="dxa"/>
              <w:right w:w="90" w:type="dxa"/>
            </w:tcMar>
            <w:vAlign w:val="center"/>
          </w:tcPr>
          <w:p w14:paraId="3FDF5018" w14:textId="77777777" w:rsidR="00F678CC" w:rsidRPr="00240C29" w:rsidRDefault="00F678CC" w:rsidP="00EA4E43">
            <w:pPr>
              <w:ind w:firstLine="0"/>
              <w:jc w:val="center"/>
              <w:rPr>
                <w:szCs w:val="24"/>
              </w:rPr>
            </w:pPr>
            <w:r w:rsidRPr="00240C29">
              <w:rPr>
                <w:szCs w:val="24"/>
              </w:rPr>
              <w:t>29</w:t>
            </w:r>
          </w:p>
        </w:tc>
        <w:tc>
          <w:tcPr>
            <w:tcW w:w="7087" w:type="dxa"/>
            <w:tcMar>
              <w:top w:w="80" w:type="dxa"/>
              <w:left w:w="90" w:type="dxa"/>
              <w:bottom w:w="80" w:type="dxa"/>
              <w:right w:w="90" w:type="dxa"/>
            </w:tcMar>
            <w:vAlign w:val="center"/>
          </w:tcPr>
          <w:p w14:paraId="7510810E" w14:textId="4297FF2A" w:rsidR="00F678CC" w:rsidRPr="00240C29" w:rsidRDefault="00F678CC" w:rsidP="00EA4E43">
            <w:pPr>
              <w:ind w:firstLine="0"/>
              <w:rPr>
                <w:szCs w:val="24"/>
              </w:rPr>
            </w:pPr>
            <w:proofErr w:type="spellStart"/>
            <w:r w:rsidRPr="00240C29">
              <w:rPr>
                <w:szCs w:val="24"/>
              </w:rPr>
              <w:t>Sufleu</w:t>
            </w:r>
            <w:proofErr w:type="spellEnd"/>
            <w:r w:rsidRPr="00240C29">
              <w:rPr>
                <w:szCs w:val="24"/>
              </w:rPr>
              <w:t xml:space="preserve"> din </w:t>
            </w:r>
            <w:proofErr w:type="spellStart"/>
            <w:r w:rsidRPr="00240C29">
              <w:rPr>
                <w:szCs w:val="24"/>
              </w:rPr>
              <w:t>vinete</w:t>
            </w:r>
            <w:proofErr w:type="spellEnd"/>
            <w:r w:rsidR="00BE5687">
              <w:rPr>
                <w:szCs w:val="24"/>
              </w:rPr>
              <w:t>/</w:t>
            </w:r>
            <w:r w:rsidR="00BE5687">
              <w:t xml:space="preserve"> </w:t>
            </w:r>
            <w:proofErr w:type="spellStart"/>
            <w:r w:rsidR="00BE5687" w:rsidRPr="00BE5687">
              <w:rPr>
                <w:szCs w:val="24"/>
              </w:rPr>
              <w:t>conopida</w:t>
            </w:r>
            <w:proofErr w:type="spellEnd"/>
            <w:r w:rsidR="00BE5687" w:rsidRPr="00BE5687">
              <w:rPr>
                <w:szCs w:val="24"/>
              </w:rPr>
              <w:t>/</w:t>
            </w:r>
            <w:proofErr w:type="spellStart"/>
            <w:r w:rsidR="00BE5687" w:rsidRPr="00BE5687">
              <w:rPr>
                <w:szCs w:val="24"/>
              </w:rPr>
              <w:t>dovlecei</w:t>
            </w:r>
            <w:proofErr w:type="spellEnd"/>
          </w:p>
        </w:tc>
        <w:tc>
          <w:tcPr>
            <w:tcW w:w="1701" w:type="dxa"/>
            <w:tcMar>
              <w:top w:w="80" w:type="dxa"/>
              <w:left w:w="90" w:type="dxa"/>
              <w:bottom w:w="80" w:type="dxa"/>
              <w:right w:w="90" w:type="dxa"/>
            </w:tcMar>
            <w:vAlign w:val="center"/>
          </w:tcPr>
          <w:p w14:paraId="1533FC36" w14:textId="77777777" w:rsidR="00F678CC" w:rsidRPr="00240C29" w:rsidRDefault="00F678CC" w:rsidP="00EA4E43">
            <w:pPr>
              <w:ind w:firstLine="0"/>
              <w:jc w:val="center"/>
              <w:rPr>
                <w:szCs w:val="24"/>
              </w:rPr>
            </w:pPr>
            <w:r w:rsidRPr="00240C29">
              <w:rPr>
                <w:szCs w:val="24"/>
              </w:rPr>
              <w:t>150 gr.</w:t>
            </w:r>
          </w:p>
        </w:tc>
      </w:tr>
      <w:tr w:rsidR="00F678CC" w:rsidRPr="00240C29" w14:paraId="3C71A3DC" w14:textId="77777777">
        <w:trPr>
          <w:jc w:val="center"/>
        </w:trPr>
        <w:tc>
          <w:tcPr>
            <w:tcW w:w="850" w:type="dxa"/>
            <w:tcMar>
              <w:top w:w="80" w:type="dxa"/>
              <w:left w:w="90" w:type="dxa"/>
              <w:bottom w:w="80" w:type="dxa"/>
              <w:right w:w="90" w:type="dxa"/>
            </w:tcMar>
            <w:vAlign w:val="center"/>
          </w:tcPr>
          <w:p w14:paraId="136BFC15" w14:textId="77777777" w:rsidR="00F678CC" w:rsidRPr="00240C29" w:rsidRDefault="00F678CC" w:rsidP="00EA4E43">
            <w:pPr>
              <w:ind w:firstLine="0"/>
              <w:jc w:val="center"/>
              <w:rPr>
                <w:szCs w:val="24"/>
              </w:rPr>
            </w:pPr>
            <w:r w:rsidRPr="00240C29">
              <w:rPr>
                <w:szCs w:val="24"/>
              </w:rPr>
              <w:t>30</w:t>
            </w:r>
          </w:p>
        </w:tc>
        <w:tc>
          <w:tcPr>
            <w:tcW w:w="7087" w:type="dxa"/>
            <w:tcMar>
              <w:top w:w="80" w:type="dxa"/>
              <w:left w:w="90" w:type="dxa"/>
              <w:bottom w:w="80" w:type="dxa"/>
              <w:right w:w="90" w:type="dxa"/>
            </w:tcMar>
            <w:vAlign w:val="center"/>
          </w:tcPr>
          <w:p w14:paraId="30B26ED9" w14:textId="77777777" w:rsidR="00F678CC" w:rsidRPr="00240C29" w:rsidRDefault="00F678CC" w:rsidP="00EA4E43">
            <w:pPr>
              <w:ind w:firstLine="0"/>
              <w:rPr>
                <w:szCs w:val="24"/>
              </w:rPr>
            </w:pPr>
            <w:proofErr w:type="spellStart"/>
            <w:r w:rsidRPr="00240C29">
              <w:rPr>
                <w:szCs w:val="24"/>
              </w:rPr>
              <w:t>Taitei</w:t>
            </w:r>
            <w:proofErr w:type="spellEnd"/>
            <w:r w:rsidRPr="00240C29">
              <w:rPr>
                <w:szCs w:val="24"/>
              </w:rPr>
              <w:t xml:space="preserve"> cu </w:t>
            </w:r>
            <w:proofErr w:type="spellStart"/>
            <w:r w:rsidRPr="00240C29">
              <w:rPr>
                <w:szCs w:val="24"/>
              </w:rPr>
              <w:t>branza</w:t>
            </w:r>
            <w:proofErr w:type="spellEnd"/>
          </w:p>
        </w:tc>
        <w:tc>
          <w:tcPr>
            <w:tcW w:w="1701" w:type="dxa"/>
            <w:tcMar>
              <w:top w:w="80" w:type="dxa"/>
              <w:left w:w="90" w:type="dxa"/>
              <w:bottom w:w="80" w:type="dxa"/>
              <w:right w:w="90" w:type="dxa"/>
            </w:tcMar>
            <w:vAlign w:val="center"/>
          </w:tcPr>
          <w:p w14:paraId="48533DAB" w14:textId="77777777" w:rsidR="00F678CC" w:rsidRPr="00240C29" w:rsidRDefault="00F678CC" w:rsidP="00EA4E43">
            <w:pPr>
              <w:ind w:firstLine="0"/>
              <w:jc w:val="center"/>
              <w:rPr>
                <w:szCs w:val="24"/>
              </w:rPr>
            </w:pPr>
            <w:r w:rsidRPr="00240C29">
              <w:rPr>
                <w:szCs w:val="24"/>
              </w:rPr>
              <w:t>250 gr.</w:t>
            </w:r>
          </w:p>
        </w:tc>
      </w:tr>
      <w:tr w:rsidR="00F678CC" w:rsidRPr="00240C29" w14:paraId="6AF84BD5" w14:textId="77777777">
        <w:trPr>
          <w:jc w:val="center"/>
        </w:trPr>
        <w:tc>
          <w:tcPr>
            <w:tcW w:w="850" w:type="dxa"/>
            <w:tcMar>
              <w:top w:w="80" w:type="dxa"/>
              <w:left w:w="90" w:type="dxa"/>
              <w:bottom w:w="80" w:type="dxa"/>
              <w:right w:w="90" w:type="dxa"/>
            </w:tcMar>
            <w:vAlign w:val="center"/>
          </w:tcPr>
          <w:p w14:paraId="6EA8077C" w14:textId="77777777" w:rsidR="00F678CC" w:rsidRPr="00240C29" w:rsidRDefault="00F678CC" w:rsidP="00EA4E43">
            <w:pPr>
              <w:ind w:firstLine="0"/>
              <w:jc w:val="center"/>
              <w:rPr>
                <w:szCs w:val="24"/>
              </w:rPr>
            </w:pPr>
            <w:r w:rsidRPr="00240C29">
              <w:rPr>
                <w:szCs w:val="24"/>
              </w:rPr>
              <w:t>31</w:t>
            </w:r>
          </w:p>
        </w:tc>
        <w:tc>
          <w:tcPr>
            <w:tcW w:w="7087" w:type="dxa"/>
            <w:tcMar>
              <w:top w:w="80" w:type="dxa"/>
              <w:left w:w="90" w:type="dxa"/>
              <w:bottom w:w="80" w:type="dxa"/>
              <w:right w:w="90" w:type="dxa"/>
            </w:tcMar>
            <w:vAlign w:val="center"/>
          </w:tcPr>
          <w:p w14:paraId="3F3414B6" w14:textId="77777777" w:rsidR="00F678CC" w:rsidRPr="00240C29" w:rsidRDefault="00F678CC" w:rsidP="00EA4E43">
            <w:pPr>
              <w:ind w:firstLine="0"/>
              <w:rPr>
                <w:szCs w:val="24"/>
              </w:rPr>
            </w:pPr>
            <w:proofErr w:type="spellStart"/>
            <w:r w:rsidRPr="00240C29">
              <w:rPr>
                <w:szCs w:val="24"/>
              </w:rPr>
              <w:t>Taitei</w:t>
            </w:r>
            <w:proofErr w:type="spellEnd"/>
            <w:r w:rsidRPr="00240C29">
              <w:rPr>
                <w:szCs w:val="24"/>
              </w:rPr>
              <w:t xml:space="preserve">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4C0B5CEA" w14:textId="77777777" w:rsidR="00F678CC" w:rsidRPr="00240C29" w:rsidRDefault="00F678CC" w:rsidP="00EA4E43">
            <w:pPr>
              <w:ind w:firstLine="0"/>
              <w:jc w:val="center"/>
              <w:rPr>
                <w:szCs w:val="24"/>
              </w:rPr>
            </w:pPr>
            <w:r w:rsidRPr="00240C29">
              <w:rPr>
                <w:szCs w:val="24"/>
              </w:rPr>
              <w:t>300 gr.</w:t>
            </w:r>
          </w:p>
        </w:tc>
      </w:tr>
      <w:tr w:rsidR="00F678CC" w:rsidRPr="00240C29" w14:paraId="1F8F4382" w14:textId="77777777">
        <w:trPr>
          <w:jc w:val="center"/>
        </w:trPr>
        <w:tc>
          <w:tcPr>
            <w:tcW w:w="850" w:type="dxa"/>
            <w:tcMar>
              <w:top w:w="80" w:type="dxa"/>
              <w:left w:w="90" w:type="dxa"/>
              <w:bottom w:w="80" w:type="dxa"/>
              <w:right w:w="90" w:type="dxa"/>
            </w:tcMar>
            <w:vAlign w:val="center"/>
          </w:tcPr>
          <w:p w14:paraId="52820784" w14:textId="77777777" w:rsidR="00F678CC" w:rsidRPr="00240C29" w:rsidRDefault="00F678CC" w:rsidP="00EA4E43">
            <w:pPr>
              <w:ind w:firstLine="0"/>
              <w:jc w:val="center"/>
              <w:rPr>
                <w:szCs w:val="24"/>
              </w:rPr>
            </w:pPr>
            <w:r w:rsidRPr="00240C29">
              <w:rPr>
                <w:szCs w:val="24"/>
              </w:rPr>
              <w:t>32</w:t>
            </w:r>
          </w:p>
        </w:tc>
        <w:tc>
          <w:tcPr>
            <w:tcW w:w="7087" w:type="dxa"/>
            <w:tcMar>
              <w:top w:w="80" w:type="dxa"/>
              <w:left w:w="90" w:type="dxa"/>
              <w:bottom w:w="80" w:type="dxa"/>
              <w:right w:w="90" w:type="dxa"/>
            </w:tcMar>
            <w:vAlign w:val="center"/>
          </w:tcPr>
          <w:p w14:paraId="61672466"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de legume </w:t>
            </w:r>
            <w:proofErr w:type="spellStart"/>
            <w:r w:rsidRPr="00240C29">
              <w:rPr>
                <w:szCs w:val="24"/>
              </w:rPr>
              <w:t>calugareasca</w:t>
            </w:r>
            <w:proofErr w:type="spellEnd"/>
          </w:p>
        </w:tc>
        <w:tc>
          <w:tcPr>
            <w:tcW w:w="1701" w:type="dxa"/>
            <w:tcMar>
              <w:top w:w="80" w:type="dxa"/>
              <w:left w:w="90" w:type="dxa"/>
              <w:bottom w:w="80" w:type="dxa"/>
              <w:right w:w="90" w:type="dxa"/>
            </w:tcMar>
            <w:vAlign w:val="center"/>
          </w:tcPr>
          <w:p w14:paraId="4CEC47E7" w14:textId="77777777" w:rsidR="00F678CC" w:rsidRPr="00240C29" w:rsidRDefault="00F678CC" w:rsidP="00EA4E43">
            <w:pPr>
              <w:ind w:firstLine="0"/>
              <w:jc w:val="center"/>
              <w:rPr>
                <w:szCs w:val="24"/>
              </w:rPr>
            </w:pPr>
            <w:r w:rsidRPr="00240C29">
              <w:rPr>
                <w:szCs w:val="24"/>
              </w:rPr>
              <w:t>250 gr.</w:t>
            </w:r>
          </w:p>
        </w:tc>
      </w:tr>
      <w:tr w:rsidR="00F678CC" w:rsidRPr="00240C29" w14:paraId="33AE46C6" w14:textId="77777777">
        <w:trPr>
          <w:jc w:val="center"/>
        </w:trPr>
        <w:tc>
          <w:tcPr>
            <w:tcW w:w="850" w:type="dxa"/>
            <w:tcMar>
              <w:top w:w="80" w:type="dxa"/>
              <w:left w:w="90" w:type="dxa"/>
              <w:bottom w:w="80" w:type="dxa"/>
              <w:right w:w="90" w:type="dxa"/>
            </w:tcMar>
            <w:vAlign w:val="center"/>
          </w:tcPr>
          <w:p w14:paraId="561D9CDB" w14:textId="77777777" w:rsidR="00F678CC" w:rsidRPr="00240C29" w:rsidRDefault="00F678CC" w:rsidP="00EA4E43">
            <w:pPr>
              <w:ind w:firstLine="0"/>
              <w:jc w:val="center"/>
              <w:rPr>
                <w:szCs w:val="24"/>
              </w:rPr>
            </w:pPr>
            <w:r w:rsidRPr="00240C29">
              <w:rPr>
                <w:szCs w:val="24"/>
              </w:rPr>
              <w:t>33</w:t>
            </w:r>
          </w:p>
        </w:tc>
        <w:tc>
          <w:tcPr>
            <w:tcW w:w="7087" w:type="dxa"/>
            <w:tcMar>
              <w:top w:w="80" w:type="dxa"/>
              <w:left w:w="90" w:type="dxa"/>
              <w:bottom w:w="80" w:type="dxa"/>
              <w:right w:w="90" w:type="dxa"/>
            </w:tcMar>
            <w:vAlign w:val="center"/>
          </w:tcPr>
          <w:p w14:paraId="4917541A"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dobrogeana</w:t>
            </w:r>
            <w:proofErr w:type="spellEnd"/>
          </w:p>
        </w:tc>
        <w:tc>
          <w:tcPr>
            <w:tcW w:w="1701" w:type="dxa"/>
            <w:tcMar>
              <w:top w:w="80" w:type="dxa"/>
              <w:left w:w="90" w:type="dxa"/>
              <w:bottom w:w="80" w:type="dxa"/>
              <w:right w:w="90" w:type="dxa"/>
            </w:tcMar>
            <w:vAlign w:val="center"/>
          </w:tcPr>
          <w:p w14:paraId="1F023B6B" w14:textId="77777777" w:rsidR="00F678CC" w:rsidRPr="00240C29" w:rsidRDefault="00F678CC" w:rsidP="00EA4E43">
            <w:pPr>
              <w:ind w:firstLine="0"/>
              <w:jc w:val="center"/>
              <w:rPr>
                <w:szCs w:val="24"/>
              </w:rPr>
            </w:pPr>
            <w:r w:rsidRPr="00240C29">
              <w:rPr>
                <w:szCs w:val="24"/>
              </w:rPr>
              <w:t>220 gr.</w:t>
            </w:r>
          </w:p>
        </w:tc>
      </w:tr>
      <w:tr w:rsidR="00F678CC" w:rsidRPr="00240C29" w14:paraId="4E8A6A69" w14:textId="77777777">
        <w:trPr>
          <w:jc w:val="center"/>
        </w:trPr>
        <w:tc>
          <w:tcPr>
            <w:tcW w:w="850" w:type="dxa"/>
            <w:tcMar>
              <w:top w:w="80" w:type="dxa"/>
              <w:left w:w="90" w:type="dxa"/>
              <w:bottom w:w="80" w:type="dxa"/>
              <w:right w:w="90" w:type="dxa"/>
            </w:tcMar>
            <w:vAlign w:val="center"/>
          </w:tcPr>
          <w:p w14:paraId="3FDDD7AC" w14:textId="77777777" w:rsidR="00F678CC" w:rsidRPr="00240C29" w:rsidRDefault="00F678CC" w:rsidP="00EA4E43">
            <w:pPr>
              <w:ind w:firstLine="0"/>
              <w:jc w:val="center"/>
              <w:rPr>
                <w:szCs w:val="24"/>
              </w:rPr>
            </w:pPr>
            <w:r w:rsidRPr="00240C29">
              <w:rPr>
                <w:szCs w:val="24"/>
              </w:rPr>
              <w:t>34</w:t>
            </w:r>
          </w:p>
        </w:tc>
        <w:tc>
          <w:tcPr>
            <w:tcW w:w="7087" w:type="dxa"/>
            <w:tcMar>
              <w:top w:w="80" w:type="dxa"/>
              <w:left w:w="90" w:type="dxa"/>
              <w:bottom w:w="80" w:type="dxa"/>
              <w:right w:w="90" w:type="dxa"/>
            </w:tcMar>
            <w:vAlign w:val="center"/>
          </w:tcPr>
          <w:p w14:paraId="3CA7AEBC"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olteneasca</w:t>
            </w:r>
            <w:proofErr w:type="spellEnd"/>
            <w:r w:rsidRPr="00240C29">
              <w:rPr>
                <w:szCs w:val="24"/>
              </w:rPr>
              <w:t xml:space="preserve"> de legume</w:t>
            </w:r>
          </w:p>
        </w:tc>
        <w:tc>
          <w:tcPr>
            <w:tcW w:w="1701" w:type="dxa"/>
            <w:tcMar>
              <w:top w:w="80" w:type="dxa"/>
              <w:left w:w="90" w:type="dxa"/>
              <w:bottom w:w="80" w:type="dxa"/>
              <w:right w:w="90" w:type="dxa"/>
            </w:tcMar>
            <w:vAlign w:val="center"/>
          </w:tcPr>
          <w:p w14:paraId="07E7468E" w14:textId="77777777" w:rsidR="00F678CC" w:rsidRPr="00240C29" w:rsidRDefault="00F678CC" w:rsidP="00EA4E43">
            <w:pPr>
              <w:ind w:firstLine="0"/>
              <w:jc w:val="center"/>
              <w:rPr>
                <w:szCs w:val="24"/>
              </w:rPr>
            </w:pPr>
            <w:r w:rsidRPr="00240C29">
              <w:rPr>
                <w:szCs w:val="24"/>
              </w:rPr>
              <w:t>250 gr.</w:t>
            </w:r>
          </w:p>
        </w:tc>
      </w:tr>
      <w:tr w:rsidR="00FD4BD3" w:rsidRPr="00240C29" w14:paraId="5080BF78" w14:textId="77777777" w:rsidTr="006B3867">
        <w:trPr>
          <w:jc w:val="center"/>
        </w:trPr>
        <w:tc>
          <w:tcPr>
            <w:tcW w:w="850" w:type="dxa"/>
            <w:tcMar>
              <w:top w:w="80" w:type="dxa"/>
              <w:left w:w="90" w:type="dxa"/>
              <w:bottom w:w="80" w:type="dxa"/>
              <w:right w:w="90" w:type="dxa"/>
            </w:tcMar>
            <w:vAlign w:val="center"/>
          </w:tcPr>
          <w:p w14:paraId="07DC3DDD" w14:textId="2F644C50" w:rsidR="00FD4BD3" w:rsidRPr="00240C29" w:rsidRDefault="00FD4BD3" w:rsidP="00FD4BD3">
            <w:pPr>
              <w:ind w:firstLine="0"/>
              <w:jc w:val="center"/>
              <w:rPr>
                <w:szCs w:val="24"/>
              </w:rPr>
            </w:pPr>
            <w:r>
              <w:rPr>
                <w:szCs w:val="24"/>
              </w:rPr>
              <w:lastRenderedPageBreak/>
              <w:t>35</w:t>
            </w:r>
          </w:p>
        </w:tc>
        <w:tc>
          <w:tcPr>
            <w:tcW w:w="7087" w:type="dxa"/>
            <w:tcMar>
              <w:top w:w="80" w:type="dxa"/>
              <w:left w:w="90" w:type="dxa"/>
              <w:bottom w:w="80" w:type="dxa"/>
              <w:right w:w="90" w:type="dxa"/>
            </w:tcMar>
          </w:tcPr>
          <w:p w14:paraId="273DE9FB" w14:textId="3E61B854" w:rsidR="00FD4BD3" w:rsidRPr="00240C29" w:rsidRDefault="00FD4BD3" w:rsidP="00FD4BD3">
            <w:pPr>
              <w:ind w:firstLine="0"/>
              <w:rPr>
                <w:szCs w:val="24"/>
              </w:rPr>
            </w:pPr>
            <w:proofErr w:type="spellStart"/>
            <w:r w:rsidRPr="001D44A3">
              <w:t>Dovlecei</w:t>
            </w:r>
            <w:proofErr w:type="spellEnd"/>
            <w:r w:rsidRPr="001D44A3">
              <w:t xml:space="preserve"> </w:t>
            </w:r>
            <w:proofErr w:type="spellStart"/>
            <w:r w:rsidRPr="001D44A3">
              <w:t>umpluti</w:t>
            </w:r>
            <w:proofErr w:type="spellEnd"/>
            <w:r w:rsidRPr="001D44A3">
              <w:t xml:space="preserve"> cu </w:t>
            </w:r>
            <w:proofErr w:type="spellStart"/>
            <w:r w:rsidRPr="001D44A3">
              <w:t>orez</w:t>
            </w:r>
            <w:proofErr w:type="spellEnd"/>
            <w:r w:rsidRPr="001D44A3">
              <w:t xml:space="preserve"> </w:t>
            </w:r>
            <w:proofErr w:type="spellStart"/>
            <w:r w:rsidRPr="001D44A3">
              <w:t>si</w:t>
            </w:r>
            <w:proofErr w:type="spellEnd"/>
            <w:r w:rsidRPr="001D44A3">
              <w:t xml:space="preserve"> legume</w:t>
            </w:r>
          </w:p>
        </w:tc>
        <w:tc>
          <w:tcPr>
            <w:tcW w:w="1701" w:type="dxa"/>
            <w:tcMar>
              <w:top w:w="80" w:type="dxa"/>
              <w:left w:w="90" w:type="dxa"/>
              <w:bottom w:w="80" w:type="dxa"/>
              <w:right w:w="90" w:type="dxa"/>
            </w:tcMar>
          </w:tcPr>
          <w:p w14:paraId="0D45F97C" w14:textId="45E94D4D" w:rsidR="00FD4BD3" w:rsidRPr="00240C29" w:rsidRDefault="00FD4BD3" w:rsidP="00FD4BD3">
            <w:pPr>
              <w:ind w:firstLine="0"/>
              <w:jc w:val="center"/>
              <w:rPr>
                <w:szCs w:val="24"/>
              </w:rPr>
            </w:pPr>
            <w:r w:rsidRPr="001D44A3">
              <w:t>160/140 gr.</w:t>
            </w:r>
          </w:p>
        </w:tc>
      </w:tr>
      <w:tr w:rsidR="00FD4BD3" w:rsidRPr="00240C29" w14:paraId="0E347AC5" w14:textId="77777777" w:rsidTr="006B3867">
        <w:trPr>
          <w:jc w:val="center"/>
        </w:trPr>
        <w:tc>
          <w:tcPr>
            <w:tcW w:w="850" w:type="dxa"/>
            <w:tcMar>
              <w:top w:w="80" w:type="dxa"/>
              <w:left w:w="90" w:type="dxa"/>
              <w:bottom w:w="80" w:type="dxa"/>
              <w:right w:w="90" w:type="dxa"/>
            </w:tcMar>
            <w:vAlign w:val="center"/>
          </w:tcPr>
          <w:p w14:paraId="55C8B28F" w14:textId="17454B92" w:rsidR="00FD4BD3" w:rsidRPr="00240C29" w:rsidRDefault="00FD4BD3" w:rsidP="00FD4BD3">
            <w:pPr>
              <w:ind w:firstLine="0"/>
              <w:jc w:val="center"/>
              <w:rPr>
                <w:szCs w:val="24"/>
              </w:rPr>
            </w:pPr>
            <w:r>
              <w:rPr>
                <w:szCs w:val="24"/>
              </w:rPr>
              <w:t>36</w:t>
            </w:r>
          </w:p>
        </w:tc>
        <w:tc>
          <w:tcPr>
            <w:tcW w:w="7087" w:type="dxa"/>
            <w:tcMar>
              <w:top w:w="80" w:type="dxa"/>
              <w:left w:w="90" w:type="dxa"/>
              <w:bottom w:w="80" w:type="dxa"/>
              <w:right w:w="90" w:type="dxa"/>
            </w:tcMar>
          </w:tcPr>
          <w:p w14:paraId="0F770785" w14:textId="22475432" w:rsidR="00FD4BD3" w:rsidRPr="00240C29" w:rsidRDefault="00FD4BD3" w:rsidP="00FD4BD3">
            <w:pPr>
              <w:ind w:firstLine="0"/>
              <w:rPr>
                <w:szCs w:val="24"/>
              </w:rPr>
            </w:pPr>
            <w:proofErr w:type="spellStart"/>
            <w:r w:rsidRPr="001D44A3">
              <w:t>Piure</w:t>
            </w:r>
            <w:proofErr w:type="spellEnd"/>
            <w:r w:rsidRPr="001D44A3">
              <w:t xml:space="preserve"> de </w:t>
            </w:r>
            <w:proofErr w:type="spellStart"/>
            <w:r w:rsidRPr="001D44A3">
              <w:t>cartofi</w:t>
            </w:r>
            <w:proofErr w:type="spellEnd"/>
            <w:r w:rsidRPr="001D44A3">
              <w:t>/</w:t>
            </w:r>
            <w:proofErr w:type="spellStart"/>
            <w:r w:rsidRPr="001D44A3">
              <w:t>morcovi</w:t>
            </w:r>
            <w:proofErr w:type="spellEnd"/>
          </w:p>
        </w:tc>
        <w:tc>
          <w:tcPr>
            <w:tcW w:w="1701" w:type="dxa"/>
            <w:tcMar>
              <w:top w:w="80" w:type="dxa"/>
              <w:left w:w="90" w:type="dxa"/>
              <w:bottom w:w="80" w:type="dxa"/>
              <w:right w:w="90" w:type="dxa"/>
            </w:tcMar>
          </w:tcPr>
          <w:p w14:paraId="64683E8C" w14:textId="2575D81C" w:rsidR="00FD4BD3" w:rsidRPr="00240C29" w:rsidRDefault="00FD4BD3" w:rsidP="00FD4BD3">
            <w:pPr>
              <w:ind w:firstLine="0"/>
              <w:jc w:val="center"/>
              <w:rPr>
                <w:szCs w:val="24"/>
              </w:rPr>
            </w:pPr>
            <w:r w:rsidRPr="001D44A3">
              <w:t>200 gr.</w:t>
            </w:r>
          </w:p>
        </w:tc>
      </w:tr>
      <w:tr w:rsidR="00FD4BD3" w:rsidRPr="00240C29" w14:paraId="2EEDF62E" w14:textId="77777777" w:rsidTr="006B3867">
        <w:trPr>
          <w:jc w:val="center"/>
        </w:trPr>
        <w:tc>
          <w:tcPr>
            <w:tcW w:w="850" w:type="dxa"/>
            <w:tcMar>
              <w:top w:w="80" w:type="dxa"/>
              <w:left w:w="90" w:type="dxa"/>
              <w:bottom w:w="80" w:type="dxa"/>
              <w:right w:w="90" w:type="dxa"/>
            </w:tcMar>
            <w:vAlign w:val="center"/>
          </w:tcPr>
          <w:p w14:paraId="565871C3" w14:textId="7AF965ED" w:rsidR="00FD4BD3" w:rsidRPr="00240C29" w:rsidRDefault="00FD4BD3" w:rsidP="00FD4BD3">
            <w:pPr>
              <w:ind w:firstLine="0"/>
              <w:jc w:val="center"/>
              <w:rPr>
                <w:szCs w:val="24"/>
              </w:rPr>
            </w:pPr>
            <w:r>
              <w:rPr>
                <w:szCs w:val="24"/>
              </w:rPr>
              <w:t>37</w:t>
            </w:r>
          </w:p>
        </w:tc>
        <w:tc>
          <w:tcPr>
            <w:tcW w:w="7087" w:type="dxa"/>
            <w:tcMar>
              <w:top w:w="80" w:type="dxa"/>
              <w:left w:w="90" w:type="dxa"/>
              <w:bottom w:w="80" w:type="dxa"/>
              <w:right w:w="90" w:type="dxa"/>
            </w:tcMar>
          </w:tcPr>
          <w:p w14:paraId="1A113CAE" w14:textId="34F06AC3" w:rsidR="00FD4BD3" w:rsidRPr="00240C29" w:rsidRDefault="00FD4BD3" w:rsidP="00FD4BD3">
            <w:pPr>
              <w:ind w:firstLine="0"/>
              <w:rPr>
                <w:szCs w:val="24"/>
              </w:rPr>
            </w:pPr>
            <w:proofErr w:type="spellStart"/>
            <w:r w:rsidRPr="001D44A3">
              <w:t>Mancare</w:t>
            </w:r>
            <w:proofErr w:type="spellEnd"/>
            <w:r w:rsidRPr="001D44A3">
              <w:t xml:space="preserve"> de </w:t>
            </w:r>
            <w:proofErr w:type="spellStart"/>
            <w:r w:rsidRPr="001D44A3">
              <w:t>fasole</w:t>
            </w:r>
            <w:proofErr w:type="spellEnd"/>
            <w:r w:rsidRPr="001D44A3">
              <w:t xml:space="preserve"> </w:t>
            </w:r>
            <w:proofErr w:type="spellStart"/>
            <w:r w:rsidRPr="001D44A3">
              <w:t>verde</w:t>
            </w:r>
            <w:proofErr w:type="spellEnd"/>
          </w:p>
        </w:tc>
        <w:tc>
          <w:tcPr>
            <w:tcW w:w="1701" w:type="dxa"/>
            <w:tcMar>
              <w:top w:w="80" w:type="dxa"/>
              <w:left w:w="90" w:type="dxa"/>
              <w:bottom w:w="80" w:type="dxa"/>
              <w:right w:w="90" w:type="dxa"/>
            </w:tcMar>
          </w:tcPr>
          <w:p w14:paraId="225195D6" w14:textId="063C8459" w:rsidR="00FD4BD3" w:rsidRPr="00240C29" w:rsidRDefault="00FD4BD3" w:rsidP="00FD4BD3">
            <w:pPr>
              <w:ind w:firstLine="0"/>
              <w:jc w:val="center"/>
              <w:rPr>
                <w:szCs w:val="24"/>
              </w:rPr>
            </w:pPr>
            <w:r w:rsidRPr="001D44A3">
              <w:t>270 gr.</w:t>
            </w:r>
          </w:p>
        </w:tc>
      </w:tr>
      <w:tr w:rsidR="00FD4BD3" w:rsidRPr="00240C29" w14:paraId="36183790" w14:textId="77777777" w:rsidTr="006B3867">
        <w:trPr>
          <w:jc w:val="center"/>
        </w:trPr>
        <w:tc>
          <w:tcPr>
            <w:tcW w:w="850" w:type="dxa"/>
            <w:tcMar>
              <w:top w:w="80" w:type="dxa"/>
              <w:left w:w="90" w:type="dxa"/>
              <w:bottom w:w="80" w:type="dxa"/>
              <w:right w:w="90" w:type="dxa"/>
            </w:tcMar>
            <w:vAlign w:val="center"/>
          </w:tcPr>
          <w:p w14:paraId="4F06BBD4" w14:textId="3433A4DE" w:rsidR="00FD4BD3" w:rsidRPr="00240C29" w:rsidRDefault="00FD4BD3" w:rsidP="00FD4BD3">
            <w:pPr>
              <w:ind w:firstLine="0"/>
              <w:jc w:val="center"/>
              <w:rPr>
                <w:szCs w:val="24"/>
              </w:rPr>
            </w:pPr>
            <w:r>
              <w:rPr>
                <w:szCs w:val="24"/>
              </w:rPr>
              <w:t>38</w:t>
            </w:r>
          </w:p>
        </w:tc>
        <w:tc>
          <w:tcPr>
            <w:tcW w:w="7087" w:type="dxa"/>
            <w:tcMar>
              <w:top w:w="80" w:type="dxa"/>
              <w:left w:w="90" w:type="dxa"/>
              <w:bottom w:w="80" w:type="dxa"/>
              <w:right w:w="90" w:type="dxa"/>
            </w:tcMar>
          </w:tcPr>
          <w:p w14:paraId="50609592" w14:textId="5AAE0513" w:rsidR="00FD4BD3" w:rsidRPr="00240C29" w:rsidRDefault="00FD4BD3" w:rsidP="00FD4BD3">
            <w:pPr>
              <w:ind w:firstLine="0"/>
              <w:rPr>
                <w:szCs w:val="24"/>
              </w:rPr>
            </w:pPr>
            <w:r w:rsidRPr="001D44A3">
              <w:t xml:space="preserve">Mamaliga cu </w:t>
            </w:r>
            <w:proofErr w:type="spellStart"/>
            <w:r w:rsidRPr="001D44A3">
              <w:t>branza</w:t>
            </w:r>
            <w:proofErr w:type="spellEnd"/>
            <w:r w:rsidRPr="001D44A3">
              <w:t xml:space="preserve"> si </w:t>
            </w:r>
            <w:proofErr w:type="spellStart"/>
            <w:r w:rsidRPr="001D44A3">
              <w:t>smantana</w:t>
            </w:r>
            <w:proofErr w:type="spellEnd"/>
          </w:p>
        </w:tc>
        <w:tc>
          <w:tcPr>
            <w:tcW w:w="1701" w:type="dxa"/>
            <w:tcMar>
              <w:top w:w="80" w:type="dxa"/>
              <w:left w:w="90" w:type="dxa"/>
              <w:bottom w:w="80" w:type="dxa"/>
              <w:right w:w="90" w:type="dxa"/>
            </w:tcMar>
          </w:tcPr>
          <w:p w14:paraId="2456EEE9" w14:textId="61059353" w:rsidR="00FD4BD3" w:rsidRPr="00240C29" w:rsidRDefault="00FD4BD3" w:rsidP="00FD4BD3">
            <w:pPr>
              <w:ind w:firstLine="0"/>
              <w:jc w:val="center"/>
              <w:rPr>
                <w:szCs w:val="24"/>
              </w:rPr>
            </w:pPr>
            <w:r w:rsidRPr="001D44A3">
              <w:t>250 gr.</w:t>
            </w:r>
          </w:p>
        </w:tc>
      </w:tr>
    </w:tbl>
    <w:p w14:paraId="2F211A28" w14:textId="77777777" w:rsidR="00F678CC" w:rsidRPr="00240C29" w:rsidRDefault="00F678CC" w:rsidP="00EA4E43">
      <w:pPr>
        <w:ind w:firstLine="0"/>
        <w:rPr>
          <w:szCs w:val="24"/>
        </w:rPr>
      </w:pPr>
    </w:p>
    <w:p w14:paraId="23F54C78" w14:textId="77777777" w:rsidR="00F678CC" w:rsidRPr="00240C29" w:rsidRDefault="00F678CC" w:rsidP="00EA4E43">
      <w:pPr>
        <w:ind w:firstLine="0"/>
        <w:rPr>
          <w:szCs w:val="24"/>
        </w:rPr>
      </w:pPr>
      <w:r w:rsidRPr="00240C29">
        <w:rPr>
          <w:b/>
          <w:szCs w:val="24"/>
        </w:rPr>
        <w:t>PREPARATE DIN PESTE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4979CD97" w14:textId="77777777">
        <w:trPr>
          <w:tblHeader/>
          <w:jc w:val="center"/>
        </w:trPr>
        <w:tc>
          <w:tcPr>
            <w:tcW w:w="850" w:type="dxa"/>
            <w:shd w:val="clear" w:color="auto" w:fill="D9D9D9"/>
            <w:tcMar>
              <w:top w:w="80" w:type="dxa"/>
              <w:left w:w="90" w:type="dxa"/>
              <w:bottom w:w="80" w:type="dxa"/>
              <w:right w:w="90" w:type="dxa"/>
            </w:tcMar>
            <w:vAlign w:val="center"/>
          </w:tcPr>
          <w:p w14:paraId="14836C91"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10E8A968"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48B7AD22"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83ED483" w14:textId="77777777">
        <w:trPr>
          <w:jc w:val="center"/>
        </w:trPr>
        <w:tc>
          <w:tcPr>
            <w:tcW w:w="850" w:type="dxa"/>
            <w:tcMar>
              <w:top w:w="80" w:type="dxa"/>
              <w:left w:w="90" w:type="dxa"/>
              <w:bottom w:w="80" w:type="dxa"/>
              <w:right w:w="90" w:type="dxa"/>
            </w:tcMar>
            <w:vAlign w:val="center"/>
          </w:tcPr>
          <w:p w14:paraId="60D0E455"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48D47FD9" w14:textId="5D7A5CBA" w:rsidR="00F678CC" w:rsidRPr="00240C29" w:rsidRDefault="00F678CC" w:rsidP="00EA4E43">
            <w:pPr>
              <w:ind w:firstLine="0"/>
              <w:rPr>
                <w:szCs w:val="24"/>
              </w:rPr>
            </w:pPr>
            <w:r w:rsidRPr="00240C29">
              <w:rPr>
                <w:szCs w:val="24"/>
              </w:rPr>
              <w:t xml:space="preserve">Salata de </w:t>
            </w:r>
            <w:proofErr w:type="spellStart"/>
            <w:r w:rsidRPr="00240C29">
              <w:rPr>
                <w:szCs w:val="24"/>
              </w:rPr>
              <w:t>hamsii</w:t>
            </w:r>
            <w:proofErr w:type="spellEnd"/>
            <w:r w:rsidR="00FD4BD3">
              <w:rPr>
                <w:szCs w:val="24"/>
              </w:rPr>
              <w:t xml:space="preserve"> / </w:t>
            </w:r>
            <w:proofErr w:type="spellStart"/>
            <w:r w:rsidR="00FD4BD3">
              <w:rPr>
                <w:color w:val="6AA84F"/>
              </w:rPr>
              <w:t>salata</w:t>
            </w:r>
            <w:proofErr w:type="spellEnd"/>
            <w:r w:rsidR="00FD4BD3">
              <w:rPr>
                <w:color w:val="6AA84F"/>
              </w:rPr>
              <w:t xml:space="preserve"> de ton </w:t>
            </w:r>
            <w:proofErr w:type="spellStart"/>
            <w:r w:rsidR="00FD4BD3">
              <w:rPr>
                <w:color w:val="6AA84F"/>
              </w:rPr>
              <w:t>si</w:t>
            </w:r>
            <w:proofErr w:type="spellEnd"/>
            <w:r w:rsidR="00FD4BD3">
              <w:rPr>
                <w:color w:val="6AA84F"/>
              </w:rPr>
              <w:t xml:space="preserve"> legume</w:t>
            </w:r>
          </w:p>
        </w:tc>
        <w:tc>
          <w:tcPr>
            <w:tcW w:w="1701" w:type="dxa"/>
            <w:tcMar>
              <w:top w:w="80" w:type="dxa"/>
              <w:left w:w="90" w:type="dxa"/>
              <w:bottom w:w="80" w:type="dxa"/>
              <w:right w:w="90" w:type="dxa"/>
            </w:tcMar>
            <w:vAlign w:val="center"/>
          </w:tcPr>
          <w:p w14:paraId="1B39820C" w14:textId="77777777" w:rsidR="00F678CC" w:rsidRPr="00240C29" w:rsidRDefault="00F678CC" w:rsidP="00EA4E43">
            <w:pPr>
              <w:ind w:firstLine="0"/>
              <w:jc w:val="center"/>
              <w:rPr>
                <w:szCs w:val="24"/>
              </w:rPr>
            </w:pPr>
            <w:r w:rsidRPr="00240C29">
              <w:rPr>
                <w:szCs w:val="24"/>
              </w:rPr>
              <w:t>100 gr</w:t>
            </w:r>
          </w:p>
        </w:tc>
      </w:tr>
      <w:tr w:rsidR="00F678CC" w:rsidRPr="00240C29" w14:paraId="05BD7FA5" w14:textId="77777777">
        <w:trPr>
          <w:jc w:val="center"/>
        </w:trPr>
        <w:tc>
          <w:tcPr>
            <w:tcW w:w="850" w:type="dxa"/>
            <w:tcMar>
              <w:top w:w="80" w:type="dxa"/>
              <w:left w:w="90" w:type="dxa"/>
              <w:bottom w:w="80" w:type="dxa"/>
              <w:right w:w="90" w:type="dxa"/>
            </w:tcMar>
            <w:vAlign w:val="center"/>
          </w:tcPr>
          <w:p w14:paraId="6D6B6A5F"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4CDCB4F9" w14:textId="77777777" w:rsidR="00F678CC" w:rsidRPr="00240C29" w:rsidRDefault="00F678CC" w:rsidP="00EA4E43">
            <w:pPr>
              <w:ind w:firstLine="0"/>
              <w:rPr>
                <w:szCs w:val="24"/>
              </w:rPr>
            </w:pPr>
            <w:proofErr w:type="spellStart"/>
            <w:r w:rsidRPr="00240C29">
              <w:rPr>
                <w:szCs w:val="24"/>
              </w:rPr>
              <w:t>Ghiveci</w:t>
            </w:r>
            <w:proofErr w:type="spellEnd"/>
            <w:r w:rsidRPr="00240C29">
              <w:rPr>
                <w:szCs w:val="24"/>
              </w:rPr>
              <w:t xml:space="preserve"> de </w:t>
            </w:r>
            <w:proofErr w:type="spellStart"/>
            <w:r w:rsidRPr="00240C29">
              <w:rPr>
                <w:szCs w:val="24"/>
              </w:rPr>
              <w:t>somn</w:t>
            </w:r>
            <w:proofErr w:type="spellEnd"/>
          </w:p>
        </w:tc>
        <w:tc>
          <w:tcPr>
            <w:tcW w:w="1701" w:type="dxa"/>
            <w:tcMar>
              <w:top w:w="80" w:type="dxa"/>
              <w:left w:w="90" w:type="dxa"/>
              <w:bottom w:w="80" w:type="dxa"/>
              <w:right w:w="90" w:type="dxa"/>
            </w:tcMar>
            <w:vAlign w:val="center"/>
          </w:tcPr>
          <w:p w14:paraId="4A17950A" w14:textId="77777777" w:rsidR="00F678CC" w:rsidRPr="00240C29" w:rsidRDefault="00F678CC" w:rsidP="00EA4E43">
            <w:pPr>
              <w:ind w:firstLine="0"/>
              <w:jc w:val="center"/>
              <w:rPr>
                <w:szCs w:val="24"/>
              </w:rPr>
            </w:pPr>
            <w:r w:rsidRPr="00240C29">
              <w:rPr>
                <w:szCs w:val="24"/>
              </w:rPr>
              <w:t>90/210 gr.</w:t>
            </w:r>
          </w:p>
        </w:tc>
      </w:tr>
      <w:tr w:rsidR="00F678CC" w:rsidRPr="00240C29" w14:paraId="394606F2" w14:textId="77777777">
        <w:trPr>
          <w:jc w:val="center"/>
        </w:trPr>
        <w:tc>
          <w:tcPr>
            <w:tcW w:w="850" w:type="dxa"/>
            <w:tcMar>
              <w:top w:w="80" w:type="dxa"/>
              <w:left w:w="90" w:type="dxa"/>
              <w:bottom w:w="80" w:type="dxa"/>
              <w:right w:w="90" w:type="dxa"/>
            </w:tcMar>
            <w:vAlign w:val="center"/>
          </w:tcPr>
          <w:p w14:paraId="51D69CB4"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31469556" w14:textId="77777777" w:rsidR="00F678CC" w:rsidRPr="00240C29" w:rsidRDefault="00F678CC" w:rsidP="00EA4E43">
            <w:pPr>
              <w:ind w:firstLine="0"/>
              <w:rPr>
                <w:szCs w:val="24"/>
              </w:rPr>
            </w:pPr>
            <w:proofErr w:type="spellStart"/>
            <w:r w:rsidRPr="00240C29">
              <w:rPr>
                <w:szCs w:val="24"/>
              </w:rPr>
              <w:t>Marinata</w:t>
            </w:r>
            <w:proofErr w:type="spellEnd"/>
            <w:r w:rsidRPr="00240C29">
              <w:rPr>
                <w:szCs w:val="24"/>
              </w:rPr>
              <w:t xml:space="preserve"> de crap</w:t>
            </w:r>
          </w:p>
        </w:tc>
        <w:tc>
          <w:tcPr>
            <w:tcW w:w="1701" w:type="dxa"/>
            <w:tcMar>
              <w:top w:w="80" w:type="dxa"/>
              <w:left w:w="90" w:type="dxa"/>
              <w:bottom w:w="80" w:type="dxa"/>
              <w:right w:w="90" w:type="dxa"/>
            </w:tcMar>
            <w:vAlign w:val="center"/>
          </w:tcPr>
          <w:p w14:paraId="7BDBC5F3" w14:textId="77777777" w:rsidR="00F678CC" w:rsidRPr="00240C29" w:rsidRDefault="00F678CC" w:rsidP="00EA4E43">
            <w:pPr>
              <w:ind w:firstLine="0"/>
              <w:jc w:val="center"/>
              <w:rPr>
                <w:szCs w:val="24"/>
              </w:rPr>
            </w:pPr>
            <w:r w:rsidRPr="00240C29">
              <w:rPr>
                <w:szCs w:val="24"/>
              </w:rPr>
              <w:t>110/100 gr.</w:t>
            </w:r>
          </w:p>
        </w:tc>
      </w:tr>
      <w:tr w:rsidR="00F678CC" w:rsidRPr="00240C29" w14:paraId="35A5D293" w14:textId="77777777">
        <w:trPr>
          <w:jc w:val="center"/>
        </w:trPr>
        <w:tc>
          <w:tcPr>
            <w:tcW w:w="850" w:type="dxa"/>
            <w:tcMar>
              <w:top w:w="80" w:type="dxa"/>
              <w:left w:w="90" w:type="dxa"/>
              <w:bottom w:w="80" w:type="dxa"/>
              <w:right w:w="90" w:type="dxa"/>
            </w:tcMar>
            <w:vAlign w:val="center"/>
          </w:tcPr>
          <w:p w14:paraId="4E853B91"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684B18B8" w14:textId="77777777" w:rsidR="00F678CC" w:rsidRPr="00240C29" w:rsidRDefault="00F678CC" w:rsidP="00EA4E43">
            <w:pPr>
              <w:ind w:firstLine="0"/>
              <w:rPr>
                <w:szCs w:val="24"/>
              </w:rPr>
            </w:pPr>
            <w:proofErr w:type="spellStart"/>
            <w:r w:rsidRPr="00240C29">
              <w:rPr>
                <w:szCs w:val="24"/>
              </w:rPr>
              <w:t>Icre</w:t>
            </w:r>
            <w:proofErr w:type="spellEnd"/>
            <w:r w:rsidRPr="00240C29">
              <w:rPr>
                <w:szCs w:val="24"/>
              </w:rPr>
              <w:t xml:space="preserve"> de crap </w:t>
            </w:r>
            <w:proofErr w:type="spellStart"/>
            <w:r w:rsidRPr="00240C29">
              <w:rPr>
                <w:szCs w:val="24"/>
              </w:rPr>
              <w:t>sau</w:t>
            </w:r>
            <w:proofErr w:type="spellEnd"/>
            <w:r w:rsidRPr="00240C29">
              <w:rPr>
                <w:szCs w:val="24"/>
              </w:rPr>
              <w:t xml:space="preserve"> </w:t>
            </w:r>
            <w:proofErr w:type="spellStart"/>
            <w:r w:rsidRPr="00240C29">
              <w:rPr>
                <w:szCs w:val="24"/>
              </w:rPr>
              <w:t>stiuca</w:t>
            </w:r>
            <w:proofErr w:type="spellEnd"/>
          </w:p>
        </w:tc>
        <w:tc>
          <w:tcPr>
            <w:tcW w:w="1701" w:type="dxa"/>
            <w:tcMar>
              <w:top w:w="80" w:type="dxa"/>
              <w:left w:w="90" w:type="dxa"/>
              <w:bottom w:w="80" w:type="dxa"/>
              <w:right w:w="90" w:type="dxa"/>
            </w:tcMar>
            <w:vAlign w:val="center"/>
          </w:tcPr>
          <w:p w14:paraId="24002C07" w14:textId="77777777" w:rsidR="00F678CC" w:rsidRPr="00240C29" w:rsidRDefault="00F678CC" w:rsidP="00EA4E43">
            <w:pPr>
              <w:ind w:firstLine="0"/>
              <w:jc w:val="center"/>
              <w:rPr>
                <w:szCs w:val="24"/>
              </w:rPr>
            </w:pPr>
            <w:r w:rsidRPr="00240C29">
              <w:rPr>
                <w:szCs w:val="24"/>
              </w:rPr>
              <w:t>100 gr.</w:t>
            </w:r>
          </w:p>
        </w:tc>
      </w:tr>
      <w:tr w:rsidR="00F678CC" w:rsidRPr="00240C29" w14:paraId="61860BD9" w14:textId="77777777">
        <w:trPr>
          <w:jc w:val="center"/>
        </w:trPr>
        <w:tc>
          <w:tcPr>
            <w:tcW w:w="850" w:type="dxa"/>
            <w:tcMar>
              <w:top w:w="80" w:type="dxa"/>
              <w:left w:w="90" w:type="dxa"/>
              <w:bottom w:w="80" w:type="dxa"/>
              <w:right w:w="90" w:type="dxa"/>
            </w:tcMar>
            <w:vAlign w:val="center"/>
          </w:tcPr>
          <w:p w14:paraId="358C1690"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5A4A5EE3" w14:textId="77777777" w:rsidR="00F678CC" w:rsidRPr="00240C29" w:rsidRDefault="00F678CC" w:rsidP="00EA4E43">
            <w:pPr>
              <w:ind w:firstLine="0"/>
              <w:rPr>
                <w:szCs w:val="24"/>
              </w:rPr>
            </w:pPr>
            <w:r w:rsidRPr="00240C29">
              <w:rPr>
                <w:szCs w:val="24"/>
              </w:rPr>
              <w:t xml:space="preserve">Crap </w:t>
            </w:r>
            <w:proofErr w:type="spellStart"/>
            <w:r w:rsidRPr="00240C29">
              <w:rPr>
                <w:szCs w:val="24"/>
              </w:rPr>
              <w:t>prajit</w:t>
            </w:r>
            <w:proofErr w:type="spellEnd"/>
            <w:r w:rsidRPr="00240C29">
              <w:rPr>
                <w:szCs w:val="24"/>
              </w:rPr>
              <w:t xml:space="preserve"> (file)</w:t>
            </w:r>
          </w:p>
        </w:tc>
        <w:tc>
          <w:tcPr>
            <w:tcW w:w="1701" w:type="dxa"/>
            <w:tcMar>
              <w:top w:w="80" w:type="dxa"/>
              <w:left w:w="90" w:type="dxa"/>
              <w:bottom w:w="80" w:type="dxa"/>
              <w:right w:w="90" w:type="dxa"/>
            </w:tcMar>
            <w:vAlign w:val="center"/>
          </w:tcPr>
          <w:p w14:paraId="72271CBA" w14:textId="77777777" w:rsidR="00F678CC" w:rsidRPr="00240C29" w:rsidRDefault="00F678CC" w:rsidP="00EA4E43">
            <w:pPr>
              <w:ind w:firstLine="0"/>
              <w:jc w:val="center"/>
              <w:rPr>
                <w:szCs w:val="24"/>
              </w:rPr>
            </w:pPr>
            <w:r w:rsidRPr="00240C29">
              <w:rPr>
                <w:szCs w:val="24"/>
              </w:rPr>
              <w:t>100 gr.</w:t>
            </w:r>
          </w:p>
        </w:tc>
      </w:tr>
      <w:tr w:rsidR="00F678CC" w:rsidRPr="00240C29" w14:paraId="1FE72C89" w14:textId="77777777">
        <w:trPr>
          <w:jc w:val="center"/>
        </w:trPr>
        <w:tc>
          <w:tcPr>
            <w:tcW w:w="850" w:type="dxa"/>
            <w:tcMar>
              <w:top w:w="80" w:type="dxa"/>
              <w:left w:w="90" w:type="dxa"/>
              <w:bottom w:w="80" w:type="dxa"/>
              <w:right w:w="90" w:type="dxa"/>
            </w:tcMar>
            <w:vAlign w:val="center"/>
          </w:tcPr>
          <w:p w14:paraId="6E815C78"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73C56339" w14:textId="77777777" w:rsidR="00F678CC" w:rsidRPr="00240C29" w:rsidRDefault="00F678CC" w:rsidP="00EA4E43">
            <w:pPr>
              <w:ind w:firstLine="0"/>
              <w:rPr>
                <w:szCs w:val="24"/>
              </w:rPr>
            </w:pPr>
            <w:proofErr w:type="spellStart"/>
            <w:r w:rsidRPr="00240C29">
              <w:rPr>
                <w:szCs w:val="24"/>
              </w:rPr>
              <w:t>Plachie</w:t>
            </w:r>
            <w:proofErr w:type="spellEnd"/>
            <w:r w:rsidRPr="00240C29">
              <w:rPr>
                <w:szCs w:val="24"/>
              </w:rPr>
              <w:t xml:space="preserve"> de crap</w:t>
            </w:r>
          </w:p>
        </w:tc>
        <w:tc>
          <w:tcPr>
            <w:tcW w:w="1701" w:type="dxa"/>
            <w:tcMar>
              <w:top w:w="80" w:type="dxa"/>
              <w:left w:w="90" w:type="dxa"/>
              <w:bottom w:w="80" w:type="dxa"/>
              <w:right w:w="90" w:type="dxa"/>
            </w:tcMar>
            <w:vAlign w:val="center"/>
          </w:tcPr>
          <w:p w14:paraId="767C76D1" w14:textId="77777777" w:rsidR="00F678CC" w:rsidRPr="00240C29" w:rsidRDefault="00F678CC" w:rsidP="00EA4E43">
            <w:pPr>
              <w:ind w:firstLine="0"/>
              <w:jc w:val="center"/>
              <w:rPr>
                <w:szCs w:val="24"/>
              </w:rPr>
            </w:pPr>
            <w:r w:rsidRPr="00240C29">
              <w:rPr>
                <w:szCs w:val="24"/>
              </w:rPr>
              <w:t>100/200 gr.</w:t>
            </w:r>
          </w:p>
        </w:tc>
      </w:tr>
      <w:tr w:rsidR="00FD4BD3" w:rsidRPr="00240C29" w14:paraId="135B4795" w14:textId="77777777" w:rsidTr="006B3867">
        <w:trPr>
          <w:jc w:val="center"/>
        </w:trPr>
        <w:tc>
          <w:tcPr>
            <w:tcW w:w="850" w:type="dxa"/>
            <w:tcMar>
              <w:top w:w="80" w:type="dxa"/>
              <w:left w:w="90" w:type="dxa"/>
              <w:bottom w:w="80" w:type="dxa"/>
              <w:right w:w="90" w:type="dxa"/>
            </w:tcMar>
            <w:vAlign w:val="center"/>
          </w:tcPr>
          <w:p w14:paraId="293E116D" w14:textId="6B63B748" w:rsidR="00FD4BD3" w:rsidRPr="00240C29" w:rsidRDefault="00FD4BD3" w:rsidP="00FD4BD3">
            <w:pPr>
              <w:ind w:firstLine="0"/>
              <w:jc w:val="center"/>
              <w:rPr>
                <w:szCs w:val="24"/>
              </w:rPr>
            </w:pPr>
            <w:r>
              <w:rPr>
                <w:szCs w:val="24"/>
              </w:rPr>
              <w:t>7</w:t>
            </w:r>
          </w:p>
        </w:tc>
        <w:tc>
          <w:tcPr>
            <w:tcW w:w="7087" w:type="dxa"/>
            <w:tcMar>
              <w:top w:w="80" w:type="dxa"/>
              <w:left w:w="90" w:type="dxa"/>
              <w:bottom w:w="80" w:type="dxa"/>
              <w:right w:w="90" w:type="dxa"/>
            </w:tcMar>
          </w:tcPr>
          <w:p w14:paraId="4D2F449C" w14:textId="5726716D" w:rsidR="00FD4BD3" w:rsidRPr="00240C29" w:rsidRDefault="00FD4BD3" w:rsidP="00FD4BD3">
            <w:pPr>
              <w:ind w:firstLine="0"/>
              <w:rPr>
                <w:szCs w:val="24"/>
              </w:rPr>
            </w:pPr>
            <w:r w:rsidRPr="007F5264">
              <w:t>Paste cu ton</w:t>
            </w:r>
          </w:p>
        </w:tc>
        <w:tc>
          <w:tcPr>
            <w:tcW w:w="1701" w:type="dxa"/>
            <w:tcMar>
              <w:top w:w="80" w:type="dxa"/>
              <w:left w:w="90" w:type="dxa"/>
              <w:bottom w:w="80" w:type="dxa"/>
              <w:right w:w="90" w:type="dxa"/>
            </w:tcMar>
          </w:tcPr>
          <w:p w14:paraId="2967EF7D" w14:textId="78DA57B5" w:rsidR="00FD4BD3" w:rsidRPr="00240C29" w:rsidRDefault="00FD4BD3" w:rsidP="00FD4BD3">
            <w:pPr>
              <w:ind w:firstLine="0"/>
              <w:jc w:val="center"/>
              <w:rPr>
                <w:szCs w:val="24"/>
              </w:rPr>
            </w:pPr>
            <w:r w:rsidRPr="007F5264">
              <w:t>250 gr.</w:t>
            </w:r>
          </w:p>
        </w:tc>
      </w:tr>
    </w:tbl>
    <w:p w14:paraId="02A439F2" w14:textId="77777777" w:rsidR="00F678CC" w:rsidRPr="00240C29" w:rsidRDefault="00F678CC" w:rsidP="00EA4E43">
      <w:pPr>
        <w:ind w:firstLine="0"/>
        <w:rPr>
          <w:szCs w:val="24"/>
        </w:rPr>
      </w:pPr>
    </w:p>
    <w:p w14:paraId="714FB8E6" w14:textId="77777777" w:rsidR="00F678CC" w:rsidRPr="00240C29" w:rsidRDefault="00F678CC" w:rsidP="00EA4E43">
      <w:pPr>
        <w:ind w:firstLine="0"/>
        <w:rPr>
          <w:szCs w:val="24"/>
        </w:rPr>
      </w:pPr>
      <w:r w:rsidRPr="00240C29">
        <w:rPr>
          <w:b/>
          <w:szCs w:val="24"/>
        </w:rPr>
        <w:t>PREPARATE DIN LEGUME SI CARNE DE PASARE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6099C365" w14:textId="77777777">
        <w:trPr>
          <w:tblHeader/>
          <w:jc w:val="center"/>
        </w:trPr>
        <w:tc>
          <w:tcPr>
            <w:tcW w:w="850" w:type="dxa"/>
            <w:shd w:val="clear" w:color="auto" w:fill="D9D9D9"/>
            <w:tcMar>
              <w:top w:w="80" w:type="dxa"/>
              <w:left w:w="90" w:type="dxa"/>
              <w:bottom w:w="80" w:type="dxa"/>
              <w:right w:w="90" w:type="dxa"/>
            </w:tcMar>
            <w:vAlign w:val="center"/>
          </w:tcPr>
          <w:p w14:paraId="1A755468"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2233E623"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3C1083B6"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3DAE71E" w14:textId="77777777">
        <w:trPr>
          <w:jc w:val="center"/>
        </w:trPr>
        <w:tc>
          <w:tcPr>
            <w:tcW w:w="850" w:type="dxa"/>
            <w:tcMar>
              <w:top w:w="80" w:type="dxa"/>
              <w:left w:w="90" w:type="dxa"/>
              <w:bottom w:w="80" w:type="dxa"/>
              <w:right w:w="90" w:type="dxa"/>
            </w:tcMar>
            <w:vAlign w:val="center"/>
          </w:tcPr>
          <w:p w14:paraId="05E9D136"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760BBE16" w14:textId="5973C3B7" w:rsidR="00F678CC" w:rsidRPr="00240C29" w:rsidRDefault="00F678CC" w:rsidP="00EA4E43">
            <w:pPr>
              <w:ind w:firstLine="0"/>
              <w:rPr>
                <w:szCs w:val="24"/>
              </w:rPr>
            </w:pPr>
            <w:r w:rsidRPr="00240C29">
              <w:rPr>
                <w:szCs w:val="24"/>
              </w:rPr>
              <w:t xml:space="preserve">Pui la </w:t>
            </w:r>
            <w:proofErr w:type="spellStart"/>
            <w:r w:rsidRPr="00240C29">
              <w:rPr>
                <w:szCs w:val="24"/>
              </w:rPr>
              <w:t>tava</w:t>
            </w:r>
            <w:proofErr w:type="spellEnd"/>
            <w:r w:rsidR="00FD4BD3">
              <w:rPr>
                <w:szCs w:val="24"/>
              </w:rPr>
              <w:t xml:space="preserve"> </w:t>
            </w:r>
            <w:r w:rsidR="00FD4BD3" w:rsidRPr="00FD4BD3">
              <w:rPr>
                <w:szCs w:val="24"/>
              </w:rPr>
              <w:t xml:space="preserve">cu </w:t>
            </w:r>
            <w:proofErr w:type="spellStart"/>
            <w:r w:rsidR="00FD4BD3" w:rsidRPr="00FD4BD3">
              <w:rPr>
                <w:szCs w:val="24"/>
              </w:rPr>
              <w:t>piure</w:t>
            </w:r>
            <w:proofErr w:type="spellEnd"/>
            <w:r w:rsidR="00FD4BD3" w:rsidRPr="00FD4BD3">
              <w:rPr>
                <w:szCs w:val="24"/>
              </w:rPr>
              <w:t xml:space="preserve"> de </w:t>
            </w:r>
            <w:proofErr w:type="spellStart"/>
            <w:r w:rsidR="00FD4BD3" w:rsidRPr="00FD4BD3">
              <w:rPr>
                <w:szCs w:val="24"/>
              </w:rPr>
              <w:t>morcovi</w:t>
            </w:r>
            <w:proofErr w:type="spellEnd"/>
            <w:r w:rsidR="00FD4BD3" w:rsidRPr="00FD4BD3">
              <w:rPr>
                <w:szCs w:val="24"/>
              </w:rPr>
              <w:t>/</w:t>
            </w:r>
            <w:proofErr w:type="spellStart"/>
            <w:r w:rsidR="00FD4BD3" w:rsidRPr="00FD4BD3">
              <w:rPr>
                <w:szCs w:val="24"/>
              </w:rPr>
              <w:t>dovlecei</w:t>
            </w:r>
            <w:proofErr w:type="spellEnd"/>
          </w:p>
        </w:tc>
        <w:tc>
          <w:tcPr>
            <w:tcW w:w="1701" w:type="dxa"/>
            <w:tcMar>
              <w:top w:w="80" w:type="dxa"/>
              <w:left w:w="90" w:type="dxa"/>
              <w:bottom w:w="80" w:type="dxa"/>
              <w:right w:w="90" w:type="dxa"/>
            </w:tcMar>
            <w:vAlign w:val="center"/>
          </w:tcPr>
          <w:p w14:paraId="3B88380C" w14:textId="77777777" w:rsidR="00F678CC" w:rsidRPr="00240C29" w:rsidRDefault="00F678CC" w:rsidP="00EA4E43">
            <w:pPr>
              <w:ind w:firstLine="0"/>
              <w:jc w:val="center"/>
              <w:rPr>
                <w:szCs w:val="24"/>
              </w:rPr>
            </w:pPr>
            <w:r w:rsidRPr="00240C29">
              <w:rPr>
                <w:szCs w:val="24"/>
              </w:rPr>
              <w:t>120 gr.</w:t>
            </w:r>
          </w:p>
        </w:tc>
      </w:tr>
      <w:tr w:rsidR="00F678CC" w:rsidRPr="00240C29" w14:paraId="5D4E119D" w14:textId="77777777">
        <w:trPr>
          <w:jc w:val="center"/>
        </w:trPr>
        <w:tc>
          <w:tcPr>
            <w:tcW w:w="850" w:type="dxa"/>
            <w:tcMar>
              <w:top w:w="80" w:type="dxa"/>
              <w:left w:w="90" w:type="dxa"/>
              <w:bottom w:w="80" w:type="dxa"/>
              <w:right w:w="90" w:type="dxa"/>
            </w:tcMar>
            <w:vAlign w:val="center"/>
          </w:tcPr>
          <w:p w14:paraId="2FE16408"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74C763BD" w14:textId="77777777" w:rsidR="00F678CC" w:rsidRPr="00240C29" w:rsidRDefault="00F678CC" w:rsidP="00EA4E43">
            <w:pPr>
              <w:ind w:firstLine="0"/>
              <w:rPr>
                <w:szCs w:val="24"/>
              </w:rPr>
            </w:pPr>
            <w:proofErr w:type="spellStart"/>
            <w:r w:rsidRPr="00240C29">
              <w:rPr>
                <w:szCs w:val="24"/>
              </w:rPr>
              <w:t>Ciulama</w:t>
            </w:r>
            <w:proofErr w:type="spellEnd"/>
            <w:r w:rsidRPr="00240C29">
              <w:rPr>
                <w:szCs w:val="24"/>
              </w:rPr>
              <w:t xml:space="preserve"> de </w:t>
            </w:r>
            <w:proofErr w:type="spellStart"/>
            <w:r w:rsidRPr="00240C29">
              <w:rPr>
                <w:szCs w:val="24"/>
              </w:rPr>
              <w:t>pasare</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204A4BE3" w14:textId="77777777" w:rsidR="00F678CC" w:rsidRPr="00240C29" w:rsidRDefault="00F678CC" w:rsidP="00EA4E43">
            <w:pPr>
              <w:ind w:firstLine="0"/>
              <w:jc w:val="center"/>
              <w:rPr>
                <w:szCs w:val="24"/>
              </w:rPr>
            </w:pPr>
            <w:r w:rsidRPr="00240C29">
              <w:rPr>
                <w:szCs w:val="24"/>
              </w:rPr>
              <w:t>90/210/200 gr.</w:t>
            </w:r>
          </w:p>
        </w:tc>
      </w:tr>
      <w:tr w:rsidR="00F678CC" w:rsidRPr="00240C29" w14:paraId="51A15FD0" w14:textId="77777777">
        <w:trPr>
          <w:jc w:val="center"/>
        </w:trPr>
        <w:tc>
          <w:tcPr>
            <w:tcW w:w="850" w:type="dxa"/>
            <w:tcMar>
              <w:top w:w="80" w:type="dxa"/>
              <w:left w:w="90" w:type="dxa"/>
              <w:bottom w:w="80" w:type="dxa"/>
              <w:right w:w="90" w:type="dxa"/>
            </w:tcMar>
            <w:vAlign w:val="center"/>
          </w:tcPr>
          <w:p w14:paraId="17069F2F"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74159E2B"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conopida</w:t>
            </w:r>
            <w:proofErr w:type="spellEnd"/>
          </w:p>
        </w:tc>
        <w:tc>
          <w:tcPr>
            <w:tcW w:w="1701" w:type="dxa"/>
            <w:tcMar>
              <w:top w:w="80" w:type="dxa"/>
              <w:left w:w="90" w:type="dxa"/>
              <w:bottom w:w="80" w:type="dxa"/>
              <w:right w:w="90" w:type="dxa"/>
            </w:tcMar>
            <w:vAlign w:val="center"/>
          </w:tcPr>
          <w:p w14:paraId="7C61DE7D" w14:textId="77777777" w:rsidR="00F678CC" w:rsidRPr="00240C29" w:rsidRDefault="00F678CC" w:rsidP="00EA4E43">
            <w:pPr>
              <w:ind w:firstLine="0"/>
              <w:jc w:val="center"/>
              <w:rPr>
                <w:szCs w:val="24"/>
              </w:rPr>
            </w:pPr>
            <w:r w:rsidRPr="00240C29">
              <w:rPr>
                <w:szCs w:val="24"/>
              </w:rPr>
              <w:t>120/120/100 gr</w:t>
            </w:r>
          </w:p>
        </w:tc>
      </w:tr>
      <w:tr w:rsidR="00F678CC" w:rsidRPr="00240C29" w14:paraId="51B34A38" w14:textId="77777777">
        <w:trPr>
          <w:jc w:val="center"/>
        </w:trPr>
        <w:tc>
          <w:tcPr>
            <w:tcW w:w="850" w:type="dxa"/>
            <w:tcMar>
              <w:top w:w="80" w:type="dxa"/>
              <w:left w:w="90" w:type="dxa"/>
              <w:bottom w:w="80" w:type="dxa"/>
              <w:right w:w="90" w:type="dxa"/>
            </w:tcMar>
            <w:vAlign w:val="center"/>
          </w:tcPr>
          <w:p w14:paraId="36E598E3"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21270CA4" w14:textId="5E3569FA" w:rsidR="00F678CC" w:rsidRPr="00240C29" w:rsidRDefault="00F678CC" w:rsidP="00EA4E43">
            <w:pPr>
              <w:ind w:firstLine="0"/>
              <w:rPr>
                <w:szCs w:val="24"/>
              </w:rPr>
            </w:pPr>
            <w:r w:rsidRPr="00240C29">
              <w:rPr>
                <w:szCs w:val="24"/>
              </w:rPr>
              <w:t xml:space="preserve">Pui cu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00FD4BD3">
              <w:rPr>
                <w:szCs w:val="24"/>
              </w:rPr>
              <w:t xml:space="preserve"> </w:t>
            </w:r>
            <w:r w:rsidR="00FD4BD3" w:rsidRPr="00FD4BD3">
              <w:rPr>
                <w:szCs w:val="24"/>
              </w:rPr>
              <w:t>/</w:t>
            </w:r>
            <w:proofErr w:type="spellStart"/>
            <w:r w:rsidR="00FD4BD3" w:rsidRPr="00FD4BD3">
              <w:rPr>
                <w:szCs w:val="24"/>
              </w:rPr>
              <w:t>dovlecei</w:t>
            </w:r>
            <w:proofErr w:type="spellEnd"/>
            <w:r w:rsidR="00FD4BD3" w:rsidRPr="00FD4BD3">
              <w:rPr>
                <w:szCs w:val="24"/>
              </w:rPr>
              <w:t>/</w:t>
            </w:r>
            <w:proofErr w:type="spellStart"/>
            <w:r w:rsidR="00FD4BD3" w:rsidRPr="00FD4BD3">
              <w:rPr>
                <w:szCs w:val="24"/>
              </w:rPr>
              <w:t>spanac</w:t>
            </w:r>
            <w:proofErr w:type="spellEnd"/>
          </w:p>
        </w:tc>
        <w:tc>
          <w:tcPr>
            <w:tcW w:w="1701" w:type="dxa"/>
            <w:tcMar>
              <w:top w:w="80" w:type="dxa"/>
              <w:left w:w="90" w:type="dxa"/>
              <w:bottom w:w="80" w:type="dxa"/>
              <w:right w:w="90" w:type="dxa"/>
            </w:tcMar>
            <w:vAlign w:val="center"/>
          </w:tcPr>
          <w:p w14:paraId="721CB0B0" w14:textId="77777777" w:rsidR="00F678CC" w:rsidRPr="00240C29" w:rsidRDefault="00F678CC" w:rsidP="00EA4E43">
            <w:pPr>
              <w:ind w:firstLine="0"/>
              <w:jc w:val="center"/>
              <w:rPr>
                <w:szCs w:val="24"/>
              </w:rPr>
            </w:pPr>
            <w:r w:rsidRPr="00240C29">
              <w:rPr>
                <w:szCs w:val="24"/>
              </w:rPr>
              <w:t>120/100/120 gr</w:t>
            </w:r>
          </w:p>
        </w:tc>
      </w:tr>
      <w:tr w:rsidR="00F678CC" w:rsidRPr="00240C29" w14:paraId="63D4C1F0" w14:textId="77777777">
        <w:trPr>
          <w:jc w:val="center"/>
        </w:trPr>
        <w:tc>
          <w:tcPr>
            <w:tcW w:w="850" w:type="dxa"/>
            <w:tcMar>
              <w:top w:w="80" w:type="dxa"/>
              <w:left w:w="90" w:type="dxa"/>
              <w:bottom w:w="80" w:type="dxa"/>
              <w:right w:w="90" w:type="dxa"/>
            </w:tcMar>
            <w:vAlign w:val="center"/>
          </w:tcPr>
          <w:p w14:paraId="663330F7"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54EA5FC7" w14:textId="77777777" w:rsidR="00F678CC" w:rsidRPr="00240C29" w:rsidRDefault="00F678CC" w:rsidP="00EA4E43">
            <w:pPr>
              <w:ind w:firstLine="0"/>
              <w:rPr>
                <w:szCs w:val="24"/>
              </w:rPr>
            </w:pPr>
            <w:r w:rsidRPr="00240C29">
              <w:rPr>
                <w:szCs w:val="24"/>
              </w:rPr>
              <w:t xml:space="preserve">Gasca </w:t>
            </w:r>
            <w:proofErr w:type="spellStart"/>
            <w:r w:rsidRPr="00240C29">
              <w:rPr>
                <w:szCs w:val="24"/>
              </w:rPr>
              <w:t>sau</w:t>
            </w:r>
            <w:proofErr w:type="spellEnd"/>
            <w:r w:rsidRPr="00240C29">
              <w:rPr>
                <w:szCs w:val="24"/>
              </w:rPr>
              <w:t xml:space="preserve"> rata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3E692C49" w14:textId="77777777" w:rsidR="00F678CC" w:rsidRPr="00240C29" w:rsidRDefault="00F678CC" w:rsidP="00EA4E43">
            <w:pPr>
              <w:ind w:firstLine="0"/>
              <w:jc w:val="center"/>
              <w:rPr>
                <w:szCs w:val="24"/>
              </w:rPr>
            </w:pPr>
            <w:r w:rsidRPr="00240C29">
              <w:rPr>
                <w:szCs w:val="24"/>
              </w:rPr>
              <w:t>120/250 gr</w:t>
            </w:r>
          </w:p>
        </w:tc>
      </w:tr>
      <w:tr w:rsidR="00F678CC" w:rsidRPr="00240C29" w14:paraId="4F4D60C7" w14:textId="77777777">
        <w:trPr>
          <w:jc w:val="center"/>
        </w:trPr>
        <w:tc>
          <w:tcPr>
            <w:tcW w:w="850" w:type="dxa"/>
            <w:tcMar>
              <w:top w:w="80" w:type="dxa"/>
              <w:left w:w="90" w:type="dxa"/>
              <w:bottom w:w="80" w:type="dxa"/>
              <w:right w:w="90" w:type="dxa"/>
            </w:tcMar>
            <w:vAlign w:val="center"/>
          </w:tcPr>
          <w:p w14:paraId="7420F0B9"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2EBFCF8F" w14:textId="77777777" w:rsidR="00F678CC" w:rsidRPr="00240C29" w:rsidRDefault="00F678CC" w:rsidP="00EA4E43">
            <w:pPr>
              <w:ind w:firstLine="0"/>
              <w:rPr>
                <w:szCs w:val="24"/>
              </w:rPr>
            </w:pPr>
            <w:proofErr w:type="spellStart"/>
            <w:r w:rsidRPr="00240C29">
              <w:rPr>
                <w:szCs w:val="24"/>
              </w:rPr>
              <w:t>Pasare</w:t>
            </w:r>
            <w:proofErr w:type="spellEnd"/>
            <w:r w:rsidRPr="00240C29">
              <w:rPr>
                <w:szCs w:val="24"/>
              </w:rPr>
              <w:t xml:space="preserve"> cu legume</w:t>
            </w:r>
          </w:p>
        </w:tc>
        <w:tc>
          <w:tcPr>
            <w:tcW w:w="1701" w:type="dxa"/>
            <w:tcMar>
              <w:top w:w="80" w:type="dxa"/>
              <w:left w:w="90" w:type="dxa"/>
              <w:bottom w:w="80" w:type="dxa"/>
              <w:right w:w="90" w:type="dxa"/>
            </w:tcMar>
            <w:vAlign w:val="center"/>
          </w:tcPr>
          <w:p w14:paraId="0F8A7F96" w14:textId="77777777" w:rsidR="00F678CC" w:rsidRPr="00240C29" w:rsidRDefault="00F678CC" w:rsidP="00EA4E43">
            <w:pPr>
              <w:ind w:firstLine="0"/>
              <w:jc w:val="center"/>
              <w:rPr>
                <w:szCs w:val="24"/>
              </w:rPr>
            </w:pPr>
            <w:r w:rsidRPr="00240C29">
              <w:rPr>
                <w:szCs w:val="24"/>
              </w:rPr>
              <w:t>120/250 gr</w:t>
            </w:r>
          </w:p>
        </w:tc>
      </w:tr>
      <w:tr w:rsidR="00F678CC" w:rsidRPr="00240C29" w14:paraId="4B98B406" w14:textId="77777777">
        <w:trPr>
          <w:jc w:val="center"/>
        </w:trPr>
        <w:tc>
          <w:tcPr>
            <w:tcW w:w="850" w:type="dxa"/>
            <w:tcMar>
              <w:top w:w="80" w:type="dxa"/>
              <w:left w:w="90" w:type="dxa"/>
              <w:bottom w:w="80" w:type="dxa"/>
              <w:right w:w="90" w:type="dxa"/>
            </w:tcMar>
            <w:vAlign w:val="center"/>
          </w:tcPr>
          <w:p w14:paraId="6686907A"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53617E86" w14:textId="77777777" w:rsidR="00F678CC" w:rsidRPr="00240C29" w:rsidRDefault="00F678CC" w:rsidP="00EA4E43">
            <w:pPr>
              <w:ind w:firstLine="0"/>
              <w:rPr>
                <w:szCs w:val="24"/>
              </w:rPr>
            </w:pPr>
            <w:r w:rsidRPr="00240C29">
              <w:rPr>
                <w:szCs w:val="24"/>
              </w:rPr>
              <w:t xml:space="preserve">Gulas de </w:t>
            </w:r>
            <w:proofErr w:type="spellStart"/>
            <w:r w:rsidRPr="00240C29">
              <w:rPr>
                <w:szCs w:val="24"/>
              </w:rPr>
              <w:t>pui</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5E3FAB3A" w14:textId="77777777" w:rsidR="00F678CC" w:rsidRPr="00240C29" w:rsidRDefault="00F678CC" w:rsidP="00EA4E43">
            <w:pPr>
              <w:ind w:firstLine="0"/>
              <w:jc w:val="center"/>
              <w:rPr>
                <w:szCs w:val="24"/>
              </w:rPr>
            </w:pPr>
            <w:r w:rsidRPr="00240C29">
              <w:rPr>
                <w:szCs w:val="24"/>
              </w:rPr>
              <w:t>120/100 gr</w:t>
            </w:r>
          </w:p>
        </w:tc>
      </w:tr>
      <w:tr w:rsidR="00F678CC" w:rsidRPr="00240C29" w14:paraId="4CC557BC" w14:textId="77777777">
        <w:trPr>
          <w:jc w:val="center"/>
        </w:trPr>
        <w:tc>
          <w:tcPr>
            <w:tcW w:w="850" w:type="dxa"/>
            <w:tcMar>
              <w:top w:w="80" w:type="dxa"/>
              <w:left w:w="90" w:type="dxa"/>
              <w:bottom w:w="80" w:type="dxa"/>
              <w:right w:w="90" w:type="dxa"/>
            </w:tcMar>
            <w:vAlign w:val="center"/>
          </w:tcPr>
          <w:p w14:paraId="3C3F2FDC"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5F1BD10E" w14:textId="77777777" w:rsidR="00F678CC" w:rsidRPr="00240C29" w:rsidRDefault="00F678CC" w:rsidP="00EA4E43">
            <w:pPr>
              <w:ind w:firstLine="0"/>
              <w:rPr>
                <w:szCs w:val="24"/>
              </w:rPr>
            </w:pPr>
            <w:proofErr w:type="spellStart"/>
            <w:r w:rsidRPr="00240C29">
              <w:rPr>
                <w:szCs w:val="24"/>
              </w:rPr>
              <w:t>Ostropel</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492FE086" w14:textId="77777777" w:rsidR="00F678CC" w:rsidRPr="00240C29" w:rsidRDefault="00F678CC" w:rsidP="00EA4E43">
            <w:pPr>
              <w:ind w:firstLine="0"/>
              <w:jc w:val="center"/>
              <w:rPr>
                <w:szCs w:val="24"/>
              </w:rPr>
            </w:pPr>
            <w:r w:rsidRPr="00240C29">
              <w:rPr>
                <w:szCs w:val="24"/>
              </w:rPr>
              <w:t>120/120/100 gr</w:t>
            </w:r>
          </w:p>
        </w:tc>
      </w:tr>
      <w:tr w:rsidR="00F678CC" w:rsidRPr="00240C29" w14:paraId="6A6866BD" w14:textId="77777777">
        <w:trPr>
          <w:jc w:val="center"/>
        </w:trPr>
        <w:tc>
          <w:tcPr>
            <w:tcW w:w="850" w:type="dxa"/>
            <w:tcMar>
              <w:top w:w="80" w:type="dxa"/>
              <w:left w:w="90" w:type="dxa"/>
              <w:bottom w:w="80" w:type="dxa"/>
              <w:right w:w="90" w:type="dxa"/>
            </w:tcMar>
            <w:vAlign w:val="center"/>
          </w:tcPr>
          <w:p w14:paraId="49C3A615"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71C744D9" w14:textId="77777777" w:rsidR="00F678CC" w:rsidRPr="00240C29" w:rsidRDefault="00F678CC" w:rsidP="00EA4E43">
            <w:pPr>
              <w:ind w:firstLine="0"/>
              <w:rPr>
                <w:szCs w:val="24"/>
              </w:rPr>
            </w:pPr>
            <w:proofErr w:type="spellStart"/>
            <w:r w:rsidRPr="00240C29">
              <w:rPr>
                <w:szCs w:val="24"/>
              </w:rPr>
              <w:t>Friptura</w:t>
            </w:r>
            <w:proofErr w:type="spellEnd"/>
            <w:r w:rsidRPr="00240C29">
              <w:rPr>
                <w:szCs w:val="24"/>
              </w:rPr>
              <w:t xml:space="preserve"> </w:t>
            </w:r>
            <w:proofErr w:type="spellStart"/>
            <w:r w:rsidRPr="00240C29">
              <w:rPr>
                <w:szCs w:val="24"/>
              </w:rPr>
              <w:t>inabusita</w:t>
            </w:r>
            <w:proofErr w:type="spellEnd"/>
            <w:r w:rsidRPr="00240C29">
              <w:rPr>
                <w:szCs w:val="24"/>
              </w:rPr>
              <w:t xml:space="preserve"> de </w:t>
            </w:r>
            <w:proofErr w:type="spellStart"/>
            <w:r w:rsidRPr="00240C29">
              <w:rPr>
                <w:szCs w:val="24"/>
              </w:rPr>
              <w:t>pui</w:t>
            </w:r>
            <w:proofErr w:type="spellEnd"/>
            <w:r w:rsidRPr="00240C29">
              <w:rPr>
                <w:szCs w:val="24"/>
              </w:rPr>
              <w:t xml:space="preserve"> cu </w:t>
            </w:r>
            <w:proofErr w:type="spellStart"/>
            <w:r w:rsidRPr="00240C29">
              <w:rPr>
                <w:szCs w:val="24"/>
              </w:rPr>
              <w:t>sos</w:t>
            </w:r>
            <w:proofErr w:type="spellEnd"/>
            <w:r w:rsidRPr="00240C29">
              <w:rPr>
                <w:szCs w:val="24"/>
              </w:rPr>
              <w:t xml:space="preserve"> de legume</w:t>
            </w:r>
          </w:p>
        </w:tc>
        <w:tc>
          <w:tcPr>
            <w:tcW w:w="1701" w:type="dxa"/>
            <w:tcMar>
              <w:top w:w="80" w:type="dxa"/>
              <w:left w:w="90" w:type="dxa"/>
              <w:bottom w:w="80" w:type="dxa"/>
              <w:right w:w="90" w:type="dxa"/>
            </w:tcMar>
            <w:vAlign w:val="center"/>
          </w:tcPr>
          <w:p w14:paraId="04A93524" w14:textId="77777777" w:rsidR="00F678CC" w:rsidRPr="00240C29" w:rsidRDefault="00F678CC" w:rsidP="00EA4E43">
            <w:pPr>
              <w:ind w:firstLine="0"/>
              <w:jc w:val="center"/>
              <w:rPr>
                <w:szCs w:val="24"/>
              </w:rPr>
            </w:pPr>
            <w:r w:rsidRPr="00240C29">
              <w:rPr>
                <w:szCs w:val="24"/>
              </w:rPr>
              <w:t>125/100 gr</w:t>
            </w:r>
          </w:p>
        </w:tc>
      </w:tr>
      <w:tr w:rsidR="00F678CC" w:rsidRPr="00240C29" w14:paraId="52E19E92" w14:textId="77777777">
        <w:trPr>
          <w:jc w:val="center"/>
        </w:trPr>
        <w:tc>
          <w:tcPr>
            <w:tcW w:w="850" w:type="dxa"/>
            <w:tcMar>
              <w:top w:w="80" w:type="dxa"/>
              <w:left w:w="90" w:type="dxa"/>
              <w:bottom w:w="80" w:type="dxa"/>
              <w:right w:w="90" w:type="dxa"/>
            </w:tcMar>
            <w:vAlign w:val="center"/>
          </w:tcPr>
          <w:p w14:paraId="423A577F"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533B801F" w14:textId="77777777" w:rsidR="00F678CC" w:rsidRPr="00240C29" w:rsidRDefault="00F678CC" w:rsidP="00EA4E43">
            <w:pPr>
              <w:ind w:firstLine="0"/>
              <w:rPr>
                <w:szCs w:val="24"/>
              </w:rPr>
            </w:pPr>
            <w:r w:rsidRPr="00240C29">
              <w:rPr>
                <w:szCs w:val="24"/>
              </w:rPr>
              <w:t xml:space="preserve">Pilaf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2CAF0F10" w14:textId="77777777" w:rsidR="00F678CC" w:rsidRPr="00240C29" w:rsidRDefault="00F678CC" w:rsidP="00EA4E43">
            <w:pPr>
              <w:ind w:firstLine="0"/>
              <w:jc w:val="center"/>
              <w:rPr>
                <w:szCs w:val="24"/>
              </w:rPr>
            </w:pPr>
            <w:r w:rsidRPr="00240C29">
              <w:rPr>
                <w:szCs w:val="24"/>
              </w:rPr>
              <w:t>120/200 gr</w:t>
            </w:r>
          </w:p>
        </w:tc>
      </w:tr>
      <w:tr w:rsidR="00F678CC" w:rsidRPr="00240C29" w14:paraId="7976E325" w14:textId="77777777">
        <w:trPr>
          <w:jc w:val="center"/>
        </w:trPr>
        <w:tc>
          <w:tcPr>
            <w:tcW w:w="850" w:type="dxa"/>
            <w:tcMar>
              <w:top w:w="80" w:type="dxa"/>
              <w:left w:w="90" w:type="dxa"/>
              <w:bottom w:w="80" w:type="dxa"/>
              <w:right w:w="90" w:type="dxa"/>
            </w:tcMar>
            <w:vAlign w:val="center"/>
          </w:tcPr>
          <w:p w14:paraId="348D2500"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25D1424D"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67E93A85" w14:textId="77777777" w:rsidR="00F678CC" w:rsidRPr="00240C29" w:rsidRDefault="00F678CC" w:rsidP="00EA4E43">
            <w:pPr>
              <w:ind w:firstLine="0"/>
              <w:jc w:val="center"/>
              <w:rPr>
                <w:szCs w:val="24"/>
              </w:rPr>
            </w:pPr>
            <w:r w:rsidRPr="00240C29">
              <w:rPr>
                <w:szCs w:val="24"/>
              </w:rPr>
              <w:t>120/230 gr</w:t>
            </w:r>
          </w:p>
        </w:tc>
      </w:tr>
      <w:tr w:rsidR="00F678CC" w:rsidRPr="00240C29" w14:paraId="2D14496B" w14:textId="77777777">
        <w:trPr>
          <w:jc w:val="center"/>
        </w:trPr>
        <w:tc>
          <w:tcPr>
            <w:tcW w:w="850" w:type="dxa"/>
            <w:tcMar>
              <w:top w:w="80" w:type="dxa"/>
              <w:left w:w="90" w:type="dxa"/>
              <w:bottom w:w="80" w:type="dxa"/>
              <w:right w:w="90" w:type="dxa"/>
            </w:tcMar>
            <w:vAlign w:val="center"/>
          </w:tcPr>
          <w:p w14:paraId="60F4F2AF"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300F0150"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mujdei</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4AB21674" w14:textId="77777777" w:rsidR="00F678CC" w:rsidRPr="00240C29" w:rsidRDefault="00F678CC" w:rsidP="00EA4E43">
            <w:pPr>
              <w:ind w:firstLine="0"/>
              <w:jc w:val="center"/>
              <w:rPr>
                <w:szCs w:val="24"/>
              </w:rPr>
            </w:pPr>
            <w:r w:rsidRPr="00240C29">
              <w:rPr>
                <w:szCs w:val="24"/>
              </w:rPr>
              <w:t>150/100/200 gr</w:t>
            </w:r>
          </w:p>
        </w:tc>
      </w:tr>
      <w:tr w:rsidR="00F678CC" w:rsidRPr="00240C29" w14:paraId="2B7BCF80" w14:textId="77777777">
        <w:trPr>
          <w:jc w:val="center"/>
        </w:trPr>
        <w:tc>
          <w:tcPr>
            <w:tcW w:w="850" w:type="dxa"/>
            <w:tcMar>
              <w:top w:w="80" w:type="dxa"/>
              <w:left w:w="90" w:type="dxa"/>
              <w:bottom w:w="80" w:type="dxa"/>
              <w:right w:w="90" w:type="dxa"/>
            </w:tcMar>
            <w:vAlign w:val="center"/>
          </w:tcPr>
          <w:p w14:paraId="7E514936"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0F72976E" w14:textId="77777777" w:rsidR="00F678CC" w:rsidRPr="00240C29" w:rsidRDefault="00F678CC" w:rsidP="00EA4E43">
            <w:pPr>
              <w:ind w:firstLine="0"/>
              <w:rPr>
                <w:szCs w:val="24"/>
              </w:rPr>
            </w:pPr>
            <w:r w:rsidRPr="00240C29">
              <w:rPr>
                <w:szCs w:val="24"/>
              </w:rPr>
              <w:t xml:space="preserve">Pui </w:t>
            </w:r>
            <w:proofErr w:type="spellStart"/>
            <w:r w:rsidRPr="00240C29">
              <w:rPr>
                <w:szCs w:val="24"/>
              </w:rPr>
              <w:t>sote</w:t>
            </w:r>
            <w:proofErr w:type="spellEnd"/>
            <w:r w:rsidRPr="00240C29">
              <w:rPr>
                <w:szCs w:val="24"/>
              </w:rPr>
              <w:t xml:space="preserve"> cu </w:t>
            </w:r>
            <w:proofErr w:type="spellStart"/>
            <w:r w:rsidRPr="00240C29">
              <w:rPr>
                <w:szCs w:val="24"/>
              </w:rPr>
              <w:t>galuste</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3A27FF59" w14:textId="77777777" w:rsidR="00F678CC" w:rsidRPr="00240C29" w:rsidRDefault="00F678CC" w:rsidP="00EA4E43">
            <w:pPr>
              <w:ind w:firstLine="0"/>
              <w:jc w:val="center"/>
              <w:rPr>
                <w:szCs w:val="24"/>
              </w:rPr>
            </w:pPr>
            <w:r w:rsidRPr="00240C29">
              <w:rPr>
                <w:szCs w:val="24"/>
              </w:rPr>
              <w:t>90/100/100 gr</w:t>
            </w:r>
          </w:p>
        </w:tc>
      </w:tr>
      <w:tr w:rsidR="00F678CC" w:rsidRPr="00240C29" w14:paraId="4919308A" w14:textId="77777777">
        <w:trPr>
          <w:jc w:val="center"/>
        </w:trPr>
        <w:tc>
          <w:tcPr>
            <w:tcW w:w="850" w:type="dxa"/>
            <w:tcMar>
              <w:top w:w="80" w:type="dxa"/>
              <w:left w:w="90" w:type="dxa"/>
              <w:bottom w:w="80" w:type="dxa"/>
              <w:right w:w="90" w:type="dxa"/>
            </w:tcMar>
            <w:vAlign w:val="center"/>
          </w:tcPr>
          <w:p w14:paraId="47D436FE"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334E91C8"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de </w:t>
            </w:r>
            <w:proofErr w:type="spellStart"/>
            <w:r w:rsidRPr="00240C29">
              <w:rPr>
                <w:szCs w:val="24"/>
              </w:rPr>
              <w:t>pasare</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683B6186" w14:textId="77777777" w:rsidR="00F678CC" w:rsidRPr="00240C29" w:rsidRDefault="00F678CC" w:rsidP="00EA4E43">
            <w:pPr>
              <w:ind w:firstLine="0"/>
              <w:jc w:val="center"/>
              <w:rPr>
                <w:szCs w:val="24"/>
              </w:rPr>
            </w:pPr>
            <w:r w:rsidRPr="00240C29">
              <w:rPr>
                <w:szCs w:val="24"/>
              </w:rPr>
              <w:t>120/200/200 gr</w:t>
            </w:r>
          </w:p>
        </w:tc>
      </w:tr>
      <w:tr w:rsidR="00F678CC" w:rsidRPr="00240C29" w14:paraId="559BB700" w14:textId="77777777">
        <w:trPr>
          <w:jc w:val="center"/>
        </w:trPr>
        <w:tc>
          <w:tcPr>
            <w:tcW w:w="850" w:type="dxa"/>
            <w:tcMar>
              <w:top w:w="80" w:type="dxa"/>
              <w:left w:w="90" w:type="dxa"/>
              <w:bottom w:w="80" w:type="dxa"/>
              <w:right w:w="90" w:type="dxa"/>
            </w:tcMar>
            <w:vAlign w:val="center"/>
          </w:tcPr>
          <w:p w14:paraId="6667F652" w14:textId="77777777" w:rsidR="00F678CC" w:rsidRPr="00240C29" w:rsidRDefault="00F678CC" w:rsidP="00EA4E43">
            <w:pPr>
              <w:ind w:firstLine="0"/>
              <w:jc w:val="center"/>
              <w:rPr>
                <w:szCs w:val="24"/>
              </w:rPr>
            </w:pPr>
            <w:r w:rsidRPr="00240C29">
              <w:rPr>
                <w:szCs w:val="24"/>
              </w:rPr>
              <w:lastRenderedPageBreak/>
              <w:t>15</w:t>
            </w:r>
          </w:p>
        </w:tc>
        <w:tc>
          <w:tcPr>
            <w:tcW w:w="7087" w:type="dxa"/>
            <w:tcMar>
              <w:top w:w="80" w:type="dxa"/>
              <w:left w:w="90" w:type="dxa"/>
              <w:bottom w:w="80" w:type="dxa"/>
              <w:right w:w="90" w:type="dxa"/>
            </w:tcMar>
            <w:vAlign w:val="center"/>
          </w:tcPr>
          <w:p w14:paraId="3D619FF9"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ciuperci</w:t>
            </w:r>
            <w:proofErr w:type="spellEnd"/>
          </w:p>
        </w:tc>
        <w:tc>
          <w:tcPr>
            <w:tcW w:w="1701" w:type="dxa"/>
            <w:tcMar>
              <w:top w:w="80" w:type="dxa"/>
              <w:left w:w="90" w:type="dxa"/>
              <w:bottom w:w="80" w:type="dxa"/>
              <w:right w:w="90" w:type="dxa"/>
            </w:tcMar>
            <w:vAlign w:val="center"/>
          </w:tcPr>
          <w:p w14:paraId="6542FAC8" w14:textId="77777777" w:rsidR="00F678CC" w:rsidRPr="00240C29" w:rsidRDefault="00F678CC" w:rsidP="00EA4E43">
            <w:pPr>
              <w:ind w:firstLine="0"/>
              <w:jc w:val="center"/>
              <w:rPr>
                <w:szCs w:val="24"/>
              </w:rPr>
            </w:pPr>
            <w:r w:rsidRPr="00240C29">
              <w:rPr>
                <w:szCs w:val="24"/>
              </w:rPr>
              <w:t>120/150 gr</w:t>
            </w:r>
          </w:p>
        </w:tc>
      </w:tr>
      <w:tr w:rsidR="00F678CC" w:rsidRPr="00240C29" w14:paraId="40247F86" w14:textId="77777777">
        <w:trPr>
          <w:jc w:val="center"/>
        </w:trPr>
        <w:tc>
          <w:tcPr>
            <w:tcW w:w="850" w:type="dxa"/>
            <w:tcMar>
              <w:top w:w="80" w:type="dxa"/>
              <w:left w:w="90" w:type="dxa"/>
              <w:bottom w:w="80" w:type="dxa"/>
              <w:right w:w="90" w:type="dxa"/>
            </w:tcMar>
            <w:vAlign w:val="center"/>
          </w:tcPr>
          <w:p w14:paraId="51C86DDD"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112BA296"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vinete</w:t>
            </w:r>
            <w:proofErr w:type="spellEnd"/>
          </w:p>
        </w:tc>
        <w:tc>
          <w:tcPr>
            <w:tcW w:w="1701" w:type="dxa"/>
            <w:tcMar>
              <w:top w:w="80" w:type="dxa"/>
              <w:left w:w="90" w:type="dxa"/>
              <w:bottom w:w="80" w:type="dxa"/>
              <w:right w:w="90" w:type="dxa"/>
            </w:tcMar>
            <w:vAlign w:val="center"/>
          </w:tcPr>
          <w:p w14:paraId="52090C2A" w14:textId="77777777" w:rsidR="00F678CC" w:rsidRPr="00240C29" w:rsidRDefault="00F678CC" w:rsidP="00EA4E43">
            <w:pPr>
              <w:ind w:firstLine="0"/>
              <w:jc w:val="center"/>
              <w:rPr>
                <w:szCs w:val="24"/>
              </w:rPr>
            </w:pPr>
            <w:r w:rsidRPr="00240C29">
              <w:rPr>
                <w:szCs w:val="24"/>
              </w:rPr>
              <w:t>120/120/100 gr</w:t>
            </w:r>
          </w:p>
        </w:tc>
      </w:tr>
      <w:tr w:rsidR="00F678CC" w:rsidRPr="00240C29" w14:paraId="2A81185C" w14:textId="77777777">
        <w:trPr>
          <w:jc w:val="center"/>
        </w:trPr>
        <w:tc>
          <w:tcPr>
            <w:tcW w:w="850" w:type="dxa"/>
            <w:tcMar>
              <w:top w:w="80" w:type="dxa"/>
              <w:left w:w="90" w:type="dxa"/>
              <w:bottom w:w="80" w:type="dxa"/>
              <w:right w:w="90" w:type="dxa"/>
            </w:tcMar>
            <w:vAlign w:val="center"/>
          </w:tcPr>
          <w:p w14:paraId="533D1078"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68ADAECC" w14:textId="77777777" w:rsidR="00F678CC" w:rsidRPr="00240C29" w:rsidRDefault="00F678CC" w:rsidP="00EA4E43">
            <w:pPr>
              <w:ind w:firstLine="0"/>
              <w:rPr>
                <w:szCs w:val="24"/>
              </w:rPr>
            </w:pPr>
            <w:r w:rsidRPr="00240C29">
              <w:rPr>
                <w:szCs w:val="24"/>
              </w:rPr>
              <w:t>Pui pane</w:t>
            </w:r>
          </w:p>
        </w:tc>
        <w:tc>
          <w:tcPr>
            <w:tcW w:w="1701" w:type="dxa"/>
            <w:tcMar>
              <w:top w:w="80" w:type="dxa"/>
              <w:left w:w="90" w:type="dxa"/>
              <w:bottom w:w="80" w:type="dxa"/>
              <w:right w:w="90" w:type="dxa"/>
            </w:tcMar>
            <w:vAlign w:val="center"/>
          </w:tcPr>
          <w:p w14:paraId="6A17B4D4" w14:textId="77777777" w:rsidR="00F678CC" w:rsidRPr="00240C29" w:rsidRDefault="00F678CC" w:rsidP="00EA4E43">
            <w:pPr>
              <w:ind w:firstLine="0"/>
              <w:jc w:val="center"/>
              <w:rPr>
                <w:szCs w:val="24"/>
              </w:rPr>
            </w:pPr>
            <w:r w:rsidRPr="00240C29">
              <w:rPr>
                <w:szCs w:val="24"/>
              </w:rPr>
              <w:t>150 gr</w:t>
            </w:r>
          </w:p>
        </w:tc>
      </w:tr>
      <w:tr w:rsidR="00F678CC" w:rsidRPr="00240C29" w14:paraId="7AFF3377" w14:textId="77777777">
        <w:trPr>
          <w:jc w:val="center"/>
        </w:trPr>
        <w:tc>
          <w:tcPr>
            <w:tcW w:w="850" w:type="dxa"/>
            <w:tcMar>
              <w:top w:w="80" w:type="dxa"/>
              <w:left w:w="90" w:type="dxa"/>
              <w:bottom w:w="80" w:type="dxa"/>
              <w:right w:w="90" w:type="dxa"/>
            </w:tcMar>
            <w:vAlign w:val="center"/>
          </w:tcPr>
          <w:p w14:paraId="3590581D" w14:textId="77777777" w:rsidR="00F678CC" w:rsidRPr="00240C29" w:rsidRDefault="00F678CC" w:rsidP="00EA4E43">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7D913071" w14:textId="77777777" w:rsidR="00F678CC" w:rsidRPr="00240C29" w:rsidRDefault="00F678CC" w:rsidP="00EA4E43">
            <w:pPr>
              <w:ind w:firstLine="0"/>
              <w:rPr>
                <w:szCs w:val="24"/>
              </w:rPr>
            </w:pPr>
            <w:proofErr w:type="spellStart"/>
            <w:r w:rsidRPr="00240C29">
              <w:rPr>
                <w:szCs w:val="24"/>
              </w:rPr>
              <w:t>Piept</w:t>
            </w:r>
            <w:proofErr w:type="spellEnd"/>
            <w:r w:rsidRPr="00240C29">
              <w:rPr>
                <w:szCs w:val="24"/>
              </w:rPr>
              <w:t xml:space="preserve"> </w:t>
            </w:r>
            <w:proofErr w:type="spellStart"/>
            <w:r w:rsidRPr="00240C29">
              <w:rPr>
                <w:szCs w:val="24"/>
              </w:rPr>
              <w:t>pasare</w:t>
            </w:r>
            <w:proofErr w:type="spellEnd"/>
            <w:r w:rsidRPr="00240C29">
              <w:rPr>
                <w:szCs w:val="24"/>
              </w:rPr>
              <w:t xml:space="preserve"> pane</w:t>
            </w:r>
          </w:p>
        </w:tc>
        <w:tc>
          <w:tcPr>
            <w:tcW w:w="1701" w:type="dxa"/>
            <w:tcMar>
              <w:top w:w="80" w:type="dxa"/>
              <w:left w:w="90" w:type="dxa"/>
              <w:bottom w:w="80" w:type="dxa"/>
              <w:right w:w="90" w:type="dxa"/>
            </w:tcMar>
            <w:vAlign w:val="center"/>
          </w:tcPr>
          <w:p w14:paraId="45FC4C12" w14:textId="77777777" w:rsidR="00F678CC" w:rsidRPr="00240C29" w:rsidRDefault="00F678CC" w:rsidP="00EA4E43">
            <w:pPr>
              <w:ind w:firstLine="0"/>
              <w:jc w:val="center"/>
              <w:rPr>
                <w:szCs w:val="24"/>
              </w:rPr>
            </w:pPr>
            <w:r w:rsidRPr="00240C29">
              <w:rPr>
                <w:szCs w:val="24"/>
              </w:rPr>
              <w:t>150 gr</w:t>
            </w:r>
          </w:p>
        </w:tc>
      </w:tr>
      <w:tr w:rsidR="00F678CC" w:rsidRPr="00240C29" w14:paraId="3A0CA348" w14:textId="77777777">
        <w:trPr>
          <w:jc w:val="center"/>
        </w:trPr>
        <w:tc>
          <w:tcPr>
            <w:tcW w:w="850" w:type="dxa"/>
            <w:tcMar>
              <w:top w:w="80" w:type="dxa"/>
              <w:left w:w="90" w:type="dxa"/>
              <w:bottom w:w="80" w:type="dxa"/>
              <w:right w:w="90" w:type="dxa"/>
            </w:tcMar>
            <w:vAlign w:val="center"/>
          </w:tcPr>
          <w:p w14:paraId="2B664FC6" w14:textId="77777777" w:rsidR="00F678CC" w:rsidRPr="00240C29" w:rsidRDefault="00F678CC" w:rsidP="00EA4E43">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0F0F1601"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bame</w:t>
            </w:r>
            <w:proofErr w:type="spellEnd"/>
          </w:p>
        </w:tc>
        <w:tc>
          <w:tcPr>
            <w:tcW w:w="1701" w:type="dxa"/>
            <w:tcMar>
              <w:top w:w="80" w:type="dxa"/>
              <w:left w:w="90" w:type="dxa"/>
              <w:bottom w:w="80" w:type="dxa"/>
              <w:right w:w="90" w:type="dxa"/>
            </w:tcMar>
            <w:vAlign w:val="center"/>
          </w:tcPr>
          <w:p w14:paraId="50CBEB3F" w14:textId="77777777" w:rsidR="00F678CC" w:rsidRPr="00240C29" w:rsidRDefault="00F678CC" w:rsidP="00EA4E43">
            <w:pPr>
              <w:ind w:firstLine="0"/>
              <w:jc w:val="center"/>
              <w:rPr>
                <w:szCs w:val="24"/>
              </w:rPr>
            </w:pPr>
            <w:r w:rsidRPr="00240C29">
              <w:rPr>
                <w:szCs w:val="24"/>
              </w:rPr>
              <w:t>120/100/130 gr</w:t>
            </w:r>
          </w:p>
        </w:tc>
      </w:tr>
      <w:tr w:rsidR="00F678CC" w:rsidRPr="00240C29" w14:paraId="672C5BF7" w14:textId="77777777">
        <w:trPr>
          <w:jc w:val="center"/>
        </w:trPr>
        <w:tc>
          <w:tcPr>
            <w:tcW w:w="850" w:type="dxa"/>
            <w:tcMar>
              <w:top w:w="80" w:type="dxa"/>
              <w:left w:w="90" w:type="dxa"/>
              <w:bottom w:w="80" w:type="dxa"/>
              <w:right w:w="90" w:type="dxa"/>
            </w:tcMar>
            <w:vAlign w:val="center"/>
          </w:tcPr>
          <w:p w14:paraId="11E0E15E" w14:textId="77777777" w:rsidR="00F678CC" w:rsidRPr="00240C29" w:rsidRDefault="00F678CC" w:rsidP="00EA4E43">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7B328F50"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mazare</w:t>
            </w:r>
            <w:proofErr w:type="spellEnd"/>
          </w:p>
        </w:tc>
        <w:tc>
          <w:tcPr>
            <w:tcW w:w="1701" w:type="dxa"/>
            <w:tcMar>
              <w:top w:w="80" w:type="dxa"/>
              <w:left w:w="90" w:type="dxa"/>
              <w:bottom w:w="80" w:type="dxa"/>
              <w:right w:w="90" w:type="dxa"/>
            </w:tcMar>
            <w:vAlign w:val="center"/>
          </w:tcPr>
          <w:p w14:paraId="5DB0EACB" w14:textId="77777777" w:rsidR="00F678CC" w:rsidRPr="00240C29" w:rsidRDefault="00F678CC" w:rsidP="00EA4E43">
            <w:pPr>
              <w:ind w:firstLine="0"/>
              <w:jc w:val="center"/>
              <w:rPr>
                <w:szCs w:val="24"/>
              </w:rPr>
            </w:pPr>
            <w:r w:rsidRPr="00240C29">
              <w:rPr>
                <w:szCs w:val="24"/>
              </w:rPr>
              <w:t>120/90/140 gr</w:t>
            </w:r>
          </w:p>
        </w:tc>
      </w:tr>
      <w:tr w:rsidR="00F678CC" w:rsidRPr="00240C29" w14:paraId="04ECEE88" w14:textId="77777777">
        <w:trPr>
          <w:jc w:val="center"/>
        </w:trPr>
        <w:tc>
          <w:tcPr>
            <w:tcW w:w="850" w:type="dxa"/>
            <w:tcMar>
              <w:top w:w="80" w:type="dxa"/>
              <w:left w:w="90" w:type="dxa"/>
              <w:bottom w:w="80" w:type="dxa"/>
              <w:right w:w="90" w:type="dxa"/>
            </w:tcMar>
            <w:vAlign w:val="center"/>
          </w:tcPr>
          <w:p w14:paraId="2BD0F3FD" w14:textId="77777777" w:rsidR="00F678CC" w:rsidRPr="00240C29" w:rsidRDefault="00F678CC" w:rsidP="00EA4E43">
            <w:pPr>
              <w:ind w:firstLine="0"/>
              <w:jc w:val="center"/>
              <w:rPr>
                <w:szCs w:val="24"/>
              </w:rPr>
            </w:pPr>
            <w:r w:rsidRPr="00240C29">
              <w:rPr>
                <w:szCs w:val="24"/>
              </w:rPr>
              <w:t>21</w:t>
            </w:r>
          </w:p>
        </w:tc>
        <w:tc>
          <w:tcPr>
            <w:tcW w:w="7087" w:type="dxa"/>
            <w:tcMar>
              <w:top w:w="80" w:type="dxa"/>
              <w:left w:w="90" w:type="dxa"/>
              <w:bottom w:w="80" w:type="dxa"/>
              <w:right w:w="90" w:type="dxa"/>
            </w:tcMar>
            <w:vAlign w:val="center"/>
          </w:tcPr>
          <w:p w14:paraId="0A2D01E9" w14:textId="77777777" w:rsidR="00F678CC" w:rsidRPr="00240C29" w:rsidRDefault="00F678CC" w:rsidP="00EA4E43">
            <w:pPr>
              <w:ind w:firstLine="0"/>
              <w:rPr>
                <w:szCs w:val="24"/>
              </w:rPr>
            </w:pPr>
            <w:proofErr w:type="spellStart"/>
            <w:r w:rsidRPr="00240C29">
              <w:rPr>
                <w:szCs w:val="24"/>
              </w:rPr>
              <w:t>Snitel</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7BAF08AE" w14:textId="77777777" w:rsidR="00F678CC" w:rsidRPr="00240C29" w:rsidRDefault="00F678CC" w:rsidP="00EA4E43">
            <w:pPr>
              <w:ind w:firstLine="0"/>
              <w:jc w:val="center"/>
              <w:rPr>
                <w:szCs w:val="24"/>
              </w:rPr>
            </w:pPr>
            <w:r w:rsidRPr="00240C29">
              <w:rPr>
                <w:szCs w:val="24"/>
              </w:rPr>
              <w:t>100 gr</w:t>
            </w:r>
          </w:p>
        </w:tc>
      </w:tr>
      <w:tr w:rsidR="00F678CC" w:rsidRPr="00240C29" w14:paraId="2070D2FA" w14:textId="77777777">
        <w:trPr>
          <w:jc w:val="center"/>
        </w:trPr>
        <w:tc>
          <w:tcPr>
            <w:tcW w:w="850" w:type="dxa"/>
            <w:tcMar>
              <w:top w:w="80" w:type="dxa"/>
              <w:left w:w="90" w:type="dxa"/>
              <w:bottom w:w="80" w:type="dxa"/>
              <w:right w:w="90" w:type="dxa"/>
            </w:tcMar>
            <w:vAlign w:val="center"/>
          </w:tcPr>
          <w:p w14:paraId="10877980" w14:textId="77777777" w:rsidR="00F678CC" w:rsidRPr="00240C29" w:rsidRDefault="00F678CC" w:rsidP="00EA4E43">
            <w:pPr>
              <w:ind w:firstLine="0"/>
              <w:jc w:val="center"/>
              <w:rPr>
                <w:szCs w:val="24"/>
              </w:rPr>
            </w:pPr>
            <w:r w:rsidRPr="00240C29">
              <w:rPr>
                <w:szCs w:val="24"/>
              </w:rPr>
              <w:t>22</w:t>
            </w:r>
          </w:p>
        </w:tc>
        <w:tc>
          <w:tcPr>
            <w:tcW w:w="7087" w:type="dxa"/>
            <w:tcMar>
              <w:top w:w="80" w:type="dxa"/>
              <w:left w:w="90" w:type="dxa"/>
              <w:bottom w:w="80" w:type="dxa"/>
              <w:right w:w="90" w:type="dxa"/>
            </w:tcMar>
            <w:vAlign w:val="center"/>
          </w:tcPr>
          <w:p w14:paraId="384CEFC7" w14:textId="77777777" w:rsidR="00F678CC" w:rsidRPr="00240C29" w:rsidRDefault="00F678CC" w:rsidP="00EA4E43">
            <w:pPr>
              <w:ind w:firstLine="0"/>
              <w:rPr>
                <w:szCs w:val="24"/>
              </w:rPr>
            </w:pPr>
            <w:r w:rsidRPr="00240C29">
              <w:rPr>
                <w:szCs w:val="24"/>
              </w:rPr>
              <w:t xml:space="preserve">Pui cu </w:t>
            </w:r>
            <w:proofErr w:type="spellStart"/>
            <w:r w:rsidRPr="00240C29">
              <w:rPr>
                <w:szCs w:val="24"/>
              </w:rPr>
              <w:t>garnitura</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7A977BAF" w14:textId="77777777" w:rsidR="00F678CC" w:rsidRPr="00240C29" w:rsidRDefault="00F678CC" w:rsidP="00EA4E43">
            <w:pPr>
              <w:ind w:firstLine="0"/>
              <w:jc w:val="center"/>
              <w:rPr>
                <w:szCs w:val="24"/>
              </w:rPr>
            </w:pPr>
            <w:r w:rsidRPr="00240C29">
              <w:rPr>
                <w:szCs w:val="24"/>
              </w:rPr>
              <w:t>120/150/10 gr</w:t>
            </w:r>
          </w:p>
        </w:tc>
      </w:tr>
      <w:tr w:rsidR="00F678CC" w:rsidRPr="00240C29" w14:paraId="25B599C9" w14:textId="77777777">
        <w:trPr>
          <w:jc w:val="center"/>
        </w:trPr>
        <w:tc>
          <w:tcPr>
            <w:tcW w:w="850" w:type="dxa"/>
            <w:tcMar>
              <w:top w:w="80" w:type="dxa"/>
              <w:left w:w="90" w:type="dxa"/>
              <w:bottom w:w="80" w:type="dxa"/>
              <w:right w:w="90" w:type="dxa"/>
            </w:tcMar>
            <w:vAlign w:val="center"/>
          </w:tcPr>
          <w:p w14:paraId="235A719A" w14:textId="77777777" w:rsidR="00F678CC" w:rsidRPr="00240C29" w:rsidRDefault="00F678CC" w:rsidP="00EA4E43">
            <w:pPr>
              <w:ind w:firstLine="0"/>
              <w:jc w:val="center"/>
              <w:rPr>
                <w:szCs w:val="24"/>
              </w:rPr>
            </w:pPr>
            <w:r w:rsidRPr="00240C29">
              <w:rPr>
                <w:szCs w:val="24"/>
              </w:rPr>
              <w:t>23</w:t>
            </w:r>
          </w:p>
        </w:tc>
        <w:tc>
          <w:tcPr>
            <w:tcW w:w="7087" w:type="dxa"/>
            <w:tcMar>
              <w:top w:w="80" w:type="dxa"/>
              <w:left w:w="90" w:type="dxa"/>
              <w:bottom w:w="80" w:type="dxa"/>
              <w:right w:w="90" w:type="dxa"/>
            </w:tcMar>
            <w:vAlign w:val="center"/>
          </w:tcPr>
          <w:p w14:paraId="5FC4DDEF" w14:textId="77777777" w:rsidR="00F678CC" w:rsidRPr="00240C29" w:rsidRDefault="00F678CC" w:rsidP="00EA4E43">
            <w:pPr>
              <w:ind w:firstLine="0"/>
              <w:rPr>
                <w:szCs w:val="24"/>
              </w:rPr>
            </w:pPr>
            <w:proofErr w:type="spellStart"/>
            <w:r w:rsidRPr="00240C29">
              <w:rPr>
                <w:szCs w:val="24"/>
              </w:rPr>
              <w:t>Pasare</w:t>
            </w:r>
            <w:proofErr w:type="spellEnd"/>
            <w:r w:rsidRPr="00240C29">
              <w:rPr>
                <w:szCs w:val="24"/>
              </w:rPr>
              <w:t xml:space="preserve"> cu </w:t>
            </w:r>
            <w:proofErr w:type="spellStart"/>
            <w:r w:rsidRPr="00240C29">
              <w:rPr>
                <w:szCs w:val="24"/>
              </w:rPr>
              <w:t>sos</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1E83147C" w14:textId="77777777" w:rsidR="00F678CC" w:rsidRPr="00240C29" w:rsidRDefault="00F678CC" w:rsidP="00EA4E43">
            <w:pPr>
              <w:ind w:firstLine="0"/>
              <w:jc w:val="center"/>
              <w:rPr>
                <w:szCs w:val="24"/>
              </w:rPr>
            </w:pPr>
            <w:r w:rsidRPr="00240C29">
              <w:rPr>
                <w:szCs w:val="24"/>
              </w:rPr>
              <w:t>120/230 gr</w:t>
            </w:r>
          </w:p>
        </w:tc>
      </w:tr>
      <w:tr w:rsidR="00F678CC" w:rsidRPr="00240C29" w14:paraId="6E0ADA68" w14:textId="77777777">
        <w:trPr>
          <w:jc w:val="center"/>
        </w:trPr>
        <w:tc>
          <w:tcPr>
            <w:tcW w:w="850" w:type="dxa"/>
            <w:tcMar>
              <w:top w:w="80" w:type="dxa"/>
              <w:left w:w="90" w:type="dxa"/>
              <w:bottom w:w="80" w:type="dxa"/>
              <w:right w:w="90" w:type="dxa"/>
            </w:tcMar>
            <w:vAlign w:val="center"/>
          </w:tcPr>
          <w:p w14:paraId="42D98B76" w14:textId="77777777" w:rsidR="00F678CC" w:rsidRPr="00240C29" w:rsidRDefault="00F678CC" w:rsidP="00EA4E43">
            <w:pPr>
              <w:ind w:firstLine="0"/>
              <w:jc w:val="center"/>
              <w:rPr>
                <w:szCs w:val="24"/>
              </w:rPr>
            </w:pPr>
            <w:r w:rsidRPr="00240C29">
              <w:rPr>
                <w:szCs w:val="24"/>
              </w:rPr>
              <w:t>24</w:t>
            </w:r>
          </w:p>
        </w:tc>
        <w:tc>
          <w:tcPr>
            <w:tcW w:w="7087" w:type="dxa"/>
            <w:tcMar>
              <w:top w:w="80" w:type="dxa"/>
              <w:left w:w="90" w:type="dxa"/>
              <w:bottom w:w="80" w:type="dxa"/>
              <w:right w:w="90" w:type="dxa"/>
            </w:tcMar>
            <w:vAlign w:val="center"/>
          </w:tcPr>
          <w:p w14:paraId="2EC806BC" w14:textId="77777777" w:rsidR="00F678CC" w:rsidRPr="00240C29" w:rsidRDefault="00F678CC" w:rsidP="00EA4E43">
            <w:pPr>
              <w:ind w:firstLine="0"/>
              <w:rPr>
                <w:szCs w:val="24"/>
              </w:rPr>
            </w:pPr>
            <w:proofErr w:type="spellStart"/>
            <w:r w:rsidRPr="00240C29">
              <w:rPr>
                <w:szCs w:val="24"/>
              </w:rPr>
              <w:t>Rizoto</w:t>
            </w:r>
            <w:proofErr w:type="spellEnd"/>
            <w:r w:rsidRPr="00240C29">
              <w:rPr>
                <w:szCs w:val="24"/>
              </w:rPr>
              <w:t xml:space="preserve"> cu </w:t>
            </w:r>
            <w:proofErr w:type="spellStart"/>
            <w:r w:rsidRPr="00240C29">
              <w:rPr>
                <w:szCs w:val="24"/>
              </w:rPr>
              <w:t>ficatei</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4AB71E1B" w14:textId="77777777" w:rsidR="00F678CC" w:rsidRPr="00240C29" w:rsidRDefault="00F678CC" w:rsidP="00EA4E43">
            <w:pPr>
              <w:ind w:firstLine="0"/>
              <w:jc w:val="center"/>
              <w:rPr>
                <w:szCs w:val="24"/>
              </w:rPr>
            </w:pPr>
            <w:r w:rsidRPr="00240C29">
              <w:rPr>
                <w:szCs w:val="24"/>
              </w:rPr>
              <w:t>200/60/15/100 gr</w:t>
            </w:r>
          </w:p>
        </w:tc>
      </w:tr>
      <w:tr w:rsidR="00F678CC" w:rsidRPr="00240C29" w14:paraId="2EE080CE" w14:textId="77777777">
        <w:trPr>
          <w:jc w:val="center"/>
        </w:trPr>
        <w:tc>
          <w:tcPr>
            <w:tcW w:w="850" w:type="dxa"/>
            <w:tcMar>
              <w:top w:w="80" w:type="dxa"/>
              <w:left w:w="90" w:type="dxa"/>
              <w:bottom w:w="80" w:type="dxa"/>
              <w:right w:w="90" w:type="dxa"/>
            </w:tcMar>
            <w:vAlign w:val="center"/>
          </w:tcPr>
          <w:p w14:paraId="3169B780" w14:textId="77777777" w:rsidR="00F678CC" w:rsidRPr="00240C29" w:rsidRDefault="00F678CC" w:rsidP="00EA4E43">
            <w:pPr>
              <w:ind w:firstLine="0"/>
              <w:jc w:val="center"/>
              <w:rPr>
                <w:szCs w:val="24"/>
              </w:rPr>
            </w:pPr>
            <w:r w:rsidRPr="00240C29">
              <w:rPr>
                <w:szCs w:val="24"/>
              </w:rPr>
              <w:t>25</w:t>
            </w:r>
          </w:p>
        </w:tc>
        <w:tc>
          <w:tcPr>
            <w:tcW w:w="7087" w:type="dxa"/>
            <w:tcMar>
              <w:top w:w="80" w:type="dxa"/>
              <w:left w:w="90" w:type="dxa"/>
              <w:bottom w:w="80" w:type="dxa"/>
              <w:right w:w="90" w:type="dxa"/>
            </w:tcMar>
            <w:vAlign w:val="center"/>
          </w:tcPr>
          <w:p w14:paraId="3FB17CBF" w14:textId="77777777" w:rsidR="00F678CC" w:rsidRPr="00240C29" w:rsidRDefault="00F678CC" w:rsidP="00EA4E43">
            <w:pPr>
              <w:ind w:firstLine="0"/>
              <w:rPr>
                <w:szCs w:val="24"/>
              </w:rPr>
            </w:pPr>
            <w:proofErr w:type="spellStart"/>
            <w:r w:rsidRPr="00240C29">
              <w:rPr>
                <w:szCs w:val="24"/>
              </w:rPr>
              <w:t>Sarmale</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170B7DA9" w14:textId="77777777" w:rsidR="00F678CC" w:rsidRPr="00240C29" w:rsidRDefault="00F678CC" w:rsidP="00EA4E43">
            <w:pPr>
              <w:ind w:firstLine="0"/>
              <w:jc w:val="center"/>
              <w:rPr>
                <w:szCs w:val="24"/>
              </w:rPr>
            </w:pPr>
            <w:r w:rsidRPr="00240C29">
              <w:rPr>
                <w:szCs w:val="24"/>
              </w:rPr>
              <w:t>220/280 gr</w:t>
            </w:r>
          </w:p>
        </w:tc>
      </w:tr>
      <w:tr w:rsidR="00FD4BD3" w:rsidRPr="00240C29" w14:paraId="35131811" w14:textId="77777777" w:rsidTr="006B3867">
        <w:trPr>
          <w:jc w:val="center"/>
        </w:trPr>
        <w:tc>
          <w:tcPr>
            <w:tcW w:w="850" w:type="dxa"/>
            <w:tcMar>
              <w:top w:w="80" w:type="dxa"/>
              <w:left w:w="90" w:type="dxa"/>
              <w:bottom w:w="80" w:type="dxa"/>
              <w:right w:w="90" w:type="dxa"/>
            </w:tcMar>
            <w:vAlign w:val="center"/>
          </w:tcPr>
          <w:p w14:paraId="4CCA42F1" w14:textId="76DFAE4A" w:rsidR="00FD4BD3" w:rsidRPr="00240C29" w:rsidRDefault="00FD4BD3" w:rsidP="00FD4BD3">
            <w:pPr>
              <w:ind w:firstLine="0"/>
              <w:jc w:val="center"/>
              <w:rPr>
                <w:szCs w:val="24"/>
              </w:rPr>
            </w:pPr>
            <w:r>
              <w:rPr>
                <w:szCs w:val="24"/>
              </w:rPr>
              <w:t>26</w:t>
            </w:r>
          </w:p>
        </w:tc>
        <w:tc>
          <w:tcPr>
            <w:tcW w:w="7087" w:type="dxa"/>
            <w:tcMar>
              <w:top w:w="80" w:type="dxa"/>
              <w:left w:w="90" w:type="dxa"/>
              <w:bottom w:w="80" w:type="dxa"/>
              <w:right w:w="90" w:type="dxa"/>
            </w:tcMar>
          </w:tcPr>
          <w:p w14:paraId="0676FB36" w14:textId="6ADC2FF4" w:rsidR="00FD4BD3" w:rsidRPr="00240C29" w:rsidRDefault="00FD4BD3" w:rsidP="00FD4BD3">
            <w:pPr>
              <w:ind w:firstLine="0"/>
              <w:rPr>
                <w:szCs w:val="24"/>
              </w:rPr>
            </w:pPr>
            <w:proofErr w:type="spellStart"/>
            <w:r w:rsidRPr="00FB077B">
              <w:t>Dovlecei</w:t>
            </w:r>
            <w:proofErr w:type="spellEnd"/>
            <w:r w:rsidRPr="00FB077B">
              <w:t>/</w:t>
            </w:r>
            <w:proofErr w:type="spellStart"/>
            <w:r w:rsidRPr="00FB077B">
              <w:t>ardei</w:t>
            </w:r>
            <w:proofErr w:type="spellEnd"/>
            <w:r w:rsidRPr="00FB077B">
              <w:t xml:space="preserve"> </w:t>
            </w:r>
            <w:proofErr w:type="spellStart"/>
            <w:r w:rsidRPr="00FB077B">
              <w:t>grasi</w:t>
            </w:r>
            <w:proofErr w:type="spellEnd"/>
            <w:r w:rsidRPr="00FB077B">
              <w:t xml:space="preserve"> </w:t>
            </w:r>
            <w:proofErr w:type="spellStart"/>
            <w:r w:rsidRPr="00FB077B">
              <w:t>umpluti</w:t>
            </w:r>
            <w:proofErr w:type="spellEnd"/>
            <w:r w:rsidRPr="00FB077B">
              <w:t xml:space="preserve"> cu carne </w:t>
            </w:r>
            <w:proofErr w:type="spellStart"/>
            <w:r w:rsidRPr="00FB077B">
              <w:t>tocata</w:t>
            </w:r>
            <w:proofErr w:type="spellEnd"/>
            <w:r w:rsidRPr="00FB077B">
              <w:t xml:space="preserve"> de </w:t>
            </w:r>
            <w:proofErr w:type="spellStart"/>
            <w:r w:rsidRPr="00FB077B">
              <w:t>pui</w:t>
            </w:r>
            <w:proofErr w:type="spellEnd"/>
          </w:p>
        </w:tc>
        <w:tc>
          <w:tcPr>
            <w:tcW w:w="1701" w:type="dxa"/>
            <w:tcMar>
              <w:top w:w="80" w:type="dxa"/>
              <w:left w:w="90" w:type="dxa"/>
              <w:bottom w:w="80" w:type="dxa"/>
              <w:right w:w="90" w:type="dxa"/>
            </w:tcMar>
          </w:tcPr>
          <w:p w14:paraId="1D8FEA10" w14:textId="1C2884FA" w:rsidR="00FD4BD3" w:rsidRPr="00240C29" w:rsidRDefault="00FD4BD3" w:rsidP="00FD4BD3">
            <w:pPr>
              <w:ind w:firstLine="0"/>
              <w:jc w:val="center"/>
              <w:rPr>
                <w:szCs w:val="24"/>
              </w:rPr>
            </w:pPr>
            <w:r w:rsidRPr="00FB077B">
              <w:t>165/100/20 gr</w:t>
            </w:r>
          </w:p>
        </w:tc>
      </w:tr>
      <w:tr w:rsidR="00FD4BD3" w:rsidRPr="00240C29" w14:paraId="7D4B34C7" w14:textId="77777777" w:rsidTr="006B3867">
        <w:trPr>
          <w:jc w:val="center"/>
        </w:trPr>
        <w:tc>
          <w:tcPr>
            <w:tcW w:w="850" w:type="dxa"/>
            <w:tcMar>
              <w:top w:w="80" w:type="dxa"/>
              <w:left w:w="90" w:type="dxa"/>
              <w:bottom w:w="80" w:type="dxa"/>
              <w:right w:w="90" w:type="dxa"/>
            </w:tcMar>
            <w:vAlign w:val="center"/>
          </w:tcPr>
          <w:p w14:paraId="06242F40" w14:textId="516CD572" w:rsidR="00FD4BD3" w:rsidRPr="00240C29" w:rsidRDefault="00FD4BD3" w:rsidP="00FD4BD3">
            <w:pPr>
              <w:ind w:firstLine="0"/>
              <w:jc w:val="center"/>
              <w:rPr>
                <w:szCs w:val="24"/>
              </w:rPr>
            </w:pPr>
            <w:r>
              <w:rPr>
                <w:szCs w:val="24"/>
              </w:rPr>
              <w:t>27</w:t>
            </w:r>
          </w:p>
        </w:tc>
        <w:tc>
          <w:tcPr>
            <w:tcW w:w="7087" w:type="dxa"/>
            <w:tcMar>
              <w:top w:w="80" w:type="dxa"/>
              <w:left w:w="90" w:type="dxa"/>
              <w:bottom w:w="80" w:type="dxa"/>
              <w:right w:w="90" w:type="dxa"/>
            </w:tcMar>
          </w:tcPr>
          <w:p w14:paraId="35355389" w14:textId="59821C7F" w:rsidR="00FD4BD3" w:rsidRPr="00240C29" w:rsidRDefault="00FD4BD3" w:rsidP="00FD4BD3">
            <w:pPr>
              <w:ind w:firstLine="0"/>
              <w:rPr>
                <w:szCs w:val="24"/>
              </w:rPr>
            </w:pPr>
            <w:r w:rsidRPr="00FB077B">
              <w:t xml:space="preserve">Paste cu carne de </w:t>
            </w:r>
            <w:proofErr w:type="spellStart"/>
            <w:r w:rsidRPr="00FB077B">
              <w:t>pui</w:t>
            </w:r>
            <w:proofErr w:type="spellEnd"/>
            <w:r w:rsidRPr="00FB077B">
              <w:t xml:space="preserve"> </w:t>
            </w:r>
            <w:proofErr w:type="spellStart"/>
            <w:r w:rsidRPr="00FB077B">
              <w:t>si</w:t>
            </w:r>
            <w:proofErr w:type="spellEnd"/>
            <w:r w:rsidRPr="00FB077B">
              <w:t xml:space="preserve"> </w:t>
            </w:r>
            <w:proofErr w:type="spellStart"/>
            <w:r w:rsidRPr="00FB077B">
              <w:t>rosii</w:t>
            </w:r>
            <w:proofErr w:type="spellEnd"/>
            <w:r w:rsidRPr="00FB077B">
              <w:t xml:space="preserve"> cherry</w:t>
            </w:r>
          </w:p>
        </w:tc>
        <w:tc>
          <w:tcPr>
            <w:tcW w:w="1701" w:type="dxa"/>
            <w:tcMar>
              <w:top w:w="80" w:type="dxa"/>
              <w:left w:w="90" w:type="dxa"/>
              <w:bottom w:w="80" w:type="dxa"/>
              <w:right w:w="90" w:type="dxa"/>
            </w:tcMar>
          </w:tcPr>
          <w:p w14:paraId="59D28BD4" w14:textId="6F8C1E62" w:rsidR="00FD4BD3" w:rsidRPr="00240C29" w:rsidRDefault="00FD4BD3" w:rsidP="00FD4BD3">
            <w:pPr>
              <w:ind w:firstLine="0"/>
              <w:jc w:val="center"/>
              <w:rPr>
                <w:szCs w:val="24"/>
              </w:rPr>
            </w:pPr>
            <w:r w:rsidRPr="00FB077B">
              <w:t>250 gr.</w:t>
            </w:r>
          </w:p>
        </w:tc>
      </w:tr>
    </w:tbl>
    <w:p w14:paraId="75BA3274" w14:textId="77777777" w:rsidR="00F678CC" w:rsidRPr="00240C29" w:rsidRDefault="00F678CC" w:rsidP="00EA4E43">
      <w:pPr>
        <w:ind w:firstLine="0"/>
        <w:rPr>
          <w:szCs w:val="24"/>
        </w:rPr>
      </w:pPr>
    </w:p>
    <w:p w14:paraId="032E8142" w14:textId="77777777" w:rsidR="00F678CC" w:rsidRPr="00240C29" w:rsidRDefault="00F678CC" w:rsidP="00EA4E43">
      <w:pPr>
        <w:ind w:firstLine="0"/>
        <w:rPr>
          <w:szCs w:val="24"/>
        </w:rPr>
      </w:pPr>
      <w:r w:rsidRPr="00240C29">
        <w:rPr>
          <w:b/>
          <w:szCs w:val="24"/>
        </w:rPr>
        <w:t>PREPARATE DIN LEGUME SI CARNE DE VACA</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1C8E906F" w14:textId="77777777">
        <w:trPr>
          <w:tblHeader/>
          <w:jc w:val="center"/>
        </w:trPr>
        <w:tc>
          <w:tcPr>
            <w:tcW w:w="850" w:type="dxa"/>
            <w:shd w:val="clear" w:color="auto" w:fill="D9D9D9"/>
            <w:tcMar>
              <w:top w:w="80" w:type="dxa"/>
              <w:left w:w="90" w:type="dxa"/>
              <w:bottom w:w="80" w:type="dxa"/>
              <w:right w:w="90" w:type="dxa"/>
            </w:tcMar>
            <w:vAlign w:val="center"/>
          </w:tcPr>
          <w:p w14:paraId="2A2170DB"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5FF35E05"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166ADC35"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2F5056E4" w14:textId="77777777">
        <w:trPr>
          <w:jc w:val="center"/>
        </w:trPr>
        <w:tc>
          <w:tcPr>
            <w:tcW w:w="850" w:type="dxa"/>
            <w:tcMar>
              <w:top w:w="80" w:type="dxa"/>
              <w:left w:w="90" w:type="dxa"/>
              <w:bottom w:w="80" w:type="dxa"/>
              <w:right w:w="90" w:type="dxa"/>
            </w:tcMar>
            <w:vAlign w:val="center"/>
          </w:tcPr>
          <w:p w14:paraId="2447A820"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C099722" w14:textId="77777777" w:rsidR="00F678CC" w:rsidRPr="00240C29" w:rsidRDefault="00F678CC" w:rsidP="00EA4E43">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carne</w:t>
            </w:r>
          </w:p>
        </w:tc>
        <w:tc>
          <w:tcPr>
            <w:tcW w:w="1701" w:type="dxa"/>
            <w:tcMar>
              <w:top w:w="80" w:type="dxa"/>
              <w:left w:w="90" w:type="dxa"/>
              <w:bottom w:w="80" w:type="dxa"/>
              <w:right w:w="90" w:type="dxa"/>
            </w:tcMar>
            <w:vAlign w:val="center"/>
          </w:tcPr>
          <w:p w14:paraId="46F7E671" w14:textId="77777777" w:rsidR="00F678CC" w:rsidRPr="00240C29" w:rsidRDefault="00F678CC" w:rsidP="00EA4E43">
            <w:pPr>
              <w:ind w:firstLine="0"/>
              <w:jc w:val="center"/>
              <w:rPr>
                <w:szCs w:val="24"/>
              </w:rPr>
            </w:pPr>
            <w:r w:rsidRPr="00240C29">
              <w:rPr>
                <w:szCs w:val="24"/>
              </w:rPr>
              <w:t>165/100/20 gr</w:t>
            </w:r>
          </w:p>
        </w:tc>
      </w:tr>
      <w:tr w:rsidR="00F678CC" w:rsidRPr="00240C29" w14:paraId="4260FAD7" w14:textId="77777777">
        <w:trPr>
          <w:jc w:val="center"/>
        </w:trPr>
        <w:tc>
          <w:tcPr>
            <w:tcW w:w="850" w:type="dxa"/>
            <w:tcMar>
              <w:top w:w="80" w:type="dxa"/>
              <w:left w:w="90" w:type="dxa"/>
              <w:bottom w:w="80" w:type="dxa"/>
              <w:right w:w="90" w:type="dxa"/>
            </w:tcMar>
            <w:vAlign w:val="center"/>
          </w:tcPr>
          <w:p w14:paraId="38223A80"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142B19E4" w14:textId="77777777" w:rsidR="00F678CC" w:rsidRPr="00240C29" w:rsidRDefault="00F678CC" w:rsidP="00EA4E43">
            <w:pPr>
              <w:ind w:firstLine="0"/>
              <w:rPr>
                <w:szCs w:val="24"/>
              </w:rPr>
            </w:pPr>
            <w:proofErr w:type="spellStart"/>
            <w:r w:rsidRPr="00240C29">
              <w:rPr>
                <w:szCs w:val="24"/>
              </w:rPr>
              <w:t>Chiftelute</w:t>
            </w:r>
            <w:proofErr w:type="spellEnd"/>
            <w:r w:rsidRPr="00240C29">
              <w:rPr>
                <w:szCs w:val="24"/>
              </w:rPr>
              <w:t xml:space="preserve"> marinate</w:t>
            </w:r>
          </w:p>
        </w:tc>
        <w:tc>
          <w:tcPr>
            <w:tcW w:w="1701" w:type="dxa"/>
            <w:tcMar>
              <w:top w:w="80" w:type="dxa"/>
              <w:left w:w="90" w:type="dxa"/>
              <w:bottom w:w="80" w:type="dxa"/>
              <w:right w:w="90" w:type="dxa"/>
            </w:tcMar>
            <w:vAlign w:val="center"/>
          </w:tcPr>
          <w:p w14:paraId="548D0E0D" w14:textId="77777777" w:rsidR="00F678CC" w:rsidRPr="00240C29" w:rsidRDefault="00F678CC" w:rsidP="00EA4E43">
            <w:pPr>
              <w:ind w:firstLine="0"/>
              <w:jc w:val="center"/>
              <w:rPr>
                <w:szCs w:val="24"/>
              </w:rPr>
            </w:pPr>
            <w:r w:rsidRPr="00240C29">
              <w:rPr>
                <w:szCs w:val="24"/>
              </w:rPr>
              <w:t>140/140 gr</w:t>
            </w:r>
          </w:p>
        </w:tc>
      </w:tr>
      <w:tr w:rsidR="00F678CC" w:rsidRPr="00240C29" w14:paraId="4A25C9D1" w14:textId="77777777">
        <w:trPr>
          <w:jc w:val="center"/>
        </w:trPr>
        <w:tc>
          <w:tcPr>
            <w:tcW w:w="850" w:type="dxa"/>
            <w:tcMar>
              <w:top w:w="80" w:type="dxa"/>
              <w:left w:w="90" w:type="dxa"/>
              <w:bottom w:w="80" w:type="dxa"/>
              <w:right w:w="90" w:type="dxa"/>
            </w:tcMar>
            <w:vAlign w:val="center"/>
          </w:tcPr>
          <w:p w14:paraId="1D83D616"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65B8C482" w14:textId="77777777" w:rsidR="00F678CC" w:rsidRPr="00240C29" w:rsidRDefault="00F678CC" w:rsidP="00EA4E43">
            <w:pPr>
              <w:ind w:firstLine="0"/>
              <w:rPr>
                <w:szCs w:val="24"/>
              </w:rPr>
            </w:pPr>
            <w:proofErr w:type="spellStart"/>
            <w:r w:rsidRPr="00240C29">
              <w:rPr>
                <w:szCs w:val="24"/>
              </w:rPr>
              <w:t>Vacuta</w:t>
            </w:r>
            <w:proofErr w:type="spellEnd"/>
            <w:r w:rsidRPr="00240C29">
              <w:rPr>
                <w:szCs w:val="24"/>
              </w:rPr>
              <w:t xml:space="preserve"> cu legume</w:t>
            </w:r>
          </w:p>
        </w:tc>
        <w:tc>
          <w:tcPr>
            <w:tcW w:w="1701" w:type="dxa"/>
            <w:tcMar>
              <w:top w:w="80" w:type="dxa"/>
              <w:left w:w="90" w:type="dxa"/>
              <w:bottom w:w="80" w:type="dxa"/>
              <w:right w:w="90" w:type="dxa"/>
            </w:tcMar>
            <w:vAlign w:val="center"/>
          </w:tcPr>
          <w:p w14:paraId="7C57AA1B" w14:textId="77777777" w:rsidR="00F678CC" w:rsidRPr="00240C29" w:rsidRDefault="00F678CC" w:rsidP="00EA4E43">
            <w:pPr>
              <w:ind w:firstLine="0"/>
              <w:jc w:val="center"/>
              <w:rPr>
                <w:szCs w:val="24"/>
              </w:rPr>
            </w:pPr>
            <w:r w:rsidRPr="00240C29">
              <w:rPr>
                <w:szCs w:val="24"/>
              </w:rPr>
              <w:t>60/200/70 gr</w:t>
            </w:r>
          </w:p>
        </w:tc>
      </w:tr>
      <w:tr w:rsidR="00F678CC" w:rsidRPr="00240C29" w14:paraId="7911E7AF" w14:textId="77777777">
        <w:trPr>
          <w:jc w:val="center"/>
        </w:trPr>
        <w:tc>
          <w:tcPr>
            <w:tcW w:w="850" w:type="dxa"/>
            <w:tcMar>
              <w:top w:w="80" w:type="dxa"/>
              <w:left w:w="90" w:type="dxa"/>
              <w:bottom w:w="80" w:type="dxa"/>
              <w:right w:w="90" w:type="dxa"/>
            </w:tcMar>
            <w:vAlign w:val="center"/>
          </w:tcPr>
          <w:p w14:paraId="26BC2215"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1A743A3A" w14:textId="77777777" w:rsidR="00F678CC" w:rsidRPr="00240C29" w:rsidRDefault="00F678CC" w:rsidP="00EA4E43">
            <w:pPr>
              <w:ind w:firstLine="0"/>
              <w:rPr>
                <w:szCs w:val="24"/>
              </w:rPr>
            </w:pPr>
            <w:proofErr w:type="spellStart"/>
            <w:r w:rsidRPr="00240C29">
              <w:rPr>
                <w:szCs w:val="24"/>
              </w:rPr>
              <w:t>Chiftelute</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77EA7831" w14:textId="77777777" w:rsidR="00F678CC" w:rsidRPr="00240C29" w:rsidRDefault="00F678CC" w:rsidP="00EA4E43">
            <w:pPr>
              <w:ind w:firstLine="0"/>
              <w:jc w:val="center"/>
              <w:rPr>
                <w:szCs w:val="24"/>
              </w:rPr>
            </w:pPr>
            <w:r w:rsidRPr="00240C29">
              <w:rPr>
                <w:szCs w:val="24"/>
              </w:rPr>
              <w:t>140/140 gr</w:t>
            </w:r>
          </w:p>
        </w:tc>
      </w:tr>
      <w:tr w:rsidR="00F678CC" w:rsidRPr="00240C29" w14:paraId="56B2AE72" w14:textId="77777777">
        <w:trPr>
          <w:jc w:val="center"/>
        </w:trPr>
        <w:tc>
          <w:tcPr>
            <w:tcW w:w="850" w:type="dxa"/>
            <w:tcMar>
              <w:top w:w="80" w:type="dxa"/>
              <w:left w:w="90" w:type="dxa"/>
              <w:bottom w:w="80" w:type="dxa"/>
              <w:right w:w="90" w:type="dxa"/>
            </w:tcMar>
            <w:vAlign w:val="center"/>
          </w:tcPr>
          <w:p w14:paraId="3EF21664"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6851D0DE" w14:textId="77777777" w:rsidR="00F678CC" w:rsidRPr="00240C29" w:rsidRDefault="00F678CC" w:rsidP="00EA4E43">
            <w:pPr>
              <w:ind w:firstLine="0"/>
              <w:rPr>
                <w:szCs w:val="24"/>
              </w:rPr>
            </w:pPr>
            <w:proofErr w:type="spellStart"/>
            <w:r w:rsidRPr="00240C29">
              <w:rPr>
                <w:szCs w:val="24"/>
              </w:rPr>
              <w:t>Dovlecei</w:t>
            </w:r>
            <w:proofErr w:type="spellEnd"/>
            <w:r w:rsidRPr="00240C29">
              <w:rPr>
                <w:szCs w:val="24"/>
              </w:rPr>
              <w:t xml:space="preserve"> </w:t>
            </w:r>
            <w:proofErr w:type="spellStart"/>
            <w:r w:rsidRPr="00240C29">
              <w:rPr>
                <w:szCs w:val="24"/>
              </w:rPr>
              <w:t>umpluti</w:t>
            </w:r>
            <w:proofErr w:type="spellEnd"/>
            <w:r w:rsidRPr="00240C29">
              <w:rPr>
                <w:szCs w:val="24"/>
              </w:rPr>
              <w:t xml:space="preserve">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25C6CCFC" w14:textId="77777777" w:rsidR="00F678CC" w:rsidRPr="00240C29" w:rsidRDefault="00F678CC" w:rsidP="00EA4E43">
            <w:pPr>
              <w:ind w:firstLine="0"/>
              <w:jc w:val="center"/>
              <w:rPr>
                <w:szCs w:val="24"/>
              </w:rPr>
            </w:pPr>
            <w:r w:rsidRPr="00240C29">
              <w:rPr>
                <w:szCs w:val="24"/>
              </w:rPr>
              <w:t>160/100/20 gr</w:t>
            </w:r>
          </w:p>
        </w:tc>
      </w:tr>
      <w:tr w:rsidR="00F678CC" w:rsidRPr="00240C29" w14:paraId="2EF9A9A6" w14:textId="77777777">
        <w:trPr>
          <w:jc w:val="center"/>
        </w:trPr>
        <w:tc>
          <w:tcPr>
            <w:tcW w:w="850" w:type="dxa"/>
            <w:tcMar>
              <w:top w:w="80" w:type="dxa"/>
              <w:left w:w="90" w:type="dxa"/>
              <w:bottom w:w="80" w:type="dxa"/>
              <w:right w:w="90" w:type="dxa"/>
            </w:tcMar>
            <w:vAlign w:val="center"/>
          </w:tcPr>
          <w:p w14:paraId="1FDB2F85"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36BACE92" w14:textId="77777777" w:rsidR="00F678CC" w:rsidRPr="00240C29" w:rsidRDefault="00F678CC" w:rsidP="00EA4E43">
            <w:pPr>
              <w:ind w:firstLine="0"/>
              <w:rPr>
                <w:szCs w:val="24"/>
              </w:rPr>
            </w:pPr>
            <w:proofErr w:type="spellStart"/>
            <w:r w:rsidRPr="00240C29">
              <w:rPr>
                <w:szCs w:val="24"/>
              </w:rPr>
              <w:t>Vacuta</w:t>
            </w:r>
            <w:proofErr w:type="spellEnd"/>
            <w:r w:rsidRPr="00240C29">
              <w:rPr>
                <w:szCs w:val="24"/>
              </w:rPr>
              <w:t xml:space="preserve"> cu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p>
        </w:tc>
        <w:tc>
          <w:tcPr>
            <w:tcW w:w="1701" w:type="dxa"/>
            <w:tcMar>
              <w:top w:w="80" w:type="dxa"/>
              <w:left w:w="90" w:type="dxa"/>
              <w:bottom w:w="80" w:type="dxa"/>
              <w:right w:w="90" w:type="dxa"/>
            </w:tcMar>
            <w:vAlign w:val="center"/>
          </w:tcPr>
          <w:p w14:paraId="379374EE" w14:textId="77777777" w:rsidR="00F678CC" w:rsidRPr="00240C29" w:rsidRDefault="00F678CC" w:rsidP="00EA4E43">
            <w:pPr>
              <w:ind w:firstLine="0"/>
              <w:jc w:val="center"/>
              <w:rPr>
                <w:szCs w:val="24"/>
              </w:rPr>
            </w:pPr>
            <w:r w:rsidRPr="00240C29">
              <w:rPr>
                <w:szCs w:val="24"/>
              </w:rPr>
              <w:t>60/100/140 gr</w:t>
            </w:r>
          </w:p>
        </w:tc>
      </w:tr>
      <w:tr w:rsidR="00F678CC" w:rsidRPr="00240C29" w14:paraId="4C4CD534" w14:textId="77777777">
        <w:trPr>
          <w:jc w:val="center"/>
        </w:trPr>
        <w:tc>
          <w:tcPr>
            <w:tcW w:w="850" w:type="dxa"/>
            <w:tcMar>
              <w:top w:w="80" w:type="dxa"/>
              <w:left w:w="90" w:type="dxa"/>
              <w:bottom w:w="80" w:type="dxa"/>
              <w:right w:w="90" w:type="dxa"/>
            </w:tcMar>
            <w:vAlign w:val="center"/>
          </w:tcPr>
          <w:p w14:paraId="3AEE2151"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5C80FC5D" w14:textId="77777777" w:rsidR="00F678CC" w:rsidRPr="00240C29" w:rsidRDefault="00F678CC" w:rsidP="00EA4E43">
            <w:pPr>
              <w:ind w:firstLine="0"/>
              <w:rPr>
                <w:szCs w:val="24"/>
              </w:rPr>
            </w:pPr>
            <w:proofErr w:type="spellStart"/>
            <w:r w:rsidRPr="00240C29">
              <w:rPr>
                <w:szCs w:val="24"/>
              </w:rPr>
              <w:t>Vacuta</w:t>
            </w:r>
            <w:proofErr w:type="spellEnd"/>
            <w:r w:rsidRPr="00240C29">
              <w:rPr>
                <w:szCs w:val="24"/>
              </w:rPr>
              <w:t xml:space="preserve">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5B5E50C1" w14:textId="77777777" w:rsidR="00F678CC" w:rsidRPr="00240C29" w:rsidRDefault="00F678CC" w:rsidP="00EA4E43">
            <w:pPr>
              <w:ind w:firstLine="0"/>
              <w:jc w:val="center"/>
              <w:rPr>
                <w:szCs w:val="24"/>
              </w:rPr>
            </w:pPr>
            <w:r w:rsidRPr="00240C29">
              <w:rPr>
                <w:szCs w:val="24"/>
              </w:rPr>
              <w:t>60/250 gr</w:t>
            </w:r>
          </w:p>
        </w:tc>
      </w:tr>
      <w:tr w:rsidR="00F678CC" w:rsidRPr="00240C29" w14:paraId="2B5BBD36" w14:textId="77777777">
        <w:trPr>
          <w:jc w:val="center"/>
        </w:trPr>
        <w:tc>
          <w:tcPr>
            <w:tcW w:w="850" w:type="dxa"/>
            <w:tcMar>
              <w:top w:w="80" w:type="dxa"/>
              <w:left w:w="90" w:type="dxa"/>
              <w:bottom w:w="80" w:type="dxa"/>
              <w:right w:w="90" w:type="dxa"/>
            </w:tcMar>
            <w:vAlign w:val="center"/>
          </w:tcPr>
          <w:p w14:paraId="3A9C049B"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0E698A8C" w14:textId="77777777" w:rsidR="00F678CC" w:rsidRPr="00240C29" w:rsidRDefault="00F678CC" w:rsidP="00EA4E43">
            <w:pPr>
              <w:ind w:firstLine="0"/>
              <w:rPr>
                <w:szCs w:val="24"/>
              </w:rPr>
            </w:pPr>
            <w:proofErr w:type="spellStart"/>
            <w:r w:rsidRPr="00240C29">
              <w:rPr>
                <w:szCs w:val="24"/>
              </w:rPr>
              <w:t>Ghiveci</w:t>
            </w:r>
            <w:proofErr w:type="spellEnd"/>
            <w:r w:rsidRPr="00240C29">
              <w:rPr>
                <w:szCs w:val="24"/>
              </w:rPr>
              <w:t xml:space="preserve"> national cu legume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01F4E758" w14:textId="77777777" w:rsidR="00F678CC" w:rsidRPr="00240C29" w:rsidRDefault="00F678CC" w:rsidP="00EA4E43">
            <w:pPr>
              <w:ind w:firstLine="0"/>
              <w:jc w:val="center"/>
              <w:rPr>
                <w:szCs w:val="24"/>
              </w:rPr>
            </w:pPr>
            <w:r w:rsidRPr="00240C29">
              <w:rPr>
                <w:szCs w:val="24"/>
              </w:rPr>
              <w:t>235/65 gr</w:t>
            </w:r>
          </w:p>
        </w:tc>
      </w:tr>
      <w:tr w:rsidR="00F678CC" w:rsidRPr="00240C29" w14:paraId="778CF512" w14:textId="77777777">
        <w:trPr>
          <w:jc w:val="center"/>
        </w:trPr>
        <w:tc>
          <w:tcPr>
            <w:tcW w:w="850" w:type="dxa"/>
            <w:tcMar>
              <w:top w:w="80" w:type="dxa"/>
              <w:left w:w="90" w:type="dxa"/>
              <w:bottom w:w="80" w:type="dxa"/>
              <w:right w:w="90" w:type="dxa"/>
            </w:tcMar>
            <w:vAlign w:val="center"/>
          </w:tcPr>
          <w:p w14:paraId="79769AD4"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561EC288" w14:textId="77777777" w:rsidR="00F678CC" w:rsidRPr="00240C29" w:rsidRDefault="00F678CC" w:rsidP="00EA4E43">
            <w:pPr>
              <w:ind w:firstLine="0"/>
              <w:rPr>
                <w:szCs w:val="24"/>
              </w:rPr>
            </w:pPr>
            <w:proofErr w:type="spellStart"/>
            <w:r w:rsidRPr="00240C29">
              <w:rPr>
                <w:szCs w:val="24"/>
              </w:rPr>
              <w:t>Vacuta</w:t>
            </w:r>
            <w:proofErr w:type="spellEnd"/>
            <w:r w:rsidRPr="00240C29">
              <w:rPr>
                <w:szCs w:val="24"/>
              </w:rPr>
              <w:t xml:space="preserve"> cu </w:t>
            </w:r>
            <w:proofErr w:type="spellStart"/>
            <w:r w:rsidRPr="00240C29">
              <w:rPr>
                <w:szCs w:val="24"/>
              </w:rPr>
              <w:t>mazare</w:t>
            </w:r>
            <w:proofErr w:type="spellEnd"/>
          </w:p>
        </w:tc>
        <w:tc>
          <w:tcPr>
            <w:tcW w:w="1701" w:type="dxa"/>
            <w:tcMar>
              <w:top w:w="80" w:type="dxa"/>
              <w:left w:w="90" w:type="dxa"/>
              <w:bottom w:w="80" w:type="dxa"/>
              <w:right w:w="90" w:type="dxa"/>
            </w:tcMar>
            <w:vAlign w:val="center"/>
          </w:tcPr>
          <w:p w14:paraId="7519BDA2" w14:textId="77777777" w:rsidR="00F678CC" w:rsidRPr="00240C29" w:rsidRDefault="00F678CC" w:rsidP="00EA4E43">
            <w:pPr>
              <w:ind w:firstLine="0"/>
              <w:jc w:val="center"/>
              <w:rPr>
                <w:szCs w:val="24"/>
              </w:rPr>
            </w:pPr>
            <w:r w:rsidRPr="00240C29">
              <w:rPr>
                <w:szCs w:val="24"/>
              </w:rPr>
              <w:t>60/80/140 gr</w:t>
            </w:r>
          </w:p>
        </w:tc>
      </w:tr>
      <w:tr w:rsidR="00F678CC" w:rsidRPr="00240C29" w14:paraId="78B43417" w14:textId="77777777">
        <w:trPr>
          <w:jc w:val="center"/>
        </w:trPr>
        <w:tc>
          <w:tcPr>
            <w:tcW w:w="850" w:type="dxa"/>
            <w:tcMar>
              <w:top w:w="80" w:type="dxa"/>
              <w:left w:w="90" w:type="dxa"/>
              <w:bottom w:w="80" w:type="dxa"/>
              <w:right w:w="90" w:type="dxa"/>
            </w:tcMar>
            <w:vAlign w:val="center"/>
          </w:tcPr>
          <w:p w14:paraId="75A2B23D"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7D9CD45A"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048B8D31" w14:textId="77777777" w:rsidR="00F678CC" w:rsidRPr="00240C29" w:rsidRDefault="00F678CC" w:rsidP="00EA4E43">
            <w:pPr>
              <w:ind w:firstLine="0"/>
              <w:jc w:val="center"/>
              <w:rPr>
                <w:szCs w:val="24"/>
              </w:rPr>
            </w:pPr>
            <w:r w:rsidRPr="00240C29">
              <w:rPr>
                <w:szCs w:val="24"/>
              </w:rPr>
              <w:t>250/80 gr</w:t>
            </w:r>
          </w:p>
        </w:tc>
      </w:tr>
      <w:tr w:rsidR="00F678CC" w:rsidRPr="00240C29" w14:paraId="4C2FB9E4" w14:textId="77777777">
        <w:trPr>
          <w:jc w:val="center"/>
        </w:trPr>
        <w:tc>
          <w:tcPr>
            <w:tcW w:w="850" w:type="dxa"/>
            <w:tcMar>
              <w:top w:w="80" w:type="dxa"/>
              <w:left w:w="90" w:type="dxa"/>
              <w:bottom w:w="80" w:type="dxa"/>
              <w:right w:w="90" w:type="dxa"/>
            </w:tcMar>
            <w:vAlign w:val="center"/>
          </w:tcPr>
          <w:p w14:paraId="343F4566"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7A563B62"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dovlecei</w:t>
            </w:r>
            <w:proofErr w:type="spellEnd"/>
          </w:p>
        </w:tc>
        <w:tc>
          <w:tcPr>
            <w:tcW w:w="1701" w:type="dxa"/>
            <w:tcMar>
              <w:top w:w="80" w:type="dxa"/>
              <w:left w:w="90" w:type="dxa"/>
              <w:bottom w:w="80" w:type="dxa"/>
              <w:right w:w="90" w:type="dxa"/>
            </w:tcMar>
            <w:vAlign w:val="center"/>
          </w:tcPr>
          <w:p w14:paraId="59311CEE" w14:textId="77777777" w:rsidR="00F678CC" w:rsidRPr="00240C29" w:rsidRDefault="00F678CC" w:rsidP="00EA4E43">
            <w:pPr>
              <w:ind w:firstLine="0"/>
              <w:jc w:val="center"/>
              <w:rPr>
                <w:szCs w:val="24"/>
              </w:rPr>
            </w:pPr>
            <w:r w:rsidRPr="00240C29">
              <w:rPr>
                <w:szCs w:val="24"/>
              </w:rPr>
              <w:t>250/80 gr</w:t>
            </w:r>
          </w:p>
        </w:tc>
      </w:tr>
      <w:tr w:rsidR="00F678CC" w:rsidRPr="00240C29" w14:paraId="3BBDE7CB" w14:textId="77777777">
        <w:trPr>
          <w:jc w:val="center"/>
        </w:trPr>
        <w:tc>
          <w:tcPr>
            <w:tcW w:w="850" w:type="dxa"/>
            <w:tcMar>
              <w:top w:w="80" w:type="dxa"/>
              <w:left w:w="90" w:type="dxa"/>
              <w:bottom w:w="80" w:type="dxa"/>
              <w:right w:w="90" w:type="dxa"/>
            </w:tcMar>
            <w:vAlign w:val="center"/>
          </w:tcPr>
          <w:p w14:paraId="5DFB3B17"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0A16C457"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macaroane</w:t>
            </w:r>
            <w:proofErr w:type="spellEnd"/>
          </w:p>
        </w:tc>
        <w:tc>
          <w:tcPr>
            <w:tcW w:w="1701" w:type="dxa"/>
            <w:tcMar>
              <w:top w:w="80" w:type="dxa"/>
              <w:left w:w="90" w:type="dxa"/>
              <w:bottom w:w="80" w:type="dxa"/>
              <w:right w:w="90" w:type="dxa"/>
            </w:tcMar>
            <w:vAlign w:val="center"/>
          </w:tcPr>
          <w:p w14:paraId="2676EF0F" w14:textId="77777777" w:rsidR="00F678CC" w:rsidRPr="00240C29" w:rsidRDefault="00F678CC" w:rsidP="00EA4E43">
            <w:pPr>
              <w:ind w:firstLine="0"/>
              <w:jc w:val="center"/>
              <w:rPr>
                <w:szCs w:val="24"/>
              </w:rPr>
            </w:pPr>
            <w:r w:rsidRPr="00240C29">
              <w:rPr>
                <w:szCs w:val="24"/>
              </w:rPr>
              <w:t>250/100 gr</w:t>
            </w:r>
          </w:p>
        </w:tc>
      </w:tr>
      <w:tr w:rsidR="00F678CC" w:rsidRPr="00240C29" w14:paraId="610462D7" w14:textId="77777777">
        <w:trPr>
          <w:jc w:val="center"/>
        </w:trPr>
        <w:tc>
          <w:tcPr>
            <w:tcW w:w="850" w:type="dxa"/>
            <w:tcMar>
              <w:top w:w="80" w:type="dxa"/>
              <w:left w:w="90" w:type="dxa"/>
              <w:bottom w:w="80" w:type="dxa"/>
              <w:right w:w="90" w:type="dxa"/>
            </w:tcMar>
            <w:vAlign w:val="center"/>
          </w:tcPr>
          <w:p w14:paraId="7F722C50"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5A1AE389" w14:textId="77777777" w:rsidR="00F678CC" w:rsidRPr="00240C29" w:rsidRDefault="00F678CC" w:rsidP="00EA4E43">
            <w:pPr>
              <w:ind w:firstLine="0"/>
              <w:rPr>
                <w:szCs w:val="24"/>
              </w:rPr>
            </w:pPr>
            <w:proofErr w:type="spellStart"/>
            <w:r w:rsidRPr="00240C29">
              <w:rPr>
                <w:szCs w:val="24"/>
              </w:rPr>
              <w:t>Ostropel</w:t>
            </w:r>
            <w:proofErr w:type="spellEnd"/>
            <w:r w:rsidRPr="00240C29">
              <w:rPr>
                <w:szCs w:val="24"/>
              </w:rPr>
              <w:t xml:space="preserve"> de </w:t>
            </w:r>
            <w:proofErr w:type="spellStart"/>
            <w:r w:rsidRPr="00240C29">
              <w:rPr>
                <w:szCs w:val="24"/>
              </w:rPr>
              <w:t>vacuta</w:t>
            </w:r>
            <w:proofErr w:type="spellEnd"/>
          </w:p>
        </w:tc>
        <w:tc>
          <w:tcPr>
            <w:tcW w:w="1701" w:type="dxa"/>
            <w:tcMar>
              <w:top w:w="80" w:type="dxa"/>
              <w:left w:w="90" w:type="dxa"/>
              <w:bottom w:w="80" w:type="dxa"/>
              <w:right w:w="90" w:type="dxa"/>
            </w:tcMar>
            <w:vAlign w:val="center"/>
          </w:tcPr>
          <w:p w14:paraId="5497DCF4" w14:textId="77777777" w:rsidR="00F678CC" w:rsidRPr="00240C29" w:rsidRDefault="00F678CC" w:rsidP="00EA4E43">
            <w:pPr>
              <w:ind w:firstLine="0"/>
              <w:jc w:val="center"/>
              <w:rPr>
                <w:szCs w:val="24"/>
              </w:rPr>
            </w:pPr>
            <w:r w:rsidRPr="00240C29">
              <w:rPr>
                <w:szCs w:val="24"/>
              </w:rPr>
              <w:t>60/120/100 gr</w:t>
            </w:r>
          </w:p>
        </w:tc>
      </w:tr>
      <w:tr w:rsidR="00F678CC" w:rsidRPr="00240C29" w14:paraId="6E354462" w14:textId="77777777">
        <w:trPr>
          <w:jc w:val="center"/>
        </w:trPr>
        <w:tc>
          <w:tcPr>
            <w:tcW w:w="850" w:type="dxa"/>
            <w:tcMar>
              <w:top w:w="80" w:type="dxa"/>
              <w:left w:w="90" w:type="dxa"/>
              <w:bottom w:w="80" w:type="dxa"/>
              <w:right w:w="90" w:type="dxa"/>
            </w:tcMar>
            <w:vAlign w:val="center"/>
          </w:tcPr>
          <w:p w14:paraId="0050C905"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363C8269" w14:textId="77777777" w:rsidR="00F678CC" w:rsidRPr="00240C29" w:rsidRDefault="00F678CC" w:rsidP="00EA4E43">
            <w:pPr>
              <w:ind w:firstLine="0"/>
              <w:rPr>
                <w:szCs w:val="24"/>
              </w:rPr>
            </w:pPr>
            <w:proofErr w:type="spellStart"/>
            <w:r w:rsidRPr="00240C29">
              <w:rPr>
                <w:szCs w:val="24"/>
              </w:rPr>
              <w:t>Muschi</w:t>
            </w:r>
            <w:proofErr w:type="spellEnd"/>
            <w:r w:rsidRPr="00240C29">
              <w:rPr>
                <w:szCs w:val="24"/>
              </w:rPr>
              <w:t xml:space="preserve"> de </w:t>
            </w:r>
            <w:proofErr w:type="spellStart"/>
            <w:r w:rsidRPr="00240C29">
              <w:rPr>
                <w:szCs w:val="24"/>
              </w:rPr>
              <w:t>vaca</w:t>
            </w:r>
            <w:proofErr w:type="spellEnd"/>
            <w:r w:rsidRPr="00240C29">
              <w:rPr>
                <w:szCs w:val="24"/>
              </w:rPr>
              <w:t xml:space="preserve"> la </w:t>
            </w:r>
            <w:proofErr w:type="spellStart"/>
            <w:r w:rsidRPr="00240C29">
              <w:rPr>
                <w:szCs w:val="24"/>
              </w:rPr>
              <w:t>tava</w:t>
            </w:r>
            <w:proofErr w:type="spellEnd"/>
            <w:r w:rsidRPr="00240C29">
              <w:rPr>
                <w:szCs w:val="24"/>
              </w:rPr>
              <w:t xml:space="preserve"> cu </w:t>
            </w:r>
            <w:proofErr w:type="spellStart"/>
            <w:r w:rsidRPr="00240C29">
              <w:rPr>
                <w:szCs w:val="24"/>
              </w:rPr>
              <w:t>piure</w:t>
            </w:r>
            <w:proofErr w:type="spellEnd"/>
            <w:r w:rsidRPr="00240C29">
              <w:rPr>
                <w:szCs w:val="24"/>
              </w:rPr>
              <w:t xml:space="preserve"> de </w:t>
            </w:r>
            <w:proofErr w:type="spellStart"/>
            <w:r w:rsidRPr="00240C29">
              <w:rPr>
                <w:szCs w:val="24"/>
              </w:rPr>
              <w:t>cartofi</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mazare</w:t>
            </w:r>
            <w:proofErr w:type="spellEnd"/>
          </w:p>
        </w:tc>
        <w:tc>
          <w:tcPr>
            <w:tcW w:w="1701" w:type="dxa"/>
            <w:tcMar>
              <w:top w:w="80" w:type="dxa"/>
              <w:left w:w="90" w:type="dxa"/>
              <w:bottom w:w="80" w:type="dxa"/>
              <w:right w:w="90" w:type="dxa"/>
            </w:tcMar>
            <w:vAlign w:val="center"/>
          </w:tcPr>
          <w:p w14:paraId="4A63B576" w14:textId="77777777" w:rsidR="00F678CC" w:rsidRPr="00240C29" w:rsidRDefault="00F678CC" w:rsidP="00EA4E43">
            <w:pPr>
              <w:ind w:firstLine="0"/>
              <w:jc w:val="center"/>
              <w:rPr>
                <w:szCs w:val="24"/>
              </w:rPr>
            </w:pPr>
            <w:r w:rsidRPr="00240C29">
              <w:rPr>
                <w:szCs w:val="24"/>
              </w:rPr>
              <w:t>90/150/130 gr</w:t>
            </w:r>
          </w:p>
        </w:tc>
      </w:tr>
      <w:tr w:rsidR="00F678CC" w:rsidRPr="00240C29" w14:paraId="2B47FD29" w14:textId="77777777">
        <w:trPr>
          <w:jc w:val="center"/>
        </w:trPr>
        <w:tc>
          <w:tcPr>
            <w:tcW w:w="850" w:type="dxa"/>
            <w:tcMar>
              <w:top w:w="80" w:type="dxa"/>
              <w:left w:w="90" w:type="dxa"/>
              <w:bottom w:w="80" w:type="dxa"/>
              <w:right w:w="90" w:type="dxa"/>
            </w:tcMar>
            <w:vAlign w:val="center"/>
          </w:tcPr>
          <w:p w14:paraId="0C8D5F9D" w14:textId="77777777" w:rsidR="00F678CC" w:rsidRPr="00240C29" w:rsidRDefault="00F678CC" w:rsidP="00EA4E43">
            <w:pPr>
              <w:ind w:firstLine="0"/>
              <w:jc w:val="center"/>
              <w:rPr>
                <w:szCs w:val="24"/>
              </w:rPr>
            </w:pPr>
            <w:r w:rsidRPr="00240C29">
              <w:rPr>
                <w:szCs w:val="24"/>
              </w:rPr>
              <w:lastRenderedPageBreak/>
              <w:t>15</w:t>
            </w:r>
          </w:p>
        </w:tc>
        <w:tc>
          <w:tcPr>
            <w:tcW w:w="7087" w:type="dxa"/>
            <w:tcMar>
              <w:top w:w="80" w:type="dxa"/>
              <w:left w:w="90" w:type="dxa"/>
              <w:bottom w:w="80" w:type="dxa"/>
              <w:right w:w="90" w:type="dxa"/>
            </w:tcMar>
            <w:vAlign w:val="center"/>
          </w:tcPr>
          <w:p w14:paraId="2699AED4" w14:textId="77777777" w:rsidR="00F678CC" w:rsidRPr="00240C29" w:rsidRDefault="00F678CC" w:rsidP="00EA4E43">
            <w:pPr>
              <w:ind w:firstLine="0"/>
              <w:rPr>
                <w:szCs w:val="24"/>
              </w:rPr>
            </w:pPr>
            <w:proofErr w:type="spellStart"/>
            <w:r w:rsidRPr="00240C29">
              <w:rPr>
                <w:szCs w:val="24"/>
              </w:rPr>
              <w:t>Snitel</w:t>
            </w:r>
            <w:proofErr w:type="spellEnd"/>
            <w:r w:rsidRPr="00240C29">
              <w:rPr>
                <w:szCs w:val="24"/>
              </w:rPr>
              <w:t xml:space="preserve"> de </w:t>
            </w:r>
            <w:proofErr w:type="spellStart"/>
            <w:r w:rsidRPr="00240C29">
              <w:rPr>
                <w:szCs w:val="24"/>
              </w:rPr>
              <w:t>vaca</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70D4B59B" w14:textId="77777777" w:rsidR="00F678CC" w:rsidRPr="00240C29" w:rsidRDefault="00F678CC" w:rsidP="00EA4E43">
            <w:pPr>
              <w:ind w:firstLine="0"/>
              <w:jc w:val="center"/>
              <w:rPr>
                <w:szCs w:val="24"/>
              </w:rPr>
            </w:pPr>
            <w:r w:rsidRPr="00240C29">
              <w:rPr>
                <w:szCs w:val="24"/>
              </w:rPr>
              <w:t>70/50/100 gr</w:t>
            </w:r>
          </w:p>
        </w:tc>
      </w:tr>
      <w:tr w:rsidR="00F678CC" w:rsidRPr="00240C29" w14:paraId="7B492BF7" w14:textId="77777777">
        <w:trPr>
          <w:jc w:val="center"/>
        </w:trPr>
        <w:tc>
          <w:tcPr>
            <w:tcW w:w="850" w:type="dxa"/>
            <w:tcMar>
              <w:top w:w="80" w:type="dxa"/>
              <w:left w:w="90" w:type="dxa"/>
              <w:bottom w:w="80" w:type="dxa"/>
              <w:right w:w="90" w:type="dxa"/>
            </w:tcMar>
            <w:vAlign w:val="center"/>
          </w:tcPr>
          <w:p w14:paraId="03C7DF7F"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25D5B732" w14:textId="77777777" w:rsidR="00F678CC" w:rsidRPr="00240C29" w:rsidRDefault="00F678CC" w:rsidP="00EA4E43">
            <w:pPr>
              <w:ind w:firstLine="0"/>
              <w:rPr>
                <w:szCs w:val="24"/>
              </w:rPr>
            </w:pPr>
            <w:r w:rsidRPr="00240C29">
              <w:rPr>
                <w:szCs w:val="24"/>
              </w:rPr>
              <w:t xml:space="preserve">Pilaf cu carne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12E1CB83" w14:textId="77777777" w:rsidR="00F678CC" w:rsidRPr="00240C29" w:rsidRDefault="00F678CC" w:rsidP="00EA4E43">
            <w:pPr>
              <w:ind w:firstLine="0"/>
              <w:jc w:val="center"/>
              <w:rPr>
                <w:szCs w:val="24"/>
              </w:rPr>
            </w:pPr>
            <w:r w:rsidRPr="00240C29">
              <w:rPr>
                <w:szCs w:val="24"/>
              </w:rPr>
              <w:t>60/200 gr</w:t>
            </w:r>
          </w:p>
        </w:tc>
      </w:tr>
      <w:tr w:rsidR="00F678CC" w:rsidRPr="00240C29" w14:paraId="0163502E" w14:textId="77777777">
        <w:trPr>
          <w:jc w:val="center"/>
        </w:trPr>
        <w:tc>
          <w:tcPr>
            <w:tcW w:w="850" w:type="dxa"/>
            <w:tcMar>
              <w:top w:w="80" w:type="dxa"/>
              <w:left w:w="90" w:type="dxa"/>
              <w:bottom w:w="80" w:type="dxa"/>
              <w:right w:w="90" w:type="dxa"/>
            </w:tcMar>
            <w:vAlign w:val="center"/>
          </w:tcPr>
          <w:p w14:paraId="41289898"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4D72CE6B"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taraneasca</w:t>
            </w:r>
            <w:proofErr w:type="spellEnd"/>
          </w:p>
        </w:tc>
        <w:tc>
          <w:tcPr>
            <w:tcW w:w="1701" w:type="dxa"/>
            <w:tcMar>
              <w:top w:w="80" w:type="dxa"/>
              <w:left w:w="90" w:type="dxa"/>
              <w:bottom w:w="80" w:type="dxa"/>
              <w:right w:w="90" w:type="dxa"/>
            </w:tcMar>
            <w:vAlign w:val="center"/>
          </w:tcPr>
          <w:p w14:paraId="4865B87C" w14:textId="77777777" w:rsidR="00F678CC" w:rsidRPr="00240C29" w:rsidRDefault="00F678CC" w:rsidP="00EA4E43">
            <w:pPr>
              <w:ind w:firstLine="0"/>
              <w:jc w:val="center"/>
              <w:rPr>
                <w:szCs w:val="24"/>
              </w:rPr>
            </w:pPr>
            <w:r w:rsidRPr="00240C29">
              <w:rPr>
                <w:szCs w:val="24"/>
              </w:rPr>
              <w:t>70/270 gr</w:t>
            </w:r>
          </w:p>
        </w:tc>
      </w:tr>
      <w:tr w:rsidR="00F678CC" w:rsidRPr="00240C29" w14:paraId="0166A112" w14:textId="77777777">
        <w:trPr>
          <w:jc w:val="center"/>
        </w:trPr>
        <w:tc>
          <w:tcPr>
            <w:tcW w:w="850" w:type="dxa"/>
            <w:tcMar>
              <w:top w:w="80" w:type="dxa"/>
              <w:left w:w="90" w:type="dxa"/>
              <w:bottom w:w="80" w:type="dxa"/>
              <w:right w:w="90" w:type="dxa"/>
            </w:tcMar>
            <w:vAlign w:val="center"/>
          </w:tcPr>
          <w:p w14:paraId="5A07B419" w14:textId="77777777" w:rsidR="00F678CC" w:rsidRPr="00240C29" w:rsidRDefault="00F678CC" w:rsidP="00EA4E43">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7495168B" w14:textId="77777777" w:rsidR="00F678CC" w:rsidRPr="00240C29" w:rsidRDefault="00F678CC" w:rsidP="00EA4E43">
            <w:pPr>
              <w:ind w:firstLine="0"/>
              <w:rPr>
                <w:szCs w:val="24"/>
              </w:rPr>
            </w:pPr>
            <w:proofErr w:type="spellStart"/>
            <w:r w:rsidRPr="00240C29">
              <w:rPr>
                <w:szCs w:val="24"/>
              </w:rPr>
              <w:t>Piept</w:t>
            </w:r>
            <w:proofErr w:type="spellEnd"/>
            <w:r w:rsidRPr="00240C29">
              <w:rPr>
                <w:szCs w:val="24"/>
              </w:rPr>
              <w:t xml:space="preserve"> de </w:t>
            </w:r>
            <w:proofErr w:type="spellStart"/>
            <w:r w:rsidRPr="00240C29">
              <w:rPr>
                <w:szCs w:val="24"/>
              </w:rPr>
              <w:t>vacuta</w:t>
            </w:r>
            <w:proofErr w:type="spellEnd"/>
            <w:r w:rsidRPr="00240C29">
              <w:rPr>
                <w:szCs w:val="24"/>
              </w:rPr>
              <w:t xml:space="preserve">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168EDAA5" w14:textId="77777777" w:rsidR="00F678CC" w:rsidRPr="00240C29" w:rsidRDefault="00F678CC" w:rsidP="00EA4E43">
            <w:pPr>
              <w:ind w:firstLine="0"/>
              <w:jc w:val="center"/>
              <w:rPr>
                <w:szCs w:val="24"/>
              </w:rPr>
            </w:pPr>
            <w:r w:rsidRPr="00240C29">
              <w:rPr>
                <w:szCs w:val="24"/>
              </w:rPr>
              <w:t>75/250 gr</w:t>
            </w:r>
          </w:p>
        </w:tc>
      </w:tr>
      <w:tr w:rsidR="00F678CC" w:rsidRPr="00240C29" w14:paraId="4DAAD062" w14:textId="77777777">
        <w:trPr>
          <w:jc w:val="center"/>
        </w:trPr>
        <w:tc>
          <w:tcPr>
            <w:tcW w:w="850" w:type="dxa"/>
            <w:tcMar>
              <w:top w:w="80" w:type="dxa"/>
              <w:left w:w="90" w:type="dxa"/>
              <w:bottom w:w="80" w:type="dxa"/>
              <w:right w:w="90" w:type="dxa"/>
            </w:tcMar>
            <w:vAlign w:val="center"/>
          </w:tcPr>
          <w:p w14:paraId="593DDAB2" w14:textId="77777777" w:rsidR="00F678CC" w:rsidRPr="00240C29" w:rsidRDefault="00F678CC" w:rsidP="00EA4E43">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34FBD07B" w14:textId="77777777" w:rsidR="00F678CC" w:rsidRPr="00240C29" w:rsidRDefault="00F678CC" w:rsidP="00EA4E43">
            <w:pPr>
              <w:ind w:firstLine="0"/>
              <w:rPr>
                <w:szCs w:val="24"/>
              </w:rPr>
            </w:pPr>
            <w:r w:rsidRPr="00240C29">
              <w:rPr>
                <w:szCs w:val="24"/>
              </w:rPr>
              <w:t xml:space="preserve">Limba cu </w:t>
            </w:r>
            <w:proofErr w:type="spellStart"/>
            <w:r w:rsidRPr="00240C29">
              <w:rPr>
                <w:szCs w:val="24"/>
              </w:rPr>
              <w:t>masline</w:t>
            </w:r>
            <w:proofErr w:type="spellEnd"/>
          </w:p>
        </w:tc>
        <w:tc>
          <w:tcPr>
            <w:tcW w:w="1701" w:type="dxa"/>
            <w:tcMar>
              <w:top w:w="80" w:type="dxa"/>
              <w:left w:w="90" w:type="dxa"/>
              <w:bottom w:w="80" w:type="dxa"/>
              <w:right w:w="90" w:type="dxa"/>
            </w:tcMar>
            <w:vAlign w:val="center"/>
          </w:tcPr>
          <w:p w14:paraId="3B79E09E" w14:textId="77777777" w:rsidR="00F678CC" w:rsidRPr="00240C29" w:rsidRDefault="00F678CC" w:rsidP="00EA4E43">
            <w:pPr>
              <w:ind w:firstLine="0"/>
              <w:jc w:val="center"/>
              <w:rPr>
                <w:szCs w:val="24"/>
              </w:rPr>
            </w:pPr>
            <w:r w:rsidRPr="00240C29">
              <w:rPr>
                <w:szCs w:val="24"/>
              </w:rPr>
              <w:t>90/25/185 gr</w:t>
            </w:r>
          </w:p>
        </w:tc>
      </w:tr>
      <w:tr w:rsidR="00F678CC" w:rsidRPr="00240C29" w14:paraId="24640AF5" w14:textId="77777777">
        <w:trPr>
          <w:jc w:val="center"/>
        </w:trPr>
        <w:tc>
          <w:tcPr>
            <w:tcW w:w="850" w:type="dxa"/>
            <w:tcMar>
              <w:top w:w="80" w:type="dxa"/>
              <w:left w:w="90" w:type="dxa"/>
              <w:bottom w:w="80" w:type="dxa"/>
              <w:right w:w="90" w:type="dxa"/>
            </w:tcMar>
            <w:vAlign w:val="center"/>
          </w:tcPr>
          <w:p w14:paraId="2D092847" w14:textId="77777777" w:rsidR="00F678CC" w:rsidRPr="00240C29" w:rsidRDefault="00F678CC" w:rsidP="00EA4E43">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535AFC1E" w14:textId="77777777" w:rsidR="00F678CC" w:rsidRPr="00240C29" w:rsidRDefault="00F678CC" w:rsidP="00EA4E43">
            <w:pPr>
              <w:ind w:firstLine="0"/>
              <w:rPr>
                <w:szCs w:val="24"/>
              </w:rPr>
            </w:pPr>
            <w:proofErr w:type="spellStart"/>
            <w:r w:rsidRPr="00240C29">
              <w:rPr>
                <w:szCs w:val="24"/>
              </w:rPr>
              <w:t>Papricas</w:t>
            </w:r>
            <w:proofErr w:type="spellEnd"/>
            <w:r w:rsidRPr="00240C29">
              <w:rPr>
                <w:szCs w:val="24"/>
              </w:rPr>
              <w:t xml:space="preserve"> de </w:t>
            </w:r>
            <w:proofErr w:type="spellStart"/>
            <w:r w:rsidRPr="00240C29">
              <w:rPr>
                <w:szCs w:val="24"/>
              </w:rPr>
              <w:t>vacuta</w:t>
            </w:r>
            <w:proofErr w:type="spellEnd"/>
            <w:r w:rsidRPr="00240C29">
              <w:rPr>
                <w:szCs w:val="24"/>
              </w:rPr>
              <w:t xml:space="preserve"> cu </w:t>
            </w:r>
            <w:proofErr w:type="spellStart"/>
            <w:r w:rsidRPr="00240C29">
              <w:rPr>
                <w:szCs w:val="24"/>
              </w:rPr>
              <w:t>galusti</w:t>
            </w:r>
            <w:proofErr w:type="spellEnd"/>
          </w:p>
        </w:tc>
        <w:tc>
          <w:tcPr>
            <w:tcW w:w="1701" w:type="dxa"/>
            <w:tcMar>
              <w:top w:w="80" w:type="dxa"/>
              <w:left w:w="90" w:type="dxa"/>
              <w:bottom w:w="80" w:type="dxa"/>
              <w:right w:w="90" w:type="dxa"/>
            </w:tcMar>
            <w:vAlign w:val="center"/>
          </w:tcPr>
          <w:p w14:paraId="6486D9F2" w14:textId="77777777" w:rsidR="00F678CC" w:rsidRPr="00240C29" w:rsidRDefault="00F678CC" w:rsidP="00EA4E43">
            <w:pPr>
              <w:ind w:firstLine="0"/>
              <w:jc w:val="center"/>
              <w:rPr>
                <w:szCs w:val="24"/>
              </w:rPr>
            </w:pPr>
            <w:r w:rsidRPr="00240C29">
              <w:rPr>
                <w:szCs w:val="24"/>
              </w:rPr>
              <w:t>60/100/100 gr</w:t>
            </w:r>
          </w:p>
        </w:tc>
      </w:tr>
      <w:tr w:rsidR="00FD4BD3" w:rsidRPr="00240C29" w14:paraId="0A9F3652" w14:textId="77777777" w:rsidTr="006B3867">
        <w:trPr>
          <w:jc w:val="center"/>
        </w:trPr>
        <w:tc>
          <w:tcPr>
            <w:tcW w:w="850" w:type="dxa"/>
            <w:tcMar>
              <w:top w:w="80" w:type="dxa"/>
              <w:left w:w="90" w:type="dxa"/>
              <w:bottom w:w="80" w:type="dxa"/>
              <w:right w:w="90" w:type="dxa"/>
            </w:tcMar>
            <w:vAlign w:val="center"/>
          </w:tcPr>
          <w:p w14:paraId="07B53F03" w14:textId="778E8587" w:rsidR="00FD4BD3" w:rsidRPr="00240C29" w:rsidRDefault="00FD4BD3" w:rsidP="00FD4BD3">
            <w:pPr>
              <w:ind w:firstLine="0"/>
              <w:jc w:val="center"/>
              <w:rPr>
                <w:szCs w:val="24"/>
              </w:rPr>
            </w:pPr>
            <w:r>
              <w:rPr>
                <w:szCs w:val="24"/>
              </w:rPr>
              <w:t>21</w:t>
            </w:r>
          </w:p>
        </w:tc>
        <w:tc>
          <w:tcPr>
            <w:tcW w:w="7087" w:type="dxa"/>
            <w:tcMar>
              <w:top w:w="80" w:type="dxa"/>
              <w:left w:w="90" w:type="dxa"/>
              <w:bottom w:w="80" w:type="dxa"/>
              <w:right w:w="90" w:type="dxa"/>
            </w:tcMar>
          </w:tcPr>
          <w:p w14:paraId="4F3F0B37" w14:textId="56171A5E" w:rsidR="00FD4BD3" w:rsidRPr="00240C29" w:rsidRDefault="00FD4BD3" w:rsidP="00FD4BD3">
            <w:pPr>
              <w:ind w:firstLine="0"/>
              <w:rPr>
                <w:szCs w:val="24"/>
              </w:rPr>
            </w:pPr>
            <w:proofErr w:type="spellStart"/>
            <w:r w:rsidRPr="00EE67D4">
              <w:t>Rasol</w:t>
            </w:r>
            <w:proofErr w:type="spellEnd"/>
            <w:r w:rsidRPr="00EE67D4">
              <w:t xml:space="preserve"> de vita cu </w:t>
            </w:r>
            <w:proofErr w:type="spellStart"/>
            <w:r w:rsidRPr="00EE67D4">
              <w:t>piure</w:t>
            </w:r>
            <w:proofErr w:type="spellEnd"/>
            <w:r w:rsidRPr="00EE67D4">
              <w:t xml:space="preserve"> de </w:t>
            </w:r>
            <w:proofErr w:type="spellStart"/>
            <w:r w:rsidRPr="00EE67D4">
              <w:t>cartofi</w:t>
            </w:r>
            <w:proofErr w:type="spellEnd"/>
            <w:r w:rsidRPr="00EE67D4">
              <w:t>/</w:t>
            </w:r>
            <w:proofErr w:type="spellStart"/>
            <w:r w:rsidRPr="00EE67D4">
              <w:t>morcovi</w:t>
            </w:r>
            <w:proofErr w:type="spellEnd"/>
            <w:r w:rsidRPr="00EE67D4">
              <w:t>/</w:t>
            </w:r>
            <w:proofErr w:type="spellStart"/>
            <w:r w:rsidRPr="00EE67D4">
              <w:t>dovlecei</w:t>
            </w:r>
            <w:proofErr w:type="spellEnd"/>
          </w:p>
        </w:tc>
        <w:tc>
          <w:tcPr>
            <w:tcW w:w="1701" w:type="dxa"/>
            <w:tcMar>
              <w:top w:w="80" w:type="dxa"/>
              <w:left w:w="90" w:type="dxa"/>
              <w:bottom w:w="80" w:type="dxa"/>
              <w:right w:w="90" w:type="dxa"/>
            </w:tcMar>
          </w:tcPr>
          <w:p w14:paraId="409E0E81" w14:textId="4F5B5DDE" w:rsidR="00FD4BD3" w:rsidRPr="00240C29" w:rsidRDefault="00FD4BD3" w:rsidP="00FD4BD3">
            <w:pPr>
              <w:ind w:firstLine="0"/>
              <w:jc w:val="center"/>
              <w:rPr>
                <w:szCs w:val="24"/>
              </w:rPr>
            </w:pPr>
            <w:r w:rsidRPr="00EE67D4">
              <w:t>120/180 gr</w:t>
            </w:r>
          </w:p>
        </w:tc>
      </w:tr>
    </w:tbl>
    <w:p w14:paraId="2D051E04" w14:textId="77777777" w:rsidR="00F678CC" w:rsidRPr="00240C29" w:rsidRDefault="00F678CC" w:rsidP="00EA4E43">
      <w:pPr>
        <w:ind w:firstLine="0"/>
        <w:rPr>
          <w:szCs w:val="24"/>
        </w:rPr>
      </w:pPr>
    </w:p>
    <w:p w14:paraId="385D3E18" w14:textId="77777777" w:rsidR="00F678CC" w:rsidRPr="00240C29" w:rsidRDefault="00F678CC" w:rsidP="00EA4E43">
      <w:pPr>
        <w:ind w:firstLine="0"/>
        <w:rPr>
          <w:szCs w:val="24"/>
        </w:rPr>
      </w:pPr>
      <w:r w:rsidRPr="00240C29">
        <w:rPr>
          <w:b/>
          <w:szCs w:val="24"/>
        </w:rPr>
        <w:t>PREPARATE DIN CARNE DE MIEL</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244BBEBA" w14:textId="77777777">
        <w:trPr>
          <w:tblHeader/>
          <w:jc w:val="center"/>
        </w:trPr>
        <w:tc>
          <w:tcPr>
            <w:tcW w:w="850" w:type="dxa"/>
            <w:shd w:val="clear" w:color="auto" w:fill="D9D9D9"/>
            <w:tcMar>
              <w:top w:w="80" w:type="dxa"/>
              <w:left w:w="90" w:type="dxa"/>
              <w:bottom w:w="80" w:type="dxa"/>
              <w:right w:w="90" w:type="dxa"/>
            </w:tcMar>
            <w:vAlign w:val="center"/>
          </w:tcPr>
          <w:p w14:paraId="6C23F2DC"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A28E173"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4D5DD89C"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493CE1CB" w14:textId="77777777">
        <w:trPr>
          <w:jc w:val="center"/>
        </w:trPr>
        <w:tc>
          <w:tcPr>
            <w:tcW w:w="850" w:type="dxa"/>
            <w:tcMar>
              <w:top w:w="80" w:type="dxa"/>
              <w:left w:w="90" w:type="dxa"/>
              <w:bottom w:w="80" w:type="dxa"/>
              <w:right w:w="90" w:type="dxa"/>
            </w:tcMar>
            <w:vAlign w:val="center"/>
          </w:tcPr>
          <w:p w14:paraId="08E0A82F"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2DA0D8E9" w14:textId="77777777" w:rsidR="00F678CC" w:rsidRPr="00240C29" w:rsidRDefault="00F678CC" w:rsidP="00EA4E43">
            <w:pPr>
              <w:ind w:firstLine="0"/>
              <w:rPr>
                <w:szCs w:val="24"/>
              </w:rPr>
            </w:pPr>
            <w:proofErr w:type="spellStart"/>
            <w:r w:rsidRPr="00240C29">
              <w:rPr>
                <w:szCs w:val="24"/>
              </w:rPr>
              <w:t>Stufat</w:t>
            </w:r>
            <w:proofErr w:type="spellEnd"/>
            <w:r w:rsidRPr="00240C29">
              <w:rPr>
                <w:szCs w:val="24"/>
              </w:rPr>
              <w:t xml:space="preserve">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0EAE2137" w14:textId="77777777" w:rsidR="00F678CC" w:rsidRPr="00240C29" w:rsidRDefault="00F678CC" w:rsidP="00EA4E43">
            <w:pPr>
              <w:ind w:firstLine="0"/>
              <w:jc w:val="center"/>
              <w:rPr>
                <w:szCs w:val="24"/>
              </w:rPr>
            </w:pPr>
            <w:r w:rsidRPr="00240C29">
              <w:rPr>
                <w:szCs w:val="24"/>
              </w:rPr>
              <w:t>120/180/60 gr</w:t>
            </w:r>
          </w:p>
        </w:tc>
      </w:tr>
      <w:tr w:rsidR="00F678CC" w:rsidRPr="00240C29" w14:paraId="0FF5E1DC" w14:textId="77777777">
        <w:trPr>
          <w:jc w:val="center"/>
        </w:trPr>
        <w:tc>
          <w:tcPr>
            <w:tcW w:w="850" w:type="dxa"/>
            <w:tcMar>
              <w:top w:w="80" w:type="dxa"/>
              <w:left w:w="90" w:type="dxa"/>
              <w:bottom w:w="80" w:type="dxa"/>
              <w:right w:w="90" w:type="dxa"/>
            </w:tcMar>
            <w:vAlign w:val="center"/>
          </w:tcPr>
          <w:p w14:paraId="3FAF0608"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38874037"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37B7599E" w14:textId="77777777" w:rsidR="00F678CC" w:rsidRPr="00240C29" w:rsidRDefault="00F678CC" w:rsidP="00EA4E43">
            <w:pPr>
              <w:ind w:firstLine="0"/>
              <w:jc w:val="center"/>
              <w:rPr>
                <w:szCs w:val="24"/>
              </w:rPr>
            </w:pPr>
            <w:r w:rsidRPr="00240C29">
              <w:rPr>
                <w:szCs w:val="24"/>
              </w:rPr>
              <w:t>120/180/gr</w:t>
            </w:r>
          </w:p>
        </w:tc>
      </w:tr>
      <w:tr w:rsidR="00F678CC" w:rsidRPr="00240C29" w14:paraId="62E8C02C" w14:textId="77777777">
        <w:trPr>
          <w:jc w:val="center"/>
        </w:trPr>
        <w:tc>
          <w:tcPr>
            <w:tcW w:w="850" w:type="dxa"/>
            <w:tcMar>
              <w:top w:w="80" w:type="dxa"/>
              <w:left w:w="90" w:type="dxa"/>
              <w:bottom w:w="80" w:type="dxa"/>
              <w:right w:w="90" w:type="dxa"/>
            </w:tcMar>
            <w:vAlign w:val="center"/>
          </w:tcPr>
          <w:p w14:paraId="66E67821"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329B8792" w14:textId="77777777" w:rsidR="00F678CC" w:rsidRPr="00240C29" w:rsidRDefault="00F678CC" w:rsidP="00EA4E43">
            <w:pPr>
              <w:ind w:firstLine="0"/>
              <w:rPr>
                <w:szCs w:val="24"/>
              </w:rPr>
            </w:pPr>
            <w:r w:rsidRPr="00240C29">
              <w:rPr>
                <w:szCs w:val="24"/>
              </w:rPr>
              <w:t xml:space="preserve">Miel cu </w:t>
            </w:r>
            <w:proofErr w:type="spellStart"/>
            <w:r w:rsidRPr="00240C29">
              <w:rPr>
                <w:szCs w:val="24"/>
              </w:rPr>
              <w:t>spanac</w:t>
            </w:r>
            <w:proofErr w:type="spellEnd"/>
          </w:p>
        </w:tc>
        <w:tc>
          <w:tcPr>
            <w:tcW w:w="1701" w:type="dxa"/>
            <w:tcMar>
              <w:top w:w="80" w:type="dxa"/>
              <w:left w:w="90" w:type="dxa"/>
              <w:bottom w:w="80" w:type="dxa"/>
              <w:right w:w="90" w:type="dxa"/>
            </w:tcMar>
            <w:vAlign w:val="center"/>
          </w:tcPr>
          <w:p w14:paraId="13ACB001" w14:textId="77777777" w:rsidR="00F678CC" w:rsidRPr="00240C29" w:rsidRDefault="00F678CC" w:rsidP="00EA4E43">
            <w:pPr>
              <w:ind w:firstLine="0"/>
              <w:jc w:val="center"/>
              <w:rPr>
                <w:szCs w:val="24"/>
              </w:rPr>
            </w:pPr>
            <w:r w:rsidRPr="00240C29">
              <w:rPr>
                <w:szCs w:val="24"/>
              </w:rPr>
              <w:t>120/180 gr</w:t>
            </w:r>
          </w:p>
        </w:tc>
      </w:tr>
      <w:tr w:rsidR="00F678CC" w:rsidRPr="00240C29" w14:paraId="00EA11A1" w14:textId="77777777">
        <w:trPr>
          <w:jc w:val="center"/>
        </w:trPr>
        <w:tc>
          <w:tcPr>
            <w:tcW w:w="850" w:type="dxa"/>
            <w:tcMar>
              <w:top w:w="80" w:type="dxa"/>
              <w:left w:w="90" w:type="dxa"/>
              <w:bottom w:w="80" w:type="dxa"/>
              <w:right w:w="90" w:type="dxa"/>
            </w:tcMar>
            <w:vAlign w:val="center"/>
          </w:tcPr>
          <w:p w14:paraId="16213F77"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148C65CA" w14:textId="77777777" w:rsidR="00F678CC" w:rsidRPr="00240C29" w:rsidRDefault="00F678CC" w:rsidP="00EA4E43">
            <w:pPr>
              <w:ind w:firstLine="0"/>
              <w:rPr>
                <w:szCs w:val="24"/>
              </w:rPr>
            </w:pPr>
            <w:r w:rsidRPr="00240C29">
              <w:rPr>
                <w:szCs w:val="24"/>
              </w:rPr>
              <w:t xml:space="preserve">Drob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6929BAA4" w14:textId="77777777" w:rsidR="00F678CC" w:rsidRPr="00240C29" w:rsidRDefault="00F678CC" w:rsidP="00EA4E43">
            <w:pPr>
              <w:ind w:firstLine="0"/>
              <w:jc w:val="center"/>
              <w:rPr>
                <w:szCs w:val="24"/>
              </w:rPr>
            </w:pPr>
            <w:r w:rsidRPr="00240C29">
              <w:rPr>
                <w:szCs w:val="24"/>
              </w:rPr>
              <w:t>200 gr</w:t>
            </w:r>
          </w:p>
        </w:tc>
      </w:tr>
    </w:tbl>
    <w:p w14:paraId="2EB2FE1E" w14:textId="77777777" w:rsidR="00F678CC" w:rsidRPr="00240C29" w:rsidRDefault="00F678CC" w:rsidP="00EA4E43">
      <w:pPr>
        <w:ind w:firstLine="0"/>
        <w:rPr>
          <w:szCs w:val="24"/>
        </w:rPr>
      </w:pPr>
    </w:p>
    <w:p w14:paraId="23CB9A52" w14:textId="77777777" w:rsidR="00F678CC" w:rsidRPr="00240C29" w:rsidRDefault="00F678CC" w:rsidP="00EA4E43">
      <w:pPr>
        <w:ind w:firstLine="0"/>
        <w:rPr>
          <w:szCs w:val="24"/>
        </w:rPr>
      </w:pPr>
      <w:r w:rsidRPr="00240C29">
        <w:rPr>
          <w:b/>
          <w:szCs w:val="24"/>
        </w:rPr>
        <w:t>PREAPARATE DIN LEGME SI CARNE DE PORC</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67BDF691" w14:textId="77777777">
        <w:trPr>
          <w:tblHeader/>
          <w:jc w:val="center"/>
        </w:trPr>
        <w:tc>
          <w:tcPr>
            <w:tcW w:w="850" w:type="dxa"/>
            <w:shd w:val="clear" w:color="auto" w:fill="D9D9D9"/>
            <w:tcMar>
              <w:top w:w="80" w:type="dxa"/>
              <w:left w:w="90" w:type="dxa"/>
              <w:bottom w:w="80" w:type="dxa"/>
              <w:right w:w="90" w:type="dxa"/>
            </w:tcMar>
            <w:vAlign w:val="center"/>
          </w:tcPr>
          <w:p w14:paraId="54EBFD76"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7C678CDD"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2B93FF82"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5F4CB811" w14:textId="77777777">
        <w:trPr>
          <w:jc w:val="center"/>
        </w:trPr>
        <w:tc>
          <w:tcPr>
            <w:tcW w:w="850" w:type="dxa"/>
            <w:tcMar>
              <w:top w:w="80" w:type="dxa"/>
              <w:left w:w="90" w:type="dxa"/>
              <w:bottom w:w="80" w:type="dxa"/>
              <w:right w:w="90" w:type="dxa"/>
            </w:tcMar>
            <w:vAlign w:val="center"/>
          </w:tcPr>
          <w:p w14:paraId="7DA8F86E"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564F9968" w14:textId="77777777" w:rsidR="00F678CC" w:rsidRPr="00240C29" w:rsidRDefault="00F678CC" w:rsidP="00EA4E43">
            <w:pPr>
              <w:ind w:firstLine="0"/>
              <w:rPr>
                <w:szCs w:val="24"/>
              </w:rPr>
            </w:pPr>
            <w:proofErr w:type="spellStart"/>
            <w:r w:rsidRPr="00240C29">
              <w:rPr>
                <w:szCs w:val="24"/>
              </w:rPr>
              <w:t>Mancare</w:t>
            </w:r>
            <w:proofErr w:type="spellEnd"/>
            <w:r w:rsidRPr="00240C29">
              <w:rPr>
                <w:szCs w:val="24"/>
              </w:rPr>
              <w:t xml:space="preserve"> de </w:t>
            </w:r>
            <w:proofErr w:type="spellStart"/>
            <w:r w:rsidRPr="00240C29">
              <w:rPr>
                <w:szCs w:val="24"/>
              </w:rPr>
              <w:t>cartofi</w:t>
            </w:r>
            <w:proofErr w:type="spellEnd"/>
            <w:r w:rsidRPr="00240C29">
              <w:rPr>
                <w:szCs w:val="24"/>
              </w:rPr>
              <w:t xml:space="preserve"> cu </w:t>
            </w:r>
            <w:proofErr w:type="spellStart"/>
            <w:r w:rsidRPr="00240C29">
              <w:rPr>
                <w:szCs w:val="24"/>
              </w:rPr>
              <w:t>friptura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46BD17F4" w14:textId="77777777" w:rsidR="00F678CC" w:rsidRPr="00240C29" w:rsidRDefault="00F678CC" w:rsidP="00EA4E43">
            <w:pPr>
              <w:ind w:firstLine="0"/>
              <w:jc w:val="center"/>
              <w:rPr>
                <w:szCs w:val="24"/>
              </w:rPr>
            </w:pPr>
            <w:r w:rsidRPr="00240C29">
              <w:rPr>
                <w:szCs w:val="24"/>
              </w:rPr>
              <w:t>200/50 gr</w:t>
            </w:r>
          </w:p>
        </w:tc>
      </w:tr>
      <w:tr w:rsidR="00F678CC" w:rsidRPr="00240C29" w14:paraId="23DF6E24" w14:textId="77777777">
        <w:trPr>
          <w:jc w:val="center"/>
        </w:trPr>
        <w:tc>
          <w:tcPr>
            <w:tcW w:w="850" w:type="dxa"/>
            <w:tcMar>
              <w:top w:w="80" w:type="dxa"/>
              <w:left w:w="90" w:type="dxa"/>
              <w:bottom w:w="80" w:type="dxa"/>
              <w:right w:w="90" w:type="dxa"/>
            </w:tcMar>
            <w:vAlign w:val="center"/>
          </w:tcPr>
          <w:p w14:paraId="1D3E4882"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79705F04" w14:textId="77777777" w:rsidR="00F678CC" w:rsidRPr="00240C29" w:rsidRDefault="00F678CC" w:rsidP="00EA4E43">
            <w:pPr>
              <w:ind w:firstLine="0"/>
              <w:rPr>
                <w:szCs w:val="24"/>
              </w:rPr>
            </w:pPr>
            <w:proofErr w:type="spellStart"/>
            <w:r w:rsidRPr="00240C29">
              <w:rPr>
                <w:szCs w:val="24"/>
              </w:rPr>
              <w:t>Fasole</w:t>
            </w:r>
            <w:proofErr w:type="spellEnd"/>
            <w:r w:rsidRPr="00240C29">
              <w:rPr>
                <w:szCs w:val="24"/>
              </w:rPr>
              <w:t xml:space="preserve"> alba cu </w:t>
            </w:r>
            <w:proofErr w:type="spellStart"/>
            <w:r w:rsidRPr="00240C29">
              <w:rPr>
                <w:szCs w:val="24"/>
              </w:rPr>
              <w:t>carnati</w:t>
            </w:r>
            <w:proofErr w:type="spellEnd"/>
          </w:p>
        </w:tc>
        <w:tc>
          <w:tcPr>
            <w:tcW w:w="1701" w:type="dxa"/>
            <w:tcMar>
              <w:top w:w="80" w:type="dxa"/>
              <w:left w:w="90" w:type="dxa"/>
              <w:bottom w:w="80" w:type="dxa"/>
              <w:right w:w="90" w:type="dxa"/>
            </w:tcMar>
            <w:vAlign w:val="center"/>
          </w:tcPr>
          <w:p w14:paraId="66FA1AB5" w14:textId="77777777" w:rsidR="00F678CC" w:rsidRPr="00240C29" w:rsidRDefault="00F678CC" w:rsidP="00EA4E43">
            <w:pPr>
              <w:ind w:firstLine="0"/>
              <w:jc w:val="center"/>
              <w:rPr>
                <w:szCs w:val="24"/>
              </w:rPr>
            </w:pPr>
            <w:r w:rsidRPr="00240C29">
              <w:rPr>
                <w:szCs w:val="24"/>
              </w:rPr>
              <w:t>300 gr</w:t>
            </w:r>
          </w:p>
        </w:tc>
      </w:tr>
      <w:tr w:rsidR="00F678CC" w:rsidRPr="00240C29" w14:paraId="2E61E857" w14:textId="77777777">
        <w:trPr>
          <w:jc w:val="center"/>
        </w:trPr>
        <w:tc>
          <w:tcPr>
            <w:tcW w:w="850" w:type="dxa"/>
            <w:tcMar>
              <w:top w:w="80" w:type="dxa"/>
              <w:left w:w="90" w:type="dxa"/>
              <w:bottom w:w="80" w:type="dxa"/>
              <w:right w:w="90" w:type="dxa"/>
            </w:tcMar>
            <w:vAlign w:val="center"/>
          </w:tcPr>
          <w:p w14:paraId="4D91337E"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56714F80" w14:textId="77777777" w:rsidR="00F678CC" w:rsidRPr="00240C29" w:rsidRDefault="00F678CC" w:rsidP="00EA4E43">
            <w:pPr>
              <w:ind w:firstLine="0"/>
              <w:rPr>
                <w:szCs w:val="24"/>
              </w:rPr>
            </w:pPr>
            <w:r w:rsidRPr="00240C29">
              <w:rPr>
                <w:szCs w:val="24"/>
              </w:rPr>
              <w:t xml:space="preserve">Ciolan de </w:t>
            </w:r>
            <w:proofErr w:type="spellStart"/>
            <w:r w:rsidRPr="00240C29">
              <w:rPr>
                <w:szCs w:val="24"/>
              </w:rPr>
              <w:t>porc</w:t>
            </w:r>
            <w:proofErr w:type="spellEnd"/>
            <w:r w:rsidRPr="00240C29">
              <w:rPr>
                <w:szCs w:val="24"/>
              </w:rPr>
              <w:t xml:space="preserve"> cu </w:t>
            </w:r>
            <w:proofErr w:type="spellStart"/>
            <w:r w:rsidRPr="00240C29">
              <w:rPr>
                <w:szCs w:val="24"/>
              </w:rPr>
              <w:t>fasole</w:t>
            </w:r>
            <w:proofErr w:type="spellEnd"/>
            <w:r w:rsidRPr="00240C29">
              <w:rPr>
                <w:szCs w:val="24"/>
              </w:rPr>
              <w:t xml:space="preserve"> alba</w:t>
            </w:r>
          </w:p>
        </w:tc>
        <w:tc>
          <w:tcPr>
            <w:tcW w:w="1701" w:type="dxa"/>
            <w:tcMar>
              <w:top w:w="80" w:type="dxa"/>
              <w:left w:w="90" w:type="dxa"/>
              <w:bottom w:w="80" w:type="dxa"/>
              <w:right w:w="90" w:type="dxa"/>
            </w:tcMar>
            <w:vAlign w:val="center"/>
          </w:tcPr>
          <w:p w14:paraId="5403BC76" w14:textId="77777777" w:rsidR="00F678CC" w:rsidRPr="00240C29" w:rsidRDefault="00F678CC" w:rsidP="00EA4E43">
            <w:pPr>
              <w:ind w:firstLine="0"/>
              <w:jc w:val="center"/>
              <w:rPr>
                <w:szCs w:val="24"/>
              </w:rPr>
            </w:pPr>
            <w:r w:rsidRPr="00240C29">
              <w:rPr>
                <w:szCs w:val="24"/>
              </w:rPr>
              <w:t>200/200/50 gr</w:t>
            </w:r>
          </w:p>
        </w:tc>
      </w:tr>
      <w:tr w:rsidR="00F678CC" w:rsidRPr="00240C29" w14:paraId="0C871405" w14:textId="77777777">
        <w:trPr>
          <w:jc w:val="center"/>
        </w:trPr>
        <w:tc>
          <w:tcPr>
            <w:tcW w:w="850" w:type="dxa"/>
            <w:tcMar>
              <w:top w:w="80" w:type="dxa"/>
              <w:left w:w="90" w:type="dxa"/>
              <w:bottom w:w="80" w:type="dxa"/>
              <w:right w:w="90" w:type="dxa"/>
            </w:tcMar>
            <w:vAlign w:val="center"/>
          </w:tcPr>
          <w:p w14:paraId="7D1B138A"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12C98F58" w14:textId="77777777" w:rsidR="00F678CC" w:rsidRPr="00240C29" w:rsidRDefault="00F678CC" w:rsidP="00EA4E43">
            <w:pPr>
              <w:ind w:firstLine="0"/>
              <w:rPr>
                <w:szCs w:val="24"/>
              </w:rPr>
            </w:pPr>
            <w:proofErr w:type="spellStart"/>
            <w:r w:rsidRPr="00240C29">
              <w:rPr>
                <w:szCs w:val="24"/>
              </w:rPr>
              <w:t>Ficat</w:t>
            </w:r>
            <w:proofErr w:type="spellEnd"/>
            <w:r w:rsidRPr="00240C29">
              <w:rPr>
                <w:szCs w:val="24"/>
              </w:rPr>
              <w:t xml:space="preserve"> de </w:t>
            </w:r>
            <w:proofErr w:type="spellStart"/>
            <w:r w:rsidRPr="00240C29">
              <w:rPr>
                <w:szCs w:val="24"/>
              </w:rPr>
              <w:t>porc</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Pr="00240C29">
              <w:rPr>
                <w:szCs w:val="24"/>
              </w:rPr>
              <w:t>smantana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macaroane</w:t>
            </w:r>
            <w:proofErr w:type="spellEnd"/>
          </w:p>
        </w:tc>
        <w:tc>
          <w:tcPr>
            <w:tcW w:w="1701" w:type="dxa"/>
            <w:tcMar>
              <w:top w:w="80" w:type="dxa"/>
              <w:left w:w="90" w:type="dxa"/>
              <w:bottom w:w="80" w:type="dxa"/>
              <w:right w:w="90" w:type="dxa"/>
            </w:tcMar>
            <w:vAlign w:val="center"/>
          </w:tcPr>
          <w:p w14:paraId="598CE055" w14:textId="77777777" w:rsidR="00F678CC" w:rsidRPr="00240C29" w:rsidRDefault="00F678CC" w:rsidP="00EA4E43">
            <w:pPr>
              <w:ind w:firstLine="0"/>
              <w:jc w:val="center"/>
              <w:rPr>
                <w:szCs w:val="24"/>
              </w:rPr>
            </w:pPr>
            <w:r w:rsidRPr="00240C29">
              <w:rPr>
                <w:szCs w:val="24"/>
              </w:rPr>
              <w:t>100/110/90 gr</w:t>
            </w:r>
          </w:p>
        </w:tc>
      </w:tr>
      <w:tr w:rsidR="00F678CC" w:rsidRPr="00240C29" w14:paraId="3A70B432" w14:textId="77777777">
        <w:trPr>
          <w:jc w:val="center"/>
        </w:trPr>
        <w:tc>
          <w:tcPr>
            <w:tcW w:w="850" w:type="dxa"/>
            <w:tcMar>
              <w:top w:w="80" w:type="dxa"/>
              <w:left w:w="90" w:type="dxa"/>
              <w:bottom w:w="80" w:type="dxa"/>
              <w:right w:w="90" w:type="dxa"/>
            </w:tcMar>
            <w:vAlign w:val="center"/>
          </w:tcPr>
          <w:p w14:paraId="3517AFF3"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68C5D697" w14:textId="77777777" w:rsidR="00F678CC" w:rsidRPr="00240C29" w:rsidRDefault="00F678CC" w:rsidP="00EA4E43">
            <w:pPr>
              <w:ind w:firstLine="0"/>
              <w:rPr>
                <w:szCs w:val="24"/>
              </w:rPr>
            </w:pPr>
            <w:proofErr w:type="spellStart"/>
            <w:r w:rsidRPr="00240C29">
              <w:rPr>
                <w:szCs w:val="24"/>
              </w:rPr>
              <w:t>Perisoare</w:t>
            </w:r>
            <w:proofErr w:type="spellEnd"/>
            <w:r w:rsidRPr="00240C29">
              <w:rPr>
                <w:szCs w:val="24"/>
              </w:rPr>
              <w:t xml:space="preserve"> cu </w:t>
            </w:r>
            <w:proofErr w:type="spellStart"/>
            <w:r w:rsidRPr="00240C29">
              <w:rPr>
                <w:szCs w:val="24"/>
              </w:rPr>
              <w:t>verdeata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08C64C7B" w14:textId="77777777" w:rsidR="00F678CC" w:rsidRPr="00240C29" w:rsidRDefault="00F678CC" w:rsidP="00EA4E43">
            <w:pPr>
              <w:ind w:firstLine="0"/>
              <w:jc w:val="center"/>
              <w:rPr>
                <w:szCs w:val="24"/>
              </w:rPr>
            </w:pPr>
            <w:r w:rsidRPr="00240C29">
              <w:rPr>
                <w:szCs w:val="24"/>
              </w:rPr>
              <w:t>130/80/50 gr</w:t>
            </w:r>
          </w:p>
        </w:tc>
      </w:tr>
      <w:tr w:rsidR="00F678CC" w:rsidRPr="00240C29" w14:paraId="72F22917" w14:textId="77777777">
        <w:trPr>
          <w:jc w:val="center"/>
        </w:trPr>
        <w:tc>
          <w:tcPr>
            <w:tcW w:w="850" w:type="dxa"/>
            <w:tcMar>
              <w:top w:w="80" w:type="dxa"/>
              <w:left w:w="90" w:type="dxa"/>
              <w:bottom w:w="80" w:type="dxa"/>
              <w:right w:w="90" w:type="dxa"/>
            </w:tcMar>
            <w:vAlign w:val="center"/>
          </w:tcPr>
          <w:p w14:paraId="10BDADC5"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57C01C9B"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cartofi</w:t>
            </w:r>
            <w:proofErr w:type="spellEnd"/>
            <w:r w:rsidRPr="00240C29">
              <w:rPr>
                <w:szCs w:val="24"/>
              </w:rPr>
              <w:t xml:space="preserve"> cu </w:t>
            </w:r>
            <w:proofErr w:type="spellStart"/>
            <w:r w:rsidRPr="00240C29">
              <w:rPr>
                <w:szCs w:val="24"/>
              </w:rPr>
              <w:t>sos</w:t>
            </w:r>
            <w:proofErr w:type="spellEnd"/>
            <w:r w:rsidRPr="00240C29">
              <w:rPr>
                <w:szCs w:val="24"/>
              </w:rPr>
              <w:t xml:space="preserve"> </w:t>
            </w:r>
            <w:proofErr w:type="spellStart"/>
            <w:r w:rsidRPr="00240C29">
              <w:rPr>
                <w:szCs w:val="24"/>
              </w:rPr>
              <w:t>tomat</w:t>
            </w:r>
            <w:proofErr w:type="spellEnd"/>
          </w:p>
        </w:tc>
        <w:tc>
          <w:tcPr>
            <w:tcW w:w="1701" w:type="dxa"/>
            <w:tcMar>
              <w:top w:w="80" w:type="dxa"/>
              <w:left w:w="90" w:type="dxa"/>
              <w:bottom w:w="80" w:type="dxa"/>
              <w:right w:w="90" w:type="dxa"/>
            </w:tcMar>
            <w:vAlign w:val="center"/>
          </w:tcPr>
          <w:p w14:paraId="00164F70" w14:textId="77777777" w:rsidR="00F678CC" w:rsidRPr="00240C29" w:rsidRDefault="00F678CC" w:rsidP="00EA4E43">
            <w:pPr>
              <w:ind w:firstLine="0"/>
              <w:jc w:val="center"/>
              <w:rPr>
                <w:szCs w:val="24"/>
              </w:rPr>
            </w:pPr>
            <w:r w:rsidRPr="00240C29">
              <w:rPr>
                <w:szCs w:val="24"/>
              </w:rPr>
              <w:t>250/80 gr</w:t>
            </w:r>
          </w:p>
        </w:tc>
      </w:tr>
      <w:tr w:rsidR="00F678CC" w:rsidRPr="00240C29" w14:paraId="0EB84318" w14:textId="77777777">
        <w:trPr>
          <w:jc w:val="center"/>
        </w:trPr>
        <w:tc>
          <w:tcPr>
            <w:tcW w:w="850" w:type="dxa"/>
            <w:tcMar>
              <w:top w:w="80" w:type="dxa"/>
              <w:left w:w="90" w:type="dxa"/>
              <w:bottom w:w="80" w:type="dxa"/>
              <w:right w:w="90" w:type="dxa"/>
            </w:tcMar>
            <w:vAlign w:val="center"/>
          </w:tcPr>
          <w:p w14:paraId="4F1F5A68"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00DC236C" w14:textId="77777777" w:rsidR="00F678CC" w:rsidRPr="00240C29" w:rsidRDefault="00F678CC" w:rsidP="00EA4E43">
            <w:pPr>
              <w:ind w:firstLine="0"/>
              <w:rPr>
                <w:szCs w:val="24"/>
              </w:rPr>
            </w:pPr>
            <w:proofErr w:type="spellStart"/>
            <w:r w:rsidRPr="00240C29">
              <w:rPr>
                <w:szCs w:val="24"/>
              </w:rPr>
              <w:t>Papricas</w:t>
            </w:r>
            <w:proofErr w:type="spellEnd"/>
            <w:r w:rsidRPr="00240C29">
              <w:rPr>
                <w:szCs w:val="24"/>
              </w:rPr>
              <w:t xml:space="preserve"> de </w:t>
            </w:r>
            <w:proofErr w:type="spellStart"/>
            <w:r w:rsidRPr="00240C29">
              <w:rPr>
                <w:szCs w:val="24"/>
              </w:rPr>
              <w:t>porc</w:t>
            </w:r>
            <w:proofErr w:type="spellEnd"/>
            <w:r w:rsidRPr="00240C29">
              <w:rPr>
                <w:szCs w:val="24"/>
              </w:rPr>
              <w:t xml:space="preserve"> cu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18479F55" w14:textId="77777777" w:rsidR="00F678CC" w:rsidRPr="00240C29" w:rsidRDefault="00F678CC" w:rsidP="00EA4E43">
            <w:pPr>
              <w:ind w:firstLine="0"/>
              <w:jc w:val="center"/>
              <w:rPr>
                <w:szCs w:val="24"/>
              </w:rPr>
            </w:pPr>
            <w:r w:rsidRPr="00240C29">
              <w:rPr>
                <w:szCs w:val="24"/>
              </w:rPr>
              <w:t>65/120/100 gr</w:t>
            </w:r>
          </w:p>
        </w:tc>
      </w:tr>
      <w:tr w:rsidR="00F678CC" w:rsidRPr="00240C29" w14:paraId="0C740B8B" w14:textId="77777777">
        <w:trPr>
          <w:jc w:val="center"/>
        </w:trPr>
        <w:tc>
          <w:tcPr>
            <w:tcW w:w="850" w:type="dxa"/>
            <w:tcMar>
              <w:top w:w="80" w:type="dxa"/>
              <w:left w:w="90" w:type="dxa"/>
              <w:bottom w:w="80" w:type="dxa"/>
              <w:right w:w="90" w:type="dxa"/>
            </w:tcMar>
            <w:vAlign w:val="center"/>
          </w:tcPr>
          <w:p w14:paraId="4DF2AC13"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71C02782" w14:textId="77777777" w:rsidR="00F678CC" w:rsidRPr="00240C29" w:rsidRDefault="00F678CC" w:rsidP="00EA4E43">
            <w:pPr>
              <w:ind w:firstLine="0"/>
              <w:rPr>
                <w:szCs w:val="24"/>
              </w:rPr>
            </w:pPr>
            <w:proofErr w:type="spellStart"/>
            <w:r w:rsidRPr="00240C29">
              <w:rPr>
                <w:szCs w:val="24"/>
              </w:rPr>
              <w:t>Parjoale</w:t>
            </w:r>
            <w:proofErr w:type="spellEnd"/>
            <w:r w:rsidRPr="00240C29">
              <w:rPr>
                <w:szCs w:val="24"/>
              </w:rPr>
              <w:t xml:space="preserve"> </w:t>
            </w:r>
            <w:proofErr w:type="spellStart"/>
            <w:r w:rsidRPr="00240C29">
              <w:rPr>
                <w:szCs w:val="24"/>
              </w:rPr>
              <w:t>speciale</w:t>
            </w:r>
            <w:proofErr w:type="spellEnd"/>
            <w:r w:rsidRPr="00240C29">
              <w:rPr>
                <w:szCs w:val="24"/>
              </w:rPr>
              <w:t xml:space="preserve"> din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73B89D36" w14:textId="77777777" w:rsidR="00F678CC" w:rsidRPr="00240C29" w:rsidRDefault="00F678CC" w:rsidP="00EA4E43">
            <w:pPr>
              <w:ind w:firstLine="0"/>
              <w:jc w:val="center"/>
              <w:rPr>
                <w:szCs w:val="24"/>
              </w:rPr>
            </w:pPr>
            <w:r w:rsidRPr="00240C29">
              <w:rPr>
                <w:szCs w:val="24"/>
              </w:rPr>
              <w:t>120 gr</w:t>
            </w:r>
          </w:p>
        </w:tc>
      </w:tr>
      <w:tr w:rsidR="00F678CC" w:rsidRPr="00240C29" w14:paraId="6074FB8D" w14:textId="77777777">
        <w:trPr>
          <w:jc w:val="center"/>
        </w:trPr>
        <w:tc>
          <w:tcPr>
            <w:tcW w:w="850" w:type="dxa"/>
            <w:tcMar>
              <w:top w:w="80" w:type="dxa"/>
              <w:left w:w="90" w:type="dxa"/>
              <w:bottom w:w="80" w:type="dxa"/>
              <w:right w:w="90" w:type="dxa"/>
            </w:tcMar>
            <w:vAlign w:val="center"/>
          </w:tcPr>
          <w:p w14:paraId="5AEB8EC3"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19D0C2AE" w14:textId="77777777" w:rsidR="00F678CC" w:rsidRPr="00240C29" w:rsidRDefault="00F678CC" w:rsidP="00EA4E43">
            <w:pPr>
              <w:ind w:firstLine="0"/>
              <w:rPr>
                <w:szCs w:val="24"/>
              </w:rPr>
            </w:pPr>
            <w:proofErr w:type="spellStart"/>
            <w:r w:rsidRPr="00240C29">
              <w:rPr>
                <w:szCs w:val="24"/>
              </w:rPr>
              <w:t>Sarmale</w:t>
            </w:r>
            <w:proofErr w:type="spellEnd"/>
            <w:r w:rsidRPr="00240C29">
              <w:rPr>
                <w:szCs w:val="24"/>
              </w:rPr>
              <w:t xml:space="preserve"> din carne de </w:t>
            </w:r>
            <w:proofErr w:type="spellStart"/>
            <w:r w:rsidRPr="00240C29">
              <w:rPr>
                <w:szCs w:val="24"/>
              </w:rPr>
              <w:t>porc</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78C96001" w14:textId="77777777" w:rsidR="00F678CC" w:rsidRPr="00240C29" w:rsidRDefault="00F678CC" w:rsidP="00EA4E43">
            <w:pPr>
              <w:ind w:firstLine="0"/>
              <w:jc w:val="center"/>
              <w:rPr>
                <w:szCs w:val="24"/>
              </w:rPr>
            </w:pPr>
            <w:r w:rsidRPr="00240C29">
              <w:rPr>
                <w:szCs w:val="24"/>
              </w:rPr>
              <w:t>500 gr</w:t>
            </w:r>
          </w:p>
        </w:tc>
      </w:tr>
      <w:tr w:rsidR="00F678CC" w:rsidRPr="00240C29" w14:paraId="59C76DD6" w14:textId="77777777">
        <w:trPr>
          <w:jc w:val="center"/>
        </w:trPr>
        <w:tc>
          <w:tcPr>
            <w:tcW w:w="850" w:type="dxa"/>
            <w:tcMar>
              <w:top w:w="80" w:type="dxa"/>
              <w:left w:w="90" w:type="dxa"/>
              <w:bottom w:w="80" w:type="dxa"/>
              <w:right w:w="90" w:type="dxa"/>
            </w:tcMar>
            <w:vAlign w:val="center"/>
          </w:tcPr>
          <w:p w14:paraId="02E32D5D"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604FF3CB" w14:textId="77777777" w:rsidR="00F678CC" w:rsidRPr="00240C29" w:rsidRDefault="00F678CC" w:rsidP="00EA4E43">
            <w:pPr>
              <w:ind w:firstLine="0"/>
              <w:rPr>
                <w:szCs w:val="24"/>
              </w:rPr>
            </w:pPr>
            <w:proofErr w:type="spellStart"/>
            <w:r w:rsidRPr="00240C29">
              <w:rPr>
                <w:szCs w:val="24"/>
              </w:rPr>
              <w:t>Snitel</w:t>
            </w:r>
            <w:proofErr w:type="spellEnd"/>
            <w:r w:rsidRPr="00240C29">
              <w:rPr>
                <w:szCs w:val="24"/>
              </w:rPr>
              <w:t xml:space="preserve"> pane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764896A0" w14:textId="77777777" w:rsidR="00F678CC" w:rsidRPr="00240C29" w:rsidRDefault="00F678CC" w:rsidP="00EA4E43">
            <w:pPr>
              <w:ind w:firstLine="0"/>
              <w:jc w:val="center"/>
              <w:rPr>
                <w:szCs w:val="24"/>
              </w:rPr>
            </w:pPr>
            <w:r w:rsidRPr="00240C29">
              <w:rPr>
                <w:szCs w:val="24"/>
              </w:rPr>
              <w:t>60 gr</w:t>
            </w:r>
          </w:p>
        </w:tc>
      </w:tr>
      <w:tr w:rsidR="00F678CC" w:rsidRPr="00240C29" w14:paraId="256DDFD2" w14:textId="77777777">
        <w:trPr>
          <w:jc w:val="center"/>
        </w:trPr>
        <w:tc>
          <w:tcPr>
            <w:tcW w:w="850" w:type="dxa"/>
            <w:tcMar>
              <w:top w:w="80" w:type="dxa"/>
              <w:left w:w="90" w:type="dxa"/>
              <w:bottom w:w="80" w:type="dxa"/>
              <w:right w:w="90" w:type="dxa"/>
            </w:tcMar>
            <w:vAlign w:val="center"/>
          </w:tcPr>
          <w:p w14:paraId="52CD925E"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33750202" w14:textId="77777777" w:rsidR="00F678CC" w:rsidRPr="00240C29" w:rsidRDefault="00F678CC" w:rsidP="00EA4E43">
            <w:pPr>
              <w:ind w:firstLine="0"/>
              <w:rPr>
                <w:szCs w:val="24"/>
              </w:rPr>
            </w:pPr>
            <w:proofErr w:type="spellStart"/>
            <w:r w:rsidRPr="00240C29">
              <w:rPr>
                <w:szCs w:val="24"/>
              </w:rPr>
              <w:t>Snitel</w:t>
            </w:r>
            <w:proofErr w:type="spellEnd"/>
            <w:r w:rsidRPr="00240C29">
              <w:rPr>
                <w:szCs w:val="24"/>
              </w:rPr>
              <w:t xml:space="preserve"> </w:t>
            </w:r>
            <w:proofErr w:type="spellStart"/>
            <w:r w:rsidRPr="00240C29">
              <w:rPr>
                <w:szCs w:val="24"/>
              </w:rPr>
              <w:t>parizian</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ADAC2BF" w14:textId="77777777" w:rsidR="00F678CC" w:rsidRPr="00240C29" w:rsidRDefault="00F678CC" w:rsidP="00EA4E43">
            <w:pPr>
              <w:ind w:firstLine="0"/>
              <w:jc w:val="center"/>
              <w:rPr>
                <w:szCs w:val="24"/>
              </w:rPr>
            </w:pPr>
            <w:r w:rsidRPr="00240C29">
              <w:rPr>
                <w:szCs w:val="24"/>
              </w:rPr>
              <w:t>60 gr</w:t>
            </w:r>
          </w:p>
        </w:tc>
      </w:tr>
      <w:tr w:rsidR="00F678CC" w:rsidRPr="00240C29" w14:paraId="2B7A697C" w14:textId="77777777">
        <w:trPr>
          <w:jc w:val="center"/>
        </w:trPr>
        <w:tc>
          <w:tcPr>
            <w:tcW w:w="850" w:type="dxa"/>
            <w:tcMar>
              <w:top w:w="80" w:type="dxa"/>
              <w:left w:w="90" w:type="dxa"/>
              <w:bottom w:w="80" w:type="dxa"/>
              <w:right w:w="90" w:type="dxa"/>
            </w:tcMar>
            <w:vAlign w:val="center"/>
          </w:tcPr>
          <w:p w14:paraId="03304B3E"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6EC335BB"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macelareasca</w:t>
            </w:r>
            <w:proofErr w:type="spellEnd"/>
          </w:p>
        </w:tc>
        <w:tc>
          <w:tcPr>
            <w:tcW w:w="1701" w:type="dxa"/>
            <w:tcMar>
              <w:top w:w="80" w:type="dxa"/>
              <w:left w:w="90" w:type="dxa"/>
              <w:bottom w:w="80" w:type="dxa"/>
              <w:right w:w="90" w:type="dxa"/>
            </w:tcMar>
            <w:vAlign w:val="center"/>
          </w:tcPr>
          <w:p w14:paraId="51F12738" w14:textId="77777777" w:rsidR="00F678CC" w:rsidRPr="00240C29" w:rsidRDefault="00F678CC" w:rsidP="00EA4E43">
            <w:pPr>
              <w:ind w:firstLine="0"/>
              <w:jc w:val="center"/>
              <w:rPr>
                <w:szCs w:val="24"/>
              </w:rPr>
            </w:pPr>
            <w:r w:rsidRPr="00240C29">
              <w:rPr>
                <w:szCs w:val="24"/>
              </w:rPr>
              <w:t>70/130/80 gr</w:t>
            </w:r>
          </w:p>
        </w:tc>
      </w:tr>
      <w:tr w:rsidR="00F678CC" w:rsidRPr="00240C29" w14:paraId="1F79748C" w14:textId="77777777">
        <w:trPr>
          <w:jc w:val="center"/>
        </w:trPr>
        <w:tc>
          <w:tcPr>
            <w:tcW w:w="850" w:type="dxa"/>
            <w:tcMar>
              <w:top w:w="80" w:type="dxa"/>
              <w:left w:w="90" w:type="dxa"/>
              <w:bottom w:w="80" w:type="dxa"/>
              <w:right w:w="90" w:type="dxa"/>
            </w:tcMar>
            <w:vAlign w:val="center"/>
          </w:tcPr>
          <w:p w14:paraId="122D813B"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76C37D56" w14:textId="77777777" w:rsidR="00F678CC" w:rsidRPr="00240C29" w:rsidRDefault="00F678CC" w:rsidP="00EA4E43">
            <w:pPr>
              <w:ind w:firstLine="0"/>
              <w:rPr>
                <w:szCs w:val="24"/>
              </w:rPr>
            </w:pPr>
            <w:proofErr w:type="spellStart"/>
            <w:r w:rsidRPr="00240C29">
              <w:rPr>
                <w:szCs w:val="24"/>
              </w:rPr>
              <w:t>Varza</w:t>
            </w:r>
            <w:proofErr w:type="spellEnd"/>
            <w:r w:rsidRPr="00240C29">
              <w:rPr>
                <w:szCs w:val="24"/>
              </w:rPr>
              <w:t xml:space="preserve"> cu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44AC4254" w14:textId="77777777" w:rsidR="00F678CC" w:rsidRPr="00240C29" w:rsidRDefault="00F678CC" w:rsidP="00EA4E43">
            <w:pPr>
              <w:ind w:firstLine="0"/>
              <w:jc w:val="center"/>
              <w:rPr>
                <w:szCs w:val="24"/>
              </w:rPr>
            </w:pPr>
            <w:r w:rsidRPr="00240C29">
              <w:rPr>
                <w:szCs w:val="24"/>
              </w:rPr>
              <w:t>70/210/gr</w:t>
            </w:r>
          </w:p>
        </w:tc>
      </w:tr>
      <w:tr w:rsidR="00F678CC" w:rsidRPr="00240C29" w14:paraId="32912A2D" w14:textId="77777777">
        <w:trPr>
          <w:jc w:val="center"/>
        </w:trPr>
        <w:tc>
          <w:tcPr>
            <w:tcW w:w="850" w:type="dxa"/>
            <w:tcMar>
              <w:top w:w="80" w:type="dxa"/>
              <w:left w:w="90" w:type="dxa"/>
              <w:bottom w:w="80" w:type="dxa"/>
              <w:right w:w="90" w:type="dxa"/>
            </w:tcMar>
            <w:vAlign w:val="center"/>
          </w:tcPr>
          <w:p w14:paraId="1178E525"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65FB7E74" w14:textId="77777777" w:rsidR="00F678CC" w:rsidRPr="00240C29" w:rsidRDefault="00F678CC" w:rsidP="00EA4E43">
            <w:pPr>
              <w:ind w:firstLine="0"/>
              <w:rPr>
                <w:szCs w:val="24"/>
              </w:rPr>
            </w:pPr>
            <w:proofErr w:type="spellStart"/>
            <w:r w:rsidRPr="00240C29">
              <w:rPr>
                <w:szCs w:val="24"/>
              </w:rPr>
              <w:t>Mancare</w:t>
            </w:r>
            <w:proofErr w:type="spellEnd"/>
            <w:r w:rsidRPr="00240C29">
              <w:rPr>
                <w:szCs w:val="24"/>
              </w:rPr>
              <w:t xml:space="preserve"> de </w:t>
            </w:r>
            <w:proofErr w:type="spellStart"/>
            <w:r w:rsidRPr="00240C29">
              <w:rPr>
                <w:szCs w:val="24"/>
              </w:rPr>
              <w:t>spanac</w:t>
            </w:r>
            <w:proofErr w:type="spellEnd"/>
            <w:r w:rsidRPr="00240C29">
              <w:rPr>
                <w:szCs w:val="24"/>
              </w:rPr>
              <w:t xml:space="preserve"> cu </w:t>
            </w:r>
            <w:proofErr w:type="spellStart"/>
            <w:r w:rsidRPr="00240C29">
              <w:rPr>
                <w:szCs w:val="24"/>
              </w:rPr>
              <w:t>friptura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7C2F02F3" w14:textId="77777777" w:rsidR="00F678CC" w:rsidRPr="00240C29" w:rsidRDefault="00F678CC" w:rsidP="00EA4E43">
            <w:pPr>
              <w:ind w:firstLine="0"/>
              <w:jc w:val="center"/>
              <w:rPr>
                <w:szCs w:val="24"/>
              </w:rPr>
            </w:pPr>
            <w:r w:rsidRPr="00240C29">
              <w:rPr>
                <w:szCs w:val="24"/>
              </w:rPr>
              <w:t>160/50 gr</w:t>
            </w:r>
          </w:p>
        </w:tc>
      </w:tr>
      <w:tr w:rsidR="00F678CC" w:rsidRPr="00240C29" w14:paraId="1E6CD45D" w14:textId="77777777">
        <w:trPr>
          <w:jc w:val="center"/>
        </w:trPr>
        <w:tc>
          <w:tcPr>
            <w:tcW w:w="850" w:type="dxa"/>
            <w:tcMar>
              <w:top w:w="80" w:type="dxa"/>
              <w:left w:w="90" w:type="dxa"/>
              <w:bottom w:w="80" w:type="dxa"/>
              <w:right w:w="90" w:type="dxa"/>
            </w:tcMar>
            <w:vAlign w:val="center"/>
          </w:tcPr>
          <w:p w14:paraId="060BCA9B" w14:textId="77777777" w:rsidR="00F678CC" w:rsidRPr="00240C29" w:rsidRDefault="00F678CC" w:rsidP="00EA4E43">
            <w:pPr>
              <w:ind w:firstLine="0"/>
              <w:jc w:val="center"/>
              <w:rPr>
                <w:szCs w:val="24"/>
              </w:rPr>
            </w:pPr>
            <w:r w:rsidRPr="00240C29">
              <w:rPr>
                <w:szCs w:val="24"/>
              </w:rPr>
              <w:lastRenderedPageBreak/>
              <w:t>15</w:t>
            </w:r>
          </w:p>
        </w:tc>
        <w:tc>
          <w:tcPr>
            <w:tcW w:w="7087" w:type="dxa"/>
            <w:tcMar>
              <w:top w:w="80" w:type="dxa"/>
              <w:left w:w="90" w:type="dxa"/>
              <w:bottom w:w="80" w:type="dxa"/>
              <w:right w:w="90" w:type="dxa"/>
            </w:tcMar>
            <w:vAlign w:val="center"/>
          </w:tcPr>
          <w:p w14:paraId="0D685003" w14:textId="77777777" w:rsidR="00F678CC" w:rsidRPr="00240C29" w:rsidRDefault="00F678CC" w:rsidP="00EA4E43">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75D2434D" w14:textId="77777777" w:rsidR="00F678CC" w:rsidRPr="00240C29" w:rsidRDefault="00F678CC" w:rsidP="00EA4E43">
            <w:pPr>
              <w:ind w:firstLine="0"/>
              <w:jc w:val="center"/>
              <w:rPr>
                <w:szCs w:val="24"/>
              </w:rPr>
            </w:pPr>
            <w:r w:rsidRPr="00240C29">
              <w:rPr>
                <w:szCs w:val="24"/>
              </w:rPr>
              <w:t>175/100/25 gr</w:t>
            </w:r>
          </w:p>
        </w:tc>
      </w:tr>
      <w:tr w:rsidR="00F678CC" w:rsidRPr="00240C29" w14:paraId="4C816356" w14:textId="77777777">
        <w:trPr>
          <w:jc w:val="center"/>
        </w:trPr>
        <w:tc>
          <w:tcPr>
            <w:tcW w:w="850" w:type="dxa"/>
            <w:tcMar>
              <w:top w:w="80" w:type="dxa"/>
              <w:left w:w="90" w:type="dxa"/>
              <w:bottom w:w="80" w:type="dxa"/>
              <w:right w:w="90" w:type="dxa"/>
            </w:tcMar>
            <w:vAlign w:val="center"/>
          </w:tcPr>
          <w:p w14:paraId="501BC322"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5419D6E7" w14:textId="77777777" w:rsidR="00F678CC" w:rsidRPr="00240C29" w:rsidRDefault="00F678CC" w:rsidP="00EA4E43">
            <w:pPr>
              <w:ind w:firstLine="0"/>
              <w:rPr>
                <w:szCs w:val="24"/>
              </w:rPr>
            </w:pPr>
            <w:proofErr w:type="spellStart"/>
            <w:r w:rsidRPr="00240C29">
              <w:rPr>
                <w:szCs w:val="24"/>
              </w:rPr>
              <w:t>Porc</w:t>
            </w:r>
            <w:proofErr w:type="spellEnd"/>
            <w:r w:rsidRPr="00240C29">
              <w:rPr>
                <w:szCs w:val="24"/>
              </w:rPr>
              <w:t xml:space="preserve"> cu </w:t>
            </w:r>
            <w:proofErr w:type="spellStart"/>
            <w:r w:rsidRPr="00240C29">
              <w:rPr>
                <w:szCs w:val="24"/>
              </w:rPr>
              <w:t>ciuperci</w:t>
            </w:r>
            <w:proofErr w:type="spellEnd"/>
          </w:p>
        </w:tc>
        <w:tc>
          <w:tcPr>
            <w:tcW w:w="1701" w:type="dxa"/>
            <w:tcMar>
              <w:top w:w="80" w:type="dxa"/>
              <w:left w:w="90" w:type="dxa"/>
              <w:bottom w:w="80" w:type="dxa"/>
              <w:right w:w="90" w:type="dxa"/>
            </w:tcMar>
            <w:vAlign w:val="center"/>
          </w:tcPr>
          <w:p w14:paraId="7E5636CD" w14:textId="77777777" w:rsidR="00F678CC" w:rsidRPr="00240C29" w:rsidRDefault="00F678CC" w:rsidP="00EA4E43">
            <w:pPr>
              <w:ind w:firstLine="0"/>
              <w:jc w:val="center"/>
              <w:rPr>
                <w:szCs w:val="24"/>
              </w:rPr>
            </w:pPr>
            <w:r w:rsidRPr="00240C29">
              <w:rPr>
                <w:szCs w:val="24"/>
              </w:rPr>
              <w:t>60/75/120 gr</w:t>
            </w:r>
          </w:p>
        </w:tc>
      </w:tr>
      <w:tr w:rsidR="00F678CC" w:rsidRPr="00240C29" w14:paraId="6419DA4B" w14:textId="77777777">
        <w:trPr>
          <w:jc w:val="center"/>
        </w:trPr>
        <w:tc>
          <w:tcPr>
            <w:tcW w:w="850" w:type="dxa"/>
            <w:tcMar>
              <w:top w:w="80" w:type="dxa"/>
              <w:left w:w="90" w:type="dxa"/>
              <w:bottom w:w="80" w:type="dxa"/>
              <w:right w:w="90" w:type="dxa"/>
            </w:tcMar>
            <w:vAlign w:val="center"/>
          </w:tcPr>
          <w:p w14:paraId="1ACCC6AB"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3CEE3B3A" w14:textId="77777777" w:rsidR="00F678CC" w:rsidRPr="00240C29" w:rsidRDefault="00F678CC" w:rsidP="00EA4E43">
            <w:pPr>
              <w:ind w:firstLine="0"/>
              <w:rPr>
                <w:szCs w:val="24"/>
              </w:rPr>
            </w:pPr>
            <w:proofErr w:type="spellStart"/>
            <w:r w:rsidRPr="00240C29">
              <w:rPr>
                <w:szCs w:val="24"/>
              </w:rPr>
              <w:t>Cotlet</w:t>
            </w:r>
            <w:proofErr w:type="spellEnd"/>
            <w:r w:rsidRPr="00240C29">
              <w:rPr>
                <w:szCs w:val="24"/>
              </w:rPr>
              <w:t xml:space="preserve"> de </w:t>
            </w:r>
            <w:proofErr w:type="spellStart"/>
            <w:r w:rsidRPr="00240C29">
              <w:rPr>
                <w:szCs w:val="24"/>
              </w:rPr>
              <w:t>porc</w:t>
            </w:r>
            <w:proofErr w:type="spellEnd"/>
            <w:r w:rsidRPr="00240C29">
              <w:rPr>
                <w:szCs w:val="24"/>
              </w:rPr>
              <w:t xml:space="preserve"> cu </w:t>
            </w:r>
            <w:proofErr w:type="spellStart"/>
            <w:r w:rsidRPr="00240C29">
              <w:rPr>
                <w:szCs w:val="24"/>
              </w:rPr>
              <w:t>cartofi</w:t>
            </w:r>
            <w:proofErr w:type="spellEnd"/>
            <w:r w:rsidRPr="00240C29">
              <w:rPr>
                <w:szCs w:val="24"/>
              </w:rPr>
              <w:t xml:space="preserve"> </w:t>
            </w:r>
            <w:proofErr w:type="spellStart"/>
            <w:r w:rsidRPr="00240C29">
              <w:rPr>
                <w:szCs w:val="24"/>
              </w:rPr>
              <w:t>gratinati</w:t>
            </w:r>
            <w:proofErr w:type="spellEnd"/>
          </w:p>
        </w:tc>
        <w:tc>
          <w:tcPr>
            <w:tcW w:w="1701" w:type="dxa"/>
            <w:tcMar>
              <w:top w:w="80" w:type="dxa"/>
              <w:left w:w="90" w:type="dxa"/>
              <w:bottom w:w="80" w:type="dxa"/>
              <w:right w:w="90" w:type="dxa"/>
            </w:tcMar>
            <w:vAlign w:val="center"/>
          </w:tcPr>
          <w:p w14:paraId="1A630740" w14:textId="77777777" w:rsidR="00F678CC" w:rsidRPr="00240C29" w:rsidRDefault="00F678CC" w:rsidP="00EA4E43">
            <w:pPr>
              <w:ind w:firstLine="0"/>
              <w:jc w:val="center"/>
              <w:rPr>
                <w:szCs w:val="24"/>
              </w:rPr>
            </w:pPr>
            <w:r w:rsidRPr="00240C29">
              <w:rPr>
                <w:szCs w:val="24"/>
              </w:rPr>
              <w:t>100/130/25 gr</w:t>
            </w:r>
          </w:p>
        </w:tc>
      </w:tr>
      <w:tr w:rsidR="00F678CC" w:rsidRPr="00240C29" w14:paraId="56FCF30F" w14:textId="77777777">
        <w:trPr>
          <w:jc w:val="center"/>
        </w:trPr>
        <w:tc>
          <w:tcPr>
            <w:tcW w:w="850" w:type="dxa"/>
            <w:tcMar>
              <w:top w:w="80" w:type="dxa"/>
              <w:left w:w="90" w:type="dxa"/>
              <w:bottom w:w="80" w:type="dxa"/>
              <w:right w:w="90" w:type="dxa"/>
            </w:tcMar>
            <w:vAlign w:val="center"/>
          </w:tcPr>
          <w:p w14:paraId="4ED86A5A" w14:textId="77777777" w:rsidR="00F678CC" w:rsidRPr="00240C29" w:rsidRDefault="00F678CC" w:rsidP="00EA4E43">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5F74E93E" w14:textId="77777777" w:rsidR="00F678CC" w:rsidRPr="00240C29" w:rsidRDefault="00F678CC" w:rsidP="00EA4E43">
            <w:pPr>
              <w:ind w:firstLine="0"/>
              <w:rPr>
                <w:szCs w:val="24"/>
              </w:rPr>
            </w:pPr>
            <w:proofErr w:type="spellStart"/>
            <w:r w:rsidRPr="00240C29">
              <w:rPr>
                <w:szCs w:val="24"/>
              </w:rPr>
              <w:t>Tocana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324D49B" w14:textId="77777777" w:rsidR="00F678CC" w:rsidRPr="00240C29" w:rsidRDefault="00F678CC" w:rsidP="00EA4E43">
            <w:pPr>
              <w:ind w:firstLine="0"/>
              <w:jc w:val="center"/>
              <w:rPr>
                <w:szCs w:val="24"/>
              </w:rPr>
            </w:pPr>
            <w:r w:rsidRPr="00240C29">
              <w:rPr>
                <w:szCs w:val="24"/>
              </w:rPr>
              <w:t>70/170 gr</w:t>
            </w:r>
          </w:p>
        </w:tc>
      </w:tr>
      <w:tr w:rsidR="00F678CC" w:rsidRPr="00240C29" w14:paraId="506BE011" w14:textId="77777777">
        <w:trPr>
          <w:jc w:val="center"/>
        </w:trPr>
        <w:tc>
          <w:tcPr>
            <w:tcW w:w="850" w:type="dxa"/>
            <w:tcMar>
              <w:top w:w="80" w:type="dxa"/>
              <w:left w:w="90" w:type="dxa"/>
              <w:bottom w:w="80" w:type="dxa"/>
              <w:right w:w="90" w:type="dxa"/>
            </w:tcMar>
            <w:vAlign w:val="center"/>
          </w:tcPr>
          <w:p w14:paraId="41055B7E" w14:textId="77777777" w:rsidR="00F678CC" w:rsidRPr="00240C29" w:rsidRDefault="00F678CC" w:rsidP="00EA4E43">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0593D0D6" w14:textId="77777777" w:rsidR="00F678CC" w:rsidRPr="00240C29" w:rsidRDefault="00F678CC" w:rsidP="00EA4E43">
            <w:pPr>
              <w:ind w:firstLine="0"/>
              <w:rPr>
                <w:szCs w:val="24"/>
              </w:rPr>
            </w:pPr>
            <w:r w:rsidRPr="00240C29">
              <w:rPr>
                <w:szCs w:val="24"/>
              </w:rPr>
              <w:t xml:space="preserve">Ciolan de </w:t>
            </w:r>
            <w:proofErr w:type="spellStart"/>
            <w:r w:rsidRPr="00240C29">
              <w:rPr>
                <w:szCs w:val="24"/>
              </w:rPr>
              <w:t>porc</w:t>
            </w:r>
            <w:proofErr w:type="spellEnd"/>
            <w:r w:rsidRPr="00240C29">
              <w:rPr>
                <w:szCs w:val="24"/>
              </w:rPr>
              <w:t xml:space="preserve">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12BF4FFA" w14:textId="77777777" w:rsidR="00F678CC" w:rsidRPr="00240C29" w:rsidRDefault="00F678CC" w:rsidP="00EA4E43">
            <w:pPr>
              <w:ind w:firstLine="0"/>
              <w:jc w:val="center"/>
              <w:rPr>
                <w:szCs w:val="24"/>
              </w:rPr>
            </w:pPr>
            <w:r w:rsidRPr="00240C29">
              <w:rPr>
                <w:szCs w:val="24"/>
              </w:rPr>
              <w:t>200/250 gr</w:t>
            </w:r>
          </w:p>
        </w:tc>
      </w:tr>
      <w:tr w:rsidR="00F678CC" w:rsidRPr="00240C29" w14:paraId="132CAE67" w14:textId="77777777">
        <w:trPr>
          <w:jc w:val="center"/>
        </w:trPr>
        <w:tc>
          <w:tcPr>
            <w:tcW w:w="850" w:type="dxa"/>
            <w:tcMar>
              <w:top w:w="80" w:type="dxa"/>
              <w:left w:w="90" w:type="dxa"/>
              <w:bottom w:w="80" w:type="dxa"/>
              <w:right w:w="90" w:type="dxa"/>
            </w:tcMar>
            <w:vAlign w:val="center"/>
          </w:tcPr>
          <w:p w14:paraId="557FD97F" w14:textId="77777777" w:rsidR="00F678CC" w:rsidRPr="00240C29" w:rsidRDefault="00F678CC" w:rsidP="00EA4E43">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24C7B781" w14:textId="77777777" w:rsidR="00F678CC" w:rsidRPr="00240C29" w:rsidRDefault="00F678CC" w:rsidP="00EA4E43">
            <w:pPr>
              <w:ind w:firstLine="0"/>
              <w:rPr>
                <w:szCs w:val="24"/>
              </w:rPr>
            </w:pPr>
            <w:r w:rsidRPr="00240C29">
              <w:rPr>
                <w:szCs w:val="24"/>
              </w:rPr>
              <w:t xml:space="preserve">Pilaf cu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1CD78597" w14:textId="77777777" w:rsidR="00F678CC" w:rsidRPr="00240C29" w:rsidRDefault="00F678CC" w:rsidP="00EA4E43">
            <w:pPr>
              <w:ind w:firstLine="0"/>
              <w:jc w:val="center"/>
              <w:rPr>
                <w:szCs w:val="24"/>
              </w:rPr>
            </w:pPr>
            <w:r w:rsidRPr="00240C29">
              <w:rPr>
                <w:szCs w:val="24"/>
              </w:rPr>
              <w:t>65/200 gr</w:t>
            </w:r>
          </w:p>
        </w:tc>
      </w:tr>
      <w:tr w:rsidR="00FD4BD3" w:rsidRPr="00240C29" w14:paraId="42E13A47" w14:textId="77777777" w:rsidTr="006B3867">
        <w:trPr>
          <w:jc w:val="center"/>
        </w:trPr>
        <w:tc>
          <w:tcPr>
            <w:tcW w:w="850" w:type="dxa"/>
            <w:tcMar>
              <w:top w:w="80" w:type="dxa"/>
              <w:left w:w="90" w:type="dxa"/>
              <w:bottom w:w="80" w:type="dxa"/>
              <w:right w:w="90" w:type="dxa"/>
            </w:tcMar>
            <w:vAlign w:val="center"/>
          </w:tcPr>
          <w:p w14:paraId="3337EBC1" w14:textId="64882B93" w:rsidR="00FD4BD3" w:rsidRPr="00240C29" w:rsidRDefault="00FD4BD3" w:rsidP="00FD4BD3">
            <w:pPr>
              <w:ind w:firstLine="0"/>
              <w:jc w:val="center"/>
              <w:rPr>
                <w:szCs w:val="24"/>
              </w:rPr>
            </w:pPr>
            <w:r>
              <w:rPr>
                <w:szCs w:val="24"/>
              </w:rPr>
              <w:t>21</w:t>
            </w:r>
          </w:p>
        </w:tc>
        <w:tc>
          <w:tcPr>
            <w:tcW w:w="7087" w:type="dxa"/>
            <w:tcMar>
              <w:top w:w="80" w:type="dxa"/>
              <w:left w:w="90" w:type="dxa"/>
              <w:bottom w:w="80" w:type="dxa"/>
              <w:right w:w="90" w:type="dxa"/>
            </w:tcMar>
          </w:tcPr>
          <w:p w14:paraId="035C2255" w14:textId="028785C4" w:rsidR="00FD4BD3" w:rsidRPr="00240C29" w:rsidRDefault="00FD4BD3" w:rsidP="00FD4BD3">
            <w:pPr>
              <w:ind w:firstLine="0"/>
              <w:rPr>
                <w:szCs w:val="24"/>
              </w:rPr>
            </w:pPr>
            <w:r w:rsidRPr="00336D70">
              <w:t xml:space="preserve">Paste cu carne de </w:t>
            </w:r>
            <w:proofErr w:type="spellStart"/>
            <w:r w:rsidRPr="00336D70">
              <w:t>porc</w:t>
            </w:r>
            <w:proofErr w:type="spellEnd"/>
          </w:p>
        </w:tc>
        <w:tc>
          <w:tcPr>
            <w:tcW w:w="1701" w:type="dxa"/>
            <w:tcMar>
              <w:top w:w="80" w:type="dxa"/>
              <w:left w:w="90" w:type="dxa"/>
              <w:bottom w:w="80" w:type="dxa"/>
              <w:right w:w="90" w:type="dxa"/>
            </w:tcMar>
          </w:tcPr>
          <w:p w14:paraId="009DDAD8" w14:textId="24235897" w:rsidR="00FD4BD3" w:rsidRPr="00240C29" w:rsidRDefault="00FD4BD3" w:rsidP="00FD4BD3">
            <w:pPr>
              <w:ind w:firstLine="0"/>
              <w:jc w:val="center"/>
              <w:rPr>
                <w:szCs w:val="24"/>
              </w:rPr>
            </w:pPr>
            <w:r w:rsidRPr="00336D70">
              <w:t>250 gr.</w:t>
            </w:r>
          </w:p>
        </w:tc>
      </w:tr>
      <w:tr w:rsidR="00FD4BD3" w:rsidRPr="00240C29" w14:paraId="460B444C" w14:textId="77777777" w:rsidTr="006B3867">
        <w:trPr>
          <w:jc w:val="center"/>
        </w:trPr>
        <w:tc>
          <w:tcPr>
            <w:tcW w:w="850" w:type="dxa"/>
            <w:tcMar>
              <w:top w:w="80" w:type="dxa"/>
              <w:left w:w="90" w:type="dxa"/>
              <w:bottom w:w="80" w:type="dxa"/>
              <w:right w:w="90" w:type="dxa"/>
            </w:tcMar>
            <w:vAlign w:val="center"/>
          </w:tcPr>
          <w:p w14:paraId="14DBE7F2" w14:textId="308E53A9" w:rsidR="00FD4BD3" w:rsidRPr="00240C29" w:rsidRDefault="00FD4BD3" w:rsidP="00FD4BD3">
            <w:pPr>
              <w:ind w:firstLine="0"/>
              <w:jc w:val="center"/>
              <w:rPr>
                <w:szCs w:val="24"/>
              </w:rPr>
            </w:pPr>
            <w:r>
              <w:rPr>
                <w:szCs w:val="24"/>
              </w:rPr>
              <w:t>22</w:t>
            </w:r>
          </w:p>
        </w:tc>
        <w:tc>
          <w:tcPr>
            <w:tcW w:w="7087" w:type="dxa"/>
            <w:tcMar>
              <w:top w:w="80" w:type="dxa"/>
              <w:left w:w="90" w:type="dxa"/>
              <w:bottom w:w="80" w:type="dxa"/>
              <w:right w:w="90" w:type="dxa"/>
            </w:tcMar>
          </w:tcPr>
          <w:p w14:paraId="535DE323" w14:textId="7B0A6F06" w:rsidR="00FD4BD3" w:rsidRPr="00240C29" w:rsidRDefault="00FD4BD3" w:rsidP="00FD4BD3">
            <w:pPr>
              <w:ind w:firstLine="0"/>
              <w:rPr>
                <w:szCs w:val="24"/>
              </w:rPr>
            </w:pPr>
            <w:r w:rsidRPr="00336D70">
              <w:t>Paste carbonara</w:t>
            </w:r>
          </w:p>
        </w:tc>
        <w:tc>
          <w:tcPr>
            <w:tcW w:w="1701" w:type="dxa"/>
            <w:tcMar>
              <w:top w:w="80" w:type="dxa"/>
              <w:left w:w="90" w:type="dxa"/>
              <w:bottom w:w="80" w:type="dxa"/>
              <w:right w:w="90" w:type="dxa"/>
            </w:tcMar>
          </w:tcPr>
          <w:p w14:paraId="53DFA6B5" w14:textId="5A5225AD" w:rsidR="00FD4BD3" w:rsidRPr="00240C29" w:rsidRDefault="00FD4BD3" w:rsidP="00FD4BD3">
            <w:pPr>
              <w:ind w:firstLine="0"/>
              <w:jc w:val="center"/>
              <w:rPr>
                <w:szCs w:val="24"/>
              </w:rPr>
            </w:pPr>
            <w:r w:rsidRPr="00336D70">
              <w:t>250 gr.</w:t>
            </w:r>
          </w:p>
        </w:tc>
      </w:tr>
    </w:tbl>
    <w:p w14:paraId="342B4FE7" w14:textId="77777777" w:rsidR="00F678CC" w:rsidRPr="00240C29" w:rsidRDefault="00F678CC" w:rsidP="00EA4E43">
      <w:pPr>
        <w:ind w:firstLine="0"/>
        <w:rPr>
          <w:szCs w:val="24"/>
        </w:rPr>
      </w:pPr>
    </w:p>
    <w:p w14:paraId="7CA52A61" w14:textId="77777777" w:rsidR="00F678CC" w:rsidRPr="00240C29" w:rsidRDefault="00F678CC" w:rsidP="00EA4E43">
      <w:pPr>
        <w:ind w:firstLine="0"/>
        <w:rPr>
          <w:szCs w:val="24"/>
        </w:rPr>
      </w:pPr>
      <w:r w:rsidRPr="00240C29">
        <w:rPr>
          <w:b/>
          <w:szCs w:val="24"/>
        </w:rPr>
        <w:t>PREPARATE DIN CARNE TOCATA</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0DC27A21" w14:textId="77777777">
        <w:trPr>
          <w:tblHeader/>
          <w:jc w:val="center"/>
        </w:trPr>
        <w:tc>
          <w:tcPr>
            <w:tcW w:w="850" w:type="dxa"/>
            <w:shd w:val="clear" w:color="auto" w:fill="D9D9D9"/>
            <w:tcMar>
              <w:top w:w="80" w:type="dxa"/>
              <w:left w:w="90" w:type="dxa"/>
              <w:bottom w:w="80" w:type="dxa"/>
              <w:right w:w="90" w:type="dxa"/>
            </w:tcMar>
            <w:vAlign w:val="center"/>
          </w:tcPr>
          <w:p w14:paraId="6757C6CB"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2D7247D1"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1439F040"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AB77B8C" w14:textId="77777777">
        <w:trPr>
          <w:jc w:val="center"/>
        </w:trPr>
        <w:tc>
          <w:tcPr>
            <w:tcW w:w="850" w:type="dxa"/>
            <w:tcMar>
              <w:top w:w="80" w:type="dxa"/>
              <w:left w:w="90" w:type="dxa"/>
              <w:bottom w:w="80" w:type="dxa"/>
              <w:right w:w="90" w:type="dxa"/>
            </w:tcMar>
            <w:vAlign w:val="center"/>
          </w:tcPr>
          <w:p w14:paraId="78D40446"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78B4EBC9" w14:textId="77777777" w:rsidR="00F678CC" w:rsidRPr="00240C29" w:rsidRDefault="00F678CC" w:rsidP="00EA4E43">
            <w:pPr>
              <w:ind w:firstLine="0"/>
              <w:rPr>
                <w:szCs w:val="24"/>
              </w:rPr>
            </w:pPr>
            <w:proofErr w:type="spellStart"/>
            <w:r w:rsidRPr="00240C29">
              <w:rPr>
                <w:szCs w:val="24"/>
              </w:rPr>
              <w:t>Chiftelute</w:t>
            </w:r>
            <w:proofErr w:type="spellEnd"/>
            <w:r w:rsidRPr="00240C29">
              <w:rPr>
                <w:szCs w:val="24"/>
              </w:rPr>
              <w:t xml:space="preserve"> cu </w:t>
            </w:r>
            <w:proofErr w:type="spellStart"/>
            <w:r w:rsidRPr="00240C29">
              <w:rPr>
                <w:szCs w:val="24"/>
              </w:rPr>
              <w:t>marar</w:t>
            </w:r>
            <w:proofErr w:type="spellEnd"/>
          </w:p>
        </w:tc>
        <w:tc>
          <w:tcPr>
            <w:tcW w:w="1701" w:type="dxa"/>
            <w:tcMar>
              <w:top w:w="80" w:type="dxa"/>
              <w:left w:w="90" w:type="dxa"/>
              <w:bottom w:w="80" w:type="dxa"/>
              <w:right w:w="90" w:type="dxa"/>
            </w:tcMar>
            <w:vAlign w:val="center"/>
          </w:tcPr>
          <w:p w14:paraId="4FC66FAF" w14:textId="77777777" w:rsidR="00F678CC" w:rsidRPr="00240C29" w:rsidRDefault="00F678CC" w:rsidP="00EA4E43">
            <w:pPr>
              <w:ind w:firstLine="0"/>
              <w:jc w:val="center"/>
              <w:rPr>
                <w:szCs w:val="24"/>
              </w:rPr>
            </w:pPr>
            <w:r w:rsidRPr="00240C29">
              <w:rPr>
                <w:szCs w:val="24"/>
              </w:rPr>
              <w:t>140/140 gr</w:t>
            </w:r>
          </w:p>
        </w:tc>
      </w:tr>
      <w:tr w:rsidR="00F678CC" w:rsidRPr="00240C29" w14:paraId="69B0CF4B" w14:textId="77777777">
        <w:trPr>
          <w:jc w:val="center"/>
        </w:trPr>
        <w:tc>
          <w:tcPr>
            <w:tcW w:w="850" w:type="dxa"/>
            <w:tcMar>
              <w:top w:w="80" w:type="dxa"/>
              <w:left w:w="90" w:type="dxa"/>
              <w:bottom w:w="80" w:type="dxa"/>
              <w:right w:w="90" w:type="dxa"/>
            </w:tcMar>
            <w:vAlign w:val="center"/>
          </w:tcPr>
          <w:p w14:paraId="3C0B5DB6"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1B16DD45" w14:textId="77777777" w:rsidR="00F678CC" w:rsidRPr="00240C29" w:rsidRDefault="00F678CC" w:rsidP="00EA4E43">
            <w:pPr>
              <w:ind w:firstLine="0"/>
              <w:rPr>
                <w:szCs w:val="24"/>
              </w:rPr>
            </w:pPr>
            <w:proofErr w:type="spellStart"/>
            <w:r w:rsidRPr="00240C29">
              <w:rPr>
                <w:szCs w:val="24"/>
              </w:rPr>
              <w:t>Perisoare</w:t>
            </w:r>
            <w:proofErr w:type="spellEnd"/>
            <w:r w:rsidRPr="00240C29">
              <w:rPr>
                <w:szCs w:val="24"/>
              </w:rPr>
              <w:t xml:space="preserve"> cu </w:t>
            </w:r>
            <w:proofErr w:type="spellStart"/>
            <w:r w:rsidRPr="00240C29">
              <w:rPr>
                <w:szCs w:val="24"/>
              </w:rPr>
              <w:t>verdeata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573364D9" w14:textId="77777777" w:rsidR="00F678CC" w:rsidRPr="00240C29" w:rsidRDefault="00F678CC" w:rsidP="00EA4E43">
            <w:pPr>
              <w:ind w:firstLine="0"/>
              <w:jc w:val="center"/>
              <w:rPr>
                <w:szCs w:val="24"/>
              </w:rPr>
            </w:pPr>
            <w:r w:rsidRPr="00240C29">
              <w:rPr>
                <w:szCs w:val="24"/>
              </w:rPr>
              <w:t>140/150/25 gr</w:t>
            </w:r>
          </w:p>
        </w:tc>
      </w:tr>
      <w:tr w:rsidR="00F678CC" w:rsidRPr="00240C29" w14:paraId="30FAC03A" w14:textId="77777777">
        <w:trPr>
          <w:jc w:val="center"/>
        </w:trPr>
        <w:tc>
          <w:tcPr>
            <w:tcW w:w="850" w:type="dxa"/>
            <w:tcMar>
              <w:top w:w="80" w:type="dxa"/>
              <w:left w:w="90" w:type="dxa"/>
              <w:bottom w:w="80" w:type="dxa"/>
              <w:right w:w="90" w:type="dxa"/>
            </w:tcMar>
            <w:vAlign w:val="center"/>
          </w:tcPr>
          <w:p w14:paraId="3F0D50C1"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7CDFD427"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31DAC66B" w14:textId="77777777" w:rsidR="00F678CC" w:rsidRPr="00240C29" w:rsidRDefault="00F678CC" w:rsidP="00EA4E43">
            <w:pPr>
              <w:ind w:firstLine="0"/>
              <w:jc w:val="center"/>
              <w:rPr>
                <w:szCs w:val="24"/>
              </w:rPr>
            </w:pPr>
            <w:r w:rsidRPr="00240C29">
              <w:rPr>
                <w:szCs w:val="24"/>
              </w:rPr>
              <w:t>250/80 gr</w:t>
            </w:r>
          </w:p>
        </w:tc>
      </w:tr>
      <w:tr w:rsidR="00F678CC" w:rsidRPr="00240C29" w14:paraId="5698D81B" w14:textId="77777777">
        <w:trPr>
          <w:jc w:val="center"/>
        </w:trPr>
        <w:tc>
          <w:tcPr>
            <w:tcW w:w="850" w:type="dxa"/>
            <w:tcMar>
              <w:top w:w="80" w:type="dxa"/>
              <w:left w:w="90" w:type="dxa"/>
              <w:bottom w:w="80" w:type="dxa"/>
              <w:right w:w="90" w:type="dxa"/>
            </w:tcMar>
            <w:vAlign w:val="center"/>
          </w:tcPr>
          <w:p w14:paraId="1EAD443E"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81FC9D3"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dovlecei</w:t>
            </w:r>
            <w:proofErr w:type="spellEnd"/>
          </w:p>
        </w:tc>
        <w:tc>
          <w:tcPr>
            <w:tcW w:w="1701" w:type="dxa"/>
            <w:tcMar>
              <w:top w:w="80" w:type="dxa"/>
              <w:left w:w="90" w:type="dxa"/>
              <w:bottom w:w="80" w:type="dxa"/>
              <w:right w:w="90" w:type="dxa"/>
            </w:tcMar>
            <w:vAlign w:val="center"/>
          </w:tcPr>
          <w:p w14:paraId="768E928B" w14:textId="77777777" w:rsidR="00F678CC" w:rsidRPr="00240C29" w:rsidRDefault="00F678CC" w:rsidP="00EA4E43">
            <w:pPr>
              <w:ind w:firstLine="0"/>
              <w:jc w:val="center"/>
              <w:rPr>
                <w:szCs w:val="24"/>
              </w:rPr>
            </w:pPr>
            <w:r w:rsidRPr="00240C29">
              <w:rPr>
                <w:szCs w:val="24"/>
              </w:rPr>
              <w:t>250/80 gr</w:t>
            </w:r>
          </w:p>
        </w:tc>
      </w:tr>
      <w:tr w:rsidR="00F678CC" w:rsidRPr="00240C29" w14:paraId="089E6BA5" w14:textId="77777777">
        <w:trPr>
          <w:jc w:val="center"/>
        </w:trPr>
        <w:tc>
          <w:tcPr>
            <w:tcW w:w="850" w:type="dxa"/>
            <w:tcMar>
              <w:top w:w="80" w:type="dxa"/>
              <w:left w:w="90" w:type="dxa"/>
              <w:bottom w:w="80" w:type="dxa"/>
              <w:right w:w="90" w:type="dxa"/>
            </w:tcMar>
            <w:vAlign w:val="center"/>
          </w:tcPr>
          <w:p w14:paraId="40A75628"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6EA107E8" w14:textId="77777777" w:rsidR="00F678CC" w:rsidRPr="00240C29" w:rsidRDefault="00F678CC" w:rsidP="00EA4E43">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vinete</w:t>
            </w:r>
            <w:proofErr w:type="spellEnd"/>
          </w:p>
        </w:tc>
        <w:tc>
          <w:tcPr>
            <w:tcW w:w="1701" w:type="dxa"/>
            <w:tcMar>
              <w:top w:w="80" w:type="dxa"/>
              <w:left w:w="90" w:type="dxa"/>
              <w:bottom w:w="80" w:type="dxa"/>
              <w:right w:w="90" w:type="dxa"/>
            </w:tcMar>
            <w:vAlign w:val="center"/>
          </w:tcPr>
          <w:p w14:paraId="32B94525" w14:textId="77777777" w:rsidR="00F678CC" w:rsidRPr="00240C29" w:rsidRDefault="00F678CC" w:rsidP="00EA4E43">
            <w:pPr>
              <w:ind w:firstLine="0"/>
              <w:jc w:val="center"/>
              <w:rPr>
                <w:szCs w:val="24"/>
              </w:rPr>
            </w:pPr>
            <w:r w:rsidRPr="00240C29">
              <w:rPr>
                <w:szCs w:val="24"/>
              </w:rPr>
              <w:t>250/80 gr</w:t>
            </w:r>
          </w:p>
        </w:tc>
      </w:tr>
      <w:tr w:rsidR="00F678CC" w:rsidRPr="00240C29" w14:paraId="6B126114" w14:textId="77777777">
        <w:trPr>
          <w:jc w:val="center"/>
        </w:trPr>
        <w:tc>
          <w:tcPr>
            <w:tcW w:w="850" w:type="dxa"/>
            <w:tcMar>
              <w:top w:w="80" w:type="dxa"/>
              <w:left w:w="90" w:type="dxa"/>
              <w:bottom w:w="80" w:type="dxa"/>
              <w:right w:w="90" w:type="dxa"/>
            </w:tcMar>
            <w:vAlign w:val="center"/>
          </w:tcPr>
          <w:p w14:paraId="40944C31"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143BD6EF" w14:textId="77777777" w:rsidR="00F678CC" w:rsidRPr="00240C29" w:rsidRDefault="00F678CC" w:rsidP="00EA4E43">
            <w:pPr>
              <w:ind w:firstLine="0"/>
              <w:rPr>
                <w:szCs w:val="24"/>
              </w:rPr>
            </w:pPr>
            <w:proofErr w:type="spellStart"/>
            <w:r w:rsidRPr="00240C29">
              <w:rPr>
                <w:szCs w:val="24"/>
              </w:rPr>
              <w:t>Dovlecei</w:t>
            </w:r>
            <w:proofErr w:type="spellEnd"/>
            <w:r w:rsidRPr="00240C29">
              <w:rPr>
                <w:szCs w:val="24"/>
              </w:rPr>
              <w:t xml:space="preserve"> </w:t>
            </w:r>
            <w:proofErr w:type="spellStart"/>
            <w:r w:rsidRPr="00240C29">
              <w:rPr>
                <w:szCs w:val="24"/>
              </w:rPr>
              <w:t>umpluti</w:t>
            </w:r>
            <w:proofErr w:type="spellEnd"/>
            <w:r w:rsidRPr="00240C29">
              <w:rPr>
                <w:szCs w:val="24"/>
              </w:rPr>
              <w:t xml:space="preserve">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56B14E36" w14:textId="77777777" w:rsidR="00F678CC" w:rsidRPr="00240C29" w:rsidRDefault="00F678CC" w:rsidP="00EA4E43">
            <w:pPr>
              <w:ind w:firstLine="0"/>
              <w:jc w:val="center"/>
              <w:rPr>
                <w:szCs w:val="24"/>
              </w:rPr>
            </w:pPr>
            <w:r w:rsidRPr="00240C29">
              <w:rPr>
                <w:szCs w:val="24"/>
              </w:rPr>
              <w:t>160/100/20 gr</w:t>
            </w:r>
          </w:p>
        </w:tc>
      </w:tr>
      <w:tr w:rsidR="00F678CC" w:rsidRPr="00240C29" w14:paraId="6100706A" w14:textId="77777777">
        <w:trPr>
          <w:jc w:val="center"/>
        </w:trPr>
        <w:tc>
          <w:tcPr>
            <w:tcW w:w="850" w:type="dxa"/>
            <w:tcMar>
              <w:top w:w="80" w:type="dxa"/>
              <w:left w:w="90" w:type="dxa"/>
              <w:bottom w:w="80" w:type="dxa"/>
              <w:right w:w="90" w:type="dxa"/>
            </w:tcMar>
            <w:vAlign w:val="center"/>
          </w:tcPr>
          <w:p w14:paraId="3B2338F2"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514C7F58" w14:textId="77777777" w:rsidR="00F678CC" w:rsidRPr="00240C29" w:rsidRDefault="00F678CC" w:rsidP="00EA4E43">
            <w:pPr>
              <w:ind w:firstLine="0"/>
              <w:rPr>
                <w:szCs w:val="24"/>
              </w:rPr>
            </w:pPr>
            <w:proofErr w:type="spellStart"/>
            <w:r w:rsidRPr="00240C29">
              <w:rPr>
                <w:szCs w:val="24"/>
              </w:rPr>
              <w:t>Parjoale</w:t>
            </w:r>
            <w:proofErr w:type="spellEnd"/>
            <w:r w:rsidRPr="00240C29">
              <w:rPr>
                <w:szCs w:val="24"/>
              </w:rPr>
              <w:t xml:space="preserve"> </w:t>
            </w:r>
            <w:proofErr w:type="spellStart"/>
            <w:r w:rsidRPr="00240C29">
              <w:rPr>
                <w:szCs w:val="24"/>
              </w:rPr>
              <w:t>moldovenesti</w:t>
            </w:r>
            <w:proofErr w:type="spellEnd"/>
          </w:p>
        </w:tc>
        <w:tc>
          <w:tcPr>
            <w:tcW w:w="1701" w:type="dxa"/>
            <w:tcMar>
              <w:top w:w="80" w:type="dxa"/>
              <w:left w:w="90" w:type="dxa"/>
              <w:bottom w:w="80" w:type="dxa"/>
              <w:right w:w="90" w:type="dxa"/>
            </w:tcMar>
            <w:vAlign w:val="center"/>
          </w:tcPr>
          <w:p w14:paraId="7EBE2E3A" w14:textId="77777777" w:rsidR="00F678CC" w:rsidRPr="00240C29" w:rsidRDefault="00F678CC" w:rsidP="00EA4E43">
            <w:pPr>
              <w:ind w:firstLine="0"/>
              <w:jc w:val="center"/>
              <w:rPr>
                <w:szCs w:val="24"/>
              </w:rPr>
            </w:pPr>
            <w:r w:rsidRPr="00240C29">
              <w:rPr>
                <w:szCs w:val="24"/>
              </w:rPr>
              <w:t>110 gr.</w:t>
            </w:r>
          </w:p>
        </w:tc>
      </w:tr>
      <w:tr w:rsidR="00F678CC" w:rsidRPr="00240C29" w14:paraId="42E8BC11" w14:textId="77777777">
        <w:trPr>
          <w:jc w:val="center"/>
        </w:trPr>
        <w:tc>
          <w:tcPr>
            <w:tcW w:w="850" w:type="dxa"/>
            <w:tcMar>
              <w:top w:w="80" w:type="dxa"/>
              <w:left w:w="90" w:type="dxa"/>
              <w:bottom w:w="80" w:type="dxa"/>
              <w:right w:w="90" w:type="dxa"/>
            </w:tcMar>
            <w:vAlign w:val="center"/>
          </w:tcPr>
          <w:p w14:paraId="68E56A66"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442FA75E" w14:textId="77777777" w:rsidR="00F678CC" w:rsidRPr="00240C29" w:rsidRDefault="00F678CC" w:rsidP="00EA4E43">
            <w:pPr>
              <w:ind w:firstLine="0"/>
              <w:rPr>
                <w:szCs w:val="24"/>
              </w:rPr>
            </w:pPr>
            <w:r w:rsidRPr="00240C29">
              <w:rPr>
                <w:szCs w:val="24"/>
              </w:rPr>
              <w:t>Carnati</w:t>
            </w:r>
          </w:p>
        </w:tc>
        <w:tc>
          <w:tcPr>
            <w:tcW w:w="1701" w:type="dxa"/>
            <w:tcMar>
              <w:top w:w="80" w:type="dxa"/>
              <w:left w:w="90" w:type="dxa"/>
              <w:bottom w:w="80" w:type="dxa"/>
              <w:right w:w="90" w:type="dxa"/>
            </w:tcMar>
            <w:vAlign w:val="center"/>
          </w:tcPr>
          <w:p w14:paraId="73349298" w14:textId="77777777" w:rsidR="00F678CC" w:rsidRPr="00240C29" w:rsidRDefault="00F678CC" w:rsidP="00EA4E43">
            <w:pPr>
              <w:ind w:firstLine="0"/>
              <w:jc w:val="center"/>
              <w:rPr>
                <w:szCs w:val="24"/>
              </w:rPr>
            </w:pPr>
            <w:r w:rsidRPr="00240C29">
              <w:rPr>
                <w:szCs w:val="24"/>
              </w:rPr>
              <w:t>100 gr</w:t>
            </w:r>
          </w:p>
        </w:tc>
      </w:tr>
      <w:tr w:rsidR="00FD4BD3" w:rsidRPr="00240C29" w14:paraId="0E8CFA14" w14:textId="77777777" w:rsidTr="006B3867">
        <w:trPr>
          <w:jc w:val="center"/>
        </w:trPr>
        <w:tc>
          <w:tcPr>
            <w:tcW w:w="850" w:type="dxa"/>
            <w:tcMar>
              <w:top w:w="80" w:type="dxa"/>
              <w:left w:w="90" w:type="dxa"/>
              <w:bottom w:w="80" w:type="dxa"/>
              <w:right w:w="90" w:type="dxa"/>
            </w:tcMar>
            <w:vAlign w:val="center"/>
          </w:tcPr>
          <w:p w14:paraId="65CD763A" w14:textId="51627A53" w:rsidR="00FD4BD3" w:rsidRPr="00240C29" w:rsidRDefault="00FD4BD3" w:rsidP="00FD4BD3">
            <w:pPr>
              <w:ind w:firstLine="0"/>
              <w:jc w:val="center"/>
              <w:rPr>
                <w:szCs w:val="24"/>
              </w:rPr>
            </w:pPr>
            <w:r>
              <w:rPr>
                <w:szCs w:val="24"/>
              </w:rPr>
              <w:t>9</w:t>
            </w:r>
          </w:p>
        </w:tc>
        <w:tc>
          <w:tcPr>
            <w:tcW w:w="7087" w:type="dxa"/>
            <w:tcMar>
              <w:top w:w="80" w:type="dxa"/>
              <w:left w:w="90" w:type="dxa"/>
              <w:bottom w:w="80" w:type="dxa"/>
              <w:right w:w="90" w:type="dxa"/>
            </w:tcMar>
          </w:tcPr>
          <w:p w14:paraId="163D787F" w14:textId="05501F90" w:rsidR="00FD4BD3" w:rsidRPr="00240C29" w:rsidRDefault="00FD4BD3" w:rsidP="00FD4BD3">
            <w:pPr>
              <w:ind w:firstLine="0"/>
              <w:rPr>
                <w:szCs w:val="24"/>
              </w:rPr>
            </w:pPr>
            <w:proofErr w:type="spellStart"/>
            <w:r w:rsidRPr="00630A72">
              <w:t>Sarmale</w:t>
            </w:r>
            <w:proofErr w:type="spellEnd"/>
          </w:p>
        </w:tc>
        <w:tc>
          <w:tcPr>
            <w:tcW w:w="1701" w:type="dxa"/>
            <w:tcMar>
              <w:top w:w="80" w:type="dxa"/>
              <w:left w:w="90" w:type="dxa"/>
              <w:bottom w:w="80" w:type="dxa"/>
              <w:right w:w="90" w:type="dxa"/>
            </w:tcMar>
          </w:tcPr>
          <w:p w14:paraId="4F44696A" w14:textId="6DD798B9" w:rsidR="00FD4BD3" w:rsidRPr="00240C29" w:rsidRDefault="00FD4BD3" w:rsidP="00FD4BD3">
            <w:pPr>
              <w:ind w:firstLine="0"/>
              <w:jc w:val="center"/>
              <w:rPr>
                <w:szCs w:val="24"/>
              </w:rPr>
            </w:pPr>
            <w:r w:rsidRPr="00630A72">
              <w:t>250 gr.</w:t>
            </w:r>
          </w:p>
        </w:tc>
      </w:tr>
    </w:tbl>
    <w:p w14:paraId="7583B2E9" w14:textId="77777777" w:rsidR="00F678CC" w:rsidRPr="00240C29" w:rsidRDefault="00F678CC" w:rsidP="00EA4E43">
      <w:pPr>
        <w:ind w:firstLine="0"/>
        <w:rPr>
          <w:szCs w:val="24"/>
        </w:rPr>
      </w:pPr>
    </w:p>
    <w:p w14:paraId="58739392" w14:textId="77777777" w:rsidR="00F678CC" w:rsidRPr="00240C29" w:rsidRDefault="00F678CC" w:rsidP="00EA4E43">
      <w:pPr>
        <w:ind w:firstLine="0"/>
        <w:rPr>
          <w:szCs w:val="24"/>
        </w:rPr>
      </w:pPr>
      <w:r w:rsidRPr="00240C29">
        <w:rPr>
          <w:b/>
          <w:szCs w:val="24"/>
        </w:rPr>
        <w:t>SALATE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4D1E75FD" w14:textId="77777777">
        <w:trPr>
          <w:tblHeader/>
          <w:jc w:val="center"/>
        </w:trPr>
        <w:tc>
          <w:tcPr>
            <w:tcW w:w="850" w:type="dxa"/>
            <w:shd w:val="clear" w:color="auto" w:fill="D9D9D9"/>
            <w:tcMar>
              <w:top w:w="80" w:type="dxa"/>
              <w:left w:w="90" w:type="dxa"/>
              <w:bottom w:w="80" w:type="dxa"/>
              <w:right w:w="90" w:type="dxa"/>
            </w:tcMar>
            <w:vAlign w:val="center"/>
          </w:tcPr>
          <w:p w14:paraId="64F13CDA"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15B857DB"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5C0F2C2C"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12B7902F" w14:textId="77777777">
        <w:trPr>
          <w:jc w:val="center"/>
        </w:trPr>
        <w:tc>
          <w:tcPr>
            <w:tcW w:w="850" w:type="dxa"/>
            <w:tcMar>
              <w:top w:w="80" w:type="dxa"/>
              <w:left w:w="90" w:type="dxa"/>
              <w:bottom w:w="80" w:type="dxa"/>
              <w:right w:w="90" w:type="dxa"/>
            </w:tcMar>
            <w:vAlign w:val="center"/>
          </w:tcPr>
          <w:p w14:paraId="24A15B3B"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5D35A49F" w14:textId="77777777" w:rsidR="00F678CC" w:rsidRPr="00240C29" w:rsidRDefault="00F678CC" w:rsidP="00EA4E43">
            <w:pPr>
              <w:ind w:firstLine="0"/>
              <w:rPr>
                <w:szCs w:val="24"/>
              </w:rPr>
            </w:pPr>
            <w:r w:rsidRPr="00240C29">
              <w:rPr>
                <w:szCs w:val="24"/>
              </w:rPr>
              <w:t xml:space="preserve">Salata </w:t>
            </w:r>
            <w:proofErr w:type="spellStart"/>
            <w:r w:rsidRPr="00240C29">
              <w:rPr>
                <w:szCs w:val="24"/>
              </w:rPr>
              <w:t>asortata</w:t>
            </w:r>
            <w:proofErr w:type="spellEnd"/>
            <w:r w:rsidRPr="00240C29">
              <w:rPr>
                <w:szCs w:val="24"/>
              </w:rPr>
              <w:t xml:space="preserve"> de </w:t>
            </w:r>
            <w:proofErr w:type="spellStart"/>
            <w:r w:rsidRPr="00240C29">
              <w:rPr>
                <w:szCs w:val="24"/>
              </w:rPr>
              <w:t>castraveti</w:t>
            </w:r>
            <w:proofErr w:type="spellEnd"/>
            <w:r w:rsidRPr="00240C29">
              <w:rPr>
                <w:szCs w:val="24"/>
              </w:rPr>
              <w:t xml:space="preserve"> cu </w:t>
            </w:r>
            <w:proofErr w:type="spellStart"/>
            <w:r w:rsidRPr="00240C29">
              <w:rPr>
                <w:szCs w:val="24"/>
              </w:rPr>
              <w:t>rosii</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ceapa</w:t>
            </w:r>
            <w:proofErr w:type="spellEnd"/>
          </w:p>
        </w:tc>
        <w:tc>
          <w:tcPr>
            <w:tcW w:w="1701" w:type="dxa"/>
            <w:tcMar>
              <w:top w:w="80" w:type="dxa"/>
              <w:left w:w="90" w:type="dxa"/>
              <w:bottom w:w="80" w:type="dxa"/>
              <w:right w:w="90" w:type="dxa"/>
            </w:tcMar>
            <w:vAlign w:val="center"/>
          </w:tcPr>
          <w:p w14:paraId="6DF95ED2" w14:textId="77777777" w:rsidR="00F678CC" w:rsidRPr="00240C29" w:rsidRDefault="00F678CC" w:rsidP="00EA4E43">
            <w:pPr>
              <w:ind w:firstLine="0"/>
              <w:jc w:val="center"/>
              <w:rPr>
                <w:szCs w:val="24"/>
              </w:rPr>
            </w:pPr>
            <w:r w:rsidRPr="00240C29">
              <w:rPr>
                <w:szCs w:val="24"/>
              </w:rPr>
              <w:t>170 gr</w:t>
            </w:r>
          </w:p>
        </w:tc>
      </w:tr>
      <w:tr w:rsidR="00F678CC" w:rsidRPr="00240C29" w14:paraId="35C0B616" w14:textId="77777777">
        <w:trPr>
          <w:jc w:val="center"/>
        </w:trPr>
        <w:tc>
          <w:tcPr>
            <w:tcW w:w="850" w:type="dxa"/>
            <w:tcMar>
              <w:top w:w="80" w:type="dxa"/>
              <w:left w:w="90" w:type="dxa"/>
              <w:bottom w:w="80" w:type="dxa"/>
              <w:right w:w="90" w:type="dxa"/>
            </w:tcMar>
            <w:vAlign w:val="center"/>
          </w:tcPr>
          <w:p w14:paraId="27231226"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077C02B1" w14:textId="77777777" w:rsidR="00F678CC" w:rsidRPr="00240C29" w:rsidRDefault="00F678CC" w:rsidP="00EA4E43">
            <w:pPr>
              <w:ind w:firstLine="0"/>
              <w:rPr>
                <w:szCs w:val="24"/>
              </w:rPr>
            </w:pPr>
            <w:r w:rsidRPr="00240C29">
              <w:rPr>
                <w:szCs w:val="24"/>
              </w:rPr>
              <w:t xml:space="preserve">Salata de </w:t>
            </w:r>
            <w:proofErr w:type="spellStart"/>
            <w:r w:rsidRPr="00240C29">
              <w:rPr>
                <w:szCs w:val="24"/>
              </w:rPr>
              <w:t>castraveti</w:t>
            </w:r>
            <w:proofErr w:type="spellEnd"/>
            <w:r w:rsidRPr="00240C29">
              <w:rPr>
                <w:szCs w:val="24"/>
              </w:rPr>
              <w:t xml:space="preserve"> </w:t>
            </w:r>
            <w:proofErr w:type="spellStart"/>
            <w:r w:rsidRPr="00240C29">
              <w:rPr>
                <w:szCs w:val="24"/>
              </w:rPr>
              <w:t>verzi</w:t>
            </w:r>
            <w:proofErr w:type="spellEnd"/>
          </w:p>
        </w:tc>
        <w:tc>
          <w:tcPr>
            <w:tcW w:w="1701" w:type="dxa"/>
            <w:tcMar>
              <w:top w:w="80" w:type="dxa"/>
              <w:left w:w="90" w:type="dxa"/>
              <w:bottom w:w="80" w:type="dxa"/>
              <w:right w:w="90" w:type="dxa"/>
            </w:tcMar>
            <w:vAlign w:val="center"/>
          </w:tcPr>
          <w:p w14:paraId="3B7FED55" w14:textId="77777777" w:rsidR="00F678CC" w:rsidRPr="00240C29" w:rsidRDefault="00F678CC" w:rsidP="00EA4E43">
            <w:pPr>
              <w:ind w:firstLine="0"/>
              <w:jc w:val="center"/>
              <w:rPr>
                <w:szCs w:val="24"/>
              </w:rPr>
            </w:pPr>
            <w:r w:rsidRPr="00240C29">
              <w:rPr>
                <w:szCs w:val="24"/>
              </w:rPr>
              <w:t>130 gr</w:t>
            </w:r>
          </w:p>
        </w:tc>
      </w:tr>
      <w:tr w:rsidR="00F678CC" w:rsidRPr="00240C29" w14:paraId="4FBE4E48" w14:textId="77777777">
        <w:trPr>
          <w:jc w:val="center"/>
        </w:trPr>
        <w:tc>
          <w:tcPr>
            <w:tcW w:w="850" w:type="dxa"/>
            <w:tcMar>
              <w:top w:w="80" w:type="dxa"/>
              <w:left w:w="90" w:type="dxa"/>
              <w:bottom w:w="80" w:type="dxa"/>
              <w:right w:w="90" w:type="dxa"/>
            </w:tcMar>
            <w:vAlign w:val="center"/>
          </w:tcPr>
          <w:p w14:paraId="3D164C86"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1B82850D" w14:textId="77777777" w:rsidR="00F678CC" w:rsidRPr="00240C29" w:rsidRDefault="00F678CC" w:rsidP="00EA4E43">
            <w:pPr>
              <w:ind w:firstLine="0"/>
              <w:rPr>
                <w:szCs w:val="24"/>
              </w:rPr>
            </w:pPr>
            <w:r w:rsidRPr="00240C29">
              <w:rPr>
                <w:szCs w:val="24"/>
              </w:rPr>
              <w:t xml:space="preserve">Salata de </w:t>
            </w:r>
            <w:proofErr w:type="spellStart"/>
            <w:r w:rsidRPr="00240C29">
              <w:rPr>
                <w:szCs w:val="24"/>
              </w:rPr>
              <w:t>sfecla</w:t>
            </w:r>
            <w:proofErr w:type="spellEnd"/>
          </w:p>
        </w:tc>
        <w:tc>
          <w:tcPr>
            <w:tcW w:w="1701" w:type="dxa"/>
            <w:tcMar>
              <w:top w:w="80" w:type="dxa"/>
              <w:left w:w="90" w:type="dxa"/>
              <w:bottom w:w="80" w:type="dxa"/>
              <w:right w:w="90" w:type="dxa"/>
            </w:tcMar>
            <w:vAlign w:val="center"/>
          </w:tcPr>
          <w:p w14:paraId="79370B6D" w14:textId="77777777" w:rsidR="00F678CC" w:rsidRPr="00240C29" w:rsidRDefault="00F678CC" w:rsidP="00EA4E43">
            <w:pPr>
              <w:ind w:firstLine="0"/>
              <w:jc w:val="center"/>
              <w:rPr>
                <w:szCs w:val="24"/>
              </w:rPr>
            </w:pPr>
            <w:r w:rsidRPr="00240C29">
              <w:rPr>
                <w:szCs w:val="24"/>
              </w:rPr>
              <w:t>150 gr</w:t>
            </w:r>
          </w:p>
        </w:tc>
      </w:tr>
      <w:tr w:rsidR="00F678CC" w:rsidRPr="00240C29" w14:paraId="464CD3F5" w14:textId="77777777">
        <w:trPr>
          <w:jc w:val="center"/>
        </w:trPr>
        <w:tc>
          <w:tcPr>
            <w:tcW w:w="850" w:type="dxa"/>
            <w:tcMar>
              <w:top w:w="80" w:type="dxa"/>
              <w:left w:w="90" w:type="dxa"/>
              <w:bottom w:w="80" w:type="dxa"/>
              <w:right w:w="90" w:type="dxa"/>
            </w:tcMar>
            <w:vAlign w:val="center"/>
          </w:tcPr>
          <w:p w14:paraId="52CDF965"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42E57E58" w14:textId="77777777" w:rsidR="00F678CC" w:rsidRPr="00240C29" w:rsidRDefault="00F678CC" w:rsidP="00EA4E43">
            <w:pPr>
              <w:ind w:firstLine="0"/>
              <w:rPr>
                <w:szCs w:val="24"/>
              </w:rPr>
            </w:pPr>
            <w:r w:rsidRPr="00240C29">
              <w:rPr>
                <w:szCs w:val="24"/>
              </w:rPr>
              <w:t xml:space="preserve">Salata de </w:t>
            </w:r>
            <w:proofErr w:type="spellStart"/>
            <w:r w:rsidRPr="00240C29">
              <w:rPr>
                <w:szCs w:val="24"/>
              </w:rPr>
              <w:t>varza</w:t>
            </w:r>
            <w:proofErr w:type="spellEnd"/>
            <w:r w:rsidRPr="00240C29">
              <w:rPr>
                <w:szCs w:val="24"/>
              </w:rPr>
              <w:t xml:space="preserve"> alba </w:t>
            </w:r>
            <w:proofErr w:type="spellStart"/>
            <w:r w:rsidRPr="00240C29">
              <w:rPr>
                <w:szCs w:val="24"/>
              </w:rPr>
              <w:t>proaspata</w:t>
            </w:r>
            <w:proofErr w:type="spellEnd"/>
          </w:p>
        </w:tc>
        <w:tc>
          <w:tcPr>
            <w:tcW w:w="1701" w:type="dxa"/>
            <w:tcMar>
              <w:top w:w="80" w:type="dxa"/>
              <w:left w:w="90" w:type="dxa"/>
              <w:bottom w:w="80" w:type="dxa"/>
              <w:right w:w="90" w:type="dxa"/>
            </w:tcMar>
            <w:vAlign w:val="center"/>
          </w:tcPr>
          <w:p w14:paraId="792CC9F6" w14:textId="77777777" w:rsidR="00F678CC" w:rsidRPr="00240C29" w:rsidRDefault="00F678CC" w:rsidP="00EA4E43">
            <w:pPr>
              <w:ind w:firstLine="0"/>
              <w:jc w:val="center"/>
              <w:rPr>
                <w:szCs w:val="24"/>
              </w:rPr>
            </w:pPr>
            <w:r w:rsidRPr="00240C29">
              <w:rPr>
                <w:szCs w:val="24"/>
              </w:rPr>
              <w:t>150 gr</w:t>
            </w:r>
          </w:p>
        </w:tc>
      </w:tr>
      <w:tr w:rsidR="00F678CC" w:rsidRPr="00240C29" w14:paraId="32FDF8F1" w14:textId="77777777">
        <w:trPr>
          <w:jc w:val="center"/>
        </w:trPr>
        <w:tc>
          <w:tcPr>
            <w:tcW w:w="850" w:type="dxa"/>
            <w:tcMar>
              <w:top w:w="80" w:type="dxa"/>
              <w:left w:w="90" w:type="dxa"/>
              <w:bottom w:w="80" w:type="dxa"/>
              <w:right w:w="90" w:type="dxa"/>
            </w:tcMar>
            <w:vAlign w:val="center"/>
          </w:tcPr>
          <w:p w14:paraId="0C6C45EF"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0C392D4" w14:textId="77777777" w:rsidR="00F678CC" w:rsidRPr="00240C29" w:rsidRDefault="00F678CC" w:rsidP="00EA4E43">
            <w:pPr>
              <w:ind w:firstLine="0"/>
              <w:rPr>
                <w:szCs w:val="24"/>
              </w:rPr>
            </w:pPr>
            <w:r w:rsidRPr="00240C29">
              <w:rPr>
                <w:szCs w:val="24"/>
              </w:rPr>
              <w:t xml:space="preserve">Salata de </w:t>
            </w:r>
            <w:proofErr w:type="spellStart"/>
            <w:r w:rsidRPr="00240C29">
              <w:rPr>
                <w:szCs w:val="24"/>
              </w:rPr>
              <w:t>varza</w:t>
            </w:r>
            <w:proofErr w:type="spellEnd"/>
            <w:r w:rsidRPr="00240C29">
              <w:rPr>
                <w:szCs w:val="24"/>
              </w:rPr>
              <w:t xml:space="preserve"> </w:t>
            </w:r>
            <w:proofErr w:type="spellStart"/>
            <w:r w:rsidRPr="00240C29">
              <w:rPr>
                <w:szCs w:val="24"/>
              </w:rPr>
              <w:t>rosie</w:t>
            </w:r>
            <w:proofErr w:type="spellEnd"/>
          </w:p>
        </w:tc>
        <w:tc>
          <w:tcPr>
            <w:tcW w:w="1701" w:type="dxa"/>
            <w:tcMar>
              <w:top w:w="80" w:type="dxa"/>
              <w:left w:w="90" w:type="dxa"/>
              <w:bottom w:w="80" w:type="dxa"/>
              <w:right w:w="90" w:type="dxa"/>
            </w:tcMar>
            <w:vAlign w:val="center"/>
          </w:tcPr>
          <w:p w14:paraId="59E4A0E9" w14:textId="77777777" w:rsidR="00F678CC" w:rsidRPr="00240C29" w:rsidRDefault="00F678CC" w:rsidP="00EA4E43">
            <w:pPr>
              <w:ind w:firstLine="0"/>
              <w:jc w:val="center"/>
              <w:rPr>
                <w:szCs w:val="24"/>
              </w:rPr>
            </w:pPr>
            <w:r w:rsidRPr="00240C29">
              <w:rPr>
                <w:szCs w:val="24"/>
              </w:rPr>
              <w:t>150 gr</w:t>
            </w:r>
          </w:p>
        </w:tc>
      </w:tr>
      <w:tr w:rsidR="00F678CC" w:rsidRPr="00240C29" w14:paraId="678F67AA" w14:textId="77777777">
        <w:trPr>
          <w:jc w:val="center"/>
        </w:trPr>
        <w:tc>
          <w:tcPr>
            <w:tcW w:w="850" w:type="dxa"/>
            <w:tcMar>
              <w:top w:w="80" w:type="dxa"/>
              <w:left w:w="90" w:type="dxa"/>
              <w:bottom w:w="80" w:type="dxa"/>
              <w:right w:w="90" w:type="dxa"/>
            </w:tcMar>
            <w:vAlign w:val="center"/>
          </w:tcPr>
          <w:p w14:paraId="5443F769"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4E776A62" w14:textId="77777777" w:rsidR="00F678CC" w:rsidRPr="00240C29" w:rsidRDefault="00F678CC" w:rsidP="00EA4E43">
            <w:pPr>
              <w:ind w:firstLine="0"/>
              <w:rPr>
                <w:szCs w:val="24"/>
              </w:rPr>
            </w:pPr>
            <w:r w:rsidRPr="00240C29">
              <w:rPr>
                <w:szCs w:val="24"/>
              </w:rPr>
              <w:t xml:space="preserve">Salata </w:t>
            </w:r>
            <w:proofErr w:type="spellStart"/>
            <w:r w:rsidRPr="00240C29">
              <w:rPr>
                <w:szCs w:val="24"/>
              </w:rPr>
              <w:t>verde</w:t>
            </w:r>
            <w:proofErr w:type="spellEnd"/>
          </w:p>
        </w:tc>
        <w:tc>
          <w:tcPr>
            <w:tcW w:w="1701" w:type="dxa"/>
            <w:tcMar>
              <w:top w:w="80" w:type="dxa"/>
              <w:left w:w="90" w:type="dxa"/>
              <w:bottom w:w="80" w:type="dxa"/>
              <w:right w:w="90" w:type="dxa"/>
            </w:tcMar>
            <w:vAlign w:val="center"/>
          </w:tcPr>
          <w:p w14:paraId="56391960" w14:textId="77777777" w:rsidR="00F678CC" w:rsidRPr="00240C29" w:rsidRDefault="00F678CC" w:rsidP="00EA4E43">
            <w:pPr>
              <w:ind w:firstLine="0"/>
              <w:jc w:val="center"/>
              <w:rPr>
                <w:szCs w:val="24"/>
              </w:rPr>
            </w:pPr>
            <w:r w:rsidRPr="00240C29">
              <w:rPr>
                <w:szCs w:val="24"/>
              </w:rPr>
              <w:t>150 gr</w:t>
            </w:r>
          </w:p>
        </w:tc>
      </w:tr>
      <w:tr w:rsidR="00F678CC" w:rsidRPr="00240C29" w14:paraId="26AD2538" w14:textId="77777777">
        <w:trPr>
          <w:jc w:val="center"/>
        </w:trPr>
        <w:tc>
          <w:tcPr>
            <w:tcW w:w="850" w:type="dxa"/>
            <w:tcMar>
              <w:top w:w="80" w:type="dxa"/>
              <w:left w:w="90" w:type="dxa"/>
              <w:bottom w:w="80" w:type="dxa"/>
              <w:right w:w="90" w:type="dxa"/>
            </w:tcMar>
            <w:vAlign w:val="center"/>
          </w:tcPr>
          <w:p w14:paraId="0388E544"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35D00286" w14:textId="77777777" w:rsidR="00F678CC" w:rsidRPr="00240C29" w:rsidRDefault="00F678CC" w:rsidP="00EA4E43">
            <w:pPr>
              <w:ind w:firstLine="0"/>
              <w:rPr>
                <w:szCs w:val="24"/>
              </w:rPr>
            </w:pPr>
            <w:r w:rsidRPr="00240C29">
              <w:rPr>
                <w:szCs w:val="24"/>
              </w:rPr>
              <w:t xml:space="preserve">Salata de </w:t>
            </w:r>
            <w:proofErr w:type="spellStart"/>
            <w:r w:rsidRPr="00240C29">
              <w:rPr>
                <w:szCs w:val="24"/>
              </w:rPr>
              <w:t>vinete</w:t>
            </w:r>
            <w:proofErr w:type="spellEnd"/>
          </w:p>
        </w:tc>
        <w:tc>
          <w:tcPr>
            <w:tcW w:w="1701" w:type="dxa"/>
            <w:tcMar>
              <w:top w:w="80" w:type="dxa"/>
              <w:left w:w="90" w:type="dxa"/>
              <w:bottom w:w="80" w:type="dxa"/>
              <w:right w:w="90" w:type="dxa"/>
            </w:tcMar>
            <w:vAlign w:val="center"/>
          </w:tcPr>
          <w:p w14:paraId="07FD9797" w14:textId="77777777" w:rsidR="00F678CC" w:rsidRPr="00240C29" w:rsidRDefault="00F678CC" w:rsidP="00EA4E43">
            <w:pPr>
              <w:ind w:firstLine="0"/>
              <w:jc w:val="center"/>
              <w:rPr>
                <w:szCs w:val="24"/>
              </w:rPr>
            </w:pPr>
            <w:r w:rsidRPr="00240C29">
              <w:rPr>
                <w:szCs w:val="24"/>
              </w:rPr>
              <w:t>100 gr</w:t>
            </w:r>
          </w:p>
        </w:tc>
      </w:tr>
      <w:tr w:rsidR="00F678CC" w:rsidRPr="00240C29" w14:paraId="70119346" w14:textId="77777777">
        <w:trPr>
          <w:jc w:val="center"/>
        </w:trPr>
        <w:tc>
          <w:tcPr>
            <w:tcW w:w="850" w:type="dxa"/>
            <w:tcMar>
              <w:top w:w="80" w:type="dxa"/>
              <w:left w:w="90" w:type="dxa"/>
              <w:bottom w:w="80" w:type="dxa"/>
              <w:right w:w="90" w:type="dxa"/>
            </w:tcMar>
            <w:vAlign w:val="center"/>
          </w:tcPr>
          <w:p w14:paraId="5B799302"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6209A05F" w14:textId="77777777" w:rsidR="00F678CC" w:rsidRPr="00240C29" w:rsidRDefault="00F678CC" w:rsidP="00EA4E43">
            <w:pPr>
              <w:ind w:firstLine="0"/>
              <w:rPr>
                <w:szCs w:val="24"/>
              </w:rPr>
            </w:pPr>
            <w:r w:rsidRPr="00240C29">
              <w:rPr>
                <w:szCs w:val="24"/>
              </w:rPr>
              <w:t>Salata boeuf</w:t>
            </w:r>
          </w:p>
        </w:tc>
        <w:tc>
          <w:tcPr>
            <w:tcW w:w="1701" w:type="dxa"/>
            <w:tcMar>
              <w:top w:w="80" w:type="dxa"/>
              <w:left w:w="90" w:type="dxa"/>
              <w:bottom w:w="80" w:type="dxa"/>
              <w:right w:w="90" w:type="dxa"/>
            </w:tcMar>
            <w:vAlign w:val="center"/>
          </w:tcPr>
          <w:p w14:paraId="265A44E4" w14:textId="77777777" w:rsidR="00F678CC" w:rsidRPr="00240C29" w:rsidRDefault="00F678CC" w:rsidP="00EA4E43">
            <w:pPr>
              <w:ind w:firstLine="0"/>
              <w:jc w:val="center"/>
              <w:rPr>
                <w:szCs w:val="24"/>
              </w:rPr>
            </w:pPr>
            <w:r w:rsidRPr="00240C29">
              <w:rPr>
                <w:szCs w:val="24"/>
              </w:rPr>
              <w:t>200 gr</w:t>
            </w:r>
          </w:p>
        </w:tc>
      </w:tr>
      <w:tr w:rsidR="00F678CC" w:rsidRPr="00240C29" w14:paraId="35BE5BF0" w14:textId="77777777">
        <w:trPr>
          <w:jc w:val="center"/>
        </w:trPr>
        <w:tc>
          <w:tcPr>
            <w:tcW w:w="850" w:type="dxa"/>
            <w:tcMar>
              <w:top w:w="80" w:type="dxa"/>
              <w:left w:w="90" w:type="dxa"/>
              <w:bottom w:w="80" w:type="dxa"/>
              <w:right w:w="90" w:type="dxa"/>
            </w:tcMar>
            <w:vAlign w:val="center"/>
          </w:tcPr>
          <w:p w14:paraId="6D4BEA53" w14:textId="77777777" w:rsidR="00F678CC" w:rsidRPr="00240C29" w:rsidRDefault="00F678CC" w:rsidP="00EA4E43">
            <w:pPr>
              <w:ind w:firstLine="0"/>
              <w:jc w:val="center"/>
              <w:rPr>
                <w:szCs w:val="24"/>
              </w:rPr>
            </w:pPr>
            <w:r w:rsidRPr="00240C29">
              <w:rPr>
                <w:szCs w:val="24"/>
              </w:rPr>
              <w:lastRenderedPageBreak/>
              <w:t>9</w:t>
            </w:r>
          </w:p>
        </w:tc>
        <w:tc>
          <w:tcPr>
            <w:tcW w:w="7087" w:type="dxa"/>
            <w:tcMar>
              <w:top w:w="80" w:type="dxa"/>
              <w:left w:w="90" w:type="dxa"/>
              <w:bottom w:w="80" w:type="dxa"/>
              <w:right w:w="90" w:type="dxa"/>
            </w:tcMar>
            <w:vAlign w:val="center"/>
          </w:tcPr>
          <w:p w14:paraId="146962C6" w14:textId="77777777" w:rsidR="00F678CC" w:rsidRPr="00240C29" w:rsidRDefault="00F678CC" w:rsidP="00EA4E43">
            <w:pPr>
              <w:ind w:firstLine="0"/>
              <w:rPr>
                <w:szCs w:val="24"/>
              </w:rPr>
            </w:pPr>
            <w:r w:rsidRPr="00240C29">
              <w:rPr>
                <w:szCs w:val="24"/>
              </w:rPr>
              <w:t xml:space="preserve">Salata de </w:t>
            </w:r>
            <w:proofErr w:type="spellStart"/>
            <w:r w:rsidRPr="00240C29">
              <w:rPr>
                <w:szCs w:val="24"/>
              </w:rPr>
              <w:t>ardei</w:t>
            </w:r>
            <w:proofErr w:type="spellEnd"/>
            <w:r w:rsidRPr="00240C29">
              <w:rPr>
                <w:szCs w:val="24"/>
              </w:rPr>
              <w:t xml:space="preserve"> </w:t>
            </w:r>
            <w:proofErr w:type="spellStart"/>
            <w:r w:rsidRPr="00240C29">
              <w:rPr>
                <w:szCs w:val="24"/>
              </w:rPr>
              <w:t>copt</w:t>
            </w:r>
            <w:proofErr w:type="spellEnd"/>
          </w:p>
        </w:tc>
        <w:tc>
          <w:tcPr>
            <w:tcW w:w="1701" w:type="dxa"/>
            <w:tcMar>
              <w:top w:w="80" w:type="dxa"/>
              <w:left w:w="90" w:type="dxa"/>
              <w:bottom w:w="80" w:type="dxa"/>
              <w:right w:w="90" w:type="dxa"/>
            </w:tcMar>
            <w:vAlign w:val="center"/>
          </w:tcPr>
          <w:p w14:paraId="29FEF9B5" w14:textId="77777777" w:rsidR="00F678CC" w:rsidRPr="00240C29" w:rsidRDefault="00F678CC" w:rsidP="00EA4E43">
            <w:pPr>
              <w:ind w:firstLine="0"/>
              <w:jc w:val="center"/>
              <w:rPr>
                <w:szCs w:val="24"/>
              </w:rPr>
            </w:pPr>
            <w:r w:rsidRPr="00240C29">
              <w:rPr>
                <w:szCs w:val="24"/>
              </w:rPr>
              <w:t>100 gr</w:t>
            </w:r>
          </w:p>
        </w:tc>
      </w:tr>
    </w:tbl>
    <w:p w14:paraId="62D9CF17" w14:textId="77777777" w:rsidR="00F678CC" w:rsidRPr="00240C29" w:rsidRDefault="00F678CC" w:rsidP="00EA4E43">
      <w:pPr>
        <w:ind w:firstLine="0"/>
        <w:rPr>
          <w:szCs w:val="24"/>
        </w:rPr>
      </w:pPr>
    </w:p>
    <w:p w14:paraId="58EA9B71" w14:textId="77777777" w:rsidR="00F678CC" w:rsidRPr="00240C29" w:rsidRDefault="00F678CC" w:rsidP="00EA4E43">
      <w:pPr>
        <w:ind w:firstLine="0"/>
        <w:rPr>
          <w:szCs w:val="24"/>
        </w:rPr>
      </w:pPr>
      <w:r w:rsidRPr="00240C29">
        <w:rPr>
          <w:b/>
          <w:szCs w:val="24"/>
        </w:rPr>
        <w:t>DULCIURI DE BUCATARIE SI PRODUSE DE PATISERIE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03106EA2" w14:textId="77777777">
        <w:trPr>
          <w:tblHeader/>
          <w:jc w:val="center"/>
        </w:trPr>
        <w:tc>
          <w:tcPr>
            <w:tcW w:w="850" w:type="dxa"/>
            <w:shd w:val="clear" w:color="auto" w:fill="D9D9D9"/>
            <w:tcMar>
              <w:top w:w="80" w:type="dxa"/>
              <w:left w:w="90" w:type="dxa"/>
              <w:bottom w:w="80" w:type="dxa"/>
              <w:right w:w="90" w:type="dxa"/>
            </w:tcMar>
            <w:vAlign w:val="center"/>
          </w:tcPr>
          <w:p w14:paraId="3B5A2215"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0BDA45EA"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4FB8E405"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5F79D4F2" w14:textId="77777777">
        <w:trPr>
          <w:jc w:val="center"/>
        </w:trPr>
        <w:tc>
          <w:tcPr>
            <w:tcW w:w="850" w:type="dxa"/>
            <w:tcMar>
              <w:top w:w="80" w:type="dxa"/>
              <w:left w:w="90" w:type="dxa"/>
              <w:bottom w:w="80" w:type="dxa"/>
              <w:right w:w="90" w:type="dxa"/>
            </w:tcMar>
            <w:vAlign w:val="center"/>
          </w:tcPr>
          <w:p w14:paraId="2870F606"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109B0E5D" w14:textId="77777777" w:rsidR="00F678CC" w:rsidRPr="00240C29" w:rsidRDefault="00F678CC" w:rsidP="00EA4E43">
            <w:pPr>
              <w:ind w:firstLine="0"/>
              <w:rPr>
                <w:szCs w:val="24"/>
              </w:rPr>
            </w:pPr>
            <w:proofErr w:type="spellStart"/>
            <w:r w:rsidRPr="00240C29">
              <w:rPr>
                <w:szCs w:val="24"/>
              </w:rPr>
              <w:t>Budinca</w:t>
            </w:r>
            <w:proofErr w:type="spellEnd"/>
            <w:r w:rsidRPr="00240C29">
              <w:rPr>
                <w:szCs w:val="24"/>
              </w:rPr>
              <w:t xml:space="preserve"> a la Cina</w:t>
            </w:r>
          </w:p>
        </w:tc>
        <w:tc>
          <w:tcPr>
            <w:tcW w:w="1701" w:type="dxa"/>
            <w:tcMar>
              <w:top w:w="80" w:type="dxa"/>
              <w:left w:w="90" w:type="dxa"/>
              <w:bottom w:w="80" w:type="dxa"/>
              <w:right w:w="90" w:type="dxa"/>
            </w:tcMar>
            <w:vAlign w:val="center"/>
          </w:tcPr>
          <w:p w14:paraId="2782C986" w14:textId="77777777" w:rsidR="00F678CC" w:rsidRPr="00240C29" w:rsidRDefault="00F678CC" w:rsidP="00EA4E43">
            <w:pPr>
              <w:ind w:firstLine="0"/>
              <w:jc w:val="center"/>
              <w:rPr>
                <w:szCs w:val="24"/>
              </w:rPr>
            </w:pPr>
            <w:r w:rsidRPr="00240C29">
              <w:rPr>
                <w:szCs w:val="24"/>
              </w:rPr>
              <w:t>250 gr</w:t>
            </w:r>
          </w:p>
        </w:tc>
      </w:tr>
      <w:tr w:rsidR="00F678CC" w:rsidRPr="00240C29" w14:paraId="3EA762BB" w14:textId="77777777">
        <w:trPr>
          <w:jc w:val="center"/>
        </w:trPr>
        <w:tc>
          <w:tcPr>
            <w:tcW w:w="850" w:type="dxa"/>
            <w:tcMar>
              <w:top w:w="80" w:type="dxa"/>
              <w:left w:w="90" w:type="dxa"/>
              <w:bottom w:w="80" w:type="dxa"/>
              <w:right w:w="90" w:type="dxa"/>
            </w:tcMar>
            <w:vAlign w:val="center"/>
          </w:tcPr>
          <w:p w14:paraId="5FEB3BC0"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5E602DE8" w14:textId="77777777" w:rsidR="00F678CC" w:rsidRPr="00240C29" w:rsidRDefault="00F678CC" w:rsidP="00EA4E43">
            <w:pPr>
              <w:ind w:firstLine="0"/>
              <w:rPr>
                <w:szCs w:val="24"/>
              </w:rPr>
            </w:pPr>
            <w:proofErr w:type="spellStart"/>
            <w:r w:rsidRPr="00240C29">
              <w:rPr>
                <w:szCs w:val="24"/>
              </w:rPr>
              <w:t>Budinca</w:t>
            </w:r>
            <w:proofErr w:type="spellEnd"/>
            <w:r w:rsidRPr="00240C29">
              <w:rPr>
                <w:szCs w:val="24"/>
              </w:rPr>
              <w:t xml:space="preserve"> de </w:t>
            </w:r>
            <w:proofErr w:type="spellStart"/>
            <w:r w:rsidRPr="00240C29">
              <w:rPr>
                <w:szCs w:val="24"/>
              </w:rPr>
              <w:t>macaroane</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2ACE1279" w14:textId="77777777" w:rsidR="00F678CC" w:rsidRPr="00240C29" w:rsidRDefault="00F678CC" w:rsidP="00EA4E43">
            <w:pPr>
              <w:ind w:firstLine="0"/>
              <w:jc w:val="center"/>
              <w:rPr>
                <w:szCs w:val="24"/>
              </w:rPr>
            </w:pPr>
            <w:r w:rsidRPr="00240C29">
              <w:rPr>
                <w:szCs w:val="24"/>
              </w:rPr>
              <w:t>250 gr</w:t>
            </w:r>
          </w:p>
        </w:tc>
      </w:tr>
      <w:tr w:rsidR="00F678CC" w:rsidRPr="00240C29" w14:paraId="4F63E58E" w14:textId="77777777">
        <w:trPr>
          <w:jc w:val="center"/>
        </w:trPr>
        <w:tc>
          <w:tcPr>
            <w:tcW w:w="850" w:type="dxa"/>
            <w:tcMar>
              <w:top w:w="80" w:type="dxa"/>
              <w:left w:w="90" w:type="dxa"/>
              <w:bottom w:w="80" w:type="dxa"/>
              <w:right w:w="90" w:type="dxa"/>
            </w:tcMar>
            <w:vAlign w:val="center"/>
          </w:tcPr>
          <w:p w14:paraId="3683714E"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6B9EA137" w14:textId="559D58D5" w:rsidR="00F678CC" w:rsidRPr="00240C29" w:rsidRDefault="00F678CC" w:rsidP="00EA4E43">
            <w:pPr>
              <w:ind w:firstLine="0"/>
              <w:rPr>
                <w:szCs w:val="24"/>
              </w:rPr>
            </w:pPr>
            <w:proofErr w:type="spellStart"/>
            <w:r w:rsidRPr="00240C29">
              <w:rPr>
                <w:szCs w:val="24"/>
              </w:rPr>
              <w:t>Budinca</w:t>
            </w:r>
            <w:proofErr w:type="spellEnd"/>
            <w:r w:rsidRPr="00240C29">
              <w:rPr>
                <w:szCs w:val="24"/>
              </w:rPr>
              <w:t xml:space="preserve"> de mere</w:t>
            </w:r>
            <w:r w:rsidR="00FD4BD3" w:rsidRPr="00FD4BD3">
              <w:rPr>
                <w:szCs w:val="24"/>
              </w:rPr>
              <w:t xml:space="preserve">/ de gris/ de </w:t>
            </w:r>
            <w:proofErr w:type="spellStart"/>
            <w:r w:rsidR="00FD4BD3" w:rsidRPr="00FD4BD3">
              <w:rPr>
                <w:szCs w:val="24"/>
              </w:rPr>
              <w:t>orez</w:t>
            </w:r>
            <w:proofErr w:type="spellEnd"/>
          </w:p>
        </w:tc>
        <w:tc>
          <w:tcPr>
            <w:tcW w:w="1701" w:type="dxa"/>
            <w:tcMar>
              <w:top w:w="80" w:type="dxa"/>
              <w:left w:w="90" w:type="dxa"/>
              <w:bottom w:w="80" w:type="dxa"/>
              <w:right w:w="90" w:type="dxa"/>
            </w:tcMar>
            <w:vAlign w:val="center"/>
          </w:tcPr>
          <w:p w14:paraId="3F9B99B1" w14:textId="77777777" w:rsidR="00F678CC" w:rsidRPr="00240C29" w:rsidRDefault="00F678CC" w:rsidP="00EA4E43">
            <w:pPr>
              <w:ind w:firstLine="0"/>
              <w:jc w:val="center"/>
              <w:rPr>
                <w:szCs w:val="24"/>
              </w:rPr>
            </w:pPr>
            <w:r w:rsidRPr="00240C29">
              <w:rPr>
                <w:szCs w:val="24"/>
              </w:rPr>
              <w:t>240 gr</w:t>
            </w:r>
          </w:p>
        </w:tc>
      </w:tr>
      <w:tr w:rsidR="00F678CC" w:rsidRPr="00240C29" w14:paraId="5C61F056" w14:textId="77777777">
        <w:trPr>
          <w:jc w:val="center"/>
        </w:trPr>
        <w:tc>
          <w:tcPr>
            <w:tcW w:w="850" w:type="dxa"/>
            <w:tcMar>
              <w:top w:w="80" w:type="dxa"/>
              <w:left w:w="90" w:type="dxa"/>
              <w:bottom w:w="80" w:type="dxa"/>
              <w:right w:w="90" w:type="dxa"/>
            </w:tcMar>
            <w:vAlign w:val="center"/>
          </w:tcPr>
          <w:p w14:paraId="466A52A6"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7F190E1" w14:textId="77777777" w:rsidR="00F678CC" w:rsidRPr="00240C29" w:rsidRDefault="00F678CC" w:rsidP="00EA4E43">
            <w:pPr>
              <w:ind w:firstLine="0"/>
              <w:rPr>
                <w:szCs w:val="24"/>
              </w:rPr>
            </w:pPr>
            <w:proofErr w:type="spellStart"/>
            <w:r w:rsidRPr="00240C29">
              <w:rPr>
                <w:szCs w:val="24"/>
              </w:rPr>
              <w:t>Clatite</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094FFB22" w14:textId="77777777" w:rsidR="00F678CC" w:rsidRPr="00240C29" w:rsidRDefault="00F678CC" w:rsidP="00EA4E43">
            <w:pPr>
              <w:ind w:firstLine="0"/>
              <w:jc w:val="center"/>
              <w:rPr>
                <w:szCs w:val="24"/>
              </w:rPr>
            </w:pPr>
            <w:r w:rsidRPr="00240C29">
              <w:rPr>
                <w:szCs w:val="24"/>
              </w:rPr>
              <w:t>250 gr</w:t>
            </w:r>
          </w:p>
        </w:tc>
      </w:tr>
      <w:tr w:rsidR="00F678CC" w:rsidRPr="00240C29" w14:paraId="7CC79A1D" w14:textId="77777777">
        <w:trPr>
          <w:jc w:val="center"/>
        </w:trPr>
        <w:tc>
          <w:tcPr>
            <w:tcW w:w="850" w:type="dxa"/>
            <w:tcMar>
              <w:top w:w="80" w:type="dxa"/>
              <w:left w:w="90" w:type="dxa"/>
              <w:bottom w:w="80" w:type="dxa"/>
              <w:right w:w="90" w:type="dxa"/>
            </w:tcMar>
            <w:vAlign w:val="center"/>
          </w:tcPr>
          <w:p w14:paraId="344DFACB"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2E9B18A3" w14:textId="77777777" w:rsidR="00F678CC" w:rsidRPr="00240C29" w:rsidRDefault="00F678CC" w:rsidP="00EA4E43">
            <w:pPr>
              <w:ind w:firstLine="0"/>
              <w:rPr>
                <w:szCs w:val="24"/>
              </w:rPr>
            </w:pPr>
            <w:proofErr w:type="spellStart"/>
            <w:r w:rsidRPr="00240C29">
              <w:rPr>
                <w:szCs w:val="24"/>
              </w:rPr>
              <w:t>Compot</w:t>
            </w:r>
            <w:proofErr w:type="spellEnd"/>
            <w:r w:rsidRPr="00240C29">
              <w:rPr>
                <w:szCs w:val="24"/>
              </w:rPr>
              <w:t xml:space="preserve"> de mere </w:t>
            </w:r>
            <w:proofErr w:type="spellStart"/>
            <w:r w:rsidRPr="00240C29">
              <w:rPr>
                <w:szCs w:val="24"/>
              </w:rPr>
              <w:t>sau</w:t>
            </w:r>
            <w:proofErr w:type="spellEnd"/>
            <w:r w:rsidRPr="00240C29">
              <w:rPr>
                <w:szCs w:val="24"/>
              </w:rPr>
              <w:t xml:space="preserve"> </w:t>
            </w:r>
            <w:proofErr w:type="spellStart"/>
            <w:r w:rsidRPr="00240C29">
              <w:rPr>
                <w:szCs w:val="24"/>
              </w:rPr>
              <w:t>pere</w:t>
            </w:r>
            <w:proofErr w:type="spellEnd"/>
          </w:p>
        </w:tc>
        <w:tc>
          <w:tcPr>
            <w:tcW w:w="1701" w:type="dxa"/>
            <w:tcMar>
              <w:top w:w="80" w:type="dxa"/>
              <w:left w:w="90" w:type="dxa"/>
              <w:bottom w:w="80" w:type="dxa"/>
              <w:right w:w="90" w:type="dxa"/>
            </w:tcMar>
            <w:vAlign w:val="center"/>
          </w:tcPr>
          <w:p w14:paraId="0F0CE55B" w14:textId="77777777" w:rsidR="00F678CC" w:rsidRPr="00240C29" w:rsidRDefault="00F678CC" w:rsidP="00EA4E43">
            <w:pPr>
              <w:ind w:firstLine="0"/>
              <w:jc w:val="center"/>
              <w:rPr>
                <w:szCs w:val="24"/>
              </w:rPr>
            </w:pPr>
            <w:r w:rsidRPr="00240C29">
              <w:rPr>
                <w:szCs w:val="24"/>
              </w:rPr>
              <w:t>250 gr</w:t>
            </w:r>
          </w:p>
        </w:tc>
      </w:tr>
      <w:tr w:rsidR="00F678CC" w:rsidRPr="00240C29" w14:paraId="1CBF8BD7" w14:textId="77777777">
        <w:trPr>
          <w:jc w:val="center"/>
        </w:trPr>
        <w:tc>
          <w:tcPr>
            <w:tcW w:w="850" w:type="dxa"/>
            <w:tcMar>
              <w:top w:w="80" w:type="dxa"/>
              <w:left w:w="90" w:type="dxa"/>
              <w:bottom w:w="80" w:type="dxa"/>
              <w:right w:w="90" w:type="dxa"/>
            </w:tcMar>
            <w:vAlign w:val="center"/>
          </w:tcPr>
          <w:p w14:paraId="1070445F"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3DFBB17A" w14:textId="77777777" w:rsidR="00F678CC" w:rsidRPr="00240C29" w:rsidRDefault="00F678CC" w:rsidP="00EA4E43">
            <w:pPr>
              <w:ind w:firstLine="0"/>
              <w:rPr>
                <w:szCs w:val="24"/>
              </w:rPr>
            </w:pPr>
            <w:proofErr w:type="spellStart"/>
            <w:r w:rsidRPr="00240C29">
              <w:rPr>
                <w:szCs w:val="24"/>
              </w:rPr>
              <w:t>Langosi</w:t>
            </w:r>
            <w:proofErr w:type="spellEnd"/>
            <w:r w:rsidRPr="00240C29">
              <w:rPr>
                <w:szCs w:val="24"/>
              </w:rPr>
              <w:t xml:space="preserve"> a la Cluj</w:t>
            </w:r>
          </w:p>
        </w:tc>
        <w:tc>
          <w:tcPr>
            <w:tcW w:w="1701" w:type="dxa"/>
            <w:tcMar>
              <w:top w:w="80" w:type="dxa"/>
              <w:left w:w="90" w:type="dxa"/>
              <w:bottom w:w="80" w:type="dxa"/>
              <w:right w:w="90" w:type="dxa"/>
            </w:tcMar>
            <w:vAlign w:val="center"/>
          </w:tcPr>
          <w:p w14:paraId="7BD45B4D" w14:textId="77777777" w:rsidR="00F678CC" w:rsidRPr="00240C29" w:rsidRDefault="00F678CC" w:rsidP="00EA4E43">
            <w:pPr>
              <w:ind w:firstLine="0"/>
              <w:jc w:val="center"/>
              <w:rPr>
                <w:szCs w:val="24"/>
              </w:rPr>
            </w:pPr>
            <w:r w:rsidRPr="00240C29">
              <w:rPr>
                <w:szCs w:val="24"/>
              </w:rPr>
              <w:t>60 gr</w:t>
            </w:r>
          </w:p>
        </w:tc>
      </w:tr>
      <w:tr w:rsidR="00F678CC" w:rsidRPr="00240C29" w14:paraId="0AF807F6" w14:textId="77777777">
        <w:trPr>
          <w:jc w:val="center"/>
        </w:trPr>
        <w:tc>
          <w:tcPr>
            <w:tcW w:w="850" w:type="dxa"/>
            <w:tcMar>
              <w:top w:w="80" w:type="dxa"/>
              <w:left w:w="90" w:type="dxa"/>
              <w:bottom w:w="80" w:type="dxa"/>
              <w:right w:w="90" w:type="dxa"/>
            </w:tcMar>
            <w:vAlign w:val="center"/>
          </w:tcPr>
          <w:p w14:paraId="7B647C1C"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58FA498A" w14:textId="77777777" w:rsidR="00F678CC" w:rsidRPr="00240C29" w:rsidRDefault="00F678CC" w:rsidP="00EA4E43">
            <w:pPr>
              <w:ind w:firstLine="0"/>
              <w:rPr>
                <w:szCs w:val="24"/>
              </w:rPr>
            </w:pPr>
            <w:proofErr w:type="spellStart"/>
            <w:r w:rsidRPr="00240C29">
              <w:rPr>
                <w:szCs w:val="24"/>
              </w:rPr>
              <w:t>Coltunasi</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14E40748" w14:textId="77777777" w:rsidR="00F678CC" w:rsidRPr="00240C29" w:rsidRDefault="00F678CC" w:rsidP="00EA4E43">
            <w:pPr>
              <w:ind w:firstLine="0"/>
              <w:jc w:val="center"/>
              <w:rPr>
                <w:szCs w:val="24"/>
              </w:rPr>
            </w:pPr>
            <w:r w:rsidRPr="00240C29">
              <w:rPr>
                <w:szCs w:val="24"/>
              </w:rPr>
              <w:t>240 gr</w:t>
            </w:r>
          </w:p>
        </w:tc>
      </w:tr>
      <w:tr w:rsidR="00F678CC" w:rsidRPr="00240C29" w14:paraId="39E4F6A3" w14:textId="77777777">
        <w:trPr>
          <w:jc w:val="center"/>
        </w:trPr>
        <w:tc>
          <w:tcPr>
            <w:tcW w:w="850" w:type="dxa"/>
            <w:tcMar>
              <w:top w:w="80" w:type="dxa"/>
              <w:left w:w="90" w:type="dxa"/>
              <w:bottom w:w="80" w:type="dxa"/>
              <w:right w:w="90" w:type="dxa"/>
            </w:tcMar>
            <w:vAlign w:val="center"/>
          </w:tcPr>
          <w:p w14:paraId="685621AF"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4B57350E" w14:textId="77777777" w:rsidR="00F678CC" w:rsidRPr="00240C29" w:rsidRDefault="00F678CC" w:rsidP="00EA4E43">
            <w:pPr>
              <w:ind w:firstLine="0"/>
              <w:rPr>
                <w:szCs w:val="24"/>
              </w:rPr>
            </w:pPr>
            <w:proofErr w:type="spellStart"/>
            <w:r w:rsidRPr="00240C29">
              <w:rPr>
                <w:szCs w:val="24"/>
              </w:rPr>
              <w:t>Rulada</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6B9B24F0" w14:textId="77777777" w:rsidR="00F678CC" w:rsidRPr="00240C29" w:rsidRDefault="00F678CC" w:rsidP="00EA4E43">
            <w:pPr>
              <w:ind w:firstLine="0"/>
              <w:jc w:val="center"/>
              <w:rPr>
                <w:szCs w:val="24"/>
              </w:rPr>
            </w:pPr>
            <w:r w:rsidRPr="00240C29">
              <w:rPr>
                <w:szCs w:val="24"/>
              </w:rPr>
              <w:t>100 gr</w:t>
            </w:r>
          </w:p>
        </w:tc>
      </w:tr>
      <w:tr w:rsidR="00F678CC" w:rsidRPr="00240C29" w14:paraId="64F76E88" w14:textId="77777777">
        <w:trPr>
          <w:jc w:val="center"/>
        </w:trPr>
        <w:tc>
          <w:tcPr>
            <w:tcW w:w="850" w:type="dxa"/>
            <w:tcMar>
              <w:top w:w="80" w:type="dxa"/>
              <w:left w:w="90" w:type="dxa"/>
              <w:bottom w:w="80" w:type="dxa"/>
              <w:right w:w="90" w:type="dxa"/>
            </w:tcMar>
            <w:vAlign w:val="center"/>
          </w:tcPr>
          <w:p w14:paraId="1FD690FA"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05847E6C" w14:textId="77777777" w:rsidR="00F678CC" w:rsidRPr="00240C29" w:rsidRDefault="00F678CC" w:rsidP="00EA4E43">
            <w:pPr>
              <w:ind w:firstLine="0"/>
              <w:rPr>
                <w:szCs w:val="24"/>
              </w:rPr>
            </w:pPr>
            <w:proofErr w:type="spellStart"/>
            <w:r w:rsidRPr="00240C29">
              <w:rPr>
                <w:szCs w:val="24"/>
              </w:rPr>
              <w:t>Minciunele</w:t>
            </w:r>
            <w:proofErr w:type="spellEnd"/>
          </w:p>
        </w:tc>
        <w:tc>
          <w:tcPr>
            <w:tcW w:w="1701" w:type="dxa"/>
            <w:tcMar>
              <w:top w:w="80" w:type="dxa"/>
              <w:left w:w="90" w:type="dxa"/>
              <w:bottom w:w="80" w:type="dxa"/>
              <w:right w:w="90" w:type="dxa"/>
            </w:tcMar>
            <w:vAlign w:val="center"/>
          </w:tcPr>
          <w:p w14:paraId="46F2A02B" w14:textId="77777777" w:rsidR="00F678CC" w:rsidRPr="00240C29" w:rsidRDefault="00F678CC" w:rsidP="00EA4E43">
            <w:pPr>
              <w:ind w:firstLine="0"/>
              <w:jc w:val="center"/>
              <w:rPr>
                <w:szCs w:val="24"/>
              </w:rPr>
            </w:pPr>
            <w:r w:rsidRPr="00240C29">
              <w:rPr>
                <w:szCs w:val="24"/>
              </w:rPr>
              <w:t>150 gr</w:t>
            </w:r>
          </w:p>
        </w:tc>
      </w:tr>
      <w:tr w:rsidR="00F678CC" w:rsidRPr="00240C29" w14:paraId="64120229" w14:textId="77777777">
        <w:trPr>
          <w:jc w:val="center"/>
        </w:trPr>
        <w:tc>
          <w:tcPr>
            <w:tcW w:w="850" w:type="dxa"/>
            <w:tcMar>
              <w:top w:w="80" w:type="dxa"/>
              <w:left w:w="90" w:type="dxa"/>
              <w:bottom w:w="80" w:type="dxa"/>
              <w:right w:w="90" w:type="dxa"/>
            </w:tcMar>
            <w:vAlign w:val="center"/>
          </w:tcPr>
          <w:p w14:paraId="03583A3E"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6ABF000A" w14:textId="36D097E1" w:rsidR="00F678CC" w:rsidRPr="00240C29" w:rsidRDefault="00F678CC" w:rsidP="00EA4E43">
            <w:pPr>
              <w:ind w:firstLine="0"/>
              <w:rPr>
                <w:szCs w:val="24"/>
              </w:rPr>
            </w:pPr>
            <w:proofErr w:type="spellStart"/>
            <w:r w:rsidRPr="00240C29">
              <w:rPr>
                <w:szCs w:val="24"/>
              </w:rPr>
              <w:t>Orez</w:t>
            </w:r>
            <w:proofErr w:type="spellEnd"/>
            <w:r w:rsidRPr="00240C29">
              <w:rPr>
                <w:szCs w:val="24"/>
              </w:rPr>
              <w:t xml:space="preserve"> cu </w:t>
            </w:r>
            <w:proofErr w:type="spellStart"/>
            <w:r w:rsidRPr="00240C29">
              <w:rPr>
                <w:szCs w:val="24"/>
              </w:rPr>
              <w:t>lapte</w:t>
            </w:r>
            <w:proofErr w:type="spellEnd"/>
            <w:r w:rsidR="00FD4BD3" w:rsidRPr="00FD4BD3">
              <w:rPr>
                <w:szCs w:val="24"/>
              </w:rPr>
              <w:t xml:space="preserve">/ Paste </w:t>
            </w:r>
            <w:proofErr w:type="spellStart"/>
            <w:r w:rsidR="00FD4BD3" w:rsidRPr="00FD4BD3">
              <w:rPr>
                <w:szCs w:val="24"/>
              </w:rPr>
              <w:t>alfabet</w:t>
            </w:r>
            <w:proofErr w:type="spellEnd"/>
            <w:r w:rsidR="00FD4BD3" w:rsidRPr="00FD4BD3">
              <w:rPr>
                <w:szCs w:val="24"/>
              </w:rPr>
              <w:t xml:space="preserve"> cu </w:t>
            </w:r>
            <w:proofErr w:type="spellStart"/>
            <w:r w:rsidR="00FD4BD3" w:rsidRPr="00FD4BD3">
              <w:rPr>
                <w:szCs w:val="24"/>
              </w:rPr>
              <w:t>lapte</w:t>
            </w:r>
            <w:proofErr w:type="spellEnd"/>
          </w:p>
        </w:tc>
        <w:tc>
          <w:tcPr>
            <w:tcW w:w="1701" w:type="dxa"/>
            <w:tcMar>
              <w:top w:w="80" w:type="dxa"/>
              <w:left w:w="90" w:type="dxa"/>
              <w:bottom w:w="80" w:type="dxa"/>
              <w:right w:w="90" w:type="dxa"/>
            </w:tcMar>
            <w:vAlign w:val="center"/>
          </w:tcPr>
          <w:p w14:paraId="3C715D38" w14:textId="77777777" w:rsidR="00F678CC" w:rsidRPr="00240C29" w:rsidRDefault="00F678CC" w:rsidP="00EA4E43">
            <w:pPr>
              <w:ind w:firstLine="0"/>
              <w:jc w:val="center"/>
              <w:rPr>
                <w:szCs w:val="24"/>
              </w:rPr>
            </w:pPr>
            <w:r w:rsidRPr="00240C29">
              <w:rPr>
                <w:szCs w:val="24"/>
              </w:rPr>
              <w:t>100 gr</w:t>
            </w:r>
          </w:p>
        </w:tc>
      </w:tr>
      <w:tr w:rsidR="00F678CC" w:rsidRPr="00240C29" w14:paraId="3D37B759" w14:textId="77777777">
        <w:trPr>
          <w:jc w:val="center"/>
        </w:trPr>
        <w:tc>
          <w:tcPr>
            <w:tcW w:w="850" w:type="dxa"/>
            <w:tcMar>
              <w:top w:w="80" w:type="dxa"/>
              <w:left w:w="90" w:type="dxa"/>
              <w:bottom w:w="80" w:type="dxa"/>
              <w:right w:w="90" w:type="dxa"/>
            </w:tcMar>
            <w:vAlign w:val="center"/>
          </w:tcPr>
          <w:p w14:paraId="21E9D06A"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21ED2D1B" w14:textId="77777777" w:rsidR="00F678CC" w:rsidRPr="00240C29" w:rsidRDefault="00F678CC" w:rsidP="00EA4E43">
            <w:pPr>
              <w:ind w:firstLine="0"/>
              <w:rPr>
                <w:szCs w:val="24"/>
              </w:rPr>
            </w:pPr>
            <w:proofErr w:type="spellStart"/>
            <w:r w:rsidRPr="00240C29">
              <w:rPr>
                <w:szCs w:val="24"/>
              </w:rPr>
              <w:t>Papanasi</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22E819EF" w14:textId="77777777" w:rsidR="00F678CC" w:rsidRPr="00240C29" w:rsidRDefault="00F678CC" w:rsidP="00EA4E43">
            <w:pPr>
              <w:ind w:firstLine="0"/>
              <w:jc w:val="center"/>
              <w:rPr>
                <w:szCs w:val="24"/>
              </w:rPr>
            </w:pPr>
            <w:r w:rsidRPr="00240C29">
              <w:rPr>
                <w:szCs w:val="24"/>
              </w:rPr>
              <w:t>200 gr</w:t>
            </w:r>
          </w:p>
        </w:tc>
      </w:tr>
      <w:tr w:rsidR="00F678CC" w:rsidRPr="00240C29" w14:paraId="6377CC87" w14:textId="77777777">
        <w:trPr>
          <w:jc w:val="center"/>
        </w:trPr>
        <w:tc>
          <w:tcPr>
            <w:tcW w:w="850" w:type="dxa"/>
            <w:tcMar>
              <w:top w:w="80" w:type="dxa"/>
              <w:left w:w="90" w:type="dxa"/>
              <w:bottom w:w="80" w:type="dxa"/>
              <w:right w:w="90" w:type="dxa"/>
            </w:tcMar>
            <w:vAlign w:val="center"/>
          </w:tcPr>
          <w:p w14:paraId="1D819CCA"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1068A17D" w14:textId="77777777" w:rsidR="00F678CC" w:rsidRPr="00240C29" w:rsidRDefault="00F678CC" w:rsidP="00EA4E43">
            <w:pPr>
              <w:ind w:firstLine="0"/>
              <w:rPr>
                <w:szCs w:val="24"/>
              </w:rPr>
            </w:pPr>
            <w:r w:rsidRPr="00240C29">
              <w:rPr>
                <w:szCs w:val="24"/>
              </w:rPr>
              <w:t>Placinta cu mere</w:t>
            </w:r>
          </w:p>
        </w:tc>
        <w:tc>
          <w:tcPr>
            <w:tcW w:w="1701" w:type="dxa"/>
            <w:tcMar>
              <w:top w:w="80" w:type="dxa"/>
              <w:left w:w="90" w:type="dxa"/>
              <w:bottom w:w="80" w:type="dxa"/>
              <w:right w:w="90" w:type="dxa"/>
            </w:tcMar>
            <w:vAlign w:val="center"/>
          </w:tcPr>
          <w:p w14:paraId="1908036B" w14:textId="77777777" w:rsidR="00F678CC" w:rsidRPr="00240C29" w:rsidRDefault="00F678CC" w:rsidP="00EA4E43">
            <w:pPr>
              <w:ind w:firstLine="0"/>
              <w:jc w:val="center"/>
              <w:rPr>
                <w:szCs w:val="24"/>
              </w:rPr>
            </w:pPr>
            <w:r w:rsidRPr="00240C29">
              <w:rPr>
                <w:szCs w:val="24"/>
              </w:rPr>
              <w:t>120 gr</w:t>
            </w:r>
          </w:p>
        </w:tc>
      </w:tr>
      <w:tr w:rsidR="00F678CC" w:rsidRPr="00240C29" w14:paraId="1FA41AC8" w14:textId="77777777">
        <w:trPr>
          <w:jc w:val="center"/>
        </w:trPr>
        <w:tc>
          <w:tcPr>
            <w:tcW w:w="850" w:type="dxa"/>
            <w:tcMar>
              <w:top w:w="80" w:type="dxa"/>
              <w:left w:w="90" w:type="dxa"/>
              <w:bottom w:w="80" w:type="dxa"/>
              <w:right w:w="90" w:type="dxa"/>
            </w:tcMar>
            <w:vAlign w:val="center"/>
          </w:tcPr>
          <w:p w14:paraId="05EE3AC7"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1F518EB4" w14:textId="77777777" w:rsidR="00F678CC" w:rsidRPr="00240C29" w:rsidRDefault="00F678CC" w:rsidP="00EA4E43">
            <w:pPr>
              <w:ind w:firstLine="0"/>
              <w:rPr>
                <w:szCs w:val="24"/>
              </w:rPr>
            </w:pPr>
            <w:proofErr w:type="spellStart"/>
            <w:r w:rsidRPr="00240C29">
              <w:rPr>
                <w:szCs w:val="24"/>
              </w:rPr>
              <w:t>Taietei</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16DC61E4" w14:textId="77777777" w:rsidR="00F678CC" w:rsidRPr="00240C29" w:rsidRDefault="00F678CC" w:rsidP="00EA4E43">
            <w:pPr>
              <w:ind w:firstLine="0"/>
              <w:jc w:val="center"/>
              <w:rPr>
                <w:szCs w:val="24"/>
              </w:rPr>
            </w:pPr>
            <w:r w:rsidRPr="00240C29">
              <w:rPr>
                <w:szCs w:val="24"/>
              </w:rPr>
              <w:t>250 gr</w:t>
            </w:r>
          </w:p>
        </w:tc>
      </w:tr>
      <w:tr w:rsidR="00F678CC" w:rsidRPr="00240C29" w14:paraId="2EAAD78A" w14:textId="77777777">
        <w:trPr>
          <w:jc w:val="center"/>
        </w:trPr>
        <w:tc>
          <w:tcPr>
            <w:tcW w:w="850" w:type="dxa"/>
            <w:tcMar>
              <w:top w:w="80" w:type="dxa"/>
              <w:left w:w="90" w:type="dxa"/>
              <w:bottom w:w="80" w:type="dxa"/>
              <w:right w:w="90" w:type="dxa"/>
            </w:tcMar>
            <w:vAlign w:val="center"/>
          </w:tcPr>
          <w:p w14:paraId="75A431E9"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371BADE2" w14:textId="77777777" w:rsidR="00F678CC" w:rsidRPr="00240C29" w:rsidRDefault="00F678CC" w:rsidP="00EA4E43">
            <w:pPr>
              <w:ind w:firstLine="0"/>
              <w:rPr>
                <w:szCs w:val="24"/>
              </w:rPr>
            </w:pPr>
            <w:proofErr w:type="spellStart"/>
            <w:r w:rsidRPr="00240C29">
              <w:rPr>
                <w:szCs w:val="24"/>
              </w:rPr>
              <w:t>Lapte</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3BEA82DB" w14:textId="77777777" w:rsidR="00F678CC" w:rsidRPr="00240C29" w:rsidRDefault="00F678CC" w:rsidP="00EA4E43">
            <w:pPr>
              <w:ind w:firstLine="0"/>
              <w:jc w:val="center"/>
              <w:rPr>
                <w:szCs w:val="24"/>
              </w:rPr>
            </w:pPr>
            <w:r w:rsidRPr="00240C29">
              <w:rPr>
                <w:szCs w:val="24"/>
              </w:rPr>
              <w:t>200 gr</w:t>
            </w:r>
          </w:p>
        </w:tc>
      </w:tr>
      <w:tr w:rsidR="00F678CC" w:rsidRPr="00240C29" w14:paraId="21A9FDB6" w14:textId="77777777">
        <w:trPr>
          <w:jc w:val="center"/>
        </w:trPr>
        <w:tc>
          <w:tcPr>
            <w:tcW w:w="850" w:type="dxa"/>
            <w:tcMar>
              <w:top w:w="80" w:type="dxa"/>
              <w:left w:w="90" w:type="dxa"/>
              <w:bottom w:w="80" w:type="dxa"/>
              <w:right w:w="90" w:type="dxa"/>
            </w:tcMar>
            <w:vAlign w:val="center"/>
          </w:tcPr>
          <w:p w14:paraId="6B1B83A6" w14:textId="77777777" w:rsidR="00F678CC" w:rsidRPr="00240C29" w:rsidRDefault="00F678CC" w:rsidP="00EA4E43">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19967231" w14:textId="77777777" w:rsidR="00F678CC" w:rsidRPr="00240C29" w:rsidRDefault="00F678CC" w:rsidP="00EA4E43">
            <w:pPr>
              <w:ind w:firstLine="0"/>
              <w:rPr>
                <w:szCs w:val="24"/>
              </w:rPr>
            </w:pPr>
            <w:proofErr w:type="spellStart"/>
            <w:r w:rsidRPr="00240C29">
              <w:rPr>
                <w:szCs w:val="24"/>
              </w:rPr>
              <w:t>Clatite</w:t>
            </w:r>
            <w:proofErr w:type="spellEnd"/>
            <w:r w:rsidRPr="00240C29">
              <w:rPr>
                <w:szCs w:val="24"/>
              </w:rPr>
              <w:t xml:space="preserve"> </w:t>
            </w:r>
            <w:proofErr w:type="spellStart"/>
            <w:r w:rsidRPr="00240C29">
              <w:rPr>
                <w:szCs w:val="24"/>
              </w:rPr>
              <w:t>umplute</w:t>
            </w:r>
            <w:proofErr w:type="spellEnd"/>
            <w:r w:rsidRPr="00240C29">
              <w:rPr>
                <w:szCs w:val="24"/>
              </w:rPr>
              <w:t xml:space="preserve"> cu gem/</w:t>
            </w:r>
            <w:proofErr w:type="spellStart"/>
            <w:r w:rsidRPr="00240C29">
              <w:rPr>
                <w:szCs w:val="24"/>
              </w:rPr>
              <w:t>dulceata</w:t>
            </w:r>
            <w:proofErr w:type="spellEnd"/>
          </w:p>
        </w:tc>
        <w:tc>
          <w:tcPr>
            <w:tcW w:w="1701" w:type="dxa"/>
            <w:tcMar>
              <w:top w:w="80" w:type="dxa"/>
              <w:left w:w="90" w:type="dxa"/>
              <w:bottom w:w="80" w:type="dxa"/>
              <w:right w:w="90" w:type="dxa"/>
            </w:tcMar>
            <w:vAlign w:val="center"/>
          </w:tcPr>
          <w:p w14:paraId="3BA77115" w14:textId="77777777" w:rsidR="00F678CC" w:rsidRPr="00240C29" w:rsidRDefault="00F678CC" w:rsidP="00EA4E43">
            <w:pPr>
              <w:ind w:firstLine="0"/>
              <w:jc w:val="center"/>
              <w:rPr>
                <w:szCs w:val="24"/>
              </w:rPr>
            </w:pPr>
            <w:r w:rsidRPr="00240C29">
              <w:rPr>
                <w:szCs w:val="24"/>
              </w:rPr>
              <w:t>120 gr</w:t>
            </w:r>
          </w:p>
        </w:tc>
      </w:tr>
      <w:tr w:rsidR="00F678CC" w:rsidRPr="00240C29" w14:paraId="786708F9" w14:textId="77777777">
        <w:trPr>
          <w:jc w:val="center"/>
        </w:trPr>
        <w:tc>
          <w:tcPr>
            <w:tcW w:w="850" w:type="dxa"/>
            <w:tcMar>
              <w:top w:w="80" w:type="dxa"/>
              <w:left w:w="90" w:type="dxa"/>
              <w:bottom w:w="80" w:type="dxa"/>
              <w:right w:w="90" w:type="dxa"/>
            </w:tcMar>
            <w:vAlign w:val="center"/>
          </w:tcPr>
          <w:p w14:paraId="1176E2BF"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18E572A2" w14:textId="77777777" w:rsidR="00F678CC" w:rsidRPr="00240C29" w:rsidRDefault="00F678CC" w:rsidP="00EA4E43">
            <w:pPr>
              <w:ind w:firstLine="0"/>
              <w:rPr>
                <w:szCs w:val="24"/>
              </w:rPr>
            </w:pPr>
            <w:proofErr w:type="spellStart"/>
            <w:r w:rsidRPr="00240C29">
              <w:rPr>
                <w:szCs w:val="24"/>
              </w:rPr>
              <w:t>Budinca</w:t>
            </w:r>
            <w:proofErr w:type="spellEnd"/>
            <w:r w:rsidRPr="00240C29">
              <w:rPr>
                <w:szCs w:val="24"/>
              </w:rPr>
              <w:t xml:space="preserve"> de gris cu sirop</w:t>
            </w:r>
          </w:p>
        </w:tc>
        <w:tc>
          <w:tcPr>
            <w:tcW w:w="1701" w:type="dxa"/>
            <w:tcMar>
              <w:top w:w="80" w:type="dxa"/>
              <w:left w:w="90" w:type="dxa"/>
              <w:bottom w:w="80" w:type="dxa"/>
              <w:right w:w="90" w:type="dxa"/>
            </w:tcMar>
            <w:vAlign w:val="center"/>
          </w:tcPr>
          <w:p w14:paraId="356B8200" w14:textId="77777777" w:rsidR="00F678CC" w:rsidRPr="00240C29" w:rsidRDefault="00F678CC" w:rsidP="00EA4E43">
            <w:pPr>
              <w:ind w:firstLine="0"/>
              <w:jc w:val="center"/>
              <w:rPr>
                <w:szCs w:val="24"/>
              </w:rPr>
            </w:pPr>
            <w:r w:rsidRPr="00240C29">
              <w:rPr>
                <w:szCs w:val="24"/>
              </w:rPr>
              <w:t>280 gr</w:t>
            </w:r>
          </w:p>
        </w:tc>
      </w:tr>
      <w:tr w:rsidR="00F678CC" w:rsidRPr="00240C29" w14:paraId="21036F9E" w14:textId="77777777">
        <w:trPr>
          <w:jc w:val="center"/>
        </w:trPr>
        <w:tc>
          <w:tcPr>
            <w:tcW w:w="850" w:type="dxa"/>
            <w:tcMar>
              <w:top w:w="80" w:type="dxa"/>
              <w:left w:w="90" w:type="dxa"/>
              <w:bottom w:w="80" w:type="dxa"/>
              <w:right w:w="90" w:type="dxa"/>
            </w:tcMar>
            <w:vAlign w:val="center"/>
          </w:tcPr>
          <w:p w14:paraId="23D02388"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02EFE19E" w14:textId="77777777" w:rsidR="00F678CC" w:rsidRPr="00240C29" w:rsidRDefault="00F678CC" w:rsidP="00EA4E43">
            <w:pPr>
              <w:ind w:firstLine="0"/>
              <w:rPr>
                <w:szCs w:val="24"/>
              </w:rPr>
            </w:pPr>
            <w:r w:rsidRPr="00240C29">
              <w:rPr>
                <w:szCs w:val="24"/>
              </w:rPr>
              <w:t>Strudel de casa cu mere</w:t>
            </w:r>
          </w:p>
        </w:tc>
        <w:tc>
          <w:tcPr>
            <w:tcW w:w="1701" w:type="dxa"/>
            <w:tcMar>
              <w:top w:w="80" w:type="dxa"/>
              <w:left w:w="90" w:type="dxa"/>
              <w:bottom w:w="80" w:type="dxa"/>
              <w:right w:w="90" w:type="dxa"/>
            </w:tcMar>
            <w:vAlign w:val="center"/>
          </w:tcPr>
          <w:p w14:paraId="47AF0945" w14:textId="77777777" w:rsidR="00F678CC" w:rsidRPr="00240C29" w:rsidRDefault="00F678CC" w:rsidP="00EA4E43">
            <w:pPr>
              <w:ind w:firstLine="0"/>
              <w:jc w:val="center"/>
              <w:rPr>
                <w:szCs w:val="24"/>
              </w:rPr>
            </w:pPr>
            <w:r w:rsidRPr="00240C29">
              <w:rPr>
                <w:szCs w:val="24"/>
              </w:rPr>
              <w:t>120 gr.</w:t>
            </w:r>
          </w:p>
        </w:tc>
      </w:tr>
      <w:tr w:rsidR="00F678CC" w:rsidRPr="00240C29" w14:paraId="31556C5C" w14:textId="77777777">
        <w:trPr>
          <w:jc w:val="center"/>
        </w:trPr>
        <w:tc>
          <w:tcPr>
            <w:tcW w:w="850" w:type="dxa"/>
            <w:tcMar>
              <w:top w:w="80" w:type="dxa"/>
              <w:left w:w="90" w:type="dxa"/>
              <w:bottom w:w="80" w:type="dxa"/>
              <w:right w:w="90" w:type="dxa"/>
            </w:tcMar>
            <w:vAlign w:val="center"/>
          </w:tcPr>
          <w:p w14:paraId="1BDDB8D2" w14:textId="77777777" w:rsidR="00F678CC" w:rsidRPr="00240C29" w:rsidRDefault="00F678CC" w:rsidP="00EA4E43">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24082183" w14:textId="77777777" w:rsidR="00F678CC" w:rsidRPr="00240C29" w:rsidRDefault="00F678CC" w:rsidP="00EA4E43">
            <w:pPr>
              <w:ind w:firstLine="0"/>
              <w:rPr>
                <w:szCs w:val="24"/>
              </w:rPr>
            </w:pPr>
            <w:proofErr w:type="spellStart"/>
            <w:r w:rsidRPr="00240C29">
              <w:rPr>
                <w:szCs w:val="24"/>
              </w:rPr>
              <w:t>Cozonac</w:t>
            </w:r>
            <w:proofErr w:type="spellEnd"/>
          </w:p>
        </w:tc>
        <w:tc>
          <w:tcPr>
            <w:tcW w:w="1701" w:type="dxa"/>
            <w:tcMar>
              <w:top w:w="80" w:type="dxa"/>
              <w:left w:w="90" w:type="dxa"/>
              <w:bottom w:w="80" w:type="dxa"/>
              <w:right w:w="90" w:type="dxa"/>
            </w:tcMar>
            <w:vAlign w:val="center"/>
          </w:tcPr>
          <w:p w14:paraId="66FA7488" w14:textId="77777777" w:rsidR="00F678CC" w:rsidRPr="00240C29" w:rsidRDefault="00F678CC" w:rsidP="00EA4E43">
            <w:pPr>
              <w:ind w:firstLine="0"/>
              <w:jc w:val="center"/>
              <w:rPr>
                <w:szCs w:val="24"/>
              </w:rPr>
            </w:pPr>
            <w:r w:rsidRPr="00240C29">
              <w:rPr>
                <w:szCs w:val="24"/>
              </w:rPr>
              <w:t>60 gr</w:t>
            </w:r>
          </w:p>
        </w:tc>
      </w:tr>
      <w:tr w:rsidR="00F678CC" w:rsidRPr="00240C29" w14:paraId="37ACA3B5" w14:textId="77777777">
        <w:trPr>
          <w:jc w:val="center"/>
        </w:trPr>
        <w:tc>
          <w:tcPr>
            <w:tcW w:w="850" w:type="dxa"/>
            <w:tcMar>
              <w:top w:w="80" w:type="dxa"/>
              <w:left w:w="90" w:type="dxa"/>
              <w:bottom w:w="80" w:type="dxa"/>
              <w:right w:w="90" w:type="dxa"/>
            </w:tcMar>
            <w:vAlign w:val="center"/>
          </w:tcPr>
          <w:p w14:paraId="352ACEED" w14:textId="77777777" w:rsidR="00F678CC" w:rsidRPr="00240C29" w:rsidRDefault="00F678CC" w:rsidP="00EA4E43">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46513B34" w14:textId="5885354A" w:rsidR="00F678CC" w:rsidRPr="00240C29" w:rsidRDefault="00F678CC" w:rsidP="00EA4E43">
            <w:pPr>
              <w:ind w:firstLine="0"/>
              <w:rPr>
                <w:szCs w:val="24"/>
              </w:rPr>
            </w:pPr>
            <w:proofErr w:type="spellStart"/>
            <w:r w:rsidRPr="00240C29">
              <w:rPr>
                <w:szCs w:val="24"/>
              </w:rPr>
              <w:t>Chec</w:t>
            </w:r>
            <w:proofErr w:type="spellEnd"/>
            <w:r w:rsidR="00FD4BD3">
              <w:rPr>
                <w:szCs w:val="24"/>
              </w:rPr>
              <w:t xml:space="preserve"> </w:t>
            </w:r>
            <w:proofErr w:type="spellStart"/>
            <w:r w:rsidR="00FD4BD3">
              <w:rPr>
                <w:color w:val="6AA84F"/>
              </w:rPr>
              <w:t>simplu</w:t>
            </w:r>
            <w:proofErr w:type="spellEnd"/>
            <w:r w:rsidR="00FD4BD3">
              <w:rPr>
                <w:color w:val="6AA84F"/>
              </w:rPr>
              <w:t xml:space="preserve">/ </w:t>
            </w:r>
            <w:proofErr w:type="spellStart"/>
            <w:r w:rsidR="00FD4BD3">
              <w:rPr>
                <w:color w:val="6AA84F"/>
              </w:rPr>
              <w:t>chec</w:t>
            </w:r>
            <w:proofErr w:type="spellEnd"/>
            <w:r w:rsidR="00FD4BD3">
              <w:rPr>
                <w:color w:val="6AA84F"/>
              </w:rPr>
              <w:t xml:space="preserve"> cu cacao</w:t>
            </w:r>
          </w:p>
        </w:tc>
        <w:tc>
          <w:tcPr>
            <w:tcW w:w="1701" w:type="dxa"/>
            <w:tcMar>
              <w:top w:w="80" w:type="dxa"/>
              <w:left w:w="90" w:type="dxa"/>
              <w:bottom w:w="80" w:type="dxa"/>
              <w:right w:w="90" w:type="dxa"/>
            </w:tcMar>
            <w:vAlign w:val="center"/>
          </w:tcPr>
          <w:p w14:paraId="35592351" w14:textId="77777777" w:rsidR="00F678CC" w:rsidRPr="00240C29" w:rsidRDefault="00F678CC" w:rsidP="00EA4E43">
            <w:pPr>
              <w:ind w:firstLine="0"/>
              <w:jc w:val="center"/>
              <w:rPr>
                <w:szCs w:val="24"/>
              </w:rPr>
            </w:pPr>
            <w:r w:rsidRPr="00240C29">
              <w:rPr>
                <w:szCs w:val="24"/>
              </w:rPr>
              <w:t>60 gr</w:t>
            </w:r>
          </w:p>
        </w:tc>
      </w:tr>
      <w:tr w:rsidR="00F678CC" w:rsidRPr="00240C29" w14:paraId="6280E9AA" w14:textId="77777777">
        <w:trPr>
          <w:jc w:val="center"/>
        </w:trPr>
        <w:tc>
          <w:tcPr>
            <w:tcW w:w="850" w:type="dxa"/>
            <w:tcMar>
              <w:top w:w="80" w:type="dxa"/>
              <w:left w:w="90" w:type="dxa"/>
              <w:bottom w:w="80" w:type="dxa"/>
              <w:right w:w="90" w:type="dxa"/>
            </w:tcMar>
            <w:vAlign w:val="center"/>
          </w:tcPr>
          <w:p w14:paraId="751122F4" w14:textId="77777777" w:rsidR="00F678CC" w:rsidRPr="00240C29" w:rsidRDefault="00F678CC" w:rsidP="00EA4E43">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2D76E06E" w14:textId="77777777" w:rsidR="00F678CC" w:rsidRPr="00240C29" w:rsidRDefault="00F678CC" w:rsidP="00EA4E43">
            <w:pPr>
              <w:ind w:firstLine="0"/>
              <w:rPr>
                <w:szCs w:val="24"/>
              </w:rPr>
            </w:pPr>
            <w:r w:rsidRPr="00240C29">
              <w:rPr>
                <w:szCs w:val="24"/>
              </w:rPr>
              <w:t xml:space="preserve">Gris cu </w:t>
            </w:r>
            <w:proofErr w:type="spellStart"/>
            <w:r w:rsidRPr="00240C29">
              <w:rPr>
                <w:szCs w:val="24"/>
              </w:rPr>
              <w:t>lapte</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sos</w:t>
            </w:r>
            <w:proofErr w:type="spellEnd"/>
            <w:r w:rsidRPr="00240C29">
              <w:rPr>
                <w:szCs w:val="24"/>
              </w:rPr>
              <w:t xml:space="preserve"> caramel</w:t>
            </w:r>
          </w:p>
        </w:tc>
        <w:tc>
          <w:tcPr>
            <w:tcW w:w="1701" w:type="dxa"/>
            <w:tcMar>
              <w:top w:w="80" w:type="dxa"/>
              <w:left w:w="90" w:type="dxa"/>
              <w:bottom w:w="80" w:type="dxa"/>
              <w:right w:w="90" w:type="dxa"/>
            </w:tcMar>
            <w:vAlign w:val="center"/>
          </w:tcPr>
          <w:p w14:paraId="448CA41E" w14:textId="77777777" w:rsidR="00F678CC" w:rsidRPr="00240C29" w:rsidRDefault="00F678CC" w:rsidP="00EA4E43">
            <w:pPr>
              <w:ind w:firstLine="0"/>
              <w:jc w:val="center"/>
              <w:rPr>
                <w:szCs w:val="24"/>
              </w:rPr>
            </w:pPr>
            <w:r w:rsidRPr="00240C29">
              <w:rPr>
                <w:szCs w:val="24"/>
              </w:rPr>
              <w:t>200 gr</w:t>
            </w:r>
          </w:p>
        </w:tc>
      </w:tr>
      <w:tr w:rsidR="00F678CC" w:rsidRPr="00240C29" w14:paraId="093321E0" w14:textId="77777777">
        <w:trPr>
          <w:jc w:val="center"/>
        </w:trPr>
        <w:tc>
          <w:tcPr>
            <w:tcW w:w="850" w:type="dxa"/>
            <w:tcMar>
              <w:top w:w="80" w:type="dxa"/>
              <w:left w:w="90" w:type="dxa"/>
              <w:bottom w:w="80" w:type="dxa"/>
              <w:right w:w="90" w:type="dxa"/>
            </w:tcMar>
            <w:vAlign w:val="center"/>
          </w:tcPr>
          <w:p w14:paraId="069105A3" w14:textId="77777777" w:rsidR="00F678CC" w:rsidRPr="00240C29" w:rsidRDefault="00F678CC" w:rsidP="00EA4E43">
            <w:pPr>
              <w:ind w:firstLine="0"/>
              <w:jc w:val="center"/>
              <w:rPr>
                <w:szCs w:val="24"/>
              </w:rPr>
            </w:pPr>
            <w:r w:rsidRPr="00240C29">
              <w:rPr>
                <w:szCs w:val="24"/>
              </w:rPr>
              <w:t>21</w:t>
            </w:r>
          </w:p>
        </w:tc>
        <w:tc>
          <w:tcPr>
            <w:tcW w:w="7087" w:type="dxa"/>
            <w:tcMar>
              <w:top w:w="80" w:type="dxa"/>
              <w:left w:w="90" w:type="dxa"/>
              <w:bottom w:w="80" w:type="dxa"/>
              <w:right w:w="90" w:type="dxa"/>
            </w:tcMar>
            <w:vAlign w:val="center"/>
          </w:tcPr>
          <w:p w14:paraId="049200C1" w14:textId="77777777" w:rsidR="00F678CC" w:rsidRPr="00240C29" w:rsidRDefault="00F678CC" w:rsidP="00EA4E43">
            <w:pPr>
              <w:ind w:firstLine="0"/>
              <w:rPr>
                <w:szCs w:val="24"/>
              </w:rPr>
            </w:pPr>
            <w:proofErr w:type="spellStart"/>
            <w:r w:rsidRPr="00240C29">
              <w:rPr>
                <w:szCs w:val="24"/>
              </w:rPr>
              <w:t>Macaroane</w:t>
            </w:r>
            <w:proofErr w:type="spellEnd"/>
            <w:r w:rsidRPr="00240C29">
              <w:rPr>
                <w:szCs w:val="24"/>
              </w:rPr>
              <w:t xml:space="preserve"> cu </w:t>
            </w:r>
            <w:proofErr w:type="spellStart"/>
            <w:r w:rsidRPr="00240C29">
              <w:rPr>
                <w:szCs w:val="24"/>
              </w:rPr>
              <w:t>nuci</w:t>
            </w:r>
            <w:proofErr w:type="spellEnd"/>
          </w:p>
        </w:tc>
        <w:tc>
          <w:tcPr>
            <w:tcW w:w="1701" w:type="dxa"/>
            <w:tcMar>
              <w:top w:w="80" w:type="dxa"/>
              <w:left w:w="90" w:type="dxa"/>
              <w:bottom w:w="80" w:type="dxa"/>
              <w:right w:w="90" w:type="dxa"/>
            </w:tcMar>
            <w:vAlign w:val="center"/>
          </w:tcPr>
          <w:p w14:paraId="7033AAFA" w14:textId="77777777" w:rsidR="00F678CC" w:rsidRPr="00240C29" w:rsidRDefault="00F678CC" w:rsidP="00EA4E43">
            <w:pPr>
              <w:ind w:firstLine="0"/>
              <w:jc w:val="center"/>
              <w:rPr>
                <w:szCs w:val="24"/>
              </w:rPr>
            </w:pPr>
            <w:r w:rsidRPr="00240C29">
              <w:rPr>
                <w:szCs w:val="24"/>
              </w:rPr>
              <w:t>320 gr</w:t>
            </w:r>
          </w:p>
        </w:tc>
      </w:tr>
      <w:tr w:rsidR="00F678CC" w:rsidRPr="00240C29" w14:paraId="794BF20E" w14:textId="77777777">
        <w:trPr>
          <w:jc w:val="center"/>
        </w:trPr>
        <w:tc>
          <w:tcPr>
            <w:tcW w:w="850" w:type="dxa"/>
            <w:tcMar>
              <w:top w:w="80" w:type="dxa"/>
              <w:left w:w="90" w:type="dxa"/>
              <w:bottom w:w="80" w:type="dxa"/>
              <w:right w:w="90" w:type="dxa"/>
            </w:tcMar>
            <w:vAlign w:val="center"/>
          </w:tcPr>
          <w:p w14:paraId="09A734F7" w14:textId="77777777" w:rsidR="00F678CC" w:rsidRPr="00240C29" w:rsidRDefault="00F678CC" w:rsidP="00EA4E43">
            <w:pPr>
              <w:ind w:firstLine="0"/>
              <w:jc w:val="center"/>
              <w:rPr>
                <w:szCs w:val="24"/>
              </w:rPr>
            </w:pPr>
            <w:r w:rsidRPr="00240C29">
              <w:rPr>
                <w:szCs w:val="24"/>
              </w:rPr>
              <w:t>22</w:t>
            </w:r>
          </w:p>
        </w:tc>
        <w:tc>
          <w:tcPr>
            <w:tcW w:w="7087" w:type="dxa"/>
            <w:tcMar>
              <w:top w:w="80" w:type="dxa"/>
              <w:left w:w="90" w:type="dxa"/>
              <w:bottom w:w="80" w:type="dxa"/>
              <w:right w:w="90" w:type="dxa"/>
            </w:tcMar>
            <w:vAlign w:val="center"/>
          </w:tcPr>
          <w:p w14:paraId="6EA7B01C" w14:textId="77777777" w:rsidR="00F678CC" w:rsidRPr="00240C29" w:rsidRDefault="00F678CC" w:rsidP="00EA4E43">
            <w:pPr>
              <w:ind w:firstLine="0"/>
              <w:rPr>
                <w:szCs w:val="24"/>
              </w:rPr>
            </w:pPr>
            <w:proofErr w:type="spellStart"/>
            <w:r w:rsidRPr="00240C29">
              <w:rPr>
                <w:szCs w:val="24"/>
              </w:rPr>
              <w:t>Budinca</w:t>
            </w:r>
            <w:proofErr w:type="spellEnd"/>
            <w:r w:rsidRPr="00240C29">
              <w:rPr>
                <w:szCs w:val="24"/>
              </w:rPr>
              <w:t xml:space="preserve"> de </w:t>
            </w:r>
            <w:proofErr w:type="spellStart"/>
            <w:r w:rsidRPr="00240C29">
              <w:rPr>
                <w:szCs w:val="24"/>
              </w:rPr>
              <w:t>cascaval</w:t>
            </w:r>
            <w:proofErr w:type="spellEnd"/>
          </w:p>
        </w:tc>
        <w:tc>
          <w:tcPr>
            <w:tcW w:w="1701" w:type="dxa"/>
            <w:tcMar>
              <w:top w:w="80" w:type="dxa"/>
              <w:left w:w="90" w:type="dxa"/>
              <w:bottom w:w="80" w:type="dxa"/>
              <w:right w:w="90" w:type="dxa"/>
            </w:tcMar>
            <w:vAlign w:val="center"/>
          </w:tcPr>
          <w:p w14:paraId="321C0DD8" w14:textId="77777777" w:rsidR="00F678CC" w:rsidRPr="00240C29" w:rsidRDefault="00F678CC" w:rsidP="00EA4E43">
            <w:pPr>
              <w:ind w:firstLine="0"/>
              <w:jc w:val="center"/>
              <w:rPr>
                <w:szCs w:val="24"/>
              </w:rPr>
            </w:pPr>
            <w:r w:rsidRPr="00240C29">
              <w:rPr>
                <w:szCs w:val="24"/>
              </w:rPr>
              <w:t>220 gr.</w:t>
            </w:r>
          </w:p>
        </w:tc>
      </w:tr>
      <w:tr w:rsidR="00F678CC" w:rsidRPr="00240C29" w14:paraId="311662C1" w14:textId="77777777">
        <w:trPr>
          <w:jc w:val="center"/>
        </w:trPr>
        <w:tc>
          <w:tcPr>
            <w:tcW w:w="850" w:type="dxa"/>
            <w:tcMar>
              <w:top w:w="80" w:type="dxa"/>
              <w:left w:w="90" w:type="dxa"/>
              <w:bottom w:w="80" w:type="dxa"/>
              <w:right w:w="90" w:type="dxa"/>
            </w:tcMar>
            <w:vAlign w:val="center"/>
          </w:tcPr>
          <w:p w14:paraId="7191F413" w14:textId="77777777" w:rsidR="00F678CC" w:rsidRPr="00240C29" w:rsidRDefault="00F678CC" w:rsidP="00EA4E43">
            <w:pPr>
              <w:ind w:firstLine="0"/>
              <w:jc w:val="center"/>
              <w:rPr>
                <w:szCs w:val="24"/>
              </w:rPr>
            </w:pPr>
            <w:r w:rsidRPr="00240C29">
              <w:rPr>
                <w:szCs w:val="24"/>
              </w:rPr>
              <w:t>23</w:t>
            </w:r>
          </w:p>
        </w:tc>
        <w:tc>
          <w:tcPr>
            <w:tcW w:w="7087" w:type="dxa"/>
            <w:tcMar>
              <w:top w:w="80" w:type="dxa"/>
              <w:left w:w="90" w:type="dxa"/>
              <w:bottom w:w="80" w:type="dxa"/>
              <w:right w:w="90" w:type="dxa"/>
            </w:tcMar>
            <w:vAlign w:val="center"/>
          </w:tcPr>
          <w:p w14:paraId="074D79D0" w14:textId="77777777" w:rsidR="00F678CC" w:rsidRPr="00240C29" w:rsidRDefault="00F678CC" w:rsidP="00EA4E43">
            <w:pPr>
              <w:ind w:firstLine="0"/>
              <w:rPr>
                <w:szCs w:val="24"/>
              </w:rPr>
            </w:pPr>
            <w:proofErr w:type="spellStart"/>
            <w:r w:rsidRPr="00240C29">
              <w:rPr>
                <w:szCs w:val="24"/>
              </w:rPr>
              <w:t>Taietei</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4246CC3F" w14:textId="77777777" w:rsidR="00F678CC" w:rsidRPr="00240C29" w:rsidRDefault="00F678CC" w:rsidP="00EA4E43">
            <w:pPr>
              <w:ind w:firstLine="0"/>
              <w:jc w:val="center"/>
              <w:rPr>
                <w:szCs w:val="24"/>
              </w:rPr>
            </w:pPr>
            <w:r w:rsidRPr="00240C29">
              <w:rPr>
                <w:szCs w:val="24"/>
              </w:rPr>
              <w:t>250 gr</w:t>
            </w:r>
          </w:p>
        </w:tc>
      </w:tr>
      <w:tr w:rsidR="00F678CC" w:rsidRPr="00240C29" w14:paraId="7BE66BFD" w14:textId="77777777">
        <w:trPr>
          <w:jc w:val="center"/>
        </w:trPr>
        <w:tc>
          <w:tcPr>
            <w:tcW w:w="850" w:type="dxa"/>
            <w:tcMar>
              <w:top w:w="80" w:type="dxa"/>
              <w:left w:w="90" w:type="dxa"/>
              <w:bottom w:w="80" w:type="dxa"/>
              <w:right w:w="90" w:type="dxa"/>
            </w:tcMar>
            <w:vAlign w:val="center"/>
          </w:tcPr>
          <w:p w14:paraId="42D76619" w14:textId="77777777" w:rsidR="00F678CC" w:rsidRPr="00240C29" w:rsidRDefault="00F678CC" w:rsidP="00EA4E43">
            <w:pPr>
              <w:ind w:firstLine="0"/>
              <w:jc w:val="center"/>
              <w:rPr>
                <w:szCs w:val="24"/>
              </w:rPr>
            </w:pPr>
            <w:r w:rsidRPr="00240C29">
              <w:rPr>
                <w:szCs w:val="24"/>
              </w:rPr>
              <w:t>24</w:t>
            </w:r>
          </w:p>
        </w:tc>
        <w:tc>
          <w:tcPr>
            <w:tcW w:w="7087" w:type="dxa"/>
            <w:tcMar>
              <w:top w:w="80" w:type="dxa"/>
              <w:left w:w="90" w:type="dxa"/>
              <w:bottom w:w="80" w:type="dxa"/>
              <w:right w:w="90" w:type="dxa"/>
            </w:tcMar>
            <w:vAlign w:val="center"/>
          </w:tcPr>
          <w:p w14:paraId="5C749AB5" w14:textId="77777777" w:rsidR="00F678CC" w:rsidRPr="00240C29" w:rsidRDefault="00F678CC" w:rsidP="00EA4E43">
            <w:pPr>
              <w:ind w:firstLine="0"/>
              <w:rPr>
                <w:szCs w:val="24"/>
              </w:rPr>
            </w:pPr>
            <w:proofErr w:type="spellStart"/>
            <w:r w:rsidRPr="00240C29">
              <w:rPr>
                <w:szCs w:val="24"/>
              </w:rPr>
              <w:t>Taietei</w:t>
            </w:r>
            <w:proofErr w:type="spellEnd"/>
            <w:r w:rsidRPr="00240C29">
              <w:rPr>
                <w:szCs w:val="24"/>
              </w:rPr>
              <w:t xml:space="preserve"> cu </w:t>
            </w:r>
            <w:proofErr w:type="spellStart"/>
            <w:r w:rsidRPr="00240C29">
              <w:rPr>
                <w:szCs w:val="24"/>
              </w:rPr>
              <w:t>marmelada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nuci</w:t>
            </w:r>
            <w:proofErr w:type="spellEnd"/>
          </w:p>
        </w:tc>
        <w:tc>
          <w:tcPr>
            <w:tcW w:w="1701" w:type="dxa"/>
            <w:tcMar>
              <w:top w:w="80" w:type="dxa"/>
              <w:left w:w="90" w:type="dxa"/>
              <w:bottom w:w="80" w:type="dxa"/>
              <w:right w:w="90" w:type="dxa"/>
            </w:tcMar>
            <w:vAlign w:val="center"/>
          </w:tcPr>
          <w:p w14:paraId="005FF27E" w14:textId="77777777" w:rsidR="00F678CC" w:rsidRPr="00240C29" w:rsidRDefault="00F678CC" w:rsidP="00EA4E43">
            <w:pPr>
              <w:ind w:firstLine="0"/>
              <w:jc w:val="center"/>
              <w:rPr>
                <w:szCs w:val="24"/>
              </w:rPr>
            </w:pPr>
            <w:r w:rsidRPr="00240C29">
              <w:rPr>
                <w:szCs w:val="24"/>
              </w:rPr>
              <w:t>300 gr</w:t>
            </w:r>
          </w:p>
        </w:tc>
      </w:tr>
      <w:tr w:rsidR="00F678CC" w:rsidRPr="00240C29" w14:paraId="08529105" w14:textId="77777777">
        <w:trPr>
          <w:jc w:val="center"/>
        </w:trPr>
        <w:tc>
          <w:tcPr>
            <w:tcW w:w="850" w:type="dxa"/>
            <w:tcMar>
              <w:top w:w="80" w:type="dxa"/>
              <w:left w:w="90" w:type="dxa"/>
              <w:bottom w:w="80" w:type="dxa"/>
              <w:right w:w="90" w:type="dxa"/>
            </w:tcMar>
            <w:vAlign w:val="center"/>
          </w:tcPr>
          <w:p w14:paraId="51C9CD29" w14:textId="77777777" w:rsidR="00F678CC" w:rsidRPr="00240C29" w:rsidRDefault="00F678CC" w:rsidP="00EA4E43">
            <w:pPr>
              <w:ind w:firstLine="0"/>
              <w:jc w:val="center"/>
              <w:rPr>
                <w:szCs w:val="24"/>
              </w:rPr>
            </w:pPr>
            <w:r w:rsidRPr="00240C29">
              <w:rPr>
                <w:szCs w:val="24"/>
              </w:rPr>
              <w:t>25</w:t>
            </w:r>
          </w:p>
        </w:tc>
        <w:tc>
          <w:tcPr>
            <w:tcW w:w="7087" w:type="dxa"/>
            <w:tcMar>
              <w:top w:w="80" w:type="dxa"/>
              <w:left w:w="90" w:type="dxa"/>
              <w:bottom w:w="80" w:type="dxa"/>
              <w:right w:w="90" w:type="dxa"/>
            </w:tcMar>
            <w:vAlign w:val="center"/>
          </w:tcPr>
          <w:p w14:paraId="45D076AF" w14:textId="77777777" w:rsidR="00F678CC" w:rsidRPr="00240C29" w:rsidRDefault="00F678CC" w:rsidP="00EA4E43">
            <w:pPr>
              <w:ind w:firstLine="0"/>
              <w:rPr>
                <w:szCs w:val="24"/>
              </w:rPr>
            </w:pPr>
            <w:r w:rsidRPr="00240C29">
              <w:rPr>
                <w:szCs w:val="24"/>
              </w:rPr>
              <w:t xml:space="preserve">Tarta cu </w:t>
            </w:r>
            <w:proofErr w:type="spellStart"/>
            <w:r w:rsidRPr="00240C29">
              <w:rPr>
                <w:szCs w:val="24"/>
              </w:rPr>
              <w:t>fructe</w:t>
            </w:r>
            <w:proofErr w:type="spellEnd"/>
          </w:p>
        </w:tc>
        <w:tc>
          <w:tcPr>
            <w:tcW w:w="1701" w:type="dxa"/>
            <w:tcMar>
              <w:top w:w="80" w:type="dxa"/>
              <w:left w:w="90" w:type="dxa"/>
              <w:bottom w:w="80" w:type="dxa"/>
              <w:right w:w="90" w:type="dxa"/>
            </w:tcMar>
            <w:vAlign w:val="center"/>
          </w:tcPr>
          <w:p w14:paraId="6965FAC7" w14:textId="77777777" w:rsidR="00F678CC" w:rsidRPr="00240C29" w:rsidRDefault="00F678CC" w:rsidP="00EA4E43">
            <w:pPr>
              <w:ind w:firstLine="0"/>
              <w:jc w:val="center"/>
              <w:rPr>
                <w:szCs w:val="24"/>
              </w:rPr>
            </w:pPr>
            <w:r w:rsidRPr="00240C29">
              <w:rPr>
                <w:szCs w:val="24"/>
              </w:rPr>
              <w:t>100 gr</w:t>
            </w:r>
          </w:p>
        </w:tc>
      </w:tr>
      <w:tr w:rsidR="00F678CC" w:rsidRPr="00240C29" w14:paraId="2800F772" w14:textId="77777777">
        <w:trPr>
          <w:jc w:val="center"/>
        </w:trPr>
        <w:tc>
          <w:tcPr>
            <w:tcW w:w="850" w:type="dxa"/>
            <w:tcMar>
              <w:top w:w="80" w:type="dxa"/>
              <w:left w:w="90" w:type="dxa"/>
              <w:bottom w:w="80" w:type="dxa"/>
              <w:right w:w="90" w:type="dxa"/>
            </w:tcMar>
            <w:vAlign w:val="center"/>
          </w:tcPr>
          <w:p w14:paraId="62920F6E" w14:textId="77777777" w:rsidR="00F678CC" w:rsidRPr="00240C29" w:rsidRDefault="00F678CC" w:rsidP="00EA4E43">
            <w:pPr>
              <w:ind w:firstLine="0"/>
              <w:jc w:val="center"/>
              <w:rPr>
                <w:szCs w:val="24"/>
              </w:rPr>
            </w:pPr>
            <w:r w:rsidRPr="00240C29">
              <w:rPr>
                <w:szCs w:val="24"/>
              </w:rPr>
              <w:t>26</w:t>
            </w:r>
          </w:p>
        </w:tc>
        <w:tc>
          <w:tcPr>
            <w:tcW w:w="7087" w:type="dxa"/>
            <w:tcMar>
              <w:top w:w="80" w:type="dxa"/>
              <w:left w:w="90" w:type="dxa"/>
              <w:bottom w:w="80" w:type="dxa"/>
              <w:right w:w="90" w:type="dxa"/>
            </w:tcMar>
            <w:vAlign w:val="center"/>
          </w:tcPr>
          <w:p w14:paraId="1866EC05" w14:textId="77777777" w:rsidR="00F678CC" w:rsidRPr="00240C29" w:rsidRDefault="00F678CC" w:rsidP="00EA4E43">
            <w:pPr>
              <w:ind w:firstLine="0"/>
              <w:rPr>
                <w:szCs w:val="24"/>
              </w:rPr>
            </w:pPr>
            <w:proofErr w:type="spellStart"/>
            <w:r w:rsidRPr="00240C29">
              <w:rPr>
                <w:szCs w:val="24"/>
              </w:rPr>
              <w:t>Ciocolata</w:t>
            </w:r>
            <w:proofErr w:type="spellEnd"/>
          </w:p>
        </w:tc>
        <w:tc>
          <w:tcPr>
            <w:tcW w:w="1701" w:type="dxa"/>
            <w:tcMar>
              <w:top w:w="80" w:type="dxa"/>
              <w:left w:w="90" w:type="dxa"/>
              <w:bottom w:w="80" w:type="dxa"/>
              <w:right w:w="90" w:type="dxa"/>
            </w:tcMar>
            <w:vAlign w:val="center"/>
          </w:tcPr>
          <w:p w14:paraId="3F79355D" w14:textId="77777777" w:rsidR="00F678CC" w:rsidRPr="00240C29" w:rsidRDefault="00F678CC" w:rsidP="00EA4E43">
            <w:pPr>
              <w:ind w:firstLine="0"/>
              <w:jc w:val="center"/>
              <w:rPr>
                <w:szCs w:val="24"/>
              </w:rPr>
            </w:pPr>
            <w:r w:rsidRPr="00240C29">
              <w:rPr>
                <w:szCs w:val="24"/>
              </w:rPr>
              <w:t>50 gr</w:t>
            </w:r>
          </w:p>
        </w:tc>
      </w:tr>
      <w:tr w:rsidR="00F678CC" w:rsidRPr="00240C29" w14:paraId="379CFCDC" w14:textId="77777777">
        <w:trPr>
          <w:jc w:val="center"/>
        </w:trPr>
        <w:tc>
          <w:tcPr>
            <w:tcW w:w="850" w:type="dxa"/>
            <w:tcMar>
              <w:top w:w="80" w:type="dxa"/>
              <w:left w:w="90" w:type="dxa"/>
              <w:bottom w:w="80" w:type="dxa"/>
              <w:right w:w="90" w:type="dxa"/>
            </w:tcMar>
            <w:vAlign w:val="center"/>
          </w:tcPr>
          <w:p w14:paraId="48218EE7" w14:textId="77777777" w:rsidR="00F678CC" w:rsidRPr="00240C29" w:rsidRDefault="00F678CC" w:rsidP="00EA4E43">
            <w:pPr>
              <w:ind w:firstLine="0"/>
              <w:jc w:val="center"/>
              <w:rPr>
                <w:szCs w:val="24"/>
              </w:rPr>
            </w:pPr>
            <w:r w:rsidRPr="00240C29">
              <w:rPr>
                <w:szCs w:val="24"/>
              </w:rPr>
              <w:t>27</w:t>
            </w:r>
          </w:p>
        </w:tc>
        <w:tc>
          <w:tcPr>
            <w:tcW w:w="7087" w:type="dxa"/>
            <w:tcMar>
              <w:top w:w="80" w:type="dxa"/>
              <w:left w:w="90" w:type="dxa"/>
              <w:bottom w:w="80" w:type="dxa"/>
              <w:right w:w="90" w:type="dxa"/>
            </w:tcMar>
            <w:vAlign w:val="center"/>
          </w:tcPr>
          <w:p w14:paraId="4A74207D" w14:textId="0236EDE3" w:rsidR="00F678CC" w:rsidRPr="00240C29" w:rsidRDefault="00F678CC" w:rsidP="00EA4E43">
            <w:pPr>
              <w:ind w:firstLine="0"/>
              <w:rPr>
                <w:szCs w:val="24"/>
              </w:rPr>
            </w:pPr>
            <w:r w:rsidRPr="00240C29">
              <w:rPr>
                <w:szCs w:val="24"/>
              </w:rPr>
              <w:t xml:space="preserve">Corn cu </w:t>
            </w:r>
            <w:proofErr w:type="spellStart"/>
            <w:r w:rsidRPr="00240C29">
              <w:rPr>
                <w:szCs w:val="24"/>
              </w:rPr>
              <w:t>ciocolata</w:t>
            </w:r>
            <w:proofErr w:type="spellEnd"/>
            <w:r w:rsidR="00FD4BD3">
              <w:t xml:space="preserve">/ </w:t>
            </w:r>
            <w:proofErr w:type="spellStart"/>
            <w:r w:rsidR="00FD4BD3">
              <w:rPr>
                <w:color w:val="6AA84F"/>
              </w:rPr>
              <w:t>vanile</w:t>
            </w:r>
            <w:proofErr w:type="spellEnd"/>
            <w:r w:rsidR="00FD4BD3">
              <w:rPr>
                <w:color w:val="6AA84F"/>
              </w:rPr>
              <w:t xml:space="preserve">/ </w:t>
            </w:r>
            <w:proofErr w:type="spellStart"/>
            <w:r w:rsidR="00FD4BD3">
              <w:rPr>
                <w:color w:val="6AA84F"/>
              </w:rPr>
              <w:t>dulceata</w:t>
            </w:r>
            <w:proofErr w:type="spellEnd"/>
            <w:r w:rsidRPr="00240C29">
              <w:rPr>
                <w:szCs w:val="24"/>
              </w:rPr>
              <w:t xml:space="preserve"> 70 gr</w:t>
            </w:r>
            <w:r w:rsidR="00FD4BD3">
              <w:rPr>
                <w:szCs w:val="24"/>
              </w:rPr>
              <w:t xml:space="preserve"> </w:t>
            </w:r>
          </w:p>
        </w:tc>
        <w:tc>
          <w:tcPr>
            <w:tcW w:w="1701" w:type="dxa"/>
            <w:tcMar>
              <w:top w:w="80" w:type="dxa"/>
              <w:left w:w="90" w:type="dxa"/>
              <w:bottom w:w="80" w:type="dxa"/>
              <w:right w:w="90" w:type="dxa"/>
            </w:tcMar>
            <w:vAlign w:val="center"/>
          </w:tcPr>
          <w:p w14:paraId="640F3CD1" w14:textId="77777777" w:rsidR="00F678CC" w:rsidRPr="00240C29" w:rsidRDefault="00F678CC" w:rsidP="00EA4E43">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F678CC" w:rsidRPr="00240C29" w14:paraId="2C63A6CF" w14:textId="77777777">
        <w:trPr>
          <w:jc w:val="center"/>
        </w:trPr>
        <w:tc>
          <w:tcPr>
            <w:tcW w:w="850" w:type="dxa"/>
            <w:tcMar>
              <w:top w:w="80" w:type="dxa"/>
              <w:left w:w="90" w:type="dxa"/>
              <w:bottom w:w="80" w:type="dxa"/>
              <w:right w:w="90" w:type="dxa"/>
            </w:tcMar>
            <w:vAlign w:val="center"/>
          </w:tcPr>
          <w:p w14:paraId="1C9D6315" w14:textId="77777777" w:rsidR="00F678CC" w:rsidRPr="00240C29" w:rsidRDefault="00F678CC" w:rsidP="00EA4E43">
            <w:pPr>
              <w:ind w:firstLine="0"/>
              <w:jc w:val="center"/>
              <w:rPr>
                <w:szCs w:val="24"/>
              </w:rPr>
            </w:pPr>
            <w:r w:rsidRPr="00240C29">
              <w:rPr>
                <w:szCs w:val="24"/>
              </w:rPr>
              <w:lastRenderedPageBreak/>
              <w:t>28</w:t>
            </w:r>
          </w:p>
        </w:tc>
        <w:tc>
          <w:tcPr>
            <w:tcW w:w="7087" w:type="dxa"/>
            <w:tcMar>
              <w:top w:w="80" w:type="dxa"/>
              <w:left w:w="90" w:type="dxa"/>
              <w:bottom w:w="80" w:type="dxa"/>
              <w:right w:w="90" w:type="dxa"/>
            </w:tcMar>
            <w:vAlign w:val="center"/>
          </w:tcPr>
          <w:p w14:paraId="5CEEEA54" w14:textId="77777777" w:rsidR="00F678CC" w:rsidRPr="00240C29" w:rsidRDefault="00F678CC" w:rsidP="00EA4E43">
            <w:pPr>
              <w:ind w:firstLine="0"/>
              <w:rPr>
                <w:szCs w:val="24"/>
              </w:rPr>
            </w:pPr>
            <w:proofErr w:type="spellStart"/>
            <w:r w:rsidRPr="00240C29">
              <w:rPr>
                <w:szCs w:val="24"/>
              </w:rPr>
              <w:t>Prajitura</w:t>
            </w:r>
            <w:proofErr w:type="spellEnd"/>
            <w:r w:rsidRPr="00240C29">
              <w:rPr>
                <w:szCs w:val="24"/>
              </w:rPr>
              <w:t xml:space="preserve"> ,,Magura,, 38 gr</w:t>
            </w:r>
          </w:p>
        </w:tc>
        <w:tc>
          <w:tcPr>
            <w:tcW w:w="1701" w:type="dxa"/>
            <w:tcMar>
              <w:top w:w="80" w:type="dxa"/>
              <w:left w:w="90" w:type="dxa"/>
              <w:bottom w:w="80" w:type="dxa"/>
              <w:right w:w="90" w:type="dxa"/>
            </w:tcMar>
            <w:vAlign w:val="center"/>
          </w:tcPr>
          <w:p w14:paraId="54A08037" w14:textId="77777777" w:rsidR="00F678CC" w:rsidRPr="00240C29" w:rsidRDefault="00F678CC" w:rsidP="00EA4E43">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F678CC" w:rsidRPr="00240C29" w14:paraId="30A100F2" w14:textId="77777777">
        <w:trPr>
          <w:jc w:val="center"/>
        </w:trPr>
        <w:tc>
          <w:tcPr>
            <w:tcW w:w="850" w:type="dxa"/>
            <w:tcMar>
              <w:top w:w="80" w:type="dxa"/>
              <w:left w:w="90" w:type="dxa"/>
              <w:bottom w:w="80" w:type="dxa"/>
              <w:right w:w="90" w:type="dxa"/>
            </w:tcMar>
            <w:vAlign w:val="center"/>
          </w:tcPr>
          <w:p w14:paraId="06030B19" w14:textId="77777777" w:rsidR="00F678CC" w:rsidRPr="00240C29" w:rsidRDefault="00F678CC" w:rsidP="00EA4E43">
            <w:pPr>
              <w:ind w:firstLine="0"/>
              <w:jc w:val="center"/>
              <w:rPr>
                <w:szCs w:val="24"/>
              </w:rPr>
            </w:pPr>
            <w:r w:rsidRPr="00240C29">
              <w:rPr>
                <w:szCs w:val="24"/>
              </w:rPr>
              <w:t>29</w:t>
            </w:r>
          </w:p>
        </w:tc>
        <w:tc>
          <w:tcPr>
            <w:tcW w:w="7087" w:type="dxa"/>
            <w:tcMar>
              <w:top w:w="80" w:type="dxa"/>
              <w:left w:w="90" w:type="dxa"/>
              <w:bottom w:w="80" w:type="dxa"/>
              <w:right w:w="90" w:type="dxa"/>
            </w:tcMar>
            <w:vAlign w:val="center"/>
          </w:tcPr>
          <w:p w14:paraId="3DCD84E4" w14:textId="77777777" w:rsidR="00F678CC" w:rsidRPr="00240C29" w:rsidRDefault="00F678CC" w:rsidP="00EA4E43">
            <w:pPr>
              <w:ind w:firstLine="0"/>
              <w:rPr>
                <w:szCs w:val="24"/>
              </w:rPr>
            </w:pPr>
            <w:proofErr w:type="spellStart"/>
            <w:r w:rsidRPr="00240C29">
              <w:rPr>
                <w:szCs w:val="24"/>
              </w:rPr>
              <w:t>Napolitane</w:t>
            </w:r>
            <w:proofErr w:type="spellEnd"/>
            <w:r w:rsidRPr="00240C29">
              <w:rPr>
                <w:szCs w:val="24"/>
              </w:rPr>
              <w:t xml:space="preserve"> 40 gr</w:t>
            </w:r>
          </w:p>
        </w:tc>
        <w:tc>
          <w:tcPr>
            <w:tcW w:w="1701" w:type="dxa"/>
            <w:tcMar>
              <w:top w:w="80" w:type="dxa"/>
              <w:left w:w="90" w:type="dxa"/>
              <w:bottom w:w="80" w:type="dxa"/>
              <w:right w:w="90" w:type="dxa"/>
            </w:tcMar>
            <w:vAlign w:val="center"/>
          </w:tcPr>
          <w:p w14:paraId="106FEB42" w14:textId="77777777" w:rsidR="00F678CC" w:rsidRPr="00240C29" w:rsidRDefault="00F678CC" w:rsidP="00EA4E43">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F678CC" w:rsidRPr="00240C29" w14:paraId="1F5BF710" w14:textId="77777777">
        <w:trPr>
          <w:jc w:val="center"/>
        </w:trPr>
        <w:tc>
          <w:tcPr>
            <w:tcW w:w="850" w:type="dxa"/>
            <w:tcMar>
              <w:top w:w="80" w:type="dxa"/>
              <w:left w:w="90" w:type="dxa"/>
              <w:bottom w:w="80" w:type="dxa"/>
              <w:right w:w="90" w:type="dxa"/>
            </w:tcMar>
            <w:vAlign w:val="center"/>
          </w:tcPr>
          <w:p w14:paraId="2BADFFB5" w14:textId="77777777" w:rsidR="00F678CC" w:rsidRPr="00240C29" w:rsidRDefault="00F678CC" w:rsidP="00EA4E43">
            <w:pPr>
              <w:ind w:firstLine="0"/>
              <w:jc w:val="center"/>
              <w:rPr>
                <w:szCs w:val="24"/>
              </w:rPr>
            </w:pPr>
            <w:r w:rsidRPr="00240C29">
              <w:rPr>
                <w:szCs w:val="24"/>
              </w:rPr>
              <w:t>30</w:t>
            </w:r>
          </w:p>
        </w:tc>
        <w:tc>
          <w:tcPr>
            <w:tcW w:w="7087" w:type="dxa"/>
            <w:tcMar>
              <w:top w:w="80" w:type="dxa"/>
              <w:left w:w="90" w:type="dxa"/>
              <w:bottom w:w="80" w:type="dxa"/>
              <w:right w:w="90" w:type="dxa"/>
            </w:tcMar>
            <w:vAlign w:val="center"/>
          </w:tcPr>
          <w:p w14:paraId="4D379AA5" w14:textId="77777777" w:rsidR="00F678CC" w:rsidRPr="00240C29" w:rsidRDefault="00F678CC" w:rsidP="00EA4E43">
            <w:pPr>
              <w:ind w:firstLine="0"/>
              <w:rPr>
                <w:szCs w:val="24"/>
              </w:rPr>
            </w:pPr>
            <w:r w:rsidRPr="00240C29">
              <w:rPr>
                <w:szCs w:val="24"/>
              </w:rPr>
              <w:t>Nuga 50 gr</w:t>
            </w:r>
          </w:p>
        </w:tc>
        <w:tc>
          <w:tcPr>
            <w:tcW w:w="1701" w:type="dxa"/>
            <w:tcMar>
              <w:top w:w="80" w:type="dxa"/>
              <w:left w:w="90" w:type="dxa"/>
              <w:bottom w:w="80" w:type="dxa"/>
              <w:right w:w="90" w:type="dxa"/>
            </w:tcMar>
            <w:vAlign w:val="center"/>
          </w:tcPr>
          <w:p w14:paraId="69348840" w14:textId="77777777" w:rsidR="00F678CC" w:rsidRPr="00240C29" w:rsidRDefault="00F678CC" w:rsidP="00EA4E43">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F678CC" w:rsidRPr="00240C29" w14:paraId="60594F12" w14:textId="77777777">
        <w:trPr>
          <w:jc w:val="center"/>
        </w:trPr>
        <w:tc>
          <w:tcPr>
            <w:tcW w:w="850" w:type="dxa"/>
            <w:tcMar>
              <w:top w:w="80" w:type="dxa"/>
              <w:left w:w="90" w:type="dxa"/>
              <w:bottom w:w="80" w:type="dxa"/>
              <w:right w:w="90" w:type="dxa"/>
            </w:tcMar>
            <w:vAlign w:val="center"/>
          </w:tcPr>
          <w:p w14:paraId="2621E54D" w14:textId="77777777" w:rsidR="00F678CC" w:rsidRPr="00240C29" w:rsidRDefault="00F678CC" w:rsidP="00EA4E43">
            <w:pPr>
              <w:ind w:firstLine="0"/>
              <w:jc w:val="center"/>
              <w:rPr>
                <w:szCs w:val="24"/>
              </w:rPr>
            </w:pPr>
            <w:r w:rsidRPr="00240C29">
              <w:rPr>
                <w:szCs w:val="24"/>
              </w:rPr>
              <w:t>31</w:t>
            </w:r>
          </w:p>
        </w:tc>
        <w:tc>
          <w:tcPr>
            <w:tcW w:w="7087" w:type="dxa"/>
            <w:tcMar>
              <w:top w:w="80" w:type="dxa"/>
              <w:left w:w="90" w:type="dxa"/>
              <w:bottom w:w="80" w:type="dxa"/>
              <w:right w:w="90" w:type="dxa"/>
            </w:tcMar>
            <w:vAlign w:val="center"/>
          </w:tcPr>
          <w:p w14:paraId="7D666F32" w14:textId="77777777" w:rsidR="00F678CC" w:rsidRPr="00240C29" w:rsidRDefault="00F678CC" w:rsidP="00EA4E43">
            <w:pPr>
              <w:ind w:firstLine="0"/>
              <w:rPr>
                <w:szCs w:val="24"/>
              </w:rPr>
            </w:pPr>
            <w:proofErr w:type="spellStart"/>
            <w:r w:rsidRPr="00240C29">
              <w:rPr>
                <w:szCs w:val="24"/>
              </w:rPr>
              <w:t>Rulada</w:t>
            </w:r>
            <w:proofErr w:type="spellEnd"/>
            <w:r w:rsidRPr="00240C29">
              <w:rPr>
                <w:szCs w:val="24"/>
              </w:rPr>
              <w:t xml:space="preserve"> 100 gr</w:t>
            </w:r>
          </w:p>
        </w:tc>
        <w:tc>
          <w:tcPr>
            <w:tcW w:w="1701" w:type="dxa"/>
            <w:tcMar>
              <w:top w:w="80" w:type="dxa"/>
              <w:left w:w="90" w:type="dxa"/>
              <w:bottom w:w="80" w:type="dxa"/>
              <w:right w:w="90" w:type="dxa"/>
            </w:tcMar>
            <w:vAlign w:val="center"/>
          </w:tcPr>
          <w:p w14:paraId="5DC4C228" w14:textId="77777777" w:rsidR="00F678CC" w:rsidRPr="00240C29" w:rsidRDefault="00F678CC" w:rsidP="00EA4E43">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F678CC" w:rsidRPr="00240C29" w14:paraId="791FC304" w14:textId="77777777">
        <w:trPr>
          <w:jc w:val="center"/>
        </w:trPr>
        <w:tc>
          <w:tcPr>
            <w:tcW w:w="850" w:type="dxa"/>
            <w:tcMar>
              <w:top w:w="80" w:type="dxa"/>
              <w:left w:w="90" w:type="dxa"/>
              <w:bottom w:w="80" w:type="dxa"/>
              <w:right w:w="90" w:type="dxa"/>
            </w:tcMar>
            <w:vAlign w:val="center"/>
          </w:tcPr>
          <w:p w14:paraId="5D3B5DDF" w14:textId="77777777" w:rsidR="00F678CC" w:rsidRPr="00240C29" w:rsidRDefault="00F678CC" w:rsidP="00EA4E43">
            <w:pPr>
              <w:ind w:firstLine="0"/>
              <w:jc w:val="center"/>
              <w:rPr>
                <w:szCs w:val="24"/>
              </w:rPr>
            </w:pPr>
            <w:r w:rsidRPr="00240C29">
              <w:rPr>
                <w:szCs w:val="24"/>
              </w:rPr>
              <w:t>32</w:t>
            </w:r>
          </w:p>
        </w:tc>
        <w:tc>
          <w:tcPr>
            <w:tcW w:w="7087" w:type="dxa"/>
            <w:tcMar>
              <w:top w:w="80" w:type="dxa"/>
              <w:left w:w="90" w:type="dxa"/>
              <w:bottom w:w="80" w:type="dxa"/>
              <w:right w:w="90" w:type="dxa"/>
            </w:tcMar>
            <w:vAlign w:val="center"/>
          </w:tcPr>
          <w:p w14:paraId="498D2946" w14:textId="77777777" w:rsidR="00F678CC" w:rsidRPr="00240C29" w:rsidRDefault="00F678CC" w:rsidP="00EA4E43">
            <w:pPr>
              <w:ind w:firstLine="0"/>
              <w:rPr>
                <w:szCs w:val="24"/>
              </w:rPr>
            </w:pPr>
            <w:proofErr w:type="spellStart"/>
            <w:r w:rsidRPr="00240C29">
              <w:rPr>
                <w:szCs w:val="24"/>
              </w:rPr>
              <w:t>Fructe</w:t>
            </w:r>
            <w:proofErr w:type="spellEnd"/>
            <w:r w:rsidRPr="00240C29">
              <w:rPr>
                <w:szCs w:val="24"/>
              </w:rPr>
              <w:t xml:space="preserv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47754689" w14:textId="77777777" w:rsidR="00F678CC" w:rsidRPr="00240C29" w:rsidRDefault="00F678CC" w:rsidP="00EA4E43">
            <w:pPr>
              <w:ind w:firstLine="0"/>
              <w:jc w:val="center"/>
              <w:rPr>
                <w:szCs w:val="24"/>
              </w:rPr>
            </w:pPr>
            <w:r w:rsidRPr="00240C29">
              <w:rPr>
                <w:szCs w:val="24"/>
              </w:rPr>
              <w:t>100 gr</w:t>
            </w:r>
          </w:p>
        </w:tc>
      </w:tr>
      <w:tr w:rsidR="00F678CC" w:rsidRPr="00240C29" w14:paraId="34540F00" w14:textId="77777777">
        <w:trPr>
          <w:jc w:val="center"/>
        </w:trPr>
        <w:tc>
          <w:tcPr>
            <w:tcW w:w="850" w:type="dxa"/>
            <w:tcMar>
              <w:top w:w="80" w:type="dxa"/>
              <w:left w:w="90" w:type="dxa"/>
              <w:bottom w:w="80" w:type="dxa"/>
              <w:right w:w="90" w:type="dxa"/>
            </w:tcMar>
            <w:vAlign w:val="center"/>
          </w:tcPr>
          <w:p w14:paraId="52897B12" w14:textId="77777777" w:rsidR="00F678CC" w:rsidRPr="00240C29" w:rsidRDefault="00F678CC" w:rsidP="00EA4E43">
            <w:pPr>
              <w:ind w:firstLine="0"/>
              <w:jc w:val="center"/>
              <w:rPr>
                <w:szCs w:val="24"/>
              </w:rPr>
            </w:pPr>
            <w:r w:rsidRPr="00240C29">
              <w:rPr>
                <w:szCs w:val="24"/>
              </w:rPr>
              <w:t>33</w:t>
            </w:r>
          </w:p>
        </w:tc>
        <w:tc>
          <w:tcPr>
            <w:tcW w:w="7087" w:type="dxa"/>
            <w:tcMar>
              <w:top w:w="80" w:type="dxa"/>
              <w:left w:w="90" w:type="dxa"/>
              <w:bottom w:w="80" w:type="dxa"/>
              <w:right w:w="90" w:type="dxa"/>
            </w:tcMar>
            <w:vAlign w:val="center"/>
          </w:tcPr>
          <w:p w14:paraId="7F433CE0" w14:textId="77777777" w:rsidR="00F678CC" w:rsidRPr="00240C29" w:rsidRDefault="00F678CC" w:rsidP="00EA4E43">
            <w:pPr>
              <w:ind w:firstLine="0"/>
              <w:rPr>
                <w:szCs w:val="24"/>
              </w:rPr>
            </w:pPr>
            <w:proofErr w:type="spellStart"/>
            <w:r w:rsidRPr="00240C29">
              <w:rPr>
                <w:szCs w:val="24"/>
              </w:rPr>
              <w:t>Suc</w:t>
            </w:r>
            <w:proofErr w:type="spellEnd"/>
          </w:p>
        </w:tc>
        <w:tc>
          <w:tcPr>
            <w:tcW w:w="1701" w:type="dxa"/>
            <w:tcMar>
              <w:top w:w="80" w:type="dxa"/>
              <w:left w:w="90" w:type="dxa"/>
              <w:bottom w:w="80" w:type="dxa"/>
              <w:right w:w="90" w:type="dxa"/>
            </w:tcMar>
            <w:vAlign w:val="center"/>
          </w:tcPr>
          <w:p w14:paraId="51834753" w14:textId="77777777" w:rsidR="00F678CC" w:rsidRPr="00240C29" w:rsidRDefault="00F678CC" w:rsidP="00EA4E43">
            <w:pPr>
              <w:ind w:firstLine="0"/>
              <w:jc w:val="center"/>
              <w:rPr>
                <w:szCs w:val="24"/>
              </w:rPr>
            </w:pPr>
            <w:r w:rsidRPr="00240C29">
              <w:rPr>
                <w:szCs w:val="24"/>
              </w:rPr>
              <w:t>250 gr</w:t>
            </w:r>
          </w:p>
        </w:tc>
      </w:tr>
      <w:tr w:rsidR="00F678CC" w:rsidRPr="00240C29" w14:paraId="09E8568D" w14:textId="77777777">
        <w:trPr>
          <w:jc w:val="center"/>
        </w:trPr>
        <w:tc>
          <w:tcPr>
            <w:tcW w:w="850" w:type="dxa"/>
            <w:tcMar>
              <w:top w:w="80" w:type="dxa"/>
              <w:left w:w="90" w:type="dxa"/>
              <w:bottom w:w="80" w:type="dxa"/>
              <w:right w:w="90" w:type="dxa"/>
            </w:tcMar>
            <w:vAlign w:val="center"/>
          </w:tcPr>
          <w:p w14:paraId="17D0304B" w14:textId="77777777" w:rsidR="00F678CC" w:rsidRPr="00240C29" w:rsidRDefault="00F678CC" w:rsidP="00EA4E43">
            <w:pPr>
              <w:ind w:firstLine="0"/>
              <w:jc w:val="center"/>
              <w:rPr>
                <w:szCs w:val="24"/>
              </w:rPr>
            </w:pPr>
            <w:r w:rsidRPr="00240C29">
              <w:rPr>
                <w:szCs w:val="24"/>
              </w:rPr>
              <w:t>34</w:t>
            </w:r>
          </w:p>
        </w:tc>
        <w:tc>
          <w:tcPr>
            <w:tcW w:w="7087" w:type="dxa"/>
            <w:tcMar>
              <w:top w:w="80" w:type="dxa"/>
              <w:left w:w="90" w:type="dxa"/>
              <w:bottom w:w="80" w:type="dxa"/>
              <w:right w:w="90" w:type="dxa"/>
            </w:tcMar>
            <w:vAlign w:val="center"/>
          </w:tcPr>
          <w:p w14:paraId="28D9770D" w14:textId="77777777" w:rsidR="00F678CC" w:rsidRPr="00240C29" w:rsidRDefault="00F678CC" w:rsidP="00EA4E43">
            <w:pPr>
              <w:ind w:firstLine="0"/>
              <w:rPr>
                <w:szCs w:val="24"/>
              </w:rPr>
            </w:pPr>
            <w:r w:rsidRPr="00240C29">
              <w:rPr>
                <w:szCs w:val="24"/>
              </w:rPr>
              <w:t xml:space="preserve">Apa </w:t>
            </w:r>
            <w:proofErr w:type="spellStart"/>
            <w:r w:rsidRPr="00240C29">
              <w:rPr>
                <w:szCs w:val="24"/>
              </w:rPr>
              <w:t>minerala</w:t>
            </w:r>
            <w:proofErr w:type="spellEnd"/>
          </w:p>
        </w:tc>
        <w:tc>
          <w:tcPr>
            <w:tcW w:w="1701" w:type="dxa"/>
            <w:tcMar>
              <w:top w:w="80" w:type="dxa"/>
              <w:left w:w="90" w:type="dxa"/>
              <w:bottom w:w="80" w:type="dxa"/>
              <w:right w:w="90" w:type="dxa"/>
            </w:tcMar>
            <w:vAlign w:val="center"/>
          </w:tcPr>
          <w:p w14:paraId="39B90457" w14:textId="77777777" w:rsidR="00F678CC" w:rsidRPr="00240C29" w:rsidRDefault="00F678CC" w:rsidP="00EA4E43">
            <w:pPr>
              <w:ind w:firstLine="0"/>
              <w:jc w:val="center"/>
              <w:rPr>
                <w:szCs w:val="24"/>
              </w:rPr>
            </w:pPr>
            <w:r w:rsidRPr="00240C29">
              <w:rPr>
                <w:szCs w:val="24"/>
              </w:rPr>
              <w:t>250 gr</w:t>
            </w:r>
          </w:p>
        </w:tc>
      </w:tr>
      <w:tr w:rsidR="00F678CC" w:rsidRPr="00240C29" w14:paraId="39E87857" w14:textId="77777777">
        <w:trPr>
          <w:jc w:val="center"/>
        </w:trPr>
        <w:tc>
          <w:tcPr>
            <w:tcW w:w="850" w:type="dxa"/>
            <w:tcMar>
              <w:top w:w="80" w:type="dxa"/>
              <w:left w:w="90" w:type="dxa"/>
              <w:bottom w:w="80" w:type="dxa"/>
              <w:right w:w="90" w:type="dxa"/>
            </w:tcMar>
            <w:vAlign w:val="center"/>
          </w:tcPr>
          <w:p w14:paraId="314D03A4" w14:textId="77777777" w:rsidR="00F678CC" w:rsidRPr="00240C29" w:rsidRDefault="00F678CC" w:rsidP="00EA4E43">
            <w:pPr>
              <w:ind w:firstLine="0"/>
              <w:jc w:val="center"/>
              <w:rPr>
                <w:szCs w:val="24"/>
              </w:rPr>
            </w:pPr>
            <w:r w:rsidRPr="00240C29">
              <w:rPr>
                <w:szCs w:val="24"/>
              </w:rPr>
              <w:t>35</w:t>
            </w:r>
          </w:p>
        </w:tc>
        <w:tc>
          <w:tcPr>
            <w:tcW w:w="7087" w:type="dxa"/>
            <w:tcMar>
              <w:top w:w="80" w:type="dxa"/>
              <w:left w:w="90" w:type="dxa"/>
              <w:bottom w:w="80" w:type="dxa"/>
              <w:right w:w="90" w:type="dxa"/>
            </w:tcMar>
            <w:vAlign w:val="center"/>
          </w:tcPr>
          <w:p w14:paraId="729168B1" w14:textId="287A1665" w:rsidR="00F678CC" w:rsidRPr="00240C29" w:rsidRDefault="00F678CC" w:rsidP="00EA4E43">
            <w:pPr>
              <w:ind w:firstLine="0"/>
              <w:rPr>
                <w:szCs w:val="24"/>
              </w:rPr>
            </w:pPr>
            <w:r w:rsidRPr="00240C29">
              <w:rPr>
                <w:szCs w:val="24"/>
              </w:rPr>
              <w:t xml:space="preserve">Tort cu crema de </w:t>
            </w:r>
            <w:proofErr w:type="spellStart"/>
            <w:r w:rsidRPr="00240C29">
              <w:rPr>
                <w:szCs w:val="24"/>
              </w:rPr>
              <w:t>ciocolata</w:t>
            </w:r>
            <w:proofErr w:type="spellEnd"/>
            <w:r w:rsidR="00FD4BD3" w:rsidRPr="00FD4BD3">
              <w:rPr>
                <w:szCs w:val="24"/>
                <w:lang w:val="en"/>
              </w:rPr>
              <w:t xml:space="preserve">/ </w:t>
            </w:r>
            <w:proofErr w:type="spellStart"/>
            <w:r w:rsidR="00FD4BD3" w:rsidRPr="00FD4BD3">
              <w:rPr>
                <w:szCs w:val="24"/>
                <w:lang w:val="en"/>
              </w:rPr>
              <w:t>lamaie</w:t>
            </w:r>
            <w:proofErr w:type="spellEnd"/>
            <w:r w:rsidR="00FD4BD3" w:rsidRPr="00FD4BD3">
              <w:rPr>
                <w:szCs w:val="24"/>
                <w:lang w:val="en"/>
              </w:rPr>
              <w:t xml:space="preserve">/ </w:t>
            </w:r>
            <w:proofErr w:type="spellStart"/>
            <w:r w:rsidR="00FD4BD3" w:rsidRPr="00FD4BD3">
              <w:rPr>
                <w:szCs w:val="24"/>
                <w:lang w:val="en"/>
              </w:rPr>
              <w:t>vanilie</w:t>
            </w:r>
            <w:proofErr w:type="spellEnd"/>
            <w:r w:rsidR="00FD4BD3" w:rsidRPr="00FD4BD3">
              <w:rPr>
                <w:szCs w:val="24"/>
                <w:lang w:val="en"/>
              </w:rPr>
              <w:t xml:space="preserve">/ </w:t>
            </w:r>
            <w:proofErr w:type="spellStart"/>
            <w:r w:rsidR="00FD4BD3" w:rsidRPr="00FD4BD3">
              <w:rPr>
                <w:szCs w:val="24"/>
                <w:lang w:val="en"/>
              </w:rPr>
              <w:t>fructe</w:t>
            </w:r>
            <w:proofErr w:type="spellEnd"/>
          </w:p>
        </w:tc>
        <w:tc>
          <w:tcPr>
            <w:tcW w:w="1701" w:type="dxa"/>
            <w:tcMar>
              <w:top w:w="80" w:type="dxa"/>
              <w:left w:w="90" w:type="dxa"/>
              <w:bottom w:w="80" w:type="dxa"/>
              <w:right w:w="90" w:type="dxa"/>
            </w:tcMar>
            <w:vAlign w:val="center"/>
          </w:tcPr>
          <w:p w14:paraId="4F6A3E65" w14:textId="77777777" w:rsidR="00F678CC" w:rsidRPr="00240C29" w:rsidRDefault="00F678CC" w:rsidP="00EA4E43">
            <w:pPr>
              <w:ind w:firstLine="0"/>
              <w:jc w:val="center"/>
              <w:rPr>
                <w:szCs w:val="24"/>
              </w:rPr>
            </w:pPr>
            <w:r w:rsidRPr="00240C29">
              <w:rPr>
                <w:szCs w:val="24"/>
              </w:rPr>
              <w:t>100 gr</w:t>
            </w:r>
          </w:p>
        </w:tc>
      </w:tr>
      <w:tr w:rsidR="00F678CC" w:rsidRPr="00240C29" w14:paraId="43392D8C" w14:textId="77777777">
        <w:trPr>
          <w:jc w:val="center"/>
        </w:trPr>
        <w:tc>
          <w:tcPr>
            <w:tcW w:w="850" w:type="dxa"/>
            <w:tcMar>
              <w:top w:w="80" w:type="dxa"/>
              <w:left w:w="90" w:type="dxa"/>
              <w:bottom w:w="80" w:type="dxa"/>
              <w:right w:w="90" w:type="dxa"/>
            </w:tcMar>
            <w:vAlign w:val="center"/>
          </w:tcPr>
          <w:p w14:paraId="265D7EAB" w14:textId="77777777" w:rsidR="00F678CC" w:rsidRPr="00240C29" w:rsidRDefault="00F678CC" w:rsidP="00EA4E43">
            <w:pPr>
              <w:ind w:firstLine="0"/>
              <w:jc w:val="center"/>
              <w:rPr>
                <w:szCs w:val="24"/>
              </w:rPr>
            </w:pPr>
            <w:r w:rsidRPr="00240C29">
              <w:rPr>
                <w:szCs w:val="24"/>
              </w:rPr>
              <w:t>36</w:t>
            </w:r>
          </w:p>
        </w:tc>
        <w:tc>
          <w:tcPr>
            <w:tcW w:w="7087" w:type="dxa"/>
            <w:tcMar>
              <w:top w:w="80" w:type="dxa"/>
              <w:left w:w="90" w:type="dxa"/>
              <w:bottom w:w="80" w:type="dxa"/>
              <w:right w:w="90" w:type="dxa"/>
            </w:tcMar>
            <w:vAlign w:val="center"/>
          </w:tcPr>
          <w:p w14:paraId="6BD13086" w14:textId="77777777" w:rsidR="00F678CC" w:rsidRPr="00240C29" w:rsidRDefault="00F678CC" w:rsidP="00EA4E43">
            <w:pPr>
              <w:ind w:firstLine="0"/>
              <w:rPr>
                <w:szCs w:val="24"/>
              </w:rPr>
            </w:pPr>
            <w:proofErr w:type="spellStart"/>
            <w:r w:rsidRPr="00240C29">
              <w:rPr>
                <w:szCs w:val="24"/>
              </w:rPr>
              <w:t>Turta</w:t>
            </w:r>
            <w:proofErr w:type="spellEnd"/>
            <w:r w:rsidRPr="00240C29">
              <w:rPr>
                <w:szCs w:val="24"/>
              </w:rPr>
              <w:t xml:space="preserve"> dulce</w:t>
            </w:r>
          </w:p>
        </w:tc>
        <w:tc>
          <w:tcPr>
            <w:tcW w:w="1701" w:type="dxa"/>
            <w:tcMar>
              <w:top w:w="80" w:type="dxa"/>
              <w:left w:w="90" w:type="dxa"/>
              <w:bottom w:w="80" w:type="dxa"/>
              <w:right w:w="90" w:type="dxa"/>
            </w:tcMar>
            <w:vAlign w:val="center"/>
          </w:tcPr>
          <w:p w14:paraId="533F6CAE" w14:textId="77777777" w:rsidR="00F678CC" w:rsidRPr="00240C29" w:rsidRDefault="00F678CC" w:rsidP="00EA4E43">
            <w:pPr>
              <w:ind w:firstLine="0"/>
              <w:jc w:val="center"/>
              <w:rPr>
                <w:szCs w:val="24"/>
              </w:rPr>
            </w:pPr>
            <w:r w:rsidRPr="00240C29">
              <w:rPr>
                <w:szCs w:val="24"/>
              </w:rPr>
              <w:t>50 gr</w:t>
            </w:r>
          </w:p>
        </w:tc>
      </w:tr>
      <w:tr w:rsidR="00FD4BD3" w:rsidRPr="00240C29" w14:paraId="1859AD3C" w14:textId="77777777" w:rsidTr="006B3867">
        <w:trPr>
          <w:jc w:val="center"/>
        </w:trPr>
        <w:tc>
          <w:tcPr>
            <w:tcW w:w="850" w:type="dxa"/>
            <w:tcMar>
              <w:top w:w="80" w:type="dxa"/>
              <w:left w:w="90" w:type="dxa"/>
              <w:bottom w:w="80" w:type="dxa"/>
              <w:right w:w="90" w:type="dxa"/>
            </w:tcMar>
            <w:vAlign w:val="center"/>
          </w:tcPr>
          <w:p w14:paraId="607AAC72" w14:textId="10D64BCD" w:rsidR="00FD4BD3" w:rsidRPr="00240C29" w:rsidRDefault="00FD4BD3" w:rsidP="00FD4BD3">
            <w:pPr>
              <w:ind w:firstLine="0"/>
              <w:jc w:val="center"/>
              <w:rPr>
                <w:szCs w:val="24"/>
              </w:rPr>
            </w:pPr>
            <w:r>
              <w:rPr>
                <w:szCs w:val="24"/>
              </w:rPr>
              <w:t>37</w:t>
            </w:r>
          </w:p>
        </w:tc>
        <w:tc>
          <w:tcPr>
            <w:tcW w:w="7087" w:type="dxa"/>
            <w:tcMar>
              <w:top w:w="80" w:type="dxa"/>
              <w:left w:w="90" w:type="dxa"/>
              <w:bottom w:w="80" w:type="dxa"/>
              <w:right w:w="90" w:type="dxa"/>
            </w:tcMar>
          </w:tcPr>
          <w:p w14:paraId="5D367D89" w14:textId="4F430F8A" w:rsidR="00FD4BD3" w:rsidRPr="00240C29" w:rsidRDefault="00FD4BD3" w:rsidP="00FD4BD3">
            <w:pPr>
              <w:ind w:firstLine="0"/>
              <w:rPr>
                <w:szCs w:val="24"/>
              </w:rPr>
            </w:pPr>
            <w:proofErr w:type="spellStart"/>
            <w:r w:rsidRPr="00DE0A3C">
              <w:t>Prajitura</w:t>
            </w:r>
            <w:proofErr w:type="spellEnd"/>
            <w:r w:rsidRPr="00DE0A3C">
              <w:t xml:space="preserve"> cu </w:t>
            </w:r>
            <w:proofErr w:type="spellStart"/>
            <w:r w:rsidRPr="00DE0A3C">
              <w:t>dovleac</w:t>
            </w:r>
            <w:proofErr w:type="spellEnd"/>
            <w:r w:rsidRPr="00DE0A3C">
              <w:t>/ mere</w:t>
            </w:r>
          </w:p>
        </w:tc>
        <w:tc>
          <w:tcPr>
            <w:tcW w:w="1701" w:type="dxa"/>
            <w:tcMar>
              <w:top w:w="80" w:type="dxa"/>
              <w:left w:w="90" w:type="dxa"/>
              <w:bottom w:w="80" w:type="dxa"/>
              <w:right w:w="90" w:type="dxa"/>
            </w:tcMar>
          </w:tcPr>
          <w:p w14:paraId="0E7ACEBC" w14:textId="5AB80816" w:rsidR="00FD4BD3" w:rsidRPr="00240C29" w:rsidRDefault="00FD4BD3" w:rsidP="00FD4BD3">
            <w:pPr>
              <w:ind w:firstLine="0"/>
              <w:jc w:val="center"/>
              <w:rPr>
                <w:szCs w:val="24"/>
              </w:rPr>
            </w:pPr>
            <w:r w:rsidRPr="00DE0A3C">
              <w:t>120 gr</w:t>
            </w:r>
          </w:p>
        </w:tc>
      </w:tr>
    </w:tbl>
    <w:p w14:paraId="039521A4" w14:textId="77777777" w:rsidR="00F678CC" w:rsidRPr="00240C29" w:rsidRDefault="00F678CC" w:rsidP="00EA4E43">
      <w:pPr>
        <w:ind w:firstLine="0"/>
        <w:rPr>
          <w:szCs w:val="24"/>
        </w:rPr>
      </w:pPr>
    </w:p>
    <w:p w14:paraId="0B383286" w14:textId="77777777" w:rsidR="00F678CC" w:rsidRPr="00240C29" w:rsidRDefault="00F678CC" w:rsidP="00EA4E43">
      <w:pPr>
        <w:ind w:firstLine="0"/>
        <w:rPr>
          <w:szCs w:val="24"/>
        </w:rPr>
      </w:pPr>
      <w:r w:rsidRPr="00240C29">
        <w:rPr>
          <w:b/>
          <w:szCs w:val="24"/>
        </w:rPr>
        <w:t>GARNITURI</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3660A3EF" w14:textId="77777777">
        <w:trPr>
          <w:tblHeader/>
          <w:jc w:val="center"/>
        </w:trPr>
        <w:tc>
          <w:tcPr>
            <w:tcW w:w="850" w:type="dxa"/>
            <w:shd w:val="clear" w:color="auto" w:fill="D9D9D9"/>
            <w:tcMar>
              <w:top w:w="80" w:type="dxa"/>
              <w:left w:w="90" w:type="dxa"/>
              <w:bottom w:w="80" w:type="dxa"/>
              <w:right w:w="90" w:type="dxa"/>
            </w:tcMar>
            <w:vAlign w:val="center"/>
          </w:tcPr>
          <w:p w14:paraId="05F6FD06"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6F558773"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3F3A306D"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190F0347" w14:textId="77777777">
        <w:trPr>
          <w:jc w:val="center"/>
        </w:trPr>
        <w:tc>
          <w:tcPr>
            <w:tcW w:w="850" w:type="dxa"/>
            <w:tcMar>
              <w:top w:w="80" w:type="dxa"/>
              <w:left w:w="90" w:type="dxa"/>
              <w:bottom w:w="80" w:type="dxa"/>
              <w:right w:w="90" w:type="dxa"/>
            </w:tcMar>
            <w:vAlign w:val="center"/>
          </w:tcPr>
          <w:p w14:paraId="347DD59A"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5A783D40" w14:textId="77777777" w:rsidR="00F678CC" w:rsidRPr="00240C29" w:rsidRDefault="00F678CC" w:rsidP="00EA4E43">
            <w:pPr>
              <w:ind w:firstLine="0"/>
              <w:rPr>
                <w:szCs w:val="24"/>
              </w:rPr>
            </w:pPr>
            <w:proofErr w:type="spellStart"/>
            <w:r w:rsidRPr="00240C29">
              <w:rPr>
                <w:szCs w:val="24"/>
              </w:rPr>
              <w:t>Cartofi</w:t>
            </w:r>
            <w:proofErr w:type="spellEnd"/>
            <w:r w:rsidRPr="00240C29">
              <w:rPr>
                <w:szCs w:val="24"/>
              </w:rPr>
              <w:t xml:space="preserve"> cu </w:t>
            </w:r>
            <w:proofErr w:type="spellStart"/>
            <w:r w:rsidRPr="00240C29">
              <w:rPr>
                <w:szCs w:val="24"/>
              </w:rPr>
              <w:t>ceapa</w:t>
            </w:r>
            <w:proofErr w:type="spellEnd"/>
          </w:p>
        </w:tc>
        <w:tc>
          <w:tcPr>
            <w:tcW w:w="1701" w:type="dxa"/>
            <w:tcMar>
              <w:top w:w="80" w:type="dxa"/>
              <w:left w:w="90" w:type="dxa"/>
              <w:bottom w:w="80" w:type="dxa"/>
              <w:right w:w="90" w:type="dxa"/>
            </w:tcMar>
            <w:vAlign w:val="center"/>
          </w:tcPr>
          <w:p w14:paraId="51D2A4F4" w14:textId="77777777" w:rsidR="00F678CC" w:rsidRPr="00240C29" w:rsidRDefault="00F678CC" w:rsidP="00EA4E43">
            <w:pPr>
              <w:ind w:firstLine="0"/>
              <w:jc w:val="center"/>
              <w:rPr>
                <w:szCs w:val="24"/>
              </w:rPr>
            </w:pPr>
            <w:r w:rsidRPr="00240C29">
              <w:rPr>
                <w:szCs w:val="24"/>
              </w:rPr>
              <w:t>100 gr</w:t>
            </w:r>
          </w:p>
        </w:tc>
      </w:tr>
      <w:tr w:rsidR="00F678CC" w:rsidRPr="00240C29" w14:paraId="5B0E45AD" w14:textId="77777777">
        <w:trPr>
          <w:jc w:val="center"/>
        </w:trPr>
        <w:tc>
          <w:tcPr>
            <w:tcW w:w="850" w:type="dxa"/>
            <w:tcMar>
              <w:top w:w="80" w:type="dxa"/>
              <w:left w:w="90" w:type="dxa"/>
              <w:bottom w:w="80" w:type="dxa"/>
              <w:right w:w="90" w:type="dxa"/>
            </w:tcMar>
            <w:vAlign w:val="center"/>
          </w:tcPr>
          <w:p w14:paraId="6FFD7E13"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6ADAA373" w14:textId="1E2A6590" w:rsidR="00F678CC" w:rsidRPr="00240C29" w:rsidRDefault="00F678CC" w:rsidP="00EA4E43">
            <w:pPr>
              <w:ind w:firstLine="0"/>
              <w:rPr>
                <w:szCs w:val="24"/>
              </w:rPr>
            </w:pPr>
            <w:proofErr w:type="spellStart"/>
            <w:r w:rsidRPr="00240C29">
              <w:rPr>
                <w:szCs w:val="24"/>
              </w:rPr>
              <w:t>Cartofi</w:t>
            </w:r>
            <w:proofErr w:type="spellEnd"/>
            <w:r w:rsidRPr="00240C29">
              <w:rPr>
                <w:szCs w:val="24"/>
              </w:rPr>
              <w:t xml:space="preserve"> </w:t>
            </w:r>
            <w:proofErr w:type="spellStart"/>
            <w:r w:rsidRPr="00240C29">
              <w:rPr>
                <w:szCs w:val="24"/>
              </w:rPr>
              <w:t>natur</w:t>
            </w:r>
            <w:proofErr w:type="spellEnd"/>
            <w:r w:rsidR="00FD4BD3">
              <w:t>/</w:t>
            </w:r>
            <w:r w:rsidR="00FD4BD3">
              <w:rPr>
                <w:color w:val="6AA84F"/>
              </w:rPr>
              <w:t xml:space="preserve"> </w:t>
            </w:r>
            <w:proofErr w:type="spellStart"/>
            <w:r w:rsidR="00FD4BD3">
              <w:rPr>
                <w:color w:val="6AA84F"/>
              </w:rPr>
              <w:t>copti</w:t>
            </w:r>
            <w:proofErr w:type="spellEnd"/>
          </w:p>
        </w:tc>
        <w:tc>
          <w:tcPr>
            <w:tcW w:w="1701" w:type="dxa"/>
            <w:tcMar>
              <w:top w:w="80" w:type="dxa"/>
              <w:left w:w="90" w:type="dxa"/>
              <w:bottom w:w="80" w:type="dxa"/>
              <w:right w:w="90" w:type="dxa"/>
            </w:tcMar>
            <w:vAlign w:val="center"/>
          </w:tcPr>
          <w:p w14:paraId="60BD590E" w14:textId="77777777" w:rsidR="00F678CC" w:rsidRPr="00240C29" w:rsidRDefault="00F678CC" w:rsidP="00EA4E43">
            <w:pPr>
              <w:ind w:firstLine="0"/>
              <w:jc w:val="center"/>
              <w:rPr>
                <w:szCs w:val="24"/>
              </w:rPr>
            </w:pPr>
            <w:r w:rsidRPr="00240C29">
              <w:rPr>
                <w:szCs w:val="24"/>
              </w:rPr>
              <w:t>150 gr</w:t>
            </w:r>
          </w:p>
        </w:tc>
      </w:tr>
      <w:tr w:rsidR="00F678CC" w:rsidRPr="00240C29" w14:paraId="1B34251E" w14:textId="77777777">
        <w:trPr>
          <w:jc w:val="center"/>
        </w:trPr>
        <w:tc>
          <w:tcPr>
            <w:tcW w:w="850" w:type="dxa"/>
            <w:tcMar>
              <w:top w:w="80" w:type="dxa"/>
              <w:left w:w="90" w:type="dxa"/>
              <w:bottom w:w="80" w:type="dxa"/>
              <w:right w:w="90" w:type="dxa"/>
            </w:tcMar>
            <w:vAlign w:val="center"/>
          </w:tcPr>
          <w:p w14:paraId="4D93E4A6"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3DB7963D" w14:textId="77777777" w:rsidR="00F678CC" w:rsidRPr="00240C29" w:rsidRDefault="00F678CC" w:rsidP="00EA4E43">
            <w:pPr>
              <w:ind w:firstLine="0"/>
              <w:rPr>
                <w:szCs w:val="24"/>
              </w:rPr>
            </w:pPr>
            <w:proofErr w:type="spellStart"/>
            <w:r w:rsidRPr="00240C29">
              <w:rPr>
                <w:szCs w:val="24"/>
              </w:rPr>
              <w:t>Cartofi</w:t>
            </w:r>
            <w:proofErr w:type="spellEnd"/>
            <w:r w:rsidRPr="00240C29">
              <w:rPr>
                <w:szCs w:val="24"/>
              </w:rPr>
              <w:t xml:space="preserve"> </w:t>
            </w:r>
            <w:proofErr w:type="spellStart"/>
            <w:r w:rsidRPr="00240C29">
              <w:rPr>
                <w:szCs w:val="24"/>
              </w:rPr>
              <w:t>prajiti</w:t>
            </w:r>
            <w:proofErr w:type="spellEnd"/>
          </w:p>
        </w:tc>
        <w:tc>
          <w:tcPr>
            <w:tcW w:w="1701" w:type="dxa"/>
            <w:tcMar>
              <w:top w:w="80" w:type="dxa"/>
              <w:left w:w="90" w:type="dxa"/>
              <w:bottom w:w="80" w:type="dxa"/>
              <w:right w:w="90" w:type="dxa"/>
            </w:tcMar>
            <w:vAlign w:val="center"/>
          </w:tcPr>
          <w:p w14:paraId="470B6525" w14:textId="77777777" w:rsidR="00F678CC" w:rsidRPr="00240C29" w:rsidRDefault="00F678CC" w:rsidP="00EA4E43">
            <w:pPr>
              <w:ind w:firstLine="0"/>
              <w:jc w:val="center"/>
              <w:rPr>
                <w:szCs w:val="24"/>
              </w:rPr>
            </w:pPr>
            <w:r w:rsidRPr="00240C29">
              <w:rPr>
                <w:szCs w:val="24"/>
              </w:rPr>
              <w:t>70 gr</w:t>
            </w:r>
          </w:p>
        </w:tc>
      </w:tr>
      <w:tr w:rsidR="00F678CC" w:rsidRPr="00240C29" w14:paraId="18380AB1" w14:textId="77777777">
        <w:trPr>
          <w:jc w:val="center"/>
        </w:trPr>
        <w:tc>
          <w:tcPr>
            <w:tcW w:w="850" w:type="dxa"/>
            <w:tcMar>
              <w:top w:w="80" w:type="dxa"/>
              <w:left w:w="90" w:type="dxa"/>
              <w:bottom w:w="80" w:type="dxa"/>
              <w:right w:w="90" w:type="dxa"/>
            </w:tcMar>
            <w:vAlign w:val="center"/>
          </w:tcPr>
          <w:p w14:paraId="3A80C039"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85B19C1" w14:textId="77777777" w:rsidR="00F678CC" w:rsidRPr="00240C29" w:rsidRDefault="00F678CC" w:rsidP="00EA4E43">
            <w:pPr>
              <w:ind w:firstLine="0"/>
              <w:rPr>
                <w:szCs w:val="24"/>
              </w:rPr>
            </w:pP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Pr="00240C29">
              <w:rPr>
                <w:szCs w:val="24"/>
              </w:rPr>
              <w:t xml:space="preserve"> </w:t>
            </w:r>
            <w:proofErr w:type="spellStart"/>
            <w:r w:rsidRPr="00240C29">
              <w:rPr>
                <w:szCs w:val="24"/>
              </w:rPr>
              <w:t>sote</w:t>
            </w:r>
            <w:proofErr w:type="spellEnd"/>
          </w:p>
        </w:tc>
        <w:tc>
          <w:tcPr>
            <w:tcW w:w="1701" w:type="dxa"/>
            <w:tcMar>
              <w:top w:w="80" w:type="dxa"/>
              <w:left w:w="90" w:type="dxa"/>
              <w:bottom w:w="80" w:type="dxa"/>
              <w:right w:w="90" w:type="dxa"/>
            </w:tcMar>
            <w:vAlign w:val="center"/>
          </w:tcPr>
          <w:p w14:paraId="59F7F327" w14:textId="77777777" w:rsidR="00F678CC" w:rsidRPr="00240C29" w:rsidRDefault="00F678CC" w:rsidP="00EA4E43">
            <w:pPr>
              <w:ind w:firstLine="0"/>
              <w:jc w:val="center"/>
              <w:rPr>
                <w:szCs w:val="24"/>
              </w:rPr>
            </w:pPr>
            <w:r w:rsidRPr="00240C29">
              <w:rPr>
                <w:szCs w:val="24"/>
              </w:rPr>
              <w:t>75 gr</w:t>
            </w:r>
          </w:p>
        </w:tc>
      </w:tr>
      <w:tr w:rsidR="00F678CC" w:rsidRPr="00240C29" w14:paraId="58BCF26A" w14:textId="77777777">
        <w:trPr>
          <w:jc w:val="center"/>
        </w:trPr>
        <w:tc>
          <w:tcPr>
            <w:tcW w:w="850" w:type="dxa"/>
            <w:tcMar>
              <w:top w:w="80" w:type="dxa"/>
              <w:left w:w="90" w:type="dxa"/>
              <w:bottom w:w="80" w:type="dxa"/>
              <w:right w:w="90" w:type="dxa"/>
            </w:tcMar>
            <w:vAlign w:val="center"/>
          </w:tcPr>
          <w:p w14:paraId="38FEF4E1"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280527A4" w14:textId="77777777" w:rsidR="00F678CC" w:rsidRPr="00240C29" w:rsidRDefault="00F678CC" w:rsidP="00EA4E43">
            <w:pPr>
              <w:ind w:firstLine="0"/>
              <w:rPr>
                <w:szCs w:val="24"/>
              </w:rPr>
            </w:pPr>
            <w:r w:rsidRPr="00240C29">
              <w:rPr>
                <w:szCs w:val="24"/>
              </w:rPr>
              <w:t xml:space="preserve">Mazare </w:t>
            </w:r>
            <w:proofErr w:type="spellStart"/>
            <w:r w:rsidRPr="00240C29">
              <w:rPr>
                <w:szCs w:val="24"/>
              </w:rPr>
              <w:t>sote</w:t>
            </w:r>
            <w:proofErr w:type="spellEnd"/>
          </w:p>
        </w:tc>
        <w:tc>
          <w:tcPr>
            <w:tcW w:w="1701" w:type="dxa"/>
            <w:tcMar>
              <w:top w:w="80" w:type="dxa"/>
              <w:left w:w="90" w:type="dxa"/>
              <w:bottom w:w="80" w:type="dxa"/>
              <w:right w:w="90" w:type="dxa"/>
            </w:tcMar>
            <w:vAlign w:val="center"/>
          </w:tcPr>
          <w:p w14:paraId="68CE987D" w14:textId="77777777" w:rsidR="00F678CC" w:rsidRPr="00240C29" w:rsidRDefault="00F678CC" w:rsidP="00EA4E43">
            <w:pPr>
              <w:ind w:firstLine="0"/>
              <w:jc w:val="center"/>
              <w:rPr>
                <w:szCs w:val="24"/>
              </w:rPr>
            </w:pPr>
            <w:r w:rsidRPr="00240C29">
              <w:rPr>
                <w:szCs w:val="24"/>
              </w:rPr>
              <w:t>90 gr</w:t>
            </w:r>
          </w:p>
        </w:tc>
      </w:tr>
      <w:tr w:rsidR="00F678CC" w:rsidRPr="00240C29" w14:paraId="28ADE6F9" w14:textId="77777777">
        <w:trPr>
          <w:jc w:val="center"/>
        </w:trPr>
        <w:tc>
          <w:tcPr>
            <w:tcW w:w="850" w:type="dxa"/>
            <w:tcMar>
              <w:top w:w="80" w:type="dxa"/>
              <w:left w:w="90" w:type="dxa"/>
              <w:bottom w:w="80" w:type="dxa"/>
              <w:right w:w="90" w:type="dxa"/>
            </w:tcMar>
            <w:vAlign w:val="center"/>
          </w:tcPr>
          <w:p w14:paraId="63ACA1C6"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70C71DE4" w14:textId="77777777" w:rsidR="00F678CC" w:rsidRPr="00240C29" w:rsidRDefault="00F678CC" w:rsidP="00EA4E43">
            <w:pPr>
              <w:ind w:firstLine="0"/>
              <w:rPr>
                <w:szCs w:val="24"/>
              </w:rPr>
            </w:pPr>
            <w:proofErr w:type="spellStart"/>
            <w:r w:rsidRPr="00240C29">
              <w:rPr>
                <w:szCs w:val="24"/>
              </w:rPr>
              <w:t>Morcovi</w:t>
            </w:r>
            <w:proofErr w:type="spellEnd"/>
            <w:r w:rsidRPr="00240C29">
              <w:rPr>
                <w:szCs w:val="24"/>
              </w:rPr>
              <w:t xml:space="preserve"> </w:t>
            </w:r>
            <w:proofErr w:type="spellStart"/>
            <w:r w:rsidRPr="00240C29">
              <w:rPr>
                <w:szCs w:val="24"/>
              </w:rPr>
              <w:t>sote</w:t>
            </w:r>
            <w:proofErr w:type="spellEnd"/>
          </w:p>
        </w:tc>
        <w:tc>
          <w:tcPr>
            <w:tcW w:w="1701" w:type="dxa"/>
            <w:tcMar>
              <w:top w:w="80" w:type="dxa"/>
              <w:left w:w="90" w:type="dxa"/>
              <w:bottom w:w="80" w:type="dxa"/>
              <w:right w:w="90" w:type="dxa"/>
            </w:tcMar>
            <w:vAlign w:val="center"/>
          </w:tcPr>
          <w:p w14:paraId="21D2A26D" w14:textId="77777777" w:rsidR="00F678CC" w:rsidRPr="00240C29" w:rsidRDefault="00F678CC" w:rsidP="00EA4E43">
            <w:pPr>
              <w:ind w:firstLine="0"/>
              <w:jc w:val="center"/>
              <w:rPr>
                <w:szCs w:val="24"/>
              </w:rPr>
            </w:pPr>
            <w:r w:rsidRPr="00240C29">
              <w:rPr>
                <w:szCs w:val="24"/>
              </w:rPr>
              <w:t>100 gr</w:t>
            </w:r>
          </w:p>
        </w:tc>
      </w:tr>
      <w:tr w:rsidR="00F678CC" w:rsidRPr="00240C29" w14:paraId="59331565" w14:textId="77777777">
        <w:trPr>
          <w:jc w:val="center"/>
        </w:trPr>
        <w:tc>
          <w:tcPr>
            <w:tcW w:w="850" w:type="dxa"/>
            <w:tcMar>
              <w:top w:w="80" w:type="dxa"/>
              <w:left w:w="90" w:type="dxa"/>
              <w:bottom w:w="80" w:type="dxa"/>
              <w:right w:w="90" w:type="dxa"/>
            </w:tcMar>
            <w:vAlign w:val="center"/>
          </w:tcPr>
          <w:p w14:paraId="32829ADA"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577B601B" w14:textId="77777777" w:rsidR="00F678CC" w:rsidRPr="00240C29" w:rsidRDefault="00F678CC" w:rsidP="00EA4E43">
            <w:pPr>
              <w:ind w:firstLine="0"/>
              <w:rPr>
                <w:szCs w:val="24"/>
              </w:rPr>
            </w:pPr>
            <w:r w:rsidRPr="00240C29">
              <w:rPr>
                <w:szCs w:val="24"/>
              </w:rPr>
              <w:t xml:space="preserve">Pilaf </w:t>
            </w:r>
            <w:proofErr w:type="spellStart"/>
            <w:r w:rsidRPr="00240C29">
              <w:rPr>
                <w:szCs w:val="24"/>
              </w:rPr>
              <w:t>simplu</w:t>
            </w:r>
            <w:proofErr w:type="spellEnd"/>
            <w:r w:rsidRPr="00240C29">
              <w:rPr>
                <w:szCs w:val="24"/>
              </w:rPr>
              <w:t xml:space="preserve"> de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3322CD84" w14:textId="77777777" w:rsidR="00F678CC" w:rsidRPr="00240C29" w:rsidRDefault="00F678CC" w:rsidP="00EA4E43">
            <w:pPr>
              <w:ind w:firstLine="0"/>
              <w:jc w:val="center"/>
              <w:rPr>
                <w:szCs w:val="24"/>
              </w:rPr>
            </w:pPr>
            <w:r w:rsidRPr="00240C29">
              <w:rPr>
                <w:szCs w:val="24"/>
              </w:rPr>
              <w:t>100 gr</w:t>
            </w:r>
          </w:p>
        </w:tc>
      </w:tr>
      <w:tr w:rsidR="00F678CC" w:rsidRPr="00240C29" w14:paraId="6C7848DC" w14:textId="77777777">
        <w:trPr>
          <w:jc w:val="center"/>
        </w:trPr>
        <w:tc>
          <w:tcPr>
            <w:tcW w:w="850" w:type="dxa"/>
            <w:tcMar>
              <w:top w:w="80" w:type="dxa"/>
              <w:left w:w="90" w:type="dxa"/>
              <w:bottom w:w="80" w:type="dxa"/>
              <w:right w:w="90" w:type="dxa"/>
            </w:tcMar>
            <w:vAlign w:val="center"/>
          </w:tcPr>
          <w:p w14:paraId="17C8B8BB"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0A63AD23" w14:textId="77777777" w:rsidR="00F678CC" w:rsidRPr="00240C29" w:rsidRDefault="00F678CC" w:rsidP="00EA4E43">
            <w:pPr>
              <w:ind w:firstLine="0"/>
              <w:rPr>
                <w:szCs w:val="24"/>
              </w:rPr>
            </w:pPr>
            <w:proofErr w:type="spellStart"/>
            <w:r w:rsidRPr="00240C29">
              <w:rPr>
                <w:szCs w:val="24"/>
              </w:rPr>
              <w:t>Piure</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2CF5CAF8" w14:textId="77777777" w:rsidR="00F678CC" w:rsidRPr="00240C29" w:rsidRDefault="00F678CC" w:rsidP="00EA4E43">
            <w:pPr>
              <w:ind w:firstLine="0"/>
              <w:jc w:val="center"/>
              <w:rPr>
                <w:szCs w:val="24"/>
              </w:rPr>
            </w:pPr>
            <w:r w:rsidRPr="00240C29">
              <w:rPr>
                <w:szCs w:val="24"/>
              </w:rPr>
              <w:t>100 gr</w:t>
            </w:r>
          </w:p>
        </w:tc>
      </w:tr>
      <w:tr w:rsidR="00F678CC" w:rsidRPr="00240C29" w14:paraId="0DC91895" w14:textId="77777777">
        <w:trPr>
          <w:jc w:val="center"/>
        </w:trPr>
        <w:tc>
          <w:tcPr>
            <w:tcW w:w="850" w:type="dxa"/>
            <w:tcMar>
              <w:top w:w="80" w:type="dxa"/>
              <w:left w:w="90" w:type="dxa"/>
              <w:bottom w:w="80" w:type="dxa"/>
              <w:right w:w="90" w:type="dxa"/>
            </w:tcMar>
            <w:vAlign w:val="center"/>
          </w:tcPr>
          <w:p w14:paraId="5D9005AC"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79368B18" w14:textId="77777777" w:rsidR="00F678CC" w:rsidRPr="00240C29" w:rsidRDefault="00F678CC" w:rsidP="00EA4E43">
            <w:pPr>
              <w:ind w:firstLine="0"/>
              <w:rPr>
                <w:szCs w:val="24"/>
              </w:rPr>
            </w:pPr>
            <w:proofErr w:type="spellStart"/>
            <w:r w:rsidRPr="00240C29">
              <w:rPr>
                <w:szCs w:val="24"/>
              </w:rPr>
              <w:t>Varza</w:t>
            </w:r>
            <w:proofErr w:type="spellEnd"/>
            <w:r w:rsidRPr="00240C29">
              <w:rPr>
                <w:szCs w:val="24"/>
              </w:rPr>
              <w:t xml:space="preserve"> </w:t>
            </w:r>
            <w:proofErr w:type="spellStart"/>
            <w:r w:rsidRPr="00240C29">
              <w:rPr>
                <w:szCs w:val="24"/>
              </w:rPr>
              <w:t>calita</w:t>
            </w:r>
            <w:proofErr w:type="spellEnd"/>
          </w:p>
        </w:tc>
        <w:tc>
          <w:tcPr>
            <w:tcW w:w="1701" w:type="dxa"/>
            <w:tcMar>
              <w:top w:w="80" w:type="dxa"/>
              <w:left w:w="90" w:type="dxa"/>
              <w:bottom w:w="80" w:type="dxa"/>
              <w:right w:w="90" w:type="dxa"/>
            </w:tcMar>
            <w:vAlign w:val="center"/>
          </w:tcPr>
          <w:p w14:paraId="3C832256" w14:textId="77777777" w:rsidR="00F678CC" w:rsidRPr="00240C29" w:rsidRDefault="00F678CC" w:rsidP="00EA4E43">
            <w:pPr>
              <w:ind w:firstLine="0"/>
              <w:jc w:val="center"/>
              <w:rPr>
                <w:szCs w:val="24"/>
              </w:rPr>
            </w:pPr>
            <w:r w:rsidRPr="00240C29">
              <w:rPr>
                <w:szCs w:val="24"/>
              </w:rPr>
              <w:t>100 gr</w:t>
            </w:r>
          </w:p>
        </w:tc>
      </w:tr>
      <w:tr w:rsidR="00FD4BD3" w:rsidRPr="00240C29" w14:paraId="67ADE0EB" w14:textId="77777777" w:rsidTr="006B3867">
        <w:trPr>
          <w:jc w:val="center"/>
        </w:trPr>
        <w:tc>
          <w:tcPr>
            <w:tcW w:w="850" w:type="dxa"/>
            <w:tcMar>
              <w:top w:w="80" w:type="dxa"/>
              <w:left w:w="90" w:type="dxa"/>
              <w:bottom w:w="80" w:type="dxa"/>
              <w:right w:w="90" w:type="dxa"/>
            </w:tcMar>
            <w:vAlign w:val="center"/>
          </w:tcPr>
          <w:p w14:paraId="586B128D" w14:textId="5923E3B8" w:rsidR="00FD4BD3" w:rsidRPr="00240C29" w:rsidRDefault="00FD4BD3" w:rsidP="00FD4BD3">
            <w:pPr>
              <w:ind w:firstLine="0"/>
              <w:jc w:val="center"/>
              <w:rPr>
                <w:szCs w:val="24"/>
              </w:rPr>
            </w:pPr>
            <w:r>
              <w:rPr>
                <w:szCs w:val="24"/>
              </w:rPr>
              <w:t>10</w:t>
            </w:r>
          </w:p>
        </w:tc>
        <w:tc>
          <w:tcPr>
            <w:tcW w:w="7087" w:type="dxa"/>
            <w:tcMar>
              <w:top w:w="80" w:type="dxa"/>
              <w:left w:w="90" w:type="dxa"/>
              <w:bottom w:w="80" w:type="dxa"/>
              <w:right w:w="90" w:type="dxa"/>
            </w:tcMar>
          </w:tcPr>
          <w:p w14:paraId="1EB381FE" w14:textId="500A6EFB" w:rsidR="00FD4BD3" w:rsidRPr="00240C29" w:rsidRDefault="00FD4BD3" w:rsidP="00FD4BD3">
            <w:pPr>
              <w:ind w:firstLine="0"/>
              <w:rPr>
                <w:szCs w:val="24"/>
              </w:rPr>
            </w:pPr>
            <w:r w:rsidRPr="0087685F">
              <w:t xml:space="preserve">Paste: </w:t>
            </w:r>
            <w:proofErr w:type="spellStart"/>
            <w:r w:rsidRPr="0087685F">
              <w:t>macaroane</w:t>
            </w:r>
            <w:proofErr w:type="spellEnd"/>
            <w:r w:rsidRPr="0087685F">
              <w:t xml:space="preserve">/ </w:t>
            </w:r>
            <w:proofErr w:type="spellStart"/>
            <w:r w:rsidRPr="0087685F">
              <w:t>spaghete</w:t>
            </w:r>
            <w:proofErr w:type="spellEnd"/>
            <w:r w:rsidRPr="0087685F">
              <w:t xml:space="preserve">/ </w:t>
            </w:r>
            <w:proofErr w:type="spellStart"/>
            <w:r w:rsidRPr="0087685F">
              <w:t>taietei</w:t>
            </w:r>
            <w:proofErr w:type="spellEnd"/>
          </w:p>
        </w:tc>
        <w:tc>
          <w:tcPr>
            <w:tcW w:w="1701" w:type="dxa"/>
            <w:tcMar>
              <w:top w:w="80" w:type="dxa"/>
              <w:left w:w="90" w:type="dxa"/>
              <w:bottom w:w="80" w:type="dxa"/>
              <w:right w:w="90" w:type="dxa"/>
            </w:tcMar>
          </w:tcPr>
          <w:p w14:paraId="678EADC9" w14:textId="3B507664" w:rsidR="00FD4BD3" w:rsidRPr="00240C29" w:rsidRDefault="00FD4BD3" w:rsidP="00FD4BD3">
            <w:pPr>
              <w:ind w:firstLine="0"/>
              <w:jc w:val="center"/>
              <w:rPr>
                <w:szCs w:val="24"/>
              </w:rPr>
            </w:pPr>
            <w:r w:rsidRPr="0087685F">
              <w:t>150 gr</w:t>
            </w:r>
          </w:p>
        </w:tc>
      </w:tr>
      <w:tr w:rsidR="00FD4BD3" w:rsidRPr="00240C29" w14:paraId="18440E00" w14:textId="77777777" w:rsidTr="006B3867">
        <w:trPr>
          <w:jc w:val="center"/>
        </w:trPr>
        <w:tc>
          <w:tcPr>
            <w:tcW w:w="850" w:type="dxa"/>
            <w:tcMar>
              <w:top w:w="80" w:type="dxa"/>
              <w:left w:w="90" w:type="dxa"/>
              <w:bottom w:w="80" w:type="dxa"/>
              <w:right w:w="90" w:type="dxa"/>
            </w:tcMar>
            <w:vAlign w:val="center"/>
          </w:tcPr>
          <w:p w14:paraId="3275407A" w14:textId="54826123" w:rsidR="00FD4BD3" w:rsidRPr="00240C29" w:rsidRDefault="00FD4BD3" w:rsidP="00FD4BD3">
            <w:pPr>
              <w:ind w:firstLine="0"/>
              <w:jc w:val="center"/>
              <w:rPr>
                <w:szCs w:val="24"/>
              </w:rPr>
            </w:pPr>
            <w:r>
              <w:rPr>
                <w:szCs w:val="24"/>
              </w:rPr>
              <w:t>11</w:t>
            </w:r>
          </w:p>
        </w:tc>
        <w:tc>
          <w:tcPr>
            <w:tcW w:w="7087" w:type="dxa"/>
            <w:tcMar>
              <w:top w:w="80" w:type="dxa"/>
              <w:left w:w="90" w:type="dxa"/>
              <w:bottom w:w="80" w:type="dxa"/>
              <w:right w:w="90" w:type="dxa"/>
            </w:tcMar>
          </w:tcPr>
          <w:p w14:paraId="573755DF" w14:textId="18DAA0B0" w:rsidR="00FD4BD3" w:rsidRPr="00240C29" w:rsidRDefault="00FD4BD3" w:rsidP="00FD4BD3">
            <w:pPr>
              <w:ind w:firstLine="0"/>
              <w:rPr>
                <w:szCs w:val="24"/>
              </w:rPr>
            </w:pPr>
            <w:proofErr w:type="spellStart"/>
            <w:r w:rsidRPr="0087685F">
              <w:t>Dovlecei</w:t>
            </w:r>
            <w:proofErr w:type="spellEnd"/>
            <w:r w:rsidRPr="0087685F">
              <w:t xml:space="preserve"> </w:t>
            </w:r>
            <w:proofErr w:type="spellStart"/>
            <w:r w:rsidRPr="0087685F">
              <w:t>copti</w:t>
            </w:r>
            <w:proofErr w:type="spellEnd"/>
            <w:r w:rsidRPr="0087685F">
              <w:t xml:space="preserve">/ </w:t>
            </w:r>
            <w:proofErr w:type="spellStart"/>
            <w:r w:rsidRPr="0087685F">
              <w:t>piure</w:t>
            </w:r>
            <w:proofErr w:type="spellEnd"/>
          </w:p>
        </w:tc>
        <w:tc>
          <w:tcPr>
            <w:tcW w:w="1701" w:type="dxa"/>
            <w:tcMar>
              <w:top w:w="80" w:type="dxa"/>
              <w:left w:w="90" w:type="dxa"/>
              <w:bottom w:w="80" w:type="dxa"/>
              <w:right w:w="90" w:type="dxa"/>
            </w:tcMar>
          </w:tcPr>
          <w:p w14:paraId="00E625C8" w14:textId="165348EC" w:rsidR="00FD4BD3" w:rsidRPr="00240C29" w:rsidRDefault="00FD4BD3" w:rsidP="00FD4BD3">
            <w:pPr>
              <w:ind w:firstLine="0"/>
              <w:jc w:val="center"/>
              <w:rPr>
                <w:szCs w:val="24"/>
              </w:rPr>
            </w:pPr>
            <w:r w:rsidRPr="0087685F">
              <w:t>100 gr</w:t>
            </w:r>
          </w:p>
        </w:tc>
      </w:tr>
    </w:tbl>
    <w:p w14:paraId="76C0CFB6" w14:textId="77777777" w:rsidR="00F678CC" w:rsidRPr="00240C29" w:rsidRDefault="00F678CC" w:rsidP="00EA4E43">
      <w:pPr>
        <w:ind w:firstLine="0"/>
        <w:rPr>
          <w:szCs w:val="24"/>
        </w:rPr>
      </w:pPr>
    </w:p>
    <w:p w14:paraId="5DED732D" w14:textId="77777777" w:rsidR="00F678CC" w:rsidRPr="00240C29" w:rsidRDefault="00F678CC" w:rsidP="00EA4E43">
      <w:pPr>
        <w:ind w:firstLine="0"/>
        <w:rPr>
          <w:szCs w:val="24"/>
        </w:rPr>
      </w:pPr>
      <w:r w:rsidRPr="00240C29">
        <w:rPr>
          <w:b/>
          <w:szCs w:val="24"/>
        </w:rPr>
        <w:t>PRODUSE MIC DEJUN</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420BAC97" w14:textId="77777777">
        <w:trPr>
          <w:tblHeader/>
          <w:jc w:val="center"/>
        </w:trPr>
        <w:tc>
          <w:tcPr>
            <w:tcW w:w="850" w:type="dxa"/>
            <w:shd w:val="clear" w:color="auto" w:fill="D9D9D9"/>
            <w:tcMar>
              <w:top w:w="80" w:type="dxa"/>
              <w:left w:w="90" w:type="dxa"/>
              <w:bottom w:w="80" w:type="dxa"/>
              <w:right w:w="90" w:type="dxa"/>
            </w:tcMar>
            <w:vAlign w:val="center"/>
          </w:tcPr>
          <w:p w14:paraId="79685B23"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37D4D18"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69036377"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791527E" w14:textId="77777777">
        <w:trPr>
          <w:jc w:val="center"/>
        </w:trPr>
        <w:tc>
          <w:tcPr>
            <w:tcW w:w="850" w:type="dxa"/>
            <w:tcMar>
              <w:top w:w="80" w:type="dxa"/>
              <w:left w:w="90" w:type="dxa"/>
              <w:bottom w:w="80" w:type="dxa"/>
              <w:right w:w="90" w:type="dxa"/>
            </w:tcMar>
            <w:vAlign w:val="center"/>
          </w:tcPr>
          <w:p w14:paraId="54E8E6F5"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05F13780" w14:textId="77777777" w:rsidR="00F678CC" w:rsidRPr="00240C29" w:rsidRDefault="00F678CC" w:rsidP="00EA4E43">
            <w:pPr>
              <w:ind w:firstLine="0"/>
              <w:rPr>
                <w:szCs w:val="24"/>
              </w:rPr>
            </w:pPr>
            <w:r w:rsidRPr="00240C29">
              <w:rPr>
                <w:szCs w:val="24"/>
              </w:rPr>
              <w:t>Branza dulce</w:t>
            </w:r>
          </w:p>
        </w:tc>
        <w:tc>
          <w:tcPr>
            <w:tcW w:w="1701" w:type="dxa"/>
            <w:tcMar>
              <w:top w:w="80" w:type="dxa"/>
              <w:left w:w="90" w:type="dxa"/>
              <w:bottom w:w="80" w:type="dxa"/>
              <w:right w:w="90" w:type="dxa"/>
            </w:tcMar>
            <w:vAlign w:val="center"/>
          </w:tcPr>
          <w:p w14:paraId="11EACB98" w14:textId="77777777" w:rsidR="00F678CC" w:rsidRPr="00240C29" w:rsidRDefault="00F678CC" w:rsidP="00EA4E43">
            <w:pPr>
              <w:ind w:firstLine="0"/>
              <w:jc w:val="center"/>
              <w:rPr>
                <w:szCs w:val="24"/>
              </w:rPr>
            </w:pPr>
            <w:r w:rsidRPr="00240C29">
              <w:rPr>
                <w:szCs w:val="24"/>
              </w:rPr>
              <w:t>50 gr</w:t>
            </w:r>
          </w:p>
        </w:tc>
      </w:tr>
      <w:tr w:rsidR="00F678CC" w:rsidRPr="00240C29" w14:paraId="6B97E80B" w14:textId="77777777">
        <w:trPr>
          <w:jc w:val="center"/>
        </w:trPr>
        <w:tc>
          <w:tcPr>
            <w:tcW w:w="850" w:type="dxa"/>
            <w:tcMar>
              <w:top w:w="80" w:type="dxa"/>
              <w:left w:w="90" w:type="dxa"/>
              <w:bottom w:w="80" w:type="dxa"/>
              <w:right w:w="90" w:type="dxa"/>
            </w:tcMar>
            <w:vAlign w:val="center"/>
          </w:tcPr>
          <w:p w14:paraId="1D16A888"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094C2D85" w14:textId="77777777" w:rsidR="00F678CC" w:rsidRPr="00240C29" w:rsidRDefault="00F678CC" w:rsidP="00EA4E43">
            <w:pPr>
              <w:ind w:firstLine="0"/>
              <w:rPr>
                <w:szCs w:val="24"/>
              </w:rPr>
            </w:pPr>
            <w:r w:rsidRPr="00240C29">
              <w:rPr>
                <w:szCs w:val="24"/>
              </w:rPr>
              <w:t xml:space="preserve">Branza </w:t>
            </w:r>
            <w:proofErr w:type="spellStart"/>
            <w:r w:rsidRPr="00240C29">
              <w:rPr>
                <w:szCs w:val="24"/>
              </w:rPr>
              <w:t>topita</w:t>
            </w:r>
            <w:proofErr w:type="spellEnd"/>
          </w:p>
        </w:tc>
        <w:tc>
          <w:tcPr>
            <w:tcW w:w="1701" w:type="dxa"/>
            <w:tcMar>
              <w:top w:w="80" w:type="dxa"/>
              <w:left w:w="90" w:type="dxa"/>
              <w:bottom w:w="80" w:type="dxa"/>
              <w:right w:w="90" w:type="dxa"/>
            </w:tcMar>
            <w:vAlign w:val="center"/>
          </w:tcPr>
          <w:p w14:paraId="4A7AFF10" w14:textId="77777777" w:rsidR="00F678CC" w:rsidRPr="00240C29" w:rsidRDefault="00F678CC" w:rsidP="00EA4E43">
            <w:pPr>
              <w:ind w:firstLine="0"/>
              <w:jc w:val="center"/>
              <w:rPr>
                <w:szCs w:val="24"/>
              </w:rPr>
            </w:pPr>
            <w:r w:rsidRPr="00240C29">
              <w:rPr>
                <w:szCs w:val="24"/>
              </w:rPr>
              <w:t>20 gr</w:t>
            </w:r>
          </w:p>
        </w:tc>
      </w:tr>
      <w:tr w:rsidR="00F678CC" w:rsidRPr="00240C29" w14:paraId="1DAEF064" w14:textId="77777777">
        <w:trPr>
          <w:jc w:val="center"/>
        </w:trPr>
        <w:tc>
          <w:tcPr>
            <w:tcW w:w="850" w:type="dxa"/>
            <w:tcMar>
              <w:top w:w="80" w:type="dxa"/>
              <w:left w:w="90" w:type="dxa"/>
              <w:bottom w:w="80" w:type="dxa"/>
              <w:right w:w="90" w:type="dxa"/>
            </w:tcMar>
            <w:vAlign w:val="center"/>
          </w:tcPr>
          <w:p w14:paraId="3DADE907"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53D19546" w14:textId="77777777" w:rsidR="00F678CC" w:rsidRPr="00240C29" w:rsidRDefault="00F678CC" w:rsidP="00EA4E43">
            <w:pPr>
              <w:ind w:firstLine="0"/>
              <w:rPr>
                <w:szCs w:val="24"/>
              </w:rPr>
            </w:pPr>
            <w:r w:rsidRPr="00240C29">
              <w:rPr>
                <w:szCs w:val="24"/>
              </w:rPr>
              <w:t xml:space="preserve">Cacao cu </w:t>
            </w:r>
            <w:proofErr w:type="spellStart"/>
            <w:r w:rsidRPr="00240C29">
              <w:rPr>
                <w:szCs w:val="24"/>
              </w:rPr>
              <w:t>lapte</w:t>
            </w:r>
            <w:proofErr w:type="spellEnd"/>
          </w:p>
        </w:tc>
        <w:tc>
          <w:tcPr>
            <w:tcW w:w="1701" w:type="dxa"/>
            <w:tcMar>
              <w:top w:w="80" w:type="dxa"/>
              <w:left w:w="90" w:type="dxa"/>
              <w:bottom w:w="80" w:type="dxa"/>
              <w:right w:w="90" w:type="dxa"/>
            </w:tcMar>
            <w:vAlign w:val="center"/>
          </w:tcPr>
          <w:p w14:paraId="2A586F34" w14:textId="77777777" w:rsidR="00F678CC" w:rsidRPr="00240C29" w:rsidRDefault="00F678CC" w:rsidP="00EA4E43">
            <w:pPr>
              <w:ind w:firstLine="0"/>
              <w:jc w:val="center"/>
              <w:rPr>
                <w:szCs w:val="24"/>
              </w:rPr>
            </w:pPr>
            <w:r w:rsidRPr="00240C29">
              <w:rPr>
                <w:szCs w:val="24"/>
              </w:rPr>
              <w:t>200 ml</w:t>
            </w:r>
          </w:p>
        </w:tc>
      </w:tr>
      <w:tr w:rsidR="00F678CC" w:rsidRPr="00240C29" w14:paraId="15265935" w14:textId="77777777">
        <w:trPr>
          <w:jc w:val="center"/>
        </w:trPr>
        <w:tc>
          <w:tcPr>
            <w:tcW w:w="850" w:type="dxa"/>
            <w:tcMar>
              <w:top w:w="80" w:type="dxa"/>
              <w:left w:w="90" w:type="dxa"/>
              <w:bottom w:w="80" w:type="dxa"/>
              <w:right w:w="90" w:type="dxa"/>
            </w:tcMar>
            <w:vAlign w:val="center"/>
          </w:tcPr>
          <w:p w14:paraId="5B48DF47" w14:textId="77777777" w:rsidR="00F678CC" w:rsidRPr="00240C29" w:rsidRDefault="00F678CC" w:rsidP="00EA4E4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15AA946A" w14:textId="77777777" w:rsidR="00F678CC" w:rsidRPr="00240C29" w:rsidRDefault="00F678CC" w:rsidP="00EA4E43">
            <w:pPr>
              <w:ind w:firstLine="0"/>
              <w:rPr>
                <w:szCs w:val="24"/>
              </w:rPr>
            </w:pPr>
            <w:proofErr w:type="spellStart"/>
            <w:r w:rsidRPr="00240C29">
              <w:rPr>
                <w:szCs w:val="24"/>
              </w:rPr>
              <w:t>Cascaval</w:t>
            </w:r>
            <w:proofErr w:type="spellEnd"/>
          </w:p>
        </w:tc>
        <w:tc>
          <w:tcPr>
            <w:tcW w:w="1701" w:type="dxa"/>
            <w:tcMar>
              <w:top w:w="80" w:type="dxa"/>
              <w:left w:w="90" w:type="dxa"/>
              <w:bottom w:w="80" w:type="dxa"/>
              <w:right w:w="90" w:type="dxa"/>
            </w:tcMar>
            <w:vAlign w:val="center"/>
          </w:tcPr>
          <w:p w14:paraId="4C0C7662" w14:textId="77777777" w:rsidR="00F678CC" w:rsidRPr="00240C29" w:rsidRDefault="00F678CC" w:rsidP="00EA4E43">
            <w:pPr>
              <w:ind w:firstLine="0"/>
              <w:jc w:val="center"/>
              <w:rPr>
                <w:szCs w:val="24"/>
              </w:rPr>
            </w:pPr>
            <w:r w:rsidRPr="00240C29">
              <w:rPr>
                <w:szCs w:val="24"/>
              </w:rPr>
              <w:t>40 gr</w:t>
            </w:r>
          </w:p>
        </w:tc>
      </w:tr>
      <w:tr w:rsidR="00F678CC" w:rsidRPr="00240C29" w14:paraId="2B9040B7" w14:textId="77777777">
        <w:trPr>
          <w:jc w:val="center"/>
        </w:trPr>
        <w:tc>
          <w:tcPr>
            <w:tcW w:w="850" w:type="dxa"/>
            <w:tcMar>
              <w:top w:w="80" w:type="dxa"/>
              <w:left w:w="90" w:type="dxa"/>
              <w:bottom w:w="80" w:type="dxa"/>
              <w:right w:w="90" w:type="dxa"/>
            </w:tcMar>
            <w:vAlign w:val="center"/>
          </w:tcPr>
          <w:p w14:paraId="7B39044B" w14:textId="77777777" w:rsidR="00F678CC" w:rsidRPr="00240C29" w:rsidRDefault="00F678CC" w:rsidP="00EA4E43">
            <w:pPr>
              <w:ind w:firstLine="0"/>
              <w:jc w:val="center"/>
              <w:rPr>
                <w:szCs w:val="24"/>
              </w:rPr>
            </w:pPr>
            <w:r w:rsidRPr="00240C29">
              <w:rPr>
                <w:szCs w:val="24"/>
              </w:rPr>
              <w:lastRenderedPageBreak/>
              <w:t>5</w:t>
            </w:r>
          </w:p>
        </w:tc>
        <w:tc>
          <w:tcPr>
            <w:tcW w:w="7087" w:type="dxa"/>
            <w:tcMar>
              <w:top w:w="80" w:type="dxa"/>
              <w:left w:w="90" w:type="dxa"/>
              <w:bottom w:w="80" w:type="dxa"/>
              <w:right w:w="90" w:type="dxa"/>
            </w:tcMar>
            <w:vAlign w:val="center"/>
          </w:tcPr>
          <w:p w14:paraId="55669A5F" w14:textId="77777777" w:rsidR="00F678CC" w:rsidRPr="00240C29" w:rsidRDefault="00F678CC" w:rsidP="00EA4E43">
            <w:pPr>
              <w:ind w:firstLine="0"/>
              <w:rPr>
                <w:szCs w:val="24"/>
              </w:rPr>
            </w:pPr>
            <w:proofErr w:type="spellStart"/>
            <w:r w:rsidRPr="00240C29">
              <w:rPr>
                <w:szCs w:val="24"/>
              </w:rPr>
              <w:t>Ceai</w:t>
            </w:r>
            <w:proofErr w:type="spellEnd"/>
            <w:r w:rsidRPr="00240C29">
              <w:rPr>
                <w:szCs w:val="24"/>
              </w:rPr>
              <w:t xml:space="preserve"> </w:t>
            </w:r>
            <w:proofErr w:type="spellStart"/>
            <w:r w:rsidRPr="00240C29">
              <w:rPr>
                <w:szCs w:val="24"/>
              </w:rPr>
              <w:t>fructe</w:t>
            </w:r>
            <w:proofErr w:type="spellEnd"/>
            <w:r w:rsidRPr="00240C29">
              <w:rPr>
                <w:szCs w:val="24"/>
              </w:rPr>
              <w:t>/</w:t>
            </w:r>
            <w:proofErr w:type="spellStart"/>
            <w:r w:rsidRPr="00240C29">
              <w:rPr>
                <w:szCs w:val="24"/>
              </w:rPr>
              <w:t>plante</w:t>
            </w:r>
            <w:proofErr w:type="spellEnd"/>
          </w:p>
        </w:tc>
        <w:tc>
          <w:tcPr>
            <w:tcW w:w="1701" w:type="dxa"/>
            <w:tcMar>
              <w:top w:w="80" w:type="dxa"/>
              <w:left w:w="90" w:type="dxa"/>
              <w:bottom w:w="80" w:type="dxa"/>
              <w:right w:w="90" w:type="dxa"/>
            </w:tcMar>
            <w:vAlign w:val="center"/>
          </w:tcPr>
          <w:p w14:paraId="5C3D025B" w14:textId="77777777" w:rsidR="00F678CC" w:rsidRPr="00240C29" w:rsidRDefault="00F678CC" w:rsidP="00EA4E43">
            <w:pPr>
              <w:ind w:firstLine="0"/>
              <w:jc w:val="center"/>
              <w:rPr>
                <w:szCs w:val="24"/>
              </w:rPr>
            </w:pPr>
            <w:r w:rsidRPr="00240C29">
              <w:rPr>
                <w:szCs w:val="24"/>
              </w:rPr>
              <w:t>200 ml</w:t>
            </w:r>
          </w:p>
        </w:tc>
      </w:tr>
      <w:tr w:rsidR="00F678CC" w:rsidRPr="00240C29" w14:paraId="7B35DFCE" w14:textId="77777777">
        <w:trPr>
          <w:jc w:val="center"/>
        </w:trPr>
        <w:tc>
          <w:tcPr>
            <w:tcW w:w="850" w:type="dxa"/>
            <w:tcMar>
              <w:top w:w="80" w:type="dxa"/>
              <w:left w:w="90" w:type="dxa"/>
              <w:bottom w:w="80" w:type="dxa"/>
              <w:right w:w="90" w:type="dxa"/>
            </w:tcMar>
            <w:vAlign w:val="center"/>
          </w:tcPr>
          <w:p w14:paraId="580F7649"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6439A522" w14:textId="77777777" w:rsidR="00F678CC" w:rsidRPr="00240C29" w:rsidRDefault="00F678CC" w:rsidP="00EA4E43">
            <w:pPr>
              <w:ind w:firstLine="0"/>
              <w:rPr>
                <w:szCs w:val="24"/>
              </w:rPr>
            </w:pPr>
            <w:r w:rsidRPr="00240C29">
              <w:rPr>
                <w:szCs w:val="24"/>
              </w:rPr>
              <w:t xml:space="preserve">Gem </w:t>
            </w:r>
            <w:proofErr w:type="spellStart"/>
            <w:r w:rsidRPr="00240C29">
              <w:rPr>
                <w:szCs w:val="24"/>
              </w:rPr>
              <w:t>fructe</w:t>
            </w:r>
            <w:proofErr w:type="spellEnd"/>
          </w:p>
        </w:tc>
        <w:tc>
          <w:tcPr>
            <w:tcW w:w="1701" w:type="dxa"/>
            <w:tcMar>
              <w:top w:w="80" w:type="dxa"/>
              <w:left w:w="90" w:type="dxa"/>
              <w:bottom w:w="80" w:type="dxa"/>
              <w:right w:w="90" w:type="dxa"/>
            </w:tcMar>
            <w:vAlign w:val="center"/>
          </w:tcPr>
          <w:p w14:paraId="128108A8" w14:textId="77777777" w:rsidR="00F678CC" w:rsidRPr="00240C29" w:rsidRDefault="00F678CC" w:rsidP="00EA4E43">
            <w:pPr>
              <w:ind w:firstLine="0"/>
              <w:jc w:val="center"/>
              <w:rPr>
                <w:szCs w:val="24"/>
              </w:rPr>
            </w:pPr>
            <w:r w:rsidRPr="00240C29">
              <w:rPr>
                <w:szCs w:val="24"/>
              </w:rPr>
              <w:t>40 gr</w:t>
            </w:r>
          </w:p>
        </w:tc>
      </w:tr>
      <w:tr w:rsidR="00F678CC" w:rsidRPr="00240C29" w14:paraId="57D55C7A" w14:textId="77777777">
        <w:trPr>
          <w:jc w:val="center"/>
        </w:trPr>
        <w:tc>
          <w:tcPr>
            <w:tcW w:w="850" w:type="dxa"/>
            <w:tcMar>
              <w:top w:w="80" w:type="dxa"/>
              <w:left w:w="90" w:type="dxa"/>
              <w:bottom w:w="80" w:type="dxa"/>
              <w:right w:w="90" w:type="dxa"/>
            </w:tcMar>
            <w:vAlign w:val="center"/>
          </w:tcPr>
          <w:p w14:paraId="5CD7ECAD"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629F9903" w14:textId="77777777" w:rsidR="00F678CC" w:rsidRPr="00240C29" w:rsidRDefault="00F678CC" w:rsidP="00EA4E43">
            <w:pPr>
              <w:ind w:firstLine="0"/>
              <w:rPr>
                <w:szCs w:val="24"/>
              </w:rPr>
            </w:pPr>
            <w:proofErr w:type="spellStart"/>
            <w:r w:rsidRPr="00240C29">
              <w:rPr>
                <w:szCs w:val="24"/>
              </w:rPr>
              <w:t>Iaurt</w:t>
            </w:r>
            <w:proofErr w:type="spellEnd"/>
          </w:p>
        </w:tc>
        <w:tc>
          <w:tcPr>
            <w:tcW w:w="1701" w:type="dxa"/>
            <w:tcMar>
              <w:top w:w="80" w:type="dxa"/>
              <w:left w:w="90" w:type="dxa"/>
              <w:bottom w:w="80" w:type="dxa"/>
              <w:right w:w="90" w:type="dxa"/>
            </w:tcMar>
            <w:vAlign w:val="center"/>
          </w:tcPr>
          <w:p w14:paraId="1FBE0513" w14:textId="77777777" w:rsidR="00F678CC" w:rsidRPr="00240C29" w:rsidRDefault="00F678CC" w:rsidP="00EA4E43">
            <w:pPr>
              <w:ind w:firstLine="0"/>
              <w:jc w:val="center"/>
              <w:rPr>
                <w:szCs w:val="24"/>
              </w:rPr>
            </w:pPr>
            <w:r w:rsidRPr="00240C29">
              <w:rPr>
                <w:szCs w:val="24"/>
              </w:rPr>
              <w:t>100 gr</w:t>
            </w:r>
          </w:p>
        </w:tc>
      </w:tr>
      <w:tr w:rsidR="00F678CC" w:rsidRPr="00240C29" w14:paraId="532D7976" w14:textId="77777777">
        <w:trPr>
          <w:jc w:val="center"/>
        </w:trPr>
        <w:tc>
          <w:tcPr>
            <w:tcW w:w="850" w:type="dxa"/>
            <w:tcMar>
              <w:top w:w="80" w:type="dxa"/>
              <w:left w:w="90" w:type="dxa"/>
              <w:bottom w:w="80" w:type="dxa"/>
              <w:right w:w="90" w:type="dxa"/>
            </w:tcMar>
            <w:vAlign w:val="center"/>
          </w:tcPr>
          <w:p w14:paraId="2F49A577"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375D8459" w14:textId="77777777" w:rsidR="00F678CC" w:rsidRPr="00240C29" w:rsidRDefault="00F678CC" w:rsidP="00EA4E43">
            <w:pPr>
              <w:ind w:firstLine="0"/>
              <w:rPr>
                <w:szCs w:val="24"/>
              </w:rPr>
            </w:pPr>
            <w:proofErr w:type="spellStart"/>
            <w:r w:rsidRPr="00240C29">
              <w:rPr>
                <w:szCs w:val="24"/>
              </w:rPr>
              <w:t>Lapte</w:t>
            </w:r>
            <w:proofErr w:type="spellEnd"/>
          </w:p>
        </w:tc>
        <w:tc>
          <w:tcPr>
            <w:tcW w:w="1701" w:type="dxa"/>
            <w:tcMar>
              <w:top w:w="80" w:type="dxa"/>
              <w:left w:w="90" w:type="dxa"/>
              <w:bottom w:w="80" w:type="dxa"/>
              <w:right w:w="90" w:type="dxa"/>
            </w:tcMar>
            <w:vAlign w:val="center"/>
          </w:tcPr>
          <w:p w14:paraId="19AB1410" w14:textId="77777777" w:rsidR="00F678CC" w:rsidRPr="00240C29" w:rsidRDefault="00F678CC" w:rsidP="00EA4E43">
            <w:pPr>
              <w:ind w:firstLine="0"/>
              <w:jc w:val="center"/>
              <w:rPr>
                <w:szCs w:val="24"/>
              </w:rPr>
            </w:pPr>
            <w:r w:rsidRPr="00240C29">
              <w:rPr>
                <w:szCs w:val="24"/>
              </w:rPr>
              <w:t>250 ml</w:t>
            </w:r>
          </w:p>
        </w:tc>
      </w:tr>
      <w:tr w:rsidR="00F678CC" w:rsidRPr="00240C29" w14:paraId="436290DB" w14:textId="77777777">
        <w:trPr>
          <w:jc w:val="center"/>
        </w:trPr>
        <w:tc>
          <w:tcPr>
            <w:tcW w:w="850" w:type="dxa"/>
            <w:tcMar>
              <w:top w:w="80" w:type="dxa"/>
              <w:left w:w="90" w:type="dxa"/>
              <w:bottom w:w="80" w:type="dxa"/>
              <w:right w:w="90" w:type="dxa"/>
            </w:tcMar>
            <w:vAlign w:val="center"/>
          </w:tcPr>
          <w:p w14:paraId="129980EE"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25F3F4DE" w14:textId="77777777" w:rsidR="00F678CC" w:rsidRPr="00240C29" w:rsidRDefault="00F678CC" w:rsidP="00EA4E43">
            <w:pPr>
              <w:ind w:firstLine="0"/>
              <w:rPr>
                <w:szCs w:val="24"/>
              </w:rPr>
            </w:pPr>
            <w:r w:rsidRPr="00240C29">
              <w:rPr>
                <w:szCs w:val="24"/>
              </w:rPr>
              <w:t>Lebar</w:t>
            </w:r>
          </w:p>
        </w:tc>
        <w:tc>
          <w:tcPr>
            <w:tcW w:w="1701" w:type="dxa"/>
            <w:tcMar>
              <w:top w:w="80" w:type="dxa"/>
              <w:left w:w="90" w:type="dxa"/>
              <w:bottom w:w="80" w:type="dxa"/>
              <w:right w:w="90" w:type="dxa"/>
            </w:tcMar>
            <w:vAlign w:val="center"/>
          </w:tcPr>
          <w:p w14:paraId="1B05AA4A" w14:textId="77777777" w:rsidR="00F678CC" w:rsidRPr="00240C29" w:rsidRDefault="00F678CC" w:rsidP="00EA4E43">
            <w:pPr>
              <w:ind w:firstLine="0"/>
              <w:jc w:val="center"/>
              <w:rPr>
                <w:szCs w:val="24"/>
              </w:rPr>
            </w:pPr>
            <w:r w:rsidRPr="00240C29">
              <w:rPr>
                <w:szCs w:val="24"/>
              </w:rPr>
              <w:t>100 gr</w:t>
            </w:r>
          </w:p>
        </w:tc>
      </w:tr>
      <w:tr w:rsidR="00F678CC" w:rsidRPr="00240C29" w14:paraId="317463F3" w14:textId="77777777">
        <w:trPr>
          <w:jc w:val="center"/>
        </w:trPr>
        <w:tc>
          <w:tcPr>
            <w:tcW w:w="850" w:type="dxa"/>
            <w:tcMar>
              <w:top w:w="80" w:type="dxa"/>
              <w:left w:w="90" w:type="dxa"/>
              <w:bottom w:w="80" w:type="dxa"/>
              <w:right w:w="90" w:type="dxa"/>
            </w:tcMar>
            <w:vAlign w:val="center"/>
          </w:tcPr>
          <w:p w14:paraId="375BEF56"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5CF97E8C" w14:textId="77777777" w:rsidR="00F678CC" w:rsidRPr="00240C29" w:rsidRDefault="00F678CC" w:rsidP="00EA4E43">
            <w:pPr>
              <w:ind w:firstLine="0"/>
              <w:rPr>
                <w:szCs w:val="24"/>
              </w:rPr>
            </w:pPr>
            <w:proofErr w:type="spellStart"/>
            <w:r w:rsidRPr="00240C29">
              <w:rPr>
                <w:szCs w:val="24"/>
              </w:rPr>
              <w:t>Margarina</w:t>
            </w:r>
            <w:proofErr w:type="spellEnd"/>
          </w:p>
        </w:tc>
        <w:tc>
          <w:tcPr>
            <w:tcW w:w="1701" w:type="dxa"/>
            <w:tcMar>
              <w:top w:w="80" w:type="dxa"/>
              <w:left w:w="90" w:type="dxa"/>
              <w:bottom w:w="80" w:type="dxa"/>
              <w:right w:w="90" w:type="dxa"/>
            </w:tcMar>
            <w:vAlign w:val="center"/>
          </w:tcPr>
          <w:p w14:paraId="6A78A590" w14:textId="77777777" w:rsidR="00F678CC" w:rsidRPr="00240C29" w:rsidRDefault="00F678CC" w:rsidP="00EA4E43">
            <w:pPr>
              <w:ind w:firstLine="0"/>
              <w:jc w:val="center"/>
              <w:rPr>
                <w:szCs w:val="24"/>
              </w:rPr>
            </w:pPr>
            <w:r w:rsidRPr="00240C29">
              <w:rPr>
                <w:szCs w:val="24"/>
              </w:rPr>
              <w:t>40 gr</w:t>
            </w:r>
          </w:p>
        </w:tc>
      </w:tr>
      <w:tr w:rsidR="00F678CC" w:rsidRPr="00240C29" w14:paraId="1B348628" w14:textId="77777777">
        <w:trPr>
          <w:jc w:val="center"/>
        </w:trPr>
        <w:tc>
          <w:tcPr>
            <w:tcW w:w="850" w:type="dxa"/>
            <w:tcMar>
              <w:top w:w="80" w:type="dxa"/>
              <w:left w:w="90" w:type="dxa"/>
              <w:bottom w:w="80" w:type="dxa"/>
              <w:right w:w="90" w:type="dxa"/>
            </w:tcMar>
            <w:vAlign w:val="center"/>
          </w:tcPr>
          <w:p w14:paraId="592B2490" w14:textId="77777777" w:rsidR="00F678CC" w:rsidRPr="00240C29" w:rsidRDefault="00F678CC" w:rsidP="00EA4E4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6726867F" w14:textId="3133F808" w:rsidR="00F678CC" w:rsidRPr="00240C29" w:rsidRDefault="00F678CC" w:rsidP="00EA4E43">
            <w:pPr>
              <w:ind w:firstLine="0"/>
              <w:rPr>
                <w:szCs w:val="24"/>
              </w:rPr>
            </w:pPr>
            <w:r w:rsidRPr="00240C29">
              <w:rPr>
                <w:szCs w:val="24"/>
              </w:rPr>
              <w:t xml:space="preserve">Parizer </w:t>
            </w:r>
            <w:proofErr w:type="spellStart"/>
            <w:r w:rsidRPr="00240C29">
              <w:rPr>
                <w:szCs w:val="24"/>
              </w:rPr>
              <w:t>pasare</w:t>
            </w:r>
            <w:proofErr w:type="spellEnd"/>
            <w:r w:rsidR="00FD4BD3">
              <w:rPr>
                <w:szCs w:val="24"/>
              </w:rPr>
              <w:t xml:space="preserve"> </w:t>
            </w:r>
            <w:r w:rsidR="00FD4BD3">
              <w:t>/</w:t>
            </w:r>
            <w:r w:rsidR="00FD4BD3">
              <w:rPr>
                <w:color w:val="6AA84F"/>
              </w:rPr>
              <w:t xml:space="preserve"> </w:t>
            </w:r>
            <w:proofErr w:type="spellStart"/>
            <w:r w:rsidR="00FD4BD3">
              <w:rPr>
                <w:color w:val="6AA84F"/>
              </w:rPr>
              <w:t>muschi</w:t>
            </w:r>
            <w:proofErr w:type="spellEnd"/>
            <w:r w:rsidR="00FD4BD3">
              <w:rPr>
                <w:color w:val="6AA84F"/>
              </w:rPr>
              <w:t xml:space="preserve"> </w:t>
            </w:r>
            <w:proofErr w:type="spellStart"/>
            <w:r w:rsidR="00FD4BD3">
              <w:rPr>
                <w:color w:val="6AA84F"/>
              </w:rPr>
              <w:t>porc</w:t>
            </w:r>
            <w:proofErr w:type="spellEnd"/>
            <w:r w:rsidR="00FD4BD3">
              <w:rPr>
                <w:color w:val="6AA84F"/>
              </w:rPr>
              <w:t xml:space="preserve">/ </w:t>
            </w:r>
            <w:proofErr w:type="spellStart"/>
            <w:r w:rsidR="00FD4BD3">
              <w:rPr>
                <w:color w:val="6AA84F"/>
              </w:rPr>
              <w:t>kaizer</w:t>
            </w:r>
            <w:proofErr w:type="spellEnd"/>
          </w:p>
        </w:tc>
        <w:tc>
          <w:tcPr>
            <w:tcW w:w="1701" w:type="dxa"/>
            <w:tcMar>
              <w:top w:w="80" w:type="dxa"/>
              <w:left w:w="90" w:type="dxa"/>
              <w:bottom w:w="80" w:type="dxa"/>
              <w:right w:w="90" w:type="dxa"/>
            </w:tcMar>
            <w:vAlign w:val="center"/>
          </w:tcPr>
          <w:p w14:paraId="4C029C57" w14:textId="77777777" w:rsidR="00F678CC" w:rsidRPr="00240C29" w:rsidRDefault="00F678CC" w:rsidP="00EA4E43">
            <w:pPr>
              <w:ind w:firstLine="0"/>
              <w:jc w:val="center"/>
              <w:rPr>
                <w:szCs w:val="24"/>
              </w:rPr>
            </w:pPr>
            <w:r w:rsidRPr="00240C29">
              <w:rPr>
                <w:szCs w:val="24"/>
              </w:rPr>
              <w:t>100 gr</w:t>
            </w:r>
          </w:p>
        </w:tc>
      </w:tr>
      <w:tr w:rsidR="00F678CC" w:rsidRPr="00240C29" w14:paraId="1D4BF704" w14:textId="77777777">
        <w:trPr>
          <w:jc w:val="center"/>
        </w:trPr>
        <w:tc>
          <w:tcPr>
            <w:tcW w:w="850" w:type="dxa"/>
            <w:tcMar>
              <w:top w:w="80" w:type="dxa"/>
              <w:left w:w="90" w:type="dxa"/>
              <w:bottom w:w="80" w:type="dxa"/>
              <w:right w:w="90" w:type="dxa"/>
            </w:tcMar>
            <w:vAlign w:val="center"/>
          </w:tcPr>
          <w:p w14:paraId="490B6A1F" w14:textId="77777777" w:rsidR="00F678CC" w:rsidRPr="00240C29" w:rsidRDefault="00F678CC" w:rsidP="00EA4E4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55F30CF0" w14:textId="77777777" w:rsidR="00F678CC" w:rsidRPr="00240C29" w:rsidRDefault="00F678CC" w:rsidP="00EA4E43">
            <w:pPr>
              <w:ind w:firstLine="0"/>
              <w:rPr>
                <w:szCs w:val="24"/>
              </w:rPr>
            </w:pPr>
            <w:r w:rsidRPr="00240C29">
              <w:rPr>
                <w:szCs w:val="24"/>
              </w:rPr>
              <w:t xml:space="preserve">Pate </w:t>
            </w:r>
            <w:proofErr w:type="spellStart"/>
            <w:r w:rsidRPr="00240C29">
              <w:rPr>
                <w:szCs w:val="24"/>
              </w:rPr>
              <w:t>ficat</w:t>
            </w:r>
            <w:proofErr w:type="spellEnd"/>
            <w:r w:rsidRPr="00240C29">
              <w:rPr>
                <w:szCs w:val="24"/>
              </w:rPr>
              <w:t xml:space="preserv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68443FAE" w14:textId="77777777" w:rsidR="00F678CC" w:rsidRPr="00240C29" w:rsidRDefault="00F678CC" w:rsidP="00EA4E43">
            <w:pPr>
              <w:ind w:firstLine="0"/>
              <w:jc w:val="center"/>
              <w:rPr>
                <w:szCs w:val="24"/>
              </w:rPr>
            </w:pPr>
            <w:r w:rsidRPr="00240C29">
              <w:rPr>
                <w:szCs w:val="24"/>
              </w:rPr>
              <w:t>40 gr</w:t>
            </w:r>
          </w:p>
        </w:tc>
      </w:tr>
      <w:tr w:rsidR="00F678CC" w:rsidRPr="00240C29" w14:paraId="42C3DC30" w14:textId="77777777">
        <w:trPr>
          <w:jc w:val="center"/>
        </w:trPr>
        <w:tc>
          <w:tcPr>
            <w:tcW w:w="850" w:type="dxa"/>
            <w:tcMar>
              <w:top w:w="80" w:type="dxa"/>
              <w:left w:w="90" w:type="dxa"/>
              <w:bottom w:w="80" w:type="dxa"/>
              <w:right w:w="90" w:type="dxa"/>
            </w:tcMar>
            <w:vAlign w:val="center"/>
          </w:tcPr>
          <w:p w14:paraId="06501126" w14:textId="77777777" w:rsidR="00F678CC" w:rsidRPr="00240C29" w:rsidRDefault="00F678CC" w:rsidP="00EA4E43">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48AE973A" w14:textId="77777777" w:rsidR="00F678CC" w:rsidRPr="00240C29" w:rsidRDefault="00F678CC" w:rsidP="00EA4E43">
            <w:pPr>
              <w:ind w:firstLine="0"/>
              <w:rPr>
                <w:szCs w:val="24"/>
              </w:rPr>
            </w:pPr>
            <w:proofErr w:type="spellStart"/>
            <w:r w:rsidRPr="00240C29">
              <w:rPr>
                <w:szCs w:val="24"/>
              </w:rPr>
              <w:t>Rosii</w:t>
            </w:r>
            <w:proofErr w:type="spellEnd"/>
          </w:p>
        </w:tc>
        <w:tc>
          <w:tcPr>
            <w:tcW w:w="1701" w:type="dxa"/>
            <w:tcMar>
              <w:top w:w="80" w:type="dxa"/>
              <w:left w:w="90" w:type="dxa"/>
              <w:bottom w:w="80" w:type="dxa"/>
              <w:right w:w="90" w:type="dxa"/>
            </w:tcMar>
            <w:vAlign w:val="center"/>
          </w:tcPr>
          <w:p w14:paraId="6CEC5D4A" w14:textId="77777777" w:rsidR="00F678CC" w:rsidRPr="00240C29" w:rsidRDefault="00F678CC" w:rsidP="00EA4E43">
            <w:pPr>
              <w:ind w:firstLine="0"/>
              <w:jc w:val="center"/>
              <w:rPr>
                <w:szCs w:val="24"/>
              </w:rPr>
            </w:pPr>
            <w:r w:rsidRPr="00240C29">
              <w:rPr>
                <w:szCs w:val="24"/>
              </w:rPr>
              <w:t>100 gr</w:t>
            </w:r>
          </w:p>
        </w:tc>
      </w:tr>
      <w:tr w:rsidR="00F678CC" w:rsidRPr="00240C29" w14:paraId="39CD6B6A" w14:textId="77777777">
        <w:trPr>
          <w:jc w:val="center"/>
        </w:trPr>
        <w:tc>
          <w:tcPr>
            <w:tcW w:w="850" w:type="dxa"/>
            <w:tcMar>
              <w:top w:w="80" w:type="dxa"/>
              <w:left w:w="90" w:type="dxa"/>
              <w:bottom w:w="80" w:type="dxa"/>
              <w:right w:w="90" w:type="dxa"/>
            </w:tcMar>
            <w:vAlign w:val="center"/>
          </w:tcPr>
          <w:p w14:paraId="6EE30476" w14:textId="77777777" w:rsidR="00F678CC" w:rsidRPr="00240C29" w:rsidRDefault="00F678CC" w:rsidP="00EA4E43">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162F19B5" w14:textId="77777777" w:rsidR="00F678CC" w:rsidRPr="00240C29" w:rsidRDefault="00F678CC" w:rsidP="00EA4E43">
            <w:pPr>
              <w:ind w:firstLine="0"/>
              <w:rPr>
                <w:szCs w:val="24"/>
              </w:rPr>
            </w:pPr>
            <w:r w:rsidRPr="00240C29">
              <w:rPr>
                <w:szCs w:val="24"/>
              </w:rPr>
              <w:t>Toba</w:t>
            </w:r>
          </w:p>
        </w:tc>
        <w:tc>
          <w:tcPr>
            <w:tcW w:w="1701" w:type="dxa"/>
            <w:tcMar>
              <w:top w:w="80" w:type="dxa"/>
              <w:left w:w="90" w:type="dxa"/>
              <w:bottom w:w="80" w:type="dxa"/>
              <w:right w:w="90" w:type="dxa"/>
            </w:tcMar>
            <w:vAlign w:val="center"/>
          </w:tcPr>
          <w:p w14:paraId="27F9EB87" w14:textId="77777777" w:rsidR="00F678CC" w:rsidRPr="00240C29" w:rsidRDefault="00F678CC" w:rsidP="00EA4E43">
            <w:pPr>
              <w:ind w:firstLine="0"/>
              <w:jc w:val="center"/>
              <w:rPr>
                <w:szCs w:val="24"/>
              </w:rPr>
            </w:pPr>
            <w:r w:rsidRPr="00240C29">
              <w:rPr>
                <w:szCs w:val="24"/>
              </w:rPr>
              <w:t>100 gr</w:t>
            </w:r>
          </w:p>
        </w:tc>
      </w:tr>
      <w:tr w:rsidR="00F678CC" w:rsidRPr="00240C29" w14:paraId="2AF0C783" w14:textId="77777777">
        <w:trPr>
          <w:jc w:val="center"/>
        </w:trPr>
        <w:tc>
          <w:tcPr>
            <w:tcW w:w="850" w:type="dxa"/>
            <w:tcMar>
              <w:top w:w="80" w:type="dxa"/>
              <w:left w:w="90" w:type="dxa"/>
              <w:bottom w:w="80" w:type="dxa"/>
              <w:right w:w="90" w:type="dxa"/>
            </w:tcMar>
            <w:vAlign w:val="center"/>
          </w:tcPr>
          <w:p w14:paraId="189EA564" w14:textId="77777777" w:rsidR="00F678CC" w:rsidRPr="00240C29" w:rsidRDefault="00F678CC" w:rsidP="00EA4E43">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193BA5AD" w14:textId="77777777" w:rsidR="00F678CC" w:rsidRPr="00240C29" w:rsidRDefault="00F678CC" w:rsidP="00EA4E43">
            <w:pPr>
              <w:ind w:firstLine="0"/>
              <w:rPr>
                <w:szCs w:val="24"/>
              </w:rPr>
            </w:pPr>
            <w:r w:rsidRPr="00240C29">
              <w:rPr>
                <w:szCs w:val="24"/>
              </w:rPr>
              <w:t xml:space="preserve">Salam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04FA81B" w14:textId="77777777" w:rsidR="00F678CC" w:rsidRPr="00240C29" w:rsidRDefault="00F678CC" w:rsidP="00EA4E43">
            <w:pPr>
              <w:ind w:firstLine="0"/>
              <w:jc w:val="center"/>
              <w:rPr>
                <w:szCs w:val="24"/>
              </w:rPr>
            </w:pPr>
            <w:r w:rsidRPr="00240C29">
              <w:rPr>
                <w:szCs w:val="24"/>
              </w:rPr>
              <w:t>100 gr</w:t>
            </w:r>
          </w:p>
        </w:tc>
      </w:tr>
      <w:tr w:rsidR="00F678CC" w:rsidRPr="00240C29" w14:paraId="0897E668" w14:textId="77777777">
        <w:trPr>
          <w:jc w:val="center"/>
        </w:trPr>
        <w:tc>
          <w:tcPr>
            <w:tcW w:w="850" w:type="dxa"/>
            <w:tcMar>
              <w:top w:w="80" w:type="dxa"/>
              <w:left w:w="90" w:type="dxa"/>
              <w:bottom w:w="80" w:type="dxa"/>
              <w:right w:w="90" w:type="dxa"/>
            </w:tcMar>
            <w:vAlign w:val="center"/>
          </w:tcPr>
          <w:p w14:paraId="7222ACCD" w14:textId="77777777" w:rsidR="00F678CC" w:rsidRPr="00240C29" w:rsidRDefault="00F678CC" w:rsidP="00EA4E43">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374C27DD" w14:textId="7A353CFC" w:rsidR="00F678CC" w:rsidRPr="00240C29" w:rsidRDefault="00F678CC" w:rsidP="00EA4E43">
            <w:pPr>
              <w:ind w:firstLine="0"/>
              <w:rPr>
                <w:szCs w:val="24"/>
              </w:rPr>
            </w:pPr>
            <w:proofErr w:type="spellStart"/>
            <w:r w:rsidRPr="00240C29">
              <w:rPr>
                <w:szCs w:val="24"/>
              </w:rPr>
              <w:t>Sunca</w:t>
            </w:r>
            <w:proofErr w:type="spellEnd"/>
            <w:r w:rsidRPr="00240C29">
              <w:rPr>
                <w:szCs w:val="24"/>
              </w:rPr>
              <w:t xml:space="preserve"> </w:t>
            </w:r>
            <w:proofErr w:type="spellStart"/>
            <w:r w:rsidRPr="00240C29">
              <w:rPr>
                <w:szCs w:val="24"/>
              </w:rPr>
              <w:t>presata</w:t>
            </w:r>
            <w:proofErr w:type="spellEnd"/>
            <w:r w:rsidRPr="00240C29">
              <w:rPr>
                <w:szCs w:val="24"/>
              </w:rPr>
              <w:t xml:space="preserve"> </w:t>
            </w:r>
            <w:proofErr w:type="spellStart"/>
            <w:r w:rsidRPr="00240C29">
              <w:rPr>
                <w:szCs w:val="24"/>
              </w:rPr>
              <w:t>pasare</w:t>
            </w:r>
            <w:proofErr w:type="spellEnd"/>
            <w:r w:rsidR="00FD4BD3" w:rsidRPr="00FD4BD3">
              <w:rPr>
                <w:szCs w:val="24"/>
                <w:lang w:val="en"/>
              </w:rPr>
              <w:t xml:space="preserve">/ </w:t>
            </w:r>
            <w:proofErr w:type="spellStart"/>
            <w:r w:rsidR="00FD4BD3" w:rsidRPr="00FD4BD3">
              <w:rPr>
                <w:szCs w:val="24"/>
                <w:lang w:val="en"/>
              </w:rPr>
              <w:t>rulada</w:t>
            </w:r>
            <w:proofErr w:type="spellEnd"/>
            <w:r w:rsidR="00FD4BD3" w:rsidRPr="00FD4BD3">
              <w:rPr>
                <w:szCs w:val="24"/>
                <w:lang w:val="en"/>
              </w:rPr>
              <w:t xml:space="preserve"> </w:t>
            </w:r>
            <w:proofErr w:type="spellStart"/>
            <w:r w:rsidR="00FD4BD3" w:rsidRPr="00FD4BD3">
              <w:rPr>
                <w:szCs w:val="24"/>
                <w:lang w:val="en"/>
              </w:rPr>
              <w:t>pui</w:t>
            </w:r>
            <w:proofErr w:type="spellEnd"/>
          </w:p>
        </w:tc>
        <w:tc>
          <w:tcPr>
            <w:tcW w:w="1701" w:type="dxa"/>
            <w:tcMar>
              <w:top w:w="80" w:type="dxa"/>
              <w:left w:w="90" w:type="dxa"/>
              <w:bottom w:w="80" w:type="dxa"/>
              <w:right w:w="90" w:type="dxa"/>
            </w:tcMar>
            <w:vAlign w:val="center"/>
          </w:tcPr>
          <w:p w14:paraId="7FA218A1" w14:textId="77777777" w:rsidR="00F678CC" w:rsidRPr="00240C29" w:rsidRDefault="00F678CC" w:rsidP="00EA4E43">
            <w:pPr>
              <w:ind w:firstLine="0"/>
              <w:jc w:val="center"/>
              <w:rPr>
                <w:szCs w:val="24"/>
              </w:rPr>
            </w:pPr>
            <w:r w:rsidRPr="00240C29">
              <w:rPr>
                <w:szCs w:val="24"/>
              </w:rPr>
              <w:t>100 gr</w:t>
            </w:r>
          </w:p>
        </w:tc>
      </w:tr>
      <w:tr w:rsidR="00F678CC" w:rsidRPr="00240C29" w14:paraId="06AE0323" w14:textId="77777777">
        <w:trPr>
          <w:jc w:val="center"/>
        </w:trPr>
        <w:tc>
          <w:tcPr>
            <w:tcW w:w="850" w:type="dxa"/>
            <w:tcMar>
              <w:top w:w="80" w:type="dxa"/>
              <w:left w:w="90" w:type="dxa"/>
              <w:bottom w:w="80" w:type="dxa"/>
              <w:right w:w="90" w:type="dxa"/>
            </w:tcMar>
            <w:vAlign w:val="center"/>
          </w:tcPr>
          <w:p w14:paraId="466ED875" w14:textId="77777777" w:rsidR="00F678CC" w:rsidRPr="00240C29" w:rsidRDefault="00F678CC" w:rsidP="00EA4E43">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2572CE95" w14:textId="77777777" w:rsidR="00F678CC" w:rsidRPr="00240C29" w:rsidRDefault="00F678CC" w:rsidP="00EA4E43">
            <w:pPr>
              <w:ind w:firstLine="0"/>
              <w:rPr>
                <w:szCs w:val="24"/>
              </w:rPr>
            </w:pPr>
            <w:proofErr w:type="spellStart"/>
            <w:r w:rsidRPr="00240C29">
              <w:rPr>
                <w:szCs w:val="24"/>
              </w:rPr>
              <w:t>Unt</w:t>
            </w:r>
            <w:proofErr w:type="spellEnd"/>
          </w:p>
        </w:tc>
        <w:tc>
          <w:tcPr>
            <w:tcW w:w="1701" w:type="dxa"/>
            <w:tcMar>
              <w:top w:w="80" w:type="dxa"/>
              <w:left w:w="90" w:type="dxa"/>
              <w:bottom w:w="80" w:type="dxa"/>
              <w:right w:w="90" w:type="dxa"/>
            </w:tcMar>
            <w:vAlign w:val="center"/>
          </w:tcPr>
          <w:p w14:paraId="406BE7F2" w14:textId="77777777" w:rsidR="00F678CC" w:rsidRPr="00240C29" w:rsidRDefault="00F678CC" w:rsidP="00EA4E43">
            <w:pPr>
              <w:ind w:firstLine="0"/>
              <w:jc w:val="center"/>
              <w:rPr>
                <w:szCs w:val="24"/>
              </w:rPr>
            </w:pPr>
            <w:r w:rsidRPr="00240C29">
              <w:rPr>
                <w:szCs w:val="24"/>
              </w:rPr>
              <w:t>40 gr</w:t>
            </w:r>
          </w:p>
        </w:tc>
      </w:tr>
      <w:tr w:rsidR="00F678CC" w:rsidRPr="00240C29" w14:paraId="39700297" w14:textId="77777777">
        <w:trPr>
          <w:jc w:val="center"/>
        </w:trPr>
        <w:tc>
          <w:tcPr>
            <w:tcW w:w="850" w:type="dxa"/>
            <w:tcMar>
              <w:top w:w="80" w:type="dxa"/>
              <w:left w:w="90" w:type="dxa"/>
              <w:bottom w:w="80" w:type="dxa"/>
              <w:right w:w="90" w:type="dxa"/>
            </w:tcMar>
            <w:vAlign w:val="center"/>
          </w:tcPr>
          <w:p w14:paraId="5CBB0F7C" w14:textId="77777777" w:rsidR="00F678CC" w:rsidRPr="00240C29" w:rsidRDefault="00F678CC" w:rsidP="00EA4E43">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0F4DE39D" w14:textId="77777777" w:rsidR="00F678CC" w:rsidRPr="00240C29" w:rsidRDefault="00F678CC" w:rsidP="00EA4E43">
            <w:pPr>
              <w:ind w:firstLine="0"/>
              <w:rPr>
                <w:szCs w:val="24"/>
              </w:rPr>
            </w:pPr>
            <w:proofErr w:type="spellStart"/>
            <w:r w:rsidRPr="00240C29">
              <w:rPr>
                <w:szCs w:val="24"/>
              </w:rPr>
              <w:t>Telemea</w:t>
            </w:r>
            <w:proofErr w:type="spellEnd"/>
            <w:r w:rsidRPr="00240C29">
              <w:rPr>
                <w:szCs w:val="24"/>
              </w:rPr>
              <w:t xml:space="preserv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3A21B02A" w14:textId="77777777" w:rsidR="00F678CC" w:rsidRPr="00240C29" w:rsidRDefault="00F678CC" w:rsidP="00EA4E43">
            <w:pPr>
              <w:ind w:firstLine="0"/>
              <w:jc w:val="center"/>
              <w:rPr>
                <w:szCs w:val="24"/>
              </w:rPr>
            </w:pPr>
            <w:r w:rsidRPr="00240C29">
              <w:rPr>
                <w:szCs w:val="24"/>
              </w:rPr>
              <w:t>100 gr</w:t>
            </w:r>
          </w:p>
        </w:tc>
      </w:tr>
      <w:tr w:rsidR="00F678CC" w:rsidRPr="00240C29" w14:paraId="3FC2CAF8" w14:textId="77777777">
        <w:trPr>
          <w:jc w:val="center"/>
        </w:trPr>
        <w:tc>
          <w:tcPr>
            <w:tcW w:w="850" w:type="dxa"/>
            <w:tcMar>
              <w:top w:w="80" w:type="dxa"/>
              <w:left w:w="90" w:type="dxa"/>
              <w:bottom w:w="80" w:type="dxa"/>
              <w:right w:w="90" w:type="dxa"/>
            </w:tcMar>
            <w:vAlign w:val="center"/>
          </w:tcPr>
          <w:p w14:paraId="192031B3" w14:textId="77777777" w:rsidR="00F678CC" w:rsidRPr="00240C29" w:rsidRDefault="00F678CC" w:rsidP="00EA4E43">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031F6783" w14:textId="77777777" w:rsidR="00F678CC" w:rsidRPr="00240C29" w:rsidRDefault="00F678CC" w:rsidP="00EA4E43">
            <w:pPr>
              <w:ind w:firstLine="0"/>
              <w:rPr>
                <w:szCs w:val="24"/>
              </w:rPr>
            </w:pPr>
            <w:proofErr w:type="spellStart"/>
            <w:r w:rsidRPr="00240C29">
              <w:rPr>
                <w:szCs w:val="24"/>
              </w:rPr>
              <w:t>Zacusca</w:t>
            </w:r>
            <w:proofErr w:type="spellEnd"/>
          </w:p>
        </w:tc>
        <w:tc>
          <w:tcPr>
            <w:tcW w:w="1701" w:type="dxa"/>
            <w:tcMar>
              <w:top w:w="80" w:type="dxa"/>
              <w:left w:w="90" w:type="dxa"/>
              <w:bottom w:w="80" w:type="dxa"/>
              <w:right w:w="90" w:type="dxa"/>
            </w:tcMar>
            <w:vAlign w:val="center"/>
          </w:tcPr>
          <w:p w14:paraId="66D2CB01" w14:textId="77777777" w:rsidR="00F678CC" w:rsidRPr="00240C29" w:rsidRDefault="00F678CC" w:rsidP="00EA4E43">
            <w:pPr>
              <w:ind w:firstLine="0"/>
              <w:jc w:val="center"/>
              <w:rPr>
                <w:szCs w:val="24"/>
              </w:rPr>
            </w:pPr>
            <w:r w:rsidRPr="00240C29">
              <w:rPr>
                <w:szCs w:val="24"/>
              </w:rPr>
              <w:t>40 gr</w:t>
            </w:r>
          </w:p>
        </w:tc>
      </w:tr>
      <w:tr w:rsidR="00F678CC" w:rsidRPr="00240C29" w14:paraId="6EE89754" w14:textId="77777777">
        <w:trPr>
          <w:jc w:val="center"/>
        </w:trPr>
        <w:tc>
          <w:tcPr>
            <w:tcW w:w="850" w:type="dxa"/>
            <w:tcMar>
              <w:top w:w="80" w:type="dxa"/>
              <w:left w:w="90" w:type="dxa"/>
              <w:bottom w:w="80" w:type="dxa"/>
              <w:right w:w="90" w:type="dxa"/>
            </w:tcMar>
            <w:vAlign w:val="center"/>
          </w:tcPr>
          <w:p w14:paraId="2EF16243" w14:textId="77777777" w:rsidR="00F678CC" w:rsidRPr="00240C29" w:rsidRDefault="00F678CC" w:rsidP="00EA4E43">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7D5379D4" w14:textId="77777777" w:rsidR="00F678CC" w:rsidRPr="00240C29" w:rsidRDefault="00F678CC" w:rsidP="00EA4E43">
            <w:pPr>
              <w:ind w:firstLine="0"/>
              <w:rPr>
                <w:szCs w:val="24"/>
              </w:rPr>
            </w:pPr>
            <w:proofErr w:type="spellStart"/>
            <w:r w:rsidRPr="00240C29">
              <w:rPr>
                <w:szCs w:val="24"/>
              </w:rPr>
              <w:t>Icre</w:t>
            </w:r>
            <w:proofErr w:type="spellEnd"/>
          </w:p>
        </w:tc>
        <w:tc>
          <w:tcPr>
            <w:tcW w:w="1701" w:type="dxa"/>
            <w:tcMar>
              <w:top w:w="80" w:type="dxa"/>
              <w:left w:w="90" w:type="dxa"/>
              <w:bottom w:w="80" w:type="dxa"/>
              <w:right w:w="90" w:type="dxa"/>
            </w:tcMar>
            <w:vAlign w:val="center"/>
          </w:tcPr>
          <w:p w14:paraId="0675C3E3" w14:textId="77777777" w:rsidR="00F678CC" w:rsidRPr="00240C29" w:rsidRDefault="00F678CC" w:rsidP="00EA4E43">
            <w:pPr>
              <w:ind w:firstLine="0"/>
              <w:jc w:val="center"/>
              <w:rPr>
                <w:szCs w:val="24"/>
              </w:rPr>
            </w:pPr>
            <w:r w:rsidRPr="00240C29">
              <w:rPr>
                <w:szCs w:val="24"/>
              </w:rPr>
              <w:t>40 gr</w:t>
            </w:r>
          </w:p>
        </w:tc>
      </w:tr>
      <w:tr w:rsidR="00F678CC" w:rsidRPr="00240C29" w14:paraId="6F41E56E" w14:textId="77777777">
        <w:trPr>
          <w:jc w:val="center"/>
        </w:trPr>
        <w:tc>
          <w:tcPr>
            <w:tcW w:w="850" w:type="dxa"/>
            <w:tcMar>
              <w:top w:w="80" w:type="dxa"/>
              <w:left w:w="90" w:type="dxa"/>
              <w:bottom w:w="80" w:type="dxa"/>
              <w:right w:w="90" w:type="dxa"/>
            </w:tcMar>
            <w:vAlign w:val="center"/>
          </w:tcPr>
          <w:p w14:paraId="6C0276BC" w14:textId="77777777" w:rsidR="00F678CC" w:rsidRPr="00240C29" w:rsidRDefault="00F678CC" w:rsidP="00EA4E43">
            <w:pPr>
              <w:ind w:firstLine="0"/>
              <w:jc w:val="center"/>
              <w:rPr>
                <w:szCs w:val="24"/>
              </w:rPr>
            </w:pPr>
            <w:r w:rsidRPr="00240C29">
              <w:rPr>
                <w:szCs w:val="24"/>
              </w:rPr>
              <w:t>21</w:t>
            </w:r>
          </w:p>
        </w:tc>
        <w:tc>
          <w:tcPr>
            <w:tcW w:w="7087" w:type="dxa"/>
            <w:tcMar>
              <w:top w:w="80" w:type="dxa"/>
              <w:left w:w="90" w:type="dxa"/>
              <w:bottom w:w="80" w:type="dxa"/>
              <w:right w:w="90" w:type="dxa"/>
            </w:tcMar>
            <w:vAlign w:val="center"/>
          </w:tcPr>
          <w:p w14:paraId="35920900" w14:textId="77777777" w:rsidR="00F678CC" w:rsidRPr="00240C29" w:rsidRDefault="00F678CC" w:rsidP="00EA4E43">
            <w:pPr>
              <w:ind w:firstLine="0"/>
              <w:rPr>
                <w:szCs w:val="24"/>
              </w:rPr>
            </w:pPr>
            <w:proofErr w:type="spellStart"/>
            <w:r w:rsidRPr="00240C29">
              <w:rPr>
                <w:szCs w:val="24"/>
              </w:rPr>
              <w:t>Mustar</w:t>
            </w:r>
            <w:proofErr w:type="spellEnd"/>
          </w:p>
        </w:tc>
        <w:tc>
          <w:tcPr>
            <w:tcW w:w="1701" w:type="dxa"/>
            <w:tcMar>
              <w:top w:w="80" w:type="dxa"/>
              <w:left w:w="90" w:type="dxa"/>
              <w:bottom w:w="80" w:type="dxa"/>
              <w:right w:w="90" w:type="dxa"/>
            </w:tcMar>
            <w:vAlign w:val="center"/>
          </w:tcPr>
          <w:p w14:paraId="3E7024D5" w14:textId="77777777" w:rsidR="00F678CC" w:rsidRPr="00240C29" w:rsidRDefault="00F678CC" w:rsidP="00EA4E43">
            <w:pPr>
              <w:ind w:firstLine="0"/>
              <w:jc w:val="center"/>
              <w:rPr>
                <w:szCs w:val="24"/>
              </w:rPr>
            </w:pPr>
            <w:r w:rsidRPr="00240C29">
              <w:rPr>
                <w:szCs w:val="24"/>
              </w:rPr>
              <w:t>5 gr</w:t>
            </w:r>
          </w:p>
        </w:tc>
      </w:tr>
      <w:tr w:rsidR="00F678CC" w:rsidRPr="00240C29" w14:paraId="1D2BB875" w14:textId="77777777">
        <w:trPr>
          <w:jc w:val="center"/>
        </w:trPr>
        <w:tc>
          <w:tcPr>
            <w:tcW w:w="850" w:type="dxa"/>
            <w:tcMar>
              <w:top w:w="80" w:type="dxa"/>
              <w:left w:w="90" w:type="dxa"/>
              <w:bottom w:w="80" w:type="dxa"/>
              <w:right w:w="90" w:type="dxa"/>
            </w:tcMar>
            <w:vAlign w:val="center"/>
          </w:tcPr>
          <w:p w14:paraId="4E0B95EF" w14:textId="77777777" w:rsidR="00F678CC" w:rsidRPr="00240C29" w:rsidRDefault="00F678CC" w:rsidP="00EA4E43">
            <w:pPr>
              <w:ind w:firstLine="0"/>
              <w:jc w:val="center"/>
              <w:rPr>
                <w:szCs w:val="24"/>
              </w:rPr>
            </w:pPr>
            <w:r w:rsidRPr="00240C29">
              <w:rPr>
                <w:szCs w:val="24"/>
              </w:rPr>
              <w:t>22</w:t>
            </w:r>
          </w:p>
        </w:tc>
        <w:tc>
          <w:tcPr>
            <w:tcW w:w="7087" w:type="dxa"/>
            <w:tcMar>
              <w:top w:w="80" w:type="dxa"/>
              <w:left w:w="90" w:type="dxa"/>
              <w:bottom w:w="80" w:type="dxa"/>
              <w:right w:w="90" w:type="dxa"/>
            </w:tcMar>
            <w:vAlign w:val="center"/>
          </w:tcPr>
          <w:p w14:paraId="2D83DE19" w14:textId="77777777" w:rsidR="00F678CC" w:rsidRPr="00240C29" w:rsidRDefault="00F678CC" w:rsidP="00EA4E43">
            <w:pPr>
              <w:ind w:firstLine="0"/>
              <w:rPr>
                <w:szCs w:val="24"/>
              </w:rPr>
            </w:pPr>
            <w:r w:rsidRPr="00240C29">
              <w:rPr>
                <w:szCs w:val="24"/>
              </w:rPr>
              <w:t>Masline</w:t>
            </w:r>
          </w:p>
        </w:tc>
        <w:tc>
          <w:tcPr>
            <w:tcW w:w="1701" w:type="dxa"/>
            <w:tcMar>
              <w:top w:w="80" w:type="dxa"/>
              <w:left w:w="90" w:type="dxa"/>
              <w:bottom w:w="80" w:type="dxa"/>
              <w:right w:w="90" w:type="dxa"/>
            </w:tcMar>
            <w:vAlign w:val="center"/>
          </w:tcPr>
          <w:p w14:paraId="36EC2A9E" w14:textId="77777777" w:rsidR="00F678CC" w:rsidRPr="00240C29" w:rsidRDefault="00F678CC" w:rsidP="00EA4E43">
            <w:pPr>
              <w:ind w:firstLine="0"/>
              <w:jc w:val="center"/>
              <w:rPr>
                <w:szCs w:val="24"/>
              </w:rPr>
            </w:pPr>
            <w:r w:rsidRPr="00240C29">
              <w:rPr>
                <w:szCs w:val="24"/>
              </w:rPr>
              <w:t>40 gr</w:t>
            </w:r>
          </w:p>
        </w:tc>
      </w:tr>
      <w:tr w:rsidR="00F678CC" w:rsidRPr="00240C29" w14:paraId="406EB1D8" w14:textId="77777777">
        <w:trPr>
          <w:jc w:val="center"/>
        </w:trPr>
        <w:tc>
          <w:tcPr>
            <w:tcW w:w="850" w:type="dxa"/>
            <w:tcMar>
              <w:top w:w="80" w:type="dxa"/>
              <w:left w:w="90" w:type="dxa"/>
              <w:bottom w:w="80" w:type="dxa"/>
              <w:right w:w="90" w:type="dxa"/>
            </w:tcMar>
            <w:vAlign w:val="center"/>
          </w:tcPr>
          <w:p w14:paraId="315017CD" w14:textId="77777777" w:rsidR="00F678CC" w:rsidRPr="00240C29" w:rsidRDefault="00F678CC" w:rsidP="00EA4E43">
            <w:pPr>
              <w:ind w:firstLine="0"/>
              <w:jc w:val="center"/>
              <w:rPr>
                <w:szCs w:val="24"/>
              </w:rPr>
            </w:pPr>
            <w:r w:rsidRPr="00240C29">
              <w:rPr>
                <w:szCs w:val="24"/>
              </w:rPr>
              <w:t>23</w:t>
            </w:r>
          </w:p>
        </w:tc>
        <w:tc>
          <w:tcPr>
            <w:tcW w:w="7087" w:type="dxa"/>
            <w:tcMar>
              <w:top w:w="80" w:type="dxa"/>
              <w:left w:w="90" w:type="dxa"/>
              <w:bottom w:w="80" w:type="dxa"/>
              <w:right w:w="90" w:type="dxa"/>
            </w:tcMar>
            <w:vAlign w:val="center"/>
          </w:tcPr>
          <w:p w14:paraId="68ADEF42" w14:textId="77777777" w:rsidR="00F678CC" w:rsidRPr="00240C29" w:rsidRDefault="00F678CC" w:rsidP="00EA4E43">
            <w:pPr>
              <w:ind w:firstLine="0"/>
              <w:rPr>
                <w:szCs w:val="24"/>
              </w:rPr>
            </w:pPr>
            <w:r w:rsidRPr="00240C29">
              <w:rPr>
                <w:szCs w:val="24"/>
              </w:rPr>
              <w:t>Zaharina</w:t>
            </w:r>
          </w:p>
        </w:tc>
        <w:tc>
          <w:tcPr>
            <w:tcW w:w="1701" w:type="dxa"/>
            <w:tcMar>
              <w:top w:w="80" w:type="dxa"/>
              <w:left w:w="90" w:type="dxa"/>
              <w:bottom w:w="80" w:type="dxa"/>
              <w:right w:w="90" w:type="dxa"/>
            </w:tcMar>
            <w:vAlign w:val="center"/>
          </w:tcPr>
          <w:p w14:paraId="73C0A45E" w14:textId="77777777" w:rsidR="00F678CC" w:rsidRPr="00240C29" w:rsidRDefault="00F678CC" w:rsidP="00EA4E43">
            <w:pPr>
              <w:ind w:firstLine="0"/>
              <w:jc w:val="center"/>
              <w:rPr>
                <w:szCs w:val="24"/>
              </w:rPr>
            </w:pPr>
            <w:r w:rsidRPr="00240C29">
              <w:rPr>
                <w:szCs w:val="24"/>
              </w:rPr>
              <w:t>10 gr</w:t>
            </w:r>
          </w:p>
        </w:tc>
      </w:tr>
      <w:tr w:rsidR="00F678CC" w:rsidRPr="00240C29" w14:paraId="439DC905" w14:textId="77777777">
        <w:trPr>
          <w:jc w:val="center"/>
        </w:trPr>
        <w:tc>
          <w:tcPr>
            <w:tcW w:w="850" w:type="dxa"/>
            <w:tcMar>
              <w:top w:w="80" w:type="dxa"/>
              <w:left w:w="90" w:type="dxa"/>
              <w:bottom w:w="80" w:type="dxa"/>
              <w:right w:w="90" w:type="dxa"/>
            </w:tcMar>
            <w:vAlign w:val="center"/>
          </w:tcPr>
          <w:p w14:paraId="71A98382" w14:textId="77777777" w:rsidR="00F678CC" w:rsidRPr="00240C29" w:rsidRDefault="00F678CC" w:rsidP="00EA4E43">
            <w:pPr>
              <w:ind w:firstLine="0"/>
              <w:jc w:val="center"/>
              <w:rPr>
                <w:szCs w:val="24"/>
              </w:rPr>
            </w:pPr>
            <w:r w:rsidRPr="00240C29">
              <w:rPr>
                <w:szCs w:val="24"/>
              </w:rPr>
              <w:t>24</w:t>
            </w:r>
          </w:p>
        </w:tc>
        <w:tc>
          <w:tcPr>
            <w:tcW w:w="7087" w:type="dxa"/>
            <w:tcMar>
              <w:top w:w="80" w:type="dxa"/>
              <w:left w:w="90" w:type="dxa"/>
              <w:bottom w:w="80" w:type="dxa"/>
              <w:right w:w="90" w:type="dxa"/>
            </w:tcMar>
            <w:vAlign w:val="center"/>
          </w:tcPr>
          <w:p w14:paraId="0F26FC7A" w14:textId="77777777" w:rsidR="00F678CC" w:rsidRPr="00240C29" w:rsidRDefault="00F678CC" w:rsidP="00EA4E43">
            <w:pPr>
              <w:ind w:firstLine="0"/>
              <w:rPr>
                <w:szCs w:val="24"/>
              </w:rPr>
            </w:pPr>
            <w:proofErr w:type="spellStart"/>
            <w:r w:rsidRPr="00240C29">
              <w:rPr>
                <w:szCs w:val="24"/>
              </w:rPr>
              <w:t>Crenwusti</w:t>
            </w:r>
            <w:proofErr w:type="spellEnd"/>
          </w:p>
        </w:tc>
        <w:tc>
          <w:tcPr>
            <w:tcW w:w="1701" w:type="dxa"/>
            <w:tcMar>
              <w:top w:w="80" w:type="dxa"/>
              <w:left w:w="90" w:type="dxa"/>
              <w:bottom w:w="80" w:type="dxa"/>
              <w:right w:w="90" w:type="dxa"/>
            </w:tcMar>
            <w:vAlign w:val="center"/>
          </w:tcPr>
          <w:p w14:paraId="65B09DAC" w14:textId="77777777" w:rsidR="00F678CC" w:rsidRPr="00240C29" w:rsidRDefault="00F678CC" w:rsidP="00EA4E43">
            <w:pPr>
              <w:ind w:firstLine="0"/>
              <w:jc w:val="center"/>
              <w:rPr>
                <w:szCs w:val="24"/>
              </w:rPr>
            </w:pPr>
            <w:r w:rsidRPr="00240C29">
              <w:rPr>
                <w:szCs w:val="24"/>
              </w:rPr>
              <w:t>60 gr</w:t>
            </w:r>
          </w:p>
        </w:tc>
      </w:tr>
      <w:tr w:rsidR="00F678CC" w:rsidRPr="00240C29" w14:paraId="52CFCD9E" w14:textId="77777777">
        <w:trPr>
          <w:jc w:val="center"/>
        </w:trPr>
        <w:tc>
          <w:tcPr>
            <w:tcW w:w="850" w:type="dxa"/>
            <w:tcMar>
              <w:top w:w="80" w:type="dxa"/>
              <w:left w:w="90" w:type="dxa"/>
              <w:bottom w:w="80" w:type="dxa"/>
              <w:right w:w="90" w:type="dxa"/>
            </w:tcMar>
            <w:vAlign w:val="center"/>
          </w:tcPr>
          <w:p w14:paraId="1735901F" w14:textId="77777777" w:rsidR="00F678CC" w:rsidRPr="00240C29" w:rsidRDefault="00F678CC" w:rsidP="00EA4E43">
            <w:pPr>
              <w:ind w:firstLine="0"/>
              <w:jc w:val="center"/>
              <w:rPr>
                <w:szCs w:val="24"/>
              </w:rPr>
            </w:pPr>
            <w:r w:rsidRPr="00240C29">
              <w:rPr>
                <w:szCs w:val="24"/>
              </w:rPr>
              <w:t>25</w:t>
            </w:r>
          </w:p>
        </w:tc>
        <w:tc>
          <w:tcPr>
            <w:tcW w:w="7087" w:type="dxa"/>
            <w:tcMar>
              <w:top w:w="80" w:type="dxa"/>
              <w:left w:w="90" w:type="dxa"/>
              <w:bottom w:w="80" w:type="dxa"/>
              <w:right w:w="90" w:type="dxa"/>
            </w:tcMar>
            <w:vAlign w:val="center"/>
          </w:tcPr>
          <w:p w14:paraId="7CE6BDCA" w14:textId="77777777" w:rsidR="00F678CC" w:rsidRPr="00240C29" w:rsidRDefault="00F678CC" w:rsidP="00EA4E43">
            <w:pPr>
              <w:ind w:firstLine="0"/>
              <w:rPr>
                <w:szCs w:val="24"/>
              </w:rPr>
            </w:pPr>
            <w:r w:rsidRPr="00240C29">
              <w:rPr>
                <w:szCs w:val="24"/>
              </w:rPr>
              <w:t xml:space="preserve">Ou </w:t>
            </w:r>
            <w:proofErr w:type="spellStart"/>
            <w:r w:rsidRPr="00240C29">
              <w:rPr>
                <w:szCs w:val="24"/>
              </w:rPr>
              <w:t>fiert</w:t>
            </w:r>
            <w:proofErr w:type="spellEnd"/>
          </w:p>
        </w:tc>
        <w:tc>
          <w:tcPr>
            <w:tcW w:w="1701" w:type="dxa"/>
            <w:tcMar>
              <w:top w:w="80" w:type="dxa"/>
              <w:left w:w="90" w:type="dxa"/>
              <w:bottom w:w="80" w:type="dxa"/>
              <w:right w:w="90" w:type="dxa"/>
            </w:tcMar>
            <w:vAlign w:val="center"/>
          </w:tcPr>
          <w:p w14:paraId="3B0BE7FE" w14:textId="77777777" w:rsidR="00F678CC" w:rsidRPr="00240C29" w:rsidRDefault="00F678CC" w:rsidP="00EA4E43">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FD4BD3" w:rsidRPr="00240C29" w14:paraId="177358F8" w14:textId="77777777" w:rsidTr="006B3867">
        <w:trPr>
          <w:jc w:val="center"/>
        </w:trPr>
        <w:tc>
          <w:tcPr>
            <w:tcW w:w="850" w:type="dxa"/>
            <w:tcMar>
              <w:top w:w="80" w:type="dxa"/>
              <w:left w:w="90" w:type="dxa"/>
              <w:bottom w:w="80" w:type="dxa"/>
              <w:right w:w="90" w:type="dxa"/>
            </w:tcMar>
            <w:vAlign w:val="center"/>
          </w:tcPr>
          <w:p w14:paraId="27223C34" w14:textId="1851EF7F" w:rsidR="00FD4BD3" w:rsidRPr="00240C29" w:rsidRDefault="00FD4BD3" w:rsidP="00FD4BD3">
            <w:pPr>
              <w:ind w:firstLine="0"/>
              <w:jc w:val="center"/>
              <w:rPr>
                <w:szCs w:val="24"/>
              </w:rPr>
            </w:pPr>
            <w:r>
              <w:rPr>
                <w:szCs w:val="24"/>
              </w:rPr>
              <w:t>26</w:t>
            </w:r>
          </w:p>
        </w:tc>
        <w:tc>
          <w:tcPr>
            <w:tcW w:w="7087" w:type="dxa"/>
            <w:tcMar>
              <w:top w:w="80" w:type="dxa"/>
              <w:left w:w="90" w:type="dxa"/>
              <w:bottom w:w="80" w:type="dxa"/>
              <w:right w:w="90" w:type="dxa"/>
            </w:tcMar>
          </w:tcPr>
          <w:p w14:paraId="676C5681" w14:textId="50A7DD82" w:rsidR="00FD4BD3" w:rsidRPr="00240C29" w:rsidRDefault="00FD4BD3" w:rsidP="00FD4BD3">
            <w:pPr>
              <w:ind w:firstLine="0"/>
              <w:rPr>
                <w:szCs w:val="24"/>
              </w:rPr>
            </w:pPr>
            <w:r w:rsidRPr="000757DA">
              <w:t>Nutella</w:t>
            </w:r>
          </w:p>
        </w:tc>
        <w:tc>
          <w:tcPr>
            <w:tcW w:w="1701" w:type="dxa"/>
            <w:tcMar>
              <w:top w:w="80" w:type="dxa"/>
              <w:left w:w="90" w:type="dxa"/>
              <w:bottom w:w="80" w:type="dxa"/>
              <w:right w:w="90" w:type="dxa"/>
            </w:tcMar>
          </w:tcPr>
          <w:p w14:paraId="423F74DF" w14:textId="52E99633" w:rsidR="00FD4BD3" w:rsidRPr="00240C29" w:rsidRDefault="00FD4BD3" w:rsidP="00FD4BD3">
            <w:pPr>
              <w:ind w:firstLine="0"/>
              <w:jc w:val="center"/>
              <w:rPr>
                <w:szCs w:val="24"/>
              </w:rPr>
            </w:pPr>
            <w:r w:rsidRPr="000757DA">
              <w:t>40 gr</w:t>
            </w:r>
          </w:p>
        </w:tc>
      </w:tr>
      <w:tr w:rsidR="00FD4BD3" w:rsidRPr="00240C29" w14:paraId="11C7D9AB" w14:textId="77777777" w:rsidTr="006B3867">
        <w:trPr>
          <w:jc w:val="center"/>
        </w:trPr>
        <w:tc>
          <w:tcPr>
            <w:tcW w:w="850" w:type="dxa"/>
            <w:tcMar>
              <w:top w:w="80" w:type="dxa"/>
              <w:left w:w="90" w:type="dxa"/>
              <w:bottom w:w="80" w:type="dxa"/>
              <w:right w:w="90" w:type="dxa"/>
            </w:tcMar>
            <w:vAlign w:val="center"/>
          </w:tcPr>
          <w:p w14:paraId="2FCA4473" w14:textId="14DE300F" w:rsidR="00FD4BD3" w:rsidRPr="00240C29" w:rsidRDefault="00FD4BD3" w:rsidP="00FD4BD3">
            <w:pPr>
              <w:ind w:firstLine="0"/>
              <w:jc w:val="center"/>
              <w:rPr>
                <w:szCs w:val="24"/>
              </w:rPr>
            </w:pPr>
            <w:r>
              <w:rPr>
                <w:szCs w:val="24"/>
              </w:rPr>
              <w:t>27</w:t>
            </w:r>
          </w:p>
        </w:tc>
        <w:tc>
          <w:tcPr>
            <w:tcW w:w="7087" w:type="dxa"/>
            <w:tcMar>
              <w:top w:w="80" w:type="dxa"/>
              <w:left w:w="90" w:type="dxa"/>
              <w:bottom w:w="80" w:type="dxa"/>
              <w:right w:w="90" w:type="dxa"/>
            </w:tcMar>
          </w:tcPr>
          <w:p w14:paraId="7DB0B6A8" w14:textId="6633F16D" w:rsidR="00FD4BD3" w:rsidRPr="00240C29" w:rsidRDefault="00FD4BD3" w:rsidP="00FD4BD3">
            <w:pPr>
              <w:ind w:firstLine="0"/>
              <w:rPr>
                <w:szCs w:val="24"/>
              </w:rPr>
            </w:pPr>
            <w:r w:rsidRPr="000757DA">
              <w:t>Bacon</w:t>
            </w:r>
          </w:p>
        </w:tc>
        <w:tc>
          <w:tcPr>
            <w:tcW w:w="1701" w:type="dxa"/>
            <w:tcMar>
              <w:top w:w="80" w:type="dxa"/>
              <w:left w:w="90" w:type="dxa"/>
              <w:bottom w:w="80" w:type="dxa"/>
              <w:right w:w="90" w:type="dxa"/>
            </w:tcMar>
          </w:tcPr>
          <w:p w14:paraId="7F5C44C9" w14:textId="71C1C6B3" w:rsidR="00FD4BD3" w:rsidRPr="00240C29" w:rsidRDefault="00FD4BD3" w:rsidP="00FD4BD3">
            <w:pPr>
              <w:ind w:firstLine="0"/>
              <w:jc w:val="center"/>
              <w:rPr>
                <w:szCs w:val="24"/>
              </w:rPr>
            </w:pPr>
            <w:r w:rsidRPr="000757DA">
              <w:t>100 gr</w:t>
            </w:r>
          </w:p>
        </w:tc>
      </w:tr>
      <w:tr w:rsidR="00FD4BD3" w:rsidRPr="00240C29" w14:paraId="695BEF9F" w14:textId="77777777" w:rsidTr="006B3867">
        <w:trPr>
          <w:jc w:val="center"/>
        </w:trPr>
        <w:tc>
          <w:tcPr>
            <w:tcW w:w="850" w:type="dxa"/>
            <w:tcMar>
              <w:top w:w="80" w:type="dxa"/>
              <w:left w:w="90" w:type="dxa"/>
              <w:bottom w:w="80" w:type="dxa"/>
              <w:right w:w="90" w:type="dxa"/>
            </w:tcMar>
            <w:vAlign w:val="center"/>
          </w:tcPr>
          <w:p w14:paraId="2368592C" w14:textId="6678ECB8" w:rsidR="00FD4BD3" w:rsidRPr="00240C29" w:rsidRDefault="00FD4BD3" w:rsidP="00FD4BD3">
            <w:pPr>
              <w:ind w:firstLine="0"/>
              <w:jc w:val="center"/>
              <w:rPr>
                <w:szCs w:val="24"/>
              </w:rPr>
            </w:pPr>
            <w:r>
              <w:rPr>
                <w:szCs w:val="24"/>
              </w:rPr>
              <w:t>28</w:t>
            </w:r>
          </w:p>
        </w:tc>
        <w:tc>
          <w:tcPr>
            <w:tcW w:w="7087" w:type="dxa"/>
            <w:tcMar>
              <w:top w:w="80" w:type="dxa"/>
              <w:left w:w="90" w:type="dxa"/>
              <w:bottom w:w="80" w:type="dxa"/>
              <w:right w:w="90" w:type="dxa"/>
            </w:tcMar>
          </w:tcPr>
          <w:p w14:paraId="7531AE18" w14:textId="31F0B4A5" w:rsidR="00FD4BD3" w:rsidRPr="00240C29" w:rsidRDefault="00FD4BD3" w:rsidP="00FD4BD3">
            <w:pPr>
              <w:ind w:firstLine="0"/>
              <w:rPr>
                <w:szCs w:val="24"/>
              </w:rPr>
            </w:pPr>
            <w:r w:rsidRPr="000757DA">
              <w:t xml:space="preserve">Legume </w:t>
            </w:r>
            <w:proofErr w:type="spellStart"/>
            <w:r w:rsidRPr="000757DA">
              <w:t>proaspete</w:t>
            </w:r>
            <w:proofErr w:type="spellEnd"/>
            <w:r w:rsidRPr="000757DA">
              <w:t xml:space="preserve">: </w:t>
            </w:r>
            <w:proofErr w:type="spellStart"/>
            <w:r w:rsidRPr="000757DA">
              <w:t>castraveti</w:t>
            </w:r>
            <w:proofErr w:type="spellEnd"/>
            <w:r w:rsidRPr="000757DA">
              <w:t>/</w:t>
            </w:r>
            <w:proofErr w:type="spellStart"/>
            <w:r w:rsidRPr="000757DA">
              <w:t>rosii</w:t>
            </w:r>
            <w:proofErr w:type="spellEnd"/>
            <w:r w:rsidRPr="000757DA">
              <w:t xml:space="preserve">/ </w:t>
            </w:r>
            <w:proofErr w:type="spellStart"/>
            <w:r w:rsidRPr="000757DA">
              <w:t>ardei</w:t>
            </w:r>
            <w:proofErr w:type="spellEnd"/>
            <w:r w:rsidRPr="000757DA">
              <w:t xml:space="preserve"> </w:t>
            </w:r>
            <w:proofErr w:type="spellStart"/>
            <w:r w:rsidRPr="000757DA">
              <w:t>verde</w:t>
            </w:r>
            <w:proofErr w:type="spellEnd"/>
            <w:r w:rsidRPr="000757DA">
              <w:t>/</w:t>
            </w:r>
            <w:proofErr w:type="spellStart"/>
            <w:r w:rsidRPr="000757DA">
              <w:t>rosu</w:t>
            </w:r>
            <w:proofErr w:type="spellEnd"/>
          </w:p>
        </w:tc>
        <w:tc>
          <w:tcPr>
            <w:tcW w:w="1701" w:type="dxa"/>
            <w:tcMar>
              <w:top w:w="80" w:type="dxa"/>
              <w:left w:w="90" w:type="dxa"/>
              <w:bottom w:w="80" w:type="dxa"/>
              <w:right w:w="90" w:type="dxa"/>
            </w:tcMar>
          </w:tcPr>
          <w:p w14:paraId="0DF0C901" w14:textId="7A4EDBE7" w:rsidR="00FD4BD3" w:rsidRPr="00240C29" w:rsidRDefault="00FD4BD3" w:rsidP="00FD4BD3">
            <w:pPr>
              <w:ind w:firstLine="0"/>
              <w:jc w:val="center"/>
              <w:rPr>
                <w:szCs w:val="24"/>
              </w:rPr>
            </w:pPr>
            <w:r w:rsidRPr="000757DA">
              <w:t>150 gr</w:t>
            </w:r>
          </w:p>
        </w:tc>
      </w:tr>
      <w:tr w:rsidR="00FD4BD3" w:rsidRPr="00240C29" w14:paraId="60751CD1" w14:textId="77777777" w:rsidTr="006B3867">
        <w:trPr>
          <w:jc w:val="center"/>
        </w:trPr>
        <w:tc>
          <w:tcPr>
            <w:tcW w:w="850" w:type="dxa"/>
            <w:tcMar>
              <w:top w:w="80" w:type="dxa"/>
              <w:left w:w="90" w:type="dxa"/>
              <w:bottom w:w="80" w:type="dxa"/>
              <w:right w:w="90" w:type="dxa"/>
            </w:tcMar>
            <w:vAlign w:val="center"/>
          </w:tcPr>
          <w:p w14:paraId="561A2FE1" w14:textId="4D16392E" w:rsidR="00FD4BD3" w:rsidRPr="00240C29" w:rsidRDefault="00FD4BD3" w:rsidP="00FD4BD3">
            <w:pPr>
              <w:ind w:firstLine="0"/>
              <w:jc w:val="center"/>
              <w:rPr>
                <w:szCs w:val="24"/>
              </w:rPr>
            </w:pPr>
            <w:r>
              <w:rPr>
                <w:szCs w:val="24"/>
              </w:rPr>
              <w:t>29</w:t>
            </w:r>
          </w:p>
        </w:tc>
        <w:tc>
          <w:tcPr>
            <w:tcW w:w="7087" w:type="dxa"/>
            <w:tcMar>
              <w:top w:w="80" w:type="dxa"/>
              <w:left w:w="90" w:type="dxa"/>
              <w:bottom w:w="80" w:type="dxa"/>
              <w:right w:w="90" w:type="dxa"/>
            </w:tcMar>
          </w:tcPr>
          <w:p w14:paraId="45ABB117" w14:textId="3E573570" w:rsidR="00FD4BD3" w:rsidRPr="00240C29" w:rsidRDefault="00FD4BD3" w:rsidP="00FD4BD3">
            <w:pPr>
              <w:ind w:firstLine="0"/>
              <w:rPr>
                <w:szCs w:val="24"/>
              </w:rPr>
            </w:pPr>
            <w:proofErr w:type="spellStart"/>
            <w:r w:rsidRPr="000757DA">
              <w:t>Omleta</w:t>
            </w:r>
            <w:proofErr w:type="spellEnd"/>
            <w:r w:rsidRPr="000757DA">
              <w:t xml:space="preserve"> cu </w:t>
            </w:r>
            <w:proofErr w:type="spellStart"/>
            <w:r w:rsidRPr="000757DA">
              <w:t>marar</w:t>
            </w:r>
            <w:proofErr w:type="spellEnd"/>
          </w:p>
        </w:tc>
        <w:tc>
          <w:tcPr>
            <w:tcW w:w="1701" w:type="dxa"/>
            <w:tcMar>
              <w:top w:w="80" w:type="dxa"/>
              <w:left w:w="90" w:type="dxa"/>
              <w:bottom w:w="80" w:type="dxa"/>
              <w:right w:w="90" w:type="dxa"/>
            </w:tcMar>
          </w:tcPr>
          <w:p w14:paraId="66B59DD7" w14:textId="32A9E1BB" w:rsidR="00FD4BD3" w:rsidRPr="00240C29" w:rsidRDefault="00FD4BD3" w:rsidP="00FD4BD3">
            <w:pPr>
              <w:ind w:firstLine="0"/>
              <w:jc w:val="center"/>
              <w:rPr>
                <w:szCs w:val="24"/>
              </w:rPr>
            </w:pPr>
            <w:r w:rsidRPr="000757DA">
              <w:t>100 gr</w:t>
            </w:r>
          </w:p>
        </w:tc>
      </w:tr>
    </w:tbl>
    <w:p w14:paraId="09101825" w14:textId="77777777" w:rsidR="00F678CC" w:rsidRPr="00240C29" w:rsidRDefault="00F678CC" w:rsidP="00EA4E43">
      <w:pPr>
        <w:ind w:firstLine="0"/>
        <w:rPr>
          <w:szCs w:val="24"/>
        </w:rPr>
      </w:pPr>
    </w:p>
    <w:p w14:paraId="497AEC94" w14:textId="77777777" w:rsidR="00F678CC" w:rsidRPr="00240C29" w:rsidRDefault="00F678CC" w:rsidP="00EA4E43">
      <w:pPr>
        <w:ind w:firstLine="0"/>
        <w:rPr>
          <w:szCs w:val="24"/>
        </w:rPr>
      </w:pPr>
      <w:r w:rsidRPr="00240C29">
        <w:rPr>
          <w:b/>
          <w:szCs w:val="24"/>
        </w:rPr>
        <w:t>MINUTURI</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5F3C58A1" w14:textId="77777777">
        <w:trPr>
          <w:tblHeader/>
          <w:jc w:val="center"/>
        </w:trPr>
        <w:tc>
          <w:tcPr>
            <w:tcW w:w="850" w:type="dxa"/>
            <w:shd w:val="clear" w:color="auto" w:fill="D9D9D9"/>
            <w:tcMar>
              <w:top w:w="80" w:type="dxa"/>
              <w:left w:w="90" w:type="dxa"/>
              <w:bottom w:w="80" w:type="dxa"/>
              <w:right w:w="90" w:type="dxa"/>
            </w:tcMar>
            <w:vAlign w:val="center"/>
          </w:tcPr>
          <w:p w14:paraId="0BD2B8E5" w14:textId="77777777" w:rsidR="00F678CC" w:rsidRPr="00240C29" w:rsidRDefault="00F678CC" w:rsidP="00EA4E4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2E0BD57A" w14:textId="77777777" w:rsidR="00F678CC" w:rsidRPr="00240C29" w:rsidRDefault="00F678CC" w:rsidP="00EA4E4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17096A36" w14:textId="77777777" w:rsidR="00F678CC" w:rsidRPr="00240C29" w:rsidRDefault="00F678CC" w:rsidP="00EA4E4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F557645" w14:textId="77777777">
        <w:trPr>
          <w:jc w:val="center"/>
        </w:trPr>
        <w:tc>
          <w:tcPr>
            <w:tcW w:w="850" w:type="dxa"/>
            <w:tcMar>
              <w:top w:w="80" w:type="dxa"/>
              <w:left w:w="90" w:type="dxa"/>
              <w:bottom w:w="80" w:type="dxa"/>
              <w:right w:w="90" w:type="dxa"/>
            </w:tcMar>
            <w:vAlign w:val="center"/>
          </w:tcPr>
          <w:p w14:paraId="29210F7A" w14:textId="77777777" w:rsidR="00F678CC" w:rsidRPr="00240C29" w:rsidRDefault="00F678CC" w:rsidP="00EA4E4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745B7FE0" w14:textId="77777777" w:rsidR="00F678CC" w:rsidRPr="00240C29" w:rsidRDefault="00F678CC" w:rsidP="00EA4E43">
            <w:pPr>
              <w:ind w:firstLine="0"/>
              <w:rPr>
                <w:szCs w:val="24"/>
              </w:rPr>
            </w:pPr>
            <w:r w:rsidRPr="00240C29">
              <w:rPr>
                <w:szCs w:val="24"/>
              </w:rPr>
              <w:t xml:space="preserve">Branza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7545BC4B" w14:textId="77777777" w:rsidR="00F678CC" w:rsidRPr="00240C29" w:rsidRDefault="00F678CC" w:rsidP="00EA4E43">
            <w:pPr>
              <w:ind w:firstLine="0"/>
              <w:jc w:val="center"/>
              <w:rPr>
                <w:szCs w:val="24"/>
              </w:rPr>
            </w:pPr>
            <w:r w:rsidRPr="00240C29">
              <w:rPr>
                <w:szCs w:val="24"/>
              </w:rPr>
              <w:t>200 gr</w:t>
            </w:r>
          </w:p>
        </w:tc>
      </w:tr>
      <w:tr w:rsidR="00F678CC" w:rsidRPr="00240C29" w14:paraId="21CBBC54" w14:textId="77777777">
        <w:trPr>
          <w:jc w:val="center"/>
        </w:trPr>
        <w:tc>
          <w:tcPr>
            <w:tcW w:w="850" w:type="dxa"/>
            <w:tcMar>
              <w:top w:w="80" w:type="dxa"/>
              <w:left w:w="90" w:type="dxa"/>
              <w:bottom w:w="80" w:type="dxa"/>
              <w:right w:w="90" w:type="dxa"/>
            </w:tcMar>
            <w:vAlign w:val="center"/>
          </w:tcPr>
          <w:p w14:paraId="5CA6F3A1" w14:textId="77777777" w:rsidR="00F678CC" w:rsidRPr="00240C29" w:rsidRDefault="00F678CC" w:rsidP="00EA4E4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0BDD5B08" w14:textId="77777777" w:rsidR="00F678CC" w:rsidRPr="00240C29" w:rsidRDefault="00F678CC" w:rsidP="00EA4E43">
            <w:pPr>
              <w:ind w:firstLine="0"/>
              <w:rPr>
                <w:szCs w:val="24"/>
              </w:rPr>
            </w:pPr>
            <w:proofErr w:type="spellStart"/>
            <w:r w:rsidRPr="00240C29">
              <w:rPr>
                <w:szCs w:val="24"/>
              </w:rPr>
              <w:t>Cascaval</w:t>
            </w:r>
            <w:proofErr w:type="spellEnd"/>
            <w:r w:rsidRPr="00240C29">
              <w:rPr>
                <w:szCs w:val="24"/>
              </w:rPr>
              <w:t xml:space="preserve"> pane</w:t>
            </w:r>
          </w:p>
        </w:tc>
        <w:tc>
          <w:tcPr>
            <w:tcW w:w="1701" w:type="dxa"/>
            <w:tcMar>
              <w:top w:w="80" w:type="dxa"/>
              <w:left w:w="90" w:type="dxa"/>
              <w:bottom w:w="80" w:type="dxa"/>
              <w:right w:w="90" w:type="dxa"/>
            </w:tcMar>
            <w:vAlign w:val="center"/>
          </w:tcPr>
          <w:p w14:paraId="45F9F8D4" w14:textId="77777777" w:rsidR="00F678CC" w:rsidRPr="00240C29" w:rsidRDefault="00F678CC" w:rsidP="00EA4E43">
            <w:pPr>
              <w:ind w:firstLine="0"/>
              <w:jc w:val="center"/>
              <w:rPr>
                <w:szCs w:val="24"/>
              </w:rPr>
            </w:pPr>
            <w:r w:rsidRPr="00240C29">
              <w:rPr>
                <w:szCs w:val="24"/>
              </w:rPr>
              <w:t>130 gr</w:t>
            </w:r>
          </w:p>
        </w:tc>
      </w:tr>
      <w:tr w:rsidR="00F678CC" w:rsidRPr="00240C29" w14:paraId="62F41E80" w14:textId="77777777">
        <w:trPr>
          <w:jc w:val="center"/>
        </w:trPr>
        <w:tc>
          <w:tcPr>
            <w:tcW w:w="850" w:type="dxa"/>
            <w:tcMar>
              <w:top w:w="80" w:type="dxa"/>
              <w:left w:w="90" w:type="dxa"/>
              <w:bottom w:w="80" w:type="dxa"/>
              <w:right w:w="90" w:type="dxa"/>
            </w:tcMar>
            <w:vAlign w:val="center"/>
          </w:tcPr>
          <w:p w14:paraId="200497CB" w14:textId="77777777" w:rsidR="00F678CC" w:rsidRPr="00240C29" w:rsidRDefault="00F678CC" w:rsidP="00EA4E4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6B3FFFD7" w14:textId="77777777" w:rsidR="00F678CC" w:rsidRPr="00240C29" w:rsidRDefault="00F678CC" w:rsidP="00EA4E43">
            <w:pPr>
              <w:ind w:firstLine="0"/>
              <w:rPr>
                <w:szCs w:val="24"/>
              </w:rPr>
            </w:pPr>
            <w:r w:rsidRPr="00240C29">
              <w:rPr>
                <w:szCs w:val="24"/>
              </w:rPr>
              <w:t xml:space="preserve">Carnati de </w:t>
            </w:r>
            <w:proofErr w:type="spellStart"/>
            <w:r w:rsidRPr="00240C29">
              <w:rPr>
                <w:szCs w:val="24"/>
              </w:rPr>
              <w:t>porc</w:t>
            </w:r>
            <w:proofErr w:type="spellEnd"/>
            <w:r w:rsidRPr="00240C29">
              <w:rPr>
                <w:szCs w:val="24"/>
              </w:rPr>
              <w:t xml:space="preserve"> </w:t>
            </w:r>
            <w:proofErr w:type="spellStart"/>
            <w:r w:rsidRPr="00240C29">
              <w:rPr>
                <w:szCs w:val="24"/>
              </w:rPr>
              <w:t>proaspeti</w:t>
            </w:r>
            <w:proofErr w:type="spellEnd"/>
          </w:p>
        </w:tc>
        <w:tc>
          <w:tcPr>
            <w:tcW w:w="1701" w:type="dxa"/>
            <w:tcMar>
              <w:top w:w="80" w:type="dxa"/>
              <w:left w:w="90" w:type="dxa"/>
              <w:bottom w:w="80" w:type="dxa"/>
              <w:right w:w="90" w:type="dxa"/>
            </w:tcMar>
            <w:vAlign w:val="center"/>
          </w:tcPr>
          <w:p w14:paraId="1146C4AF" w14:textId="77777777" w:rsidR="00F678CC" w:rsidRPr="00240C29" w:rsidRDefault="00F678CC" w:rsidP="00EA4E43">
            <w:pPr>
              <w:ind w:firstLine="0"/>
              <w:jc w:val="center"/>
              <w:rPr>
                <w:szCs w:val="24"/>
              </w:rPr>
            </w:pPr>
            <w:r w:rsidRPr="00240C29">
              <w:rPr>
                <w:szCs w:val="24"/>
              </w:rPr>
              <w:t>85 gr</w:t>
            </w:r>
          </w:p>
        </w:tc>
      </w:tr>
      <w:tr w:rsidR="00F678CC" w:rsidRPr="00240C29" w14:paraId="21B2EAC4" w14:textId="77777777">
        <w:trPr>
          <w:jc w:val="center"/>
        </w:trPr>
        <w:tc>
          <w:tcPr>
            <w:tcW w:w="850" w:type="dxa"/>
            <w:tcMar>
              <w:top w:w="80" w:type="dxa"/>
              <w:left w:w="90" w:type="dxa"/>
              <w:bottom w:w="80" w:type="dxa"/>
              <w:right w:w="90" w:type="dxa"/>
            </w:tcMar>
            <w:vAlign w:val="center"/>
          </w:tcPr>
          <w:p w14:paraId="4A4305CB" w14:textId="77777777" w:rsidR="00F678CC" w:rsidRPr="00240C29" w:rsidRDefault="00F678CC" w:rsidP="00EA4E43">
            <w:pPr>
              <w:ind w:firstLine="0"/>
              <w:jc w:val="center"/>
              <w:rPr>
                <w:szCs w:val="24"/>
              </w:rPr>
            </w:pPr>
            <w:r w:rsidRPr="00240C29">
              <w:rPr>
                <w:szCs w:val="24"/>
              </w:rPr>
              <w:lastRenderedPageBreak/>
              <w:t>4</w:t>
            </w:r>
          </w:p>
        </w:tc>
        <w:tc>
          <w:tcPr>
            <w:tcW w:w="7087" w:type="dxa"/>
            <w:tcMar>
              <w:top w:w="80" w:type="dxa"/>
              <w:left w:w="90" w:type="dxa"/>
              <w:bottom w:w="80" w:type="dxa"/>
              <w:right w:w="90" w:type="dxa"/>
            </w:tcMar>
            <w:vAlign w:val="center"/>
          </w:tcPr>
          <w:p w14:paraId="084208CD" w14:textId="77777777" w:rsidR="00F678CC" w:rsidRPr="00240C29" w:rsidRDefault="00F678CC" w:rsidP="00EA4E43">
            <w:pPr>
              <w:ind w:firstLine="0"/>
              <w:rPr>
                <w:szCs w:val="24"/>
              </w:rPr>
            </w:pPr>
            <w:r w:rsidRPr="00240C29">
              <w:rPr>
                <w:szCs w:val="24"/>
              </w:rPr>
              <w:t xml:space="preserve">Mamaliga </w:t>
            </w:r>
            <w:proofErr w:type="spellStart"/>
            <w:r w:rsidRPr="00240C29">
              <w:rPr>
                <w:szCs w:val="24"/>
              </w:rPr>
              <w:t>simpla</w:t>
            </w:r>
            <w:proofErr w:type="spellEnd"/>
          </w:p>
        </w:tc>
        <w:tc>
          <w:tcPr>
            <w:tcW w:w="1701" w:type="dxa"/>
            <w:tcMar>
              <w:top w:w="80" w:type="dxa"/>
              <w:left w:w="90" w:type="dxa"/>
              <w:bottom w:w="80" w:type="dxa"/>
              <w:right w:w="90" w:type="dxa"/>
            </w:tcMar>
            <w:vAlign w:val="center"/>
          </w:tcPr>
          <w:p w14:paraId="685861F5" w14:textId="77777777" w:rsidR="00F678CC" w:rsidRPr="00240C29" w:rsidRDefault="00F678CC" w:rsidP="00EA4E43">
            <w:pPr>
              <w:ind w:firstLine="0"/>
              <w:jc w:val="center"/>
              <w:rPr>
                <w:szCs w:val="24"/>
              </w:rPr>
            </w:pPr>
            <w:r w:rsidRPr="00240C29">
              <w:rPr>
                <w:szCs w:val="24"/>
              </w:rPr>
              <w:t>200 gr</w:t>
            </w:r>
          </w:p>
        </w:tc>
      </w:tr>
      <w:tr w:rsidR="00F678CC" w:rsidRPr="00240C29" w14:paraId="79A50079" w14:textId="77777777">
        <w:trPr>
          <w:jc w:val="center"/>
        </w:trPr>
        <w:tc>
          <w:tcPr>
            <w:tcW w:w="850" w:type="dxa"/>
            <w:tcMar>
              <w:top w:w="80" w:type="dxa"/>
              <w:left w:w="90" w:type="dxa"/>
              <w:bottom w:w="80" w:type="dxa"/>
              <w:right w:w="90" w:type="dxa"/>
            </w:tcMar>
            <w:vAlign w:val="center"/>
          </w:tcPr>
          <w:p w14:paraId="67E53738" w14:textId="77777777" w:rsidR="00F678CC" w:rsidRPr="00240C29" w:rsidRDefault="00F678CC" w:rsidP="00EA4E4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5F844D43" w14:textId="77777777" w:rsidR="00F678CC" w:rsidRPr="00240C29" w:rsidRDefault="00F678CC" w:rsidP="00EA4E43">
            <w:pPr>
              <w:ind w:firstLine="0"/>
              <w:rPr>
                <w:szCs w:val="24"/>
              </w:rPr>
            </w:pPr>
            <w:proofErr w:type="spellStart"/>
            <w:r w:rsidRPr="00240C29">
              <w:rPr>
                <w:szCs w:val="24"/>
              </w:rPr>
              <w:t>Ochiuri</w:t>
            </w:r>
            <w:proofErr w:type="spellEnd"/>
            <w:r w:rsidRPr="00240C29">
              <w:rPr>
                <w:szCs w:val="24"/>
              </w:rPr>
              <w:t xml:space="preserve"> </w:t>
            </w:r>
            <w:proofErr w:type="spellStart"/>
            <w:r w:rsidRPr="00240C29">
              <w:rPr>
                <w:szCs w:val="24"/>
              </w:rPr>
              <w:t>romanesti</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7194EF16" w14:textId="77777777" w:rsidR="00F678CC" w:rsidRPr="00240C29" w:rsidRDefault="00F678CC" w:rsidP="00EA4E43">
            <w:pPr>
              <w:ind w:firstLine="0"/>
              <w:jc w:val="center"/>
              <w:rPr>
                <w:szCs w:val="24"/>
              </w:rPr>
            </w:pPr>
            <w:r w:rsidRPr="00240C29">
              <w:rPr>
                <w:szCs w:val="24"/>
              </w:rPr>
              <w:t>300 gr</w:t>
            </w:r>
          </w:p>
        </w:tc>
      </w:tr>
      <w:tr w:rsidR="00F678CC" w:rsidRPr="00240C29" w14:paraId="62E9B152" w14:textId="77777777">
        <w:trPr>
          <w:jc w:val="center"/>
        </w:trPr>
        <w:tc>
          <w:tcPr>
            <w:tcW w:w="850" w:type="dxa"/>
            <w:tcMar>
              <w:top w:w="80" w:type="dxa"/>
              <w:left w:w="90" w:type="dxa"/>
              <w:bottom w:w="80" w:type="dxa"/>
              <w:right w:w="90" w:type="dxa"/>
            </w:tcMar>
            <w:vAlign w:val="center"/>
          </w:tcPr>
          <w:p w14:paraId="4A1007EF" w14:textId="77777777" w:rsidR="00F678CC" w:rsidRPr="00240C29" w:rsidRDefault="00F678CC" w:rsidP="00EA4E4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640D3DE7" w14:textId="77777777" w:rsidR="00F678CC" w:rsidRPr="00240C29" w:rsidRDefault="00F678CC" w:rsidP="00EA4E43">
            <w:pPr>
              <w:ind w:firstLine="0"/>
              <w:rPr>
                <w:szCs w:val="24"/>
              </w:rPr>
            </w:pPr>
            <w:proofErr w:type="spellStart"/>
            <w:r w:rsidRPr="00240C29">
              <w:rPr>
                <w:szCs w:val="24"/>
              </w:rPr>
              <w:t>Omleta</w:t>
            </w:r>
            <w:proofErr w:type="spellEnd"/>
            <w:r w:rsidRPr="00240C29">
              <w:rPr>
                <w:szCs w:val="24"/>
              </w:rPr>
              <w:t xml:space="preserve"> cu </w:t>
            </w:r>
            <w:proofErr w:type="spellStart"/>
            <w:r w:rsidRPr="00240C29">
              <w:rPr>
                <w:szCs w:val="24"/>
              </w:rPr>
              <w:t>ficatei</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6B0CBE34" w14:textId="77777777" w:rsidR="00F678CC" w:rsidRPr="00240C29" w:rsidRDefault="00F678CC" w:rsidP="00EA4E43">
            <w:pPr>
              <w:ind w:firstLine="0"/>
              <w:jc w:val="center"/>
              <w:rPr>
                <w:szCs w:val="24"/>
              </w:rPr>
            </w:pPr>
            <w:r w:rsidRPr="00240C29">
              <w:rPr>
                <w:szCs w:val="24"/>
              </w:rPr>
              <w:t>140 gr</w:t>
            </w:r>
          </w:p>
        </w:tc>
      </w:tr>
      <w:tr w:rsidR="00F678CC" w:rsidRPr="00240C29" w14:paraId="6C40471D" w14:textId="77777777">
        <w:trPr>
          <w:jc w:val="center"/>
        </w:trPr>
        <w:tc>
          <w:tcPr>
            <w:tcW w:w="850" w:type="dxa"/>
            <w:tcMar>
              <w:top w:w="80" w:type="dxa"/>
              <w:left w:w="90" w:type="dxa"/>
              <w:bottom w:w="80" w:type="dxa"/>
              <w:right w:w="90" w:type="dxa"/>
            </w:tcMar>
            <w:vAlign w:val="center"/>
          </w:tcPr>
          <w:p w14:paraId="3A448E4D" w14:textId="77777777" w:rsidR="00F678CC" w:rsidRPr="00240C29" w:rsidRDefault="00F678CC" w:rsidP="00EA4E4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7313EEF2" w14:textId="77777777" w:rsidR="00F678CC" w:rsidRPr="00240C29" w:rsidRDefault="00F678CC" w:rsidP="00EA4E43">
            <w:pPr>
              <w:ind w:firstLine="0"/>
              <w:rPr>
                <w:szCs w:val="24"/>
              </w:rPr>
            </w:pPr>
            <w:proofErr w:type="spellStart"/>
            <w:r w:rsidRPr="00240C29">
              <w:rPr>
                <w:szCs w:val="24"/>
              </w:rPr>
              <w:t>Omleta</w:t>
            </w:r>
            <w:proofErr w:type="spellEnd"/>
            <w:r w:rsidRPr="00240C29">
              <w:rPr>
                <w:szCs w:val="24"/>
              </w:rPr>
              <w:t xml:space="preserve"> </w:t>
            </w:r>
            <w:proofErr w:type="spellStart"/>
            <w:r w:rsidRPr="00240C29">
              <w:rPr>
                <w:szCs w:val="24"/>
              </w:rPr>
              <w:t>simpla</w:t>
            </w:r>
            <w:proofErr w:type="spellEnd"/>
          </w:p>
        </w:tc>
        <w:tc>
          <w:tcPr>
            <w:tcW w:w="1701" w:type="dxa"/>
            <w:tcMar>
              <w:top w:w="80" w:type="dxa"/>
              <w:left w:w="90" w:type="dxa"/>
              <w:bottom w:w="80" w:type="dxa"/>
              <w:right w:w="90" w:type="dxa"/>
            </w:tcMar>
            <w:vAlign w:val="center"/>
          </w:tcPr>
          <w:p w14:paraId="5EC2A4FC" w14:textId="77777777" w:rsidR="00F678CC" w:rsidRPr="00240C29" w:rsidRDefault="00F678CC" w:rsidP="00EA4E43">
            <w:pPr>
              <w:ind w:firstLine="0"/>
              <w:jc w:val="center"/>
              <w:rPr>
                <w:szCs w:val="24"/>
              </w:rPr>
            </w:pPr>
            <w:r w:rsidRPr="00240C29">
              <w:rPr>
                <w:szCs w:val="24"/>
              </w:rPr>
              <w:t>80 gr</w:t>
            </w:r>
          </w:p>
        </w:tc>
      </w:tr>
      <w:tr w:rsidR="00F678CC" w:rsidRPr="00240C29" w14:paraId="7CB24E79" w14:textId="77777777">
        <w:trPr>
          <w:jc w:val="center"/>
        </w:trPr>
        <w:tc>
          <w:tcPr>
            <w:tcW w:w="850" w:type="dxa"/>
            <w:tcMar>
              <w:top w:w="80" w:type="dxa"/>
              <w:left w:w="90" w:type="dxa"/>
              <w:bottom w:w="80" w:type="dxa"/>
              <w:right w:w="90" w:type="dxa"/>
            </w:tcMar>
            <w:vAlign w:val="center"/>
          </w:tcPr>
          <w:p w14:paraId="78F50F21" w14:textId="77777777" w:rsidR="00F678CC" w:rsidRPr="00240C29" w:rsidRDefault="00F678CC" w:rsidP="00EA4E4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6C525EE5" w14:textId="77777777" w:rsidR="00F678CC" w:rsidRPr="00240C29" w:rsidRDefault="00F678CC" w:rsidP="00EA4E43">
            <w:pPr>
              <w:ind w:firstLine="0"/>
              <w:rPr>
                <w:szCs w:val="24"/>
              </w:rPr>
            </w:pPr>
            <w:proofErr w:type="spellStart"/>
            <w:r w:rsidRPr="00240C29">
              <w:rPr>
                <w:szCs w:val="24"/>
              </w:rPr>
              <w:t>Omleta</w:t>
            </w:r>
            <w:proofErr w:type="spellEnd"/>
            <w:r w:rsidRPr="00240C29">
              <w:rPr>
                <w:szCs w:val="24"/>
              </w:rPr>
              <w:t xml:space="preserve"> cu </w:t>
            </w:r>
            <w:proofErr w:type="spellStart"/>
            <w:r w:rsidRPr="00240C29">
              <w:rPr>
                <w:szCs w:val="24"/>
              </w:rPr>
              <w:t>muschi</w:t>
            </w:r>
            <w:proofErr w:type="spellEnd"/>
            <w:r w:rsidRPr="00240C29">
              <w:rPr>
                <w:szCs w:val="24"/>
              </w:rPr>
              <w:t xml:space="preserve"> </w:t>
            </w:r>
            <w:proofErr w:type="spellStart"/>
            <w:r w:rsidRPr="00240C29">
              <w:rPr>
                <w:szCs w:val="24"/>
              </w:rPr>
              <w:t>tiganesc</w:t>
            </w:r>
            <w:proofErr w:type="spellEnd"/>
          </w:p>
        </w:tc>
        <w:tc>
          <w:tcPr>
            <w:tcW w:w="1701" w:type="dxa"/>
            <w:tcMar>
              <w:top w:w="80" w:type="dxa"/>
              <w:left w:w="90" w:type="dxa"/>
              <w:bottom w:w="80" w:type="dxa"/>
              <w:right w:w="90" w:type="dxa"/>
            </w:tcMar>
            <w:vAlign w:val="center"/>
          </w:tcPr>
          <w:p w14:paraId="2F0F656A" w14:textId="77777777" w:rsidR="00F678CC" w:rsidRPr="00240C29" w:rsidRDefault="00F678CC" w:rsidP="00EA4E43">
            <w:pPr>
              <w:ind w:firstLine="0"/>
              <w:jc w:val="center"/>
              <w:rPr>
                <w:szCs w:val="24"/>
              </w:rPr>
            </w:pPr>
            <w:r w:rsidRPr="00240C29">
              <w:rPr>
                <w:szCs w:val="24"/>
              </w:rPr>
              <w:t>100 gr</w:t>
            </w:r>
          </w:p>
        </w:tc>
      </w:tr>
      <w:tr w:rsidR="00F678CC" w:rsidRPr="00240C29" w14:paraId="19509B1E" w14:textId="77777777">
        <w:trPr>
          <w:jc w:val="center"/>
        </w:trPr>
        <w:tc>
          <w:tcPr>
            <w:tcW w:w="850" w:type="dxa"/>
            <w:tcMar>
              <w:top w:w="80" w:type="dxa"/>
              <w:left w:w="90" w:type="dxa"/>
              <w:bottom w:w="80" w:type="dxa"/>
              <w:right w:w="90" w:type="dxa"/>
            </w:tcMar>
            <w:vAlign w:val="center"/>
          </w:tcPr>
          <w:p w14:paraId="5F797649" w14:textId="77777777" w:rsidR="00F678CC" w:rsidRPr="00240C29" w:rsidRDefault="00F678CC" w:rsidP="00EA4E4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51BBB1F3" w14:textId="77777777" w:rsidR="00F678CC" w:rsidRPr="00240C29" w:rsidRDefault="00F678CC" w:rsidP="00EA4E43">
            <w:pPr>
              <w:ind w:firstLine="0"/>
              <w:rPr>
                <w:szCs w:val="24"/>
              </w:rPr>
            </w:pPr>
            <w:proofErr w:type="spellStart"/>
            <w:r w:rsidRPr="00240C29">
              <w:rPr>
                <w:szCs w:val="24"/>
              </w:rPr>
              <w:t>Oua</w:t>
            </w:r>
            <w:proofErr w:type="spellEnd"/>
            <w:r w:rsidRPr="00240C29">
              <w:rPr>
                <w:szCs w:val="24"/>
              </w:rPr>
              <w:t xml:space="preserve"> </w:t>
            </w:r>
            <w:proofErr w:type="spellStart"/>
            <w:r w:rsidRPr="00240C29">
              <w:rPr>
                <w:szCs w:val="24"/>
              </w:rPr>
              <w:t>surpriza</w:t>
            </w:r>
            <w:proofErr w:type="spellEnd"/>
            <w:r w:rsidRPr="00240C29">
              <w:rPr>
                <w:szCs w:val="24"/>
              </w:rPr>
              <w:t xml:space="preserve"> -</w:t>
            </w:r>
            <w:proofErr w:type="spellStart"/>
            <w:r w:rsidRPr="00240C29">
              <w:rPr>
                <w:szCs w:val="24"/>
              </w:rPr>
              <w:t>reci</w:t>
            </w:r>
            <w:proofErr w:type="spellEnd"/>
          </w:p>
        </w:tc>
        <w:tc>
          <w:tcPr>
            <w:tcW w:w="1701" w:type="dxa"/>
            <w:tcMar>
              <w:top w:w="80" w:type="dxa"/>
              <w:left w:w="90" w:type="dxa"/>
              <w:bottom w:w="80" w:type="dxa"/>
              <w:right w:w="90" w:type="dxa"/>
            </w:tcMar>
            <w:vAlign w:val="center"/>
          </w:tcPr>
          <w:p w14:paraId="28A6928B" w14:textId="77777777" w:rsidR="00F678CC" w:rsidRPr="00240C29" w:rsidRDefault="00F678CC" w:rsidP="00EA4E43">
            <w:pPr>
              <w:ind w:firstLine="0"/>
              <w:jc w:val="center"/>
              <w:rPr>
                <w:szCs w:val="24"/>
              </w:rPr>
            </w:pPr>
            <w:r w:rsidRPr="00240C29">
              <w:rPr>
                <w:szCs w:val="24"/>
              </w:rPr>
              <w:t>70 gr</w:t>
            </w:r>
          </w:p>
        </w:tc>
      </w:tr>
      <w:tr w:rsidR="00F678CC" w:rsidRPr="00240C29" w14:paraId="721D4CFF" w14:textId="77777777">
        <w:trPr>
          <w:jc w:val="center"/>
        </w:trPr>
        <w:tc>
          <w:tcPr>
            <w:tcW w:w="850" w:type="dxa"/>
            <w:tcMar>
              <w:top w:w="80" w:type="dxa"/>
              <w:left w:w="90" w:type="dxa"/>
              <w:bottom w:w="80" w:type="dxa"/>
              <w:right w:w="90" w:type="dxa"/>
            </w:tcMar>
            <w:vAlign w:val="center"/>
          </w:tcPr>
          <w:p w14:paraId="445B7F5A" w14:textId="77777777" w:rsidR="00F678CC" w:rsidRPr="00240C29" w:rsidRDefault="00F678CC" w:rsidP="00EA4E4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0531750B" w14:textId="77777777" w:rsidR="00F678CC" w:rsidRPr="00240C29" w:rsidRDefault="00F678CC" w:rsidP="00EA4E43">
            <w:pPr>
              <w:ind w:firstLine="0"/>
              <w:rPr>
                <w:szCs w:val="24"/>
              </w:rPr>
            </w:pPr>
            <w:proofErr w:type="spellStart"/>
            <w:r w:rsidRPr="00240C29">
              <w:rPr>
                <w:szCs w:val="24"/>
              </w:rPr>
              <w:t>Omleta</w:t>
            </w:r>
            <w:proofErr w:type="spellEnd"/>
            <w:r w:rsidRPr="00240C29">
              <w:rPr>
                <w:szCs w:val="24"/>
              </w:rPr>
              <w:t xml:space="preserve"> cu legume</w:t>
            </w:r>
          </w:p>
        </w:tc>
        <w:tc>
          <w:tcPr>
            <w:tcW w:w="1701" w:type="dxa"/>
            <w:tcMar>
              <w:top w:w="80" w:type="dxa"/>
              <w:left w:w="90" w:type="dxa"/>
              <w:bottom w:w="80" w:type="dxa"/>
              <w:right w:w="90" w:type="dxa"/>
            </w:tcMar>
            <w:vAlign w:val="center"/>
          </w:tcPr>
          <w:p w14:paraId="5563D633" w14:textId="77777777" w:rsidR="00F678CC" w:rsidRPr="00240C29" w:rsidRDefault="00F678CC" w:rsidP="00EA4E43">
            <w:pPr>
              <w:ind w:firstLine="0"/>
              <w:jc w:val="center"/>
              <w:rPr>
                <w:szCs w:val="24"/>
              </w:rPr>
            </w:pPr>
            <w:r w:rsidRPr="00240C29">
              <w:rPr>
                <w:szCs w:val="24"/>
              </w:rPr>
              <w:t>100 gr</w:t>
            </w:r>
          </w:p>
        </w:tc>
      </w:tr>
    </w:tbl>
    <w:p w14:paraId="691FD71C" w14:textId="77777777" w:rsidR="00F678CC" w:rsidRPr="00240C29" w:rsidRDefault="00F678CC" w:rsidP="006B3867">
      <w:pPr>
        <w:rPr>
          <w:szCs w:val="24"/>
        </w:rPr>
      </w:pPr>
    </w:p>
    <w:p w14:paraId="058C2C69" w14:textId="77777777" w:rsidR="00F678CC" w:rsidRPr="00240C29" w:rsidRDefault="00F678CC" w:rsidP="006B3867">
      <w:pPr>
        <w:rPr>
          <w:szCs w:val="24"/>
        </w:rPr>
      </w:pPr>
      <w:r w:rsidRPr="00240C29">
        <w:rPr>
          <w:szCs w:val="24"/>
        </w:rPr>
        <w:br w:type="page"/>
      </w:r>
    </w:p>
    <w:p w14:paraId="6D906673" w14:textId="77777777" w:rsidR="00F678CC" w:rsidRPr="00240C29" w:rsidRDefault="00F678CC" w:rsidP="006B3867">
      <w:pPr>
        <w:jc w:val="right"/>
        <w:rPr>
          <w:szCs w:val="24"/>
        </w:rPr>
      </w:pPr>
      <w:proofErr w:type="spellStart"/>
      <w:r w:rsidRPr="00240C29">
        <w:rPr>
          <w:i/>
          <w:szCs w:val="24"/>
        </w:rPr>
        <w:lastRenderedPageBreak/>
        <w:t>Anexa</w:t>
      </w:r>
      <w:proofErr w:type="spellEnd"/>
      <w:r w:rsidRPr="00240C29">
        <w:rPr>
          <w:i/>
          <w:szCs w:val="24"/>
        </w:rPr>
        <w:t xml:space="preserve"> nr. 2 la </w:t>
      </w:r>
      <w:proofErr w:type="spellStart"/>
      <w:r w:rsidRPr="00240C29">
        <w:rPr>
          <w:i/>
          <w:szCs w:val="24"/>
        </w:rPr>
        <w:t>Caietul</w:t>
      </w:r>
      <w:proofErr w:type="spellEnd"/>
      <w:r w:rsidRPr="00240C29">
        <w:rPr>
          <w:i/>
          <w:szCs w:val="24"/>
        </w:rPr>
        <w:t xml:space="preserve"> de </w:t>
      </w:r>
      <w:proofErr w:type="spellStart"/>
      <w:r w:rsidRPr="00240C29">
        <w:rPr>
          <w:i/>
          <w:szCs w:val="24"/>
        </w:rPr>
        <w:t>sarcini</w:t>
      </w:r>
      <w:proofErr w:type="spellEnd"/>
    </w:p>
    <w:p w14:paraId="57B72D5B" w14:textId="139ABA6B" w:rsidR="00F678CC" w:rsidRPr="00240C29" w:rsidRDefault="00F678CC" w:rsidP="00F678CC">
      <w:pPr>
        <w:pStyle w:val="Heading2"/>
      </w:pPr>
      <w:bookmarkStart w:id="86" w:name="_Toc242951524"/>
      <w:r w:rsidRPr="00240C29">
        <w:t xml:space="preserve">LISTA </w:t>
      </w:r>
      <w:r w:rsidR="002F52F0" w:rsidRPr="00F678CC">
        <w:rPr>
          <w:szCs w:val="28"/>
        </w:rPr>
        <w:t xml:space="preserve">DE </w:t>
      </w:r>
      <w:r w:rsidR="002F52F0">
        <w:t>PREPARATE</w:t>
      </w:r>
      <w:r w:rsidR="002F52F0" w:rsidRPr="00240C29">
        <w:t xml:space="preserve"> </w:t>
      </w:r>
      <w:r w:rsidR="002F52F0">
        <w:t>-</w:t>
      </w:r>
      <w:r w:rsidR="002F52F0" w:rsidRPr="00240C29">
        <w:t xml:space="preserve"> </w:t>
      </w:r>
      <w:r w:rsidRPr="00240C29">
        <w:t>MENIURI REGIM HEPATIC ȘI CIROZĂ</w:t>
      </w:r>
      <w:bookmarkEnd w:id="86"/>
    </w:p>
    <w:p w14:paraId="2953E556" w14:textId="77777777" w:rsidR="00F678CC" w:rsidRPr="00240C29" w:rsidRDefault="00F678CC" w:rsidP="006B3867">
      <w:pPr>
        <w:rPr>
          <w:szCs w:val="24"/>
        </w:rPr>
      </w:pPr>
      <w:r w:rsidRPr="00240C29">
        <w:rPr>
          <w:b/>
          <w:szCs w:val="24"/>
        </w:rPr>
        <w:t>SUPE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2E02C7A3" w14:textId="77777777">
        <w:trPr>
          <w:tblHeader/>
          <w:jc w:val="center"/>
        </w:trPr>
        <w:tc>
          <w:tcPr>
            <w:tcW w:w="850" w:type="dxa"/>
            <w:shd w:val="clear" w:color="auto" w:fill="D9D9D9"/>
            <w:tcMar>
              <w:top w:w="80" w:type="dxa"/>
              <w:left w:w="90" w:type="dxa"/>
              <w:bottom w:w="80" w:type="dxa"/>
              <w:right w:w="90" w:type="dxa"/>
            </w:tcMar>
            <w:vAlign w:val="center"/>
          </w:tcPr>
          <w:p w14:paraId="1291CF97" w14:textId="77777777" w:rsidR="00F678CC" w:rsidRPr="00240C29" w:rsidRDefault="00F678CC" w:rsidP="00FD4BD3">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7ED581EF" w14:textId="77777777" w:rsidR="00F678CC" w:rsidRPr="00240C29" w:rsidRDefault="00F678CC" w:rsidP="00FD4BD3">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5FE6A2DC" w14:textId="77777777" w:rsidR="00F678CC" w:rsidRPr="00240C29" w:rsidRDefault="00F678CC" w:rsidP="00FD4BD3">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736F32B" w14:textId="77777777">
        <w:trPr>
          <w:jc w:val="center"/>
        </w:trPr>
        <w:tc>
          <w:tcPr>
            <w:tcW w:w="850" w:type="dxa"/>
            <w:tcMar>
              <w:top w:w="80" w:type="dxa"/>
              <w:left w:w="90" w:type="dxa"/>
              <w:bottom w:w="80" w:type="dxa"/>
              <w:right w:w="90" w:type="dxa"/>
            </w:tcMar>
            <w:vAlign w:val="center"/>
          </w:tcPr>
          <w:p w14:paraId="3BB17967" w14:textId="77777777" w:rsidR="00F678CC" w:rsidRPr="00240C29" w:rsidRDefault="00F678CC" w:rsidP="00FD4BD3">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228B3F4F" w14:textId="77777777" w:rsidR="00F678CC" w:rsidRPr="00240C29" w:rsidRDefault="00F678CC" w:rsidP="00FD4BD3">
            <w:pPr>
              <w:ind w:firstLine="0"/>
              <w:rPr>
                <w:szCs w:val="24"/>
              </w:rPr>
            </w:pPr>
            <w:r w:rsidRPr="00240C29">
              <w:rPr>
                <w:szCs w:val="24"/>
              </w:rPr>
              <w:t xml:space="preserve">Supa de </w:t>
            </w:r>
            <w:proofErr w:type="spellStart"/>
            <w:r w:rsidRPr="00240C29">
              <w:rPr>
                <w:szCs w:val="24"/>
              </w:rPr>
              <w:t>bulion</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530879D6" w14:textId="77777777" w:rsidR="00F678CC" w:rsidRPr="00240C29" w:rsidRDefault="00F678CC" w:rsidP="00FD4BD3">
            <w:pPr>
              <w:ind w:firstLine="0"/>
              <w:jc w:val="center"/>
              <w:rPr>
                <w:szCs w:val="24"/>
              </w:rPr>
            </w:pPr>
            <w:r w:rsidRPr="00240C29">
              <w:rPr>
                <w:szCs w:val="24"/>
              </w:rPr>
              <w:t>400 gr.</w:t>
            </w:r>
          </w:p>
        </w:tc>
      </w:tr>
      <w:tr w:rsidR="00F678CC" w:rsidRPr="00240C29" w14:paraId="596E3EDA" w14:textId="77777777">
        <w:trPr>
          <w:jc w:val="center"/>
        </w:trPr>
        <w:tc>
          <w:tcPr>
            <w:tcW w:w="850" w:type="dxa"/>
            <w:tcMar>
              <w:top w:w="80" w:type="dxa"/>
              <w:left w:w="90" w:type="dxa"/>
              <w:bottom w:w="80" w:type="dxa"/>
              <w:right w:w="90" w:type="dxa"/>
            </w:tcMar>
            <w:vAlign w:val="center"/>
          </w:tcPr>
          <w:p w14:paraId="621B65BA" w14:textId="77777777" w:rsidR="00F678CC" w:rsidRPr="00240C29" w:rsidRDefault="00F678CC" w:rsidP="00FD4BD3">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501A77BF" w14:textId="77777777" w:rsidR="00F678CC" w:rsidRPr="00240C29" w:rsidRDefault="00F678CC" w:rsidP="00FD4BD3">
            <w:pPr>
              <w:ind w:firstLine="0"/>
              <w:rPr>
                <w:szCs w:val="24"/>
              </w:rPr>
            </w:pPr>
            <w:r w:rsidRPr="00240C29">
              <w:rPr>
                <w:szCs w:val="24"/>
              </w:rPr>
              <w:t xml:space="preserve">Supa de legume cu </w:t>
            </w:r>
            <w:proofErr w:type="spellStart"/>
            <w:r w:rsidRPr="00240C29">
              <w:rPr>
                <w:szCs w:val="24"/>
              </w:rPr>
              <w:t>rasol</w:t>
            </w:r>
            <w:proofErr w:type="spellEnd"/>
            <w:r w:rsidRPr="00240C29">
              <w:rPr>
                <w:szCs w:val="24"/>
              </w:rPr>
              <w:t xml:space="preserv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2270B8CC" w14:textId="77777777" w:rsidR="00F678CC" w:rsidRPr="00240C29" w:rsidRDefault="00F678CC" w:rsidP="00FD4BD3">
            <w:pPr>
              <w:ind w:firstLine="0"/>
              <w:jc w:val="center"/>
              <w:rPr>
                <w:szCs w:val="24"/>
              </w:rPr>
            </w:pPr>
            <w:r w:rsidRPr="00240C29">
              <w:rPr>
                <w:szCs w:val="24"/>
              </w:rPr>
              <w:t>400 gr.</w:t>
            </w:r>
          </w:p>
        </w:tc>
      </w:tr>
      <w:tr w:rsidR="00F678CC" w:rsidRPr="00240C29" w14:paraId="7DDA37DC" w14:textId="77777777">
        <w:trPr>
          <w:jc w:val="center"/>
        </w:trPr>
        <w:tc>
          <w:tcPr>
            <w:tcW w:w="850" w:type="dxa"/>
            <w:tcMar>
              <w:top w:w="80" w:type="dxa"/>
              <w:left w:w="90" w:type="dxa"/>
              <w:bottom w:w="80" w:type="dxa"/>
              <w:right w:w="90" w:type="dxa"/>
            </w:tcMar>
            <w:vAlign w:val="center"/>
          </w:tcPr>
          <w:p w14:paraId="756E1BBE" w14:textId="77777777" w:rsidR="00F678CC" w:rsidRPr="00240C29" w:rsidRDefault="00F678CC" w:rsidP="00FD4BD3">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1C2B2D1B" w14:textId="77777777" w:rsidR="00F678CC" w:rsidRPr="00240C29" w:rsidRDefault="00F678CC" w:rsidP="00FD4BD3">
            <w:pPr>
              <w:ind w:firstLine="0"/>
              <w:rPr>
                <w:szCs w:val="24"/>
              </w:rPr>
            </w:pPr>
            <w:r w:rsidRPr="00240C29">
              <w:rPr>
                <w:szCs w:val="24"/>
              </w:rPr>
              <w:t xml:space="preserve">Supa din carne de </w:t>
            </w:r>
            <w:proofErr w:type="spellStart"/>
            <w:r w:rsidRPr="00240C29">
              <w:rPr>
                <w:szCs w:val="24"/>
              </w:rPr>
              <w:t>pasare</w:t>
            </w:r>
            <w:proofErr w:type="spellEnd"/>
            <w:r w:rsidRPr="00240C29">
              <w:rPr>
                <w:szCs w:val="24"/>
              </w:rPr>
              <w:t xml:space="preserve"> cu </w:t>
            </w:r>
            <w:proofErr w:type="spellStart"/>
            <w:r w:rsidRPr="00240C29">
              <w:rPr>
                <w:szCs w:val="24"/>
              </w:rPr>
              <w:t>taietei</w:t>
            </w:r>
            <w:proofErr w:type="spellEnd"/>
          </w:p>
        </w:tc>
        <w:tc>
          <w:tcPr>
            <w:tcW w:w="1701" w:type="dxa"/>
            <w:tcMar>
              <w:top w:w="80" w:type="dxa"/>
              <w:left w:w="90" w:type="dxa"/>
              <w:bottom w:w="80" w:type="dxa"/>
              <w:right w:w="90" w:type="dxa"/>
            </w:tcMar>
            <w:vAlign w:val="center"/>
          </w:tcPr>
          <w:p w14:paraId="3F6E19A2" w14:textId="77777777" w:rsidR="00F678CC" w:rsidRPr="00240C29" w:rsidRDefault="00F678CC" w:rsidP="00FD4BD3">
            <w:pPr>
              <w:ind w:firstLine="0"/>
              <w:jc w:val="center"/>
              <w:rPr>
                <w:szCs w:val="24"/>
              </w:rPr>
            </w:pPr>
            <w:r w:rsidRPr="00240C29">
              <w:rPr>
                <w:szCs w:val="24"/>
              </w:rPr>
              <w:t>400 gr.</w:t>
            </w:r>
          </w:p>
        </w:tc>
      </w:tr>
      <w:tr w:rsidR="00F678CC" w:rsidRPr="00240C29" w14:paraId="00332ACC" w14:textId="77777777">
        <w:trPr>
          <w:jc w:val="center"/>
        </w:trPr>
        <w:tc>
          <w:tcPr>
            <w:tcW w:w="850" w:type="dxa"/>
            <w:tcMar>
              <w:top w:w="80" w:type="dxa"/>
              <w:left w:w="90" w:type="dxa"/>
              <w:bottom w:w="80" w:type="dxa"/>
              <w:right w:w="90" w:type="dxa"/>
            </w:tcMar>
            <w:vAlign w:val="center"/>
          </w:tcPr>
          <w:p w14:paraId="379DF539" w14:textId="77777777" w:rsidR="00F678CC" w:rsidRPr="00240C29" w:rsidRDefault="00F678CC" w:rsidP="00FD4BD3">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41D560C0" w14:textId="77777777" w:rsidR="00F678CC" w:rsidRPr="00240C29" w:rsidRDefault="00F678CC" w:rsidP="00FD4BD3">
            <w:pPr>
              <w:ind w:firstLine="0"/>
              <w:rPr>
                <w:szCs w:val="24"/>
              </w:rPr>
            </w:pPr>
            <w:r w:rsidRPr="00240C29">
              <w:rPr>
                <w:szCs w:val="24"/>
              </w:rPr>
              <w:t xml:space="preserve">Supa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31ED85CF" w14:textId="77777777" w:rsidR="00F678CC" w:rsidRPr="00240C29" w:rsidRDefault="00F678CC" w:rsidP="00FD4BD3">
            <w:pPr>
              <w:ind w:firstLine="0"/>
              <w:jc w:val="center"/>
              <w:rPr>
                <w:szCs w:val="24"/>
              </w:rPr>
            </w:pPr>
            <w:r w:rsidRPr="00240C29">
              <w:rPr>
                <w:szCs w:val="24"/>
              </w:rPr>
              <w:t>400 gr.</w:t>
            </w:r>
          </w:p>
        </w:tc>
      </w:tr>
      <w:tr w:rsidR="00F678CC" w:rsidRPr="00240C29" w14:paraId="0ADF9035" w14:textId="77777777">
        <w:trPr>
          <w:jc w:val="center"/>
        </w:trPr>
        <w:tc>
          <w:tcPr>
            <w:tcW w:w="850" w:type="dxa"/>
            <w:tcMar>
              <w:top w:w="80" w:type="dxa"/>
              <w:left w:w="90" w:type="dxa"/>
              <w:bottom w:w="80" w:type="dxa"/>
              <w:right w:w="90" w:type="dxa"/>
            </w:tcMar>
            <w:vAlign w:val="center"/>
          </w:tcPr>
          <w:p w14:paraId="45FD8A5C" w14:textId="77777777" w:rsidR="00F678CC" w:rsidRPr="00240C29" w:rsidRDefault="00F678CC" w:rsidP="00FD4BD3">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2AB1B262" w14:textId="77777777" w:rsidR="00F678CC" w:rsidRPr="00240C29" w:rsidRDefault="00F678CC" w:rsidP="00FD4BD3">
            <w:pPr>
              <w:ind w:firstLine="0"/>
              <w:rPr>
                <w:szCs w:val="24"/>
              </w:rPr>
            </w:pPr>
            <w:r w:rsidRPr="00240C29">
              <w:rPr>
                <w:szCs w:val="24"/>
              </w:rPr>
              <w:t xml:space="preserve">Supa de </w:t>
            </w:r>
            <w:proofErr w:type="spellStart"/>
            <w:r w:rsidRPr="00240C29">
              <w:rPr>
                <w:szCs w:val="24"/>
              </w:rPr>
              <w:t>praz</w:t>
            </w:r>
            <w:proofErr w:type="spellEnd"/>
            <w:r w:rsidRPr="00240C29">
              <w:rPr>
                <w:szCs w:val="24"/>
              </w:rPr>
              <w:t xml:space="preserve"> cu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7E151BFC" w14:textId="77777777" w:rsidR="00F678CC" w:rsidRPr="00240C29" w:rsidRDefault="00F678CC" w:rsidP="00FD4BD3">
            <w:pPr>
              <w:ind w:firstLine="0"/>
              <w:jc w:val="center"/>
              <w:rPr>
                <w:szCs w:val="24"/>
              </w:rPr>
            </w:pPr>
            <w:r w:rsidRPr="00240C29">
              <w:rPr>
                <w:szCs w:val="24"/>
              </w:rPr>
              <w:t>400 gr.</w:t>
            </w:r>
          </w:p>
        </w:tc>
      </w:tr>
      <w:tr w:rsidR="00F678CC" w:rsidRPr="00240C29" w14:paraId="4ED6131B" w14:textId="77777777">
        <w:trPr>
          <w:jc w:val="center"/>
        </w:trPr>
        <w:tc>
          <w:tcPr>
            <w:tcW w:w="850" w:type="dxa"/>
            <w:tcMar>
              <w:top w:w="80" w:type="dxa"/>
              <w:left w:w="90" w:type="dxa"/>
              <w:bottom w:w="80" w:type="dxa"/>
              <w:right w:w="90" w:type="dxa"/>
            </w:tcMar>
            <w:vAlign w:val="center"/>
          </w:tcPr>
          <w:p w14:paraId="3DABE5E5" w14:textId="77777777" w:rsidR="00F678CC" w:rsidRPr="00240C29" w:rsidRDefault="00F678CC" w:rsidP="00FD4BD3">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069F5537" w14:textId="655CFBCA" w:rsidR="00F678CC" w:rsidRPr="00240C29" w:rsidRDefault="00F678CC" w:rsidP="00FD4BD3">
            <w:pPr>
              <w:ind w:firstLine="0"/>
              <w:rPr>
                <w:szCs w:val="24"/>
              </w:rPr>
            </w:pPr>
            <w:r w:rsidRPr="00240C29">
              <w:rPr>
                <w:szCs w:val="24"/>
              </w:rPr>
              <w:t xml:space="preserve">Supa de </w:t>
            </w:r>
            <w:proofErr w:type="spellStart"/>
            <w:r w:rsidRPr="00240C29">
              <w:rPr>
                <w:szCs w:val="24"/>
              </w:rPr>
              <w:t>conopida</w:t>
            </w:r>
            <w:r w:rsidR="00FD4BD3" w:rsidRPr="00FD4BD3">
              <w:rPr>
                <w:szCs w:val="24"/>
              </w:rPr>
              <w:t>Supa</w:t>
            </w:r>
            <w:proofErr w:type="spellEnd"/>
            <w:r w:rsidR="00FD4BD3" w:rsidRPr="00FD4BD3">
              <w:rPr>
                <w:szCs w:val="24"/>
              </w:rPr>
              <w:t xml:space="preserve"> de </w:t>
            </w:r>
            <w:proofErr w:type="spellStart"/>
            <w:r w:rsidR="00FD4BD3" w:rsidRPr="00FD4BD3">
              <w:rPr>
                <w:szCs w:val="24"/>
              </w:rPr>
              <w:t>conopida</w:t>
            </w:r>
            <w:proofErr w:type="spellEnd"/>
            <w:r w:rsidR="00FD4BD3" w:rsidRPr="00FD4BD3">
              <w:rPr>
                <w:szCs w:val="24"/>
              </w:rPr>
              <w:t xml:space="preserve">/ </w:t>
            </w:r>
            <w:proofErr w:type="spellStart"/>
            <w:r w:rsidR="00FD4BD3" w:rsidRPr="00FD4BD3">
              <w:rPr>
                <w:szCs w:val="24"/>
              </w:rPr>
              <w:t>zuchini</w:t>
            </w:r>
            <w:proofErr w:type="spellEnd"/>
            <w:r w:rsidR="00FD4BD3" w:rsidRPr="00FD4BD3">
              <w:rPr>
                <w:szCs w:val="24"/>
              </w:rPr>
              <w:t xml:space="preserve">/ </w:t>
            </w:r>
            <w:proofErr w:type="spellStart"/>
            <w:r w:rsidR="00FD4BD3" w:rsidRPr="00FD4BD3">
              <w:rPr>
                <w:szCs w:val="24"/>
              </w:rPr>
              <w:t>dovlecei</w:t>
            </w:r>
            <w:proofErr w:type="spellEnd"/>
            <w:r w:rsidR="00FD4BD3" w:rsidRPr="00FD4BD3">
              <w:rPr>
                <w:szCs w:val="24"/>
              </w:rPr>
              <w:t xml:space="preserve">/ </w:t>
            </w:r>
            <w:proofErr w:type="spellStart"/>
            <w:r w:rsidR="00FD4BD3" w:rsidRPr="00FD4BD3">
              <w:rPr>
                <w:szCs w:val="24"/>
              </w:rPr>
              <w:t>ardei</w:t>
            </w:r>
            <w:proofErr w:type="spellEnd"/>
            <w:r w:rsidR="00FD4BD3" w:rsidRPr="00FD4BD3">
              <w:rPr>
                <w:szCs w:val="24"/>
              </w:rPr>
              <w:t xml:space="preserve"> gras/ </w:t>
            </w:r>
            <w:proofErr w:type="spellStart"/>
            <w:r w:rsidR="00FD4BD3" w:rsidRPr="00FD4BD3">
              <w:rPr>
                <w:szCs w:val="24"/>
              </w:rPr>
              <w:t>morcovi</w:t>
            </w:r>
            <w:proofErr w:type="spellEnd"/>
          </w:p>
        </w:tc>
        <w:tc>
          <w:tcPr>
            <w:tcW w:w="1701" w:type="dxa"/>
            <w:tcMar>
              <w:top w:w="80" w:type="dxa"/>
              <w:left w:w="90" w:type="dxa"/>
              <w:bottom w:w="80" w:type="dxa"/>
              <w:right w:w="90" w:type="dxa"/>
            </w:tcMar>
            <w:vAlign w:val="center"/>
          </w:tcPr>
          <w:p w14:paraId="2994DC59" w14:textId="77777777" w:rsidR="00F678CC" w:rsidRPr="00240C29" w:rsidRDefault="00F678CC" w:rsidP="00FD4BD3">
            <w:pPr>
              <w:ind w:firstLine="0"/>
              <w:jc w:val="center"/>
              <w:rPr>
                <w:szCs w:val="24"/>
              </w:rPr>
            </w:pPr>
            <w:r w:rsidRPr="00240C29">
              <w:rPr>
                <w:szCs w:val="24"/>
              </w:rPr>
              <w:t>400 gr.</w:t>
            </w:r>
          </w:p>
        </w:tc>
      </w:tr>
      <w:tr w:rsidR="00F678CC" w:rsidRPr="00240C29" w14:paraId="3BF136F9" w14:textId="77777777">
        <w:trPr>
          <w:jc w:val="center"/>
        </w:trPr>
        <w:tc>
          <w:tcPr>
            <w:tcW w:w="850" w:type="dxa"/>
            <w:tcMar>
              <w:top w:w="80" w:type="dxa"/>
              <w:left w:w="90" w:type="dxa"/>
              <w:bottom w:w="80" w:type="dxa"/>
              <w:right w:w="90" w:type="dxa"/>
            </w:tcMar>
            <w:vAlign w:val="center"/>
          </w:tcPr>
          <w:p w14:paraId="05A7C54F" w14:textId="77777777" w:rsidR="00F678CC" w:rsidRPr="00240C29" w:rsidRDefault="00F678CC" w:rsidP="00FD4BD3">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10491AA7" w14:textId="77777777" w:rsidR="00F678CC" w:rsidRPr="00240C29" w:rsidRDefault="00F678CC" w:rsidP="00FD4BD3">
            <w:pPr>
              <w:ind w:firstLine="0"/>
              <w:rPr>
                <w:szCs w:val="24"/>
              </w:rPr>
            </w:pPr>
            <w:r w:rsidRPr="00240C29">
              <w:rPr>
                <w:szCs w:val="24"/>
              </w:rPr>
              <w:t xml:space="preserve">Supa de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p>
        </w:tc>
        <w:tc>
          <w:tcPr>
            <w:tcW w:w="1701" w:type="dxa"/>
            <w:tcMar>
              <w:top w:w="80" w:type="dxa"/>
              <w:left w:w="90" w:type="dxa"/>
              <w:bottom w:w="80" w:type="dxa"/>
              <w:right w:w="90" w:type="dxa"/>
            </w:tcMar>
            <w:vAlign w:val="center"/>
          </w:tcPr>
          <w:p w14:paraId="5F903FEC" w14:textId="77777777" w:rsidR="00F678CC" w:rsidRPr="00240C29" w:rsidRDefault="00F678CC" w:rsidP="00FD4BD3">
            <w:pPr>
              <w:ind w:firstLine="0"/>
              <w:jc w:val="center"/>
              <w:rPr>
                <w:szCs w:val="24"/>
              </w:rPr>
            </w:pPr>
            <w:r w:rsidRPr="00240C29">
              <w:rPr>
                <w:szCs w:val="24"/>
              </w:rPr>
              <w:t>400 gr.</w:t>
            </w:r>
          </w:p>
        </w:tc>
      </w:tr>
      <w:tr w:rsidR="00F678CC" w:rsidRPr="00240C29" w14:paraId="45DAFE8F" w14:textId="77777777">
        <w:trPr>
          <w:jc w:val="center"/>
        </w:trPr>
        <w:tc>
          <w:tcPr>
            <w:tcW w:w="850" w:type="dxa"/>
            <w:tcMar>
              <w:top w:w="80" w:type="dxa"/>
              <w:left w:w="90" w:type="dxa"/>
              <w:bottom w:w="80" w:type="dxa"/>
              <w:right w:w="90" w:type="dxa"/>
            </w:tcMar>
            <w:vAlign w:val="center"/>
          </w:tcPr>
          <w:p w14:paraId="2FD6BA10" w14:textId="77777777" w:rsidR="00F678CC" w:rsidRPr="00240C29" w:rsidRDefault="00F678CC" w:rsidP="00FD4BD3">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5BACB5DA" w14:textId="77777777" w:rsidR="00F678CC" w:rsidRPr="00240C29" w:rsidRDefault="00F678CC" w:rsidP="00FD4BD3">
            <w:pPr>
              <w:ind w:firstLine="0"/>
              <w:rPr>
                <w:szCs w:val="24"/>
              </w:rPr>
            </w:pPr>
            <w:r w:rsidRPr="00240C29">
              <w:rPr>
                <w:szCs w:val="24"/>
              </w:rPr>
              <w:t xml:space="preserve">Supa de </w:t>
            </w:r>
            <w:proofErr w:type="spellStart"/>
            <w:r w:rsidRPr="00240C29">
              <w:rPr>
                <w:szCs w:val="24"/>
              </w:rPr>
              <w:t>pasare</w:t>
            </w:r>
            <w:proofErr w:type="spellEnd"/>
            <w:r w:rsidRPr="00240C29">
              <w:rPr>
                <w:szCs w:val="24"/>
              </w:rPr>
              <w:t xml:space="preserve"> cu </w:t>
            </w:r>
            <w:proofErr w:type="spellStart"/>
            <w:r w:rsidRPr="00240C29">
              <w:rPr>
                <w:szCs w:val="24"/>
              </w:rPr>
              <w:t>galuste</w:t>
            </w:r>
            <w:proofErr w:type="spellEnd"/>
            <w:r w:rsidRPr="00240C29">
              <w:rPr>
                <w:szCs w:val="24"/>
              </w:rPr>
              <w:t xml:space="preserve"> de gris</w:t>
            </w:r>
          </w:p>
        </w:tc>
        <w:tc>
          <w:tcPr>
            <w:tcW w:w="1701" w:type="dxa"/>
            <w:tcMar>
              <w:top w:w="80" w:type="dxa"/>
              <w:left w:w="90" w:type="dxa"/>
              <w:bottom w:w="80" w:type="dxa"/>
              <w:right w:w="90" w:type="dxa"/>
            </w:tcMar>
            <w:vAlign w:val="center"/>
          </w:tcPr>
          <w:p w14:paraId="0BC95553" w14:textId="77777777" w:rsidR="00F678CC" w:rsidRPr="00240C29" w:rsidRDefault="00F678CC" w:rsidP="00FD4BD3">
            <w:pPr>
              <w:ind w:firstLine="0"/>
              <w:jc w:val="center"/>
              <w:rPr>
                <w:szCs w:val="24"/>
              </w:rPr>
            </w:pPr>
            <w:r w:rsidRPr="00240C29">
              <w:rPr>
                <w:szCs w:val="24"/>
              </w:rPr>
              <w:t>400 gr.</w:t>
            </w:r>
          </w:p>
        </w:tc>
      </w:tr>
      <w:tr w:rsidR="00F678CC" w:rsidRPr="00240C29" w14:paraId="2ABBB841" w14:textId="77777777">
        <w:trPr>
          <w:jc w:val="center"/>
        </w:trPr>
        <w:tc>
          <w:tcPr>
            <w:tcW w:w="850" w:type="dxa"/>
            <w:tcMar>
              <w:top w:w="80" w:type="dxa"/>
              <w:left w:w="90" w:type="dxa"/>
              <w:bottom w:w="80" w:type="dxa"/>
              <w:right w:w="90" w:type="dxa"/>
            </w:tcMar>
            <w:vAlign w:val="center"/>
          </w:tcPr>
          <w:p w14:paraId="7D6490A2" w14:textId="77777777" w:rsidR="00F678CC" w:rsidRPr="00240C29" w:rsidRDefault="00F678CC" w:rsidP="00FD4BD3">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160D8B25" w14:textId="77777777" w:rsidR="00F678CC" w:rsidRPr="00240C29" w:rsidRDefault="00F678CC" w:rsidP="00FD4BD3">
            <w:pPr>
              <w:ind w:firstLine="0"/>
              <w:rPr>
                <w:szCs w:val="24"/>
              </w:rPr>
            </w:pPr>
            <w:r w:rsidRPr="00240C29">
              <w:rPr>
                <w:szCs w:val="24"/>
              </w:rPr>
              <w:t xml:space="preserve">Supa </w:t>
            </w:r>
            <w:proofErr w:type="spellStart"/>
            <w:r w:rsidRPr="00240C29">
              <w:rPr>
                <w:szCs w:val="24"/>
              </w:rPr>
              <w:t>italiana</w:t>
            </w:r>
            <w:proofErr w:type="spellEnd"/>
          </w:p>
        </w:tc>
        <w:tc>
          <w:tcPr>
            <w:tcW w:w="1701" w:type="dxa"/>
            <w:tcMar>
              <w:top w:w="80" w:type="dxa"/>
              <w:left w:w="90" w:type="dxa"/>
              <w:bottom w:w="80" w:type="dxa"/>
              <w:right w:w="90" w:type="dxa"/>
            </w:tcMar>
            <w:vAlign w:val="center"/>
          </w:tcPr>
          <w:p w14:paraId="209FBA53" w14:textId="77777777" w:rsidR="00F678CC" w:rsidRPr="00240C29" w:rsidRDefault="00F678CC" w:rsidP="00FD4BD3">
            <w:pPr>
              <w:ind w:firstLine="0"/>
              <w:jc w:val="center"/>
              <w:rPr>
                <w:szCs w:val="24"/>
              </w:rPr>
            </w:pPr>
            <w:r w:rsidRPr="00240C29">
              <w:rPr>
                <w:szCs w:val="24"/>
              </w:rPr>
              <w:t>400 gr.</w:t>
            </w:r>
          </w:p>
        </w:tc>
      </w:tr>
      <w:tr w:rsidR="00F678CC" w:rsidRPr="00240C29" w14:paraId="0E44D00F" w14:textId="77777777">
        <w:trPr>
          <w:jc w:val="center"/>
        </w:trPr>
        <w:tc>
          <w:tcPr>
            <w:tcW w:w="850" w:type="dxa"/>
            <w:tcMar>
              <w:top w:w="80" w:type="dxa"/>
              <w:left w:w="90" w:type="dxa"/>
              <w:bottom w:w="80" w:type="dxa"/>
              <w:right w:w="90" w:type="dxa"/>
            </w:tcMar>
            <w:vAlign w:val="center"/>
          </w:tcPr>
          <w:p w14:paraId="7E984EA1" w14:textId="77777777" w:rsidR="00F678CC" w:rsidRPr="00240C29" w:rsidRDefault="00F678CC" w:rsidP="00FD4BD3">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340D7F75" w14:textId="77777777" w:rsidR="00F678CC" w:rsidRPr="00240C29" w:rsidRDefault="00F678CC" w:rsidP="00FD4BD3">
            <w:pPr>
              <w:ind w:firstLine="0"/>
              <w:rPr>
                <w:szCs w:val="24"/>
              </w:rPr>
            </w:pPr>
            <w:r w:rsidRPr="00240C29">
              <w:rPr>
                <w:szCs w:val="24"/>
              </w:rPr>
              <w:t xml:space="preserve">Supa de </w:t>
            </w:r>
            <w:proofErr w:type="spellStart"/>
            <w:r w:rsidRPr="00240C29">
              <w:rPr>
                <w:szCs w:val="24"/>
              </w:rPr>
              <w:t>rosii</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04DF86D8" w14:textId="77777777" w:rsidR="00F678CC" w:rsidRPr="00240C29" w:rsidRDefault="00F678CC" w:rsidP="00FD4BD3">
            <w:pPr>
              <w:ind w:firstLine="0"/>
              <w:jc w:val="center"/>
              <w:rPr>
                <w:szCs w:val="24"/>
              </w:rPr>
            </w:pPr>
            <w:r w:rsidRPr="00240C29">
              <w:rPr>
                <w:szCs w:val="24"/>
              </w:rPr>
              <w:t>400 gr.</w:t>
            </w:r>
          </w:p>
        </w:tc>
      </w:tr>
      <w:tr w:rsidR="00F678CC" w:rsidRPr="00240C29" w14:paraId="28044D11" w14:textId="77777777">
        <w:trPr>
          <w:jc w:val="center"/>
        </w:trPr>
        <w:tc>
          <w:tcPr>
            <w:tcW w:w="850" w:type="dxa"/>
            <w:tcMar>
              <w:top w:w="80" w:type="dxa"/>
              <w:left w:w="90" w:type="dxa"/>
              <w:bottom w:w="80" w:type="dxa"/>
              <w:right w:w="90" w:type="dxa"/>
            </w:tcMar>
            <w:vAlign w:val="center"/>
          </w:tcPr>
          <w:p w14:paraId="00EE7CC9" w14:textId="77777777" w:rsidR="00F678CC" w:rsidRPr="00240C29" w:rsidRDefault="00F678CC" w:rsidP="00FD4BD3">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5835DA60" w14:textId="77777777" w:rsidR="00F678CC" w:rsidRPr="00240C29" w:rsidRDefault="00F678CC" w:rsidP="00FD4BD3">
            <w:pPr>
              <w:ind w:firstLine="0"/>
              <w:rPr>
                <w:szCs w:val="24"/>
              </w:rPr>
            </w:pPr>
            <w:r w:rsidRPr="00240C29">
              <w:rPr>
                <w:szCs w:val="24"/>
              </w:rPr>
              <w:t xml:space="preserve">Supa </w:t>
            </w:r>
            <w:proofErr w:type="spellStart"/>
            <w:r w:rsidRPr="00240C29">
              <w:rPr>
                <w:szCs w:val="24"/>
              </w:rPr>
              <w:t>poloneza</w:t>
            </w:r>
            <w:proofErr w:type="spellEnd"/>
            <w:r w:rsidRPr="00240C29">
              <w:rPr>
                <w:szCs w:val="24"/>
              </w:rPr>
              <w:t xml:space="preserve"> din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250766ED" w14:textId="77777777" w:rsidR="00F678CC" w:rsidRPr="00240C29" w:rsidRDefault="00F678CC" w:rsidP="00FD4BD3">
            <w:pPr>
              <w:ind w:firstLine="0"/>
              <w:jc w:val="center"/>
              <w:rPr>
                <w:szCs w:val="24"/>
              </w:rPr>
            </w:pPr>
            <w:r w:rsidRPr="00240C29">
              <w:rPr>
                <w:szCs w:val="24"/>
              </w:rPr>
              <w:t>400 gr.</w:t>
            </w:r>
          </w:p>
        </w:tc>
      </w:tr>
      <w:tr w:rsidR="00F678CC" w:rsidRPr="00240C29" w14:paraId="5E83619C" w14:textId="77777777">
        <w:trPr>
          <w:jc w:val="center"/>
        </w:trPr>
        <w:tc>
          <w:tcPr>
            <w:tcW w:w="850" w:type="dxa"/>
            <w:tcMar>
              <w:top w:w="80" w:type="dxa"/>
              <w:left w:w="90" w:type="dxa"/>
              <w:bottom w:w="80" w:type="dxa"/>
              <w:right w:w="90" w:type="dxa"/>
            </w:tcMar>
            <w:vAlign w:val="center"/>
          </w:tcPr>
          <w:p w14:paraId="480D5D24" w14:textId="77777777" w:rsidR="00F678CC" w:rsidRPr="00240C29" w:rsidRDefault="00F678CC" w:rsidP="00FD4BD3">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43BB115C" w14:textId="77777777" w:rsidR="00F678CC" w:rsidRPr="00240C29" w:rsidRDefault="00F678CC" w:rsidP="00FD4BD3">
            <w:pPr>
              <w:ind w:firstLine="0"/>
              <w:rPr>
                <w:szCs w:val="24"/>
              </w:rPr>
            </w:pPr>
            <w:r w:rsidRPr="00240C29">
              <w:rPr>
                <w:szCs w:val="24"/>
              </w:rPr>
              <w:t xml:space="preserve">Supa de </w:t>
            </w:r>
            <w:proofErr w:type="spellStart"/>
            <w:r w:rsidRPr="00240C29">
              <w:rPr>
                <w:szCs w:val="24"/>
              </w:rPr>
              <w:t>rosii</w:t>
            </w:r>
            <w:proofErr w:type="spellEnd"/>
            <w:r w:rsidRPr="00240C29">
              <w:rPr>
                <w:szCs w:val="24"/>
              </w:rPr>
              <w:t xml:space="preserve"> cu paste </w:t>
            </w:r>
            <w:proofErr w:type="spellStart"/>
            <w:r w:rsidRPr="00240C29">
              <w:rPr>
                <w:szCs w:val="24"/>
              </w:rPr>
              <w:t>fainoase</w:t>
            </w:r>
            <w:proofErr w:type="spellEnd"/>
          </w:p>
        </w:tc>
        <w:tc>
          <w:tcPr>
            <w:tcW w:w="1701" w:type="dxa"/>
            <w:tcMar>
              <w:top w:w="80" w:type="dxa"/>
              <w:left w:w="90" w:type="dxa"/>
              <w:bottom w:w="80" w:type="dxa"/>
              <w:right w:w="90" w:type="dxa"/>
            </w:tcMar>
            <w:vAlign w:val="center"/>
          </w:tcPr>
          <w:p w14:paraId="7A95C3BF" w14:textId="77777777" w:rsidR="00F678CC" w:rsidRPr="00240C29" w:rsidRDefault="00F678CC" w:rsidP="00FD4BD3">
            <w:pPr>
              <w:ind w:firstLine="0"/>
              <w:jc w:val="center"/>
              <w:rPr>
                <w:szCs w:val="24"/>
              </w:rPr>
            </w:pPr>
            <w:r w:rsidRPr="00240C29">
              <w:rPr>
                <w:szCs w:val="24"/>
              </w:rPr>
              <w:t>400 gr.</w:t>
            </w:r>
          </w:p>
        </w:tc>
      </w:tr>
      <w:tr w:rsidR="003F1BFA" w:rsidRPr="00240C29" w14:paraId="5660B807" w14:textId="77777777" w:rsidTr="006B3867">
        <w:trPr>
          <w:jc w:val="center"/>
        </w:trPr>
        <w:tc>
          <w:tcPr>
            <w:tcW w:w="850" w:type="dxa"/>
            <w:tcMar>
              <w:top w:w="80" w:type="dxa"/>
              <w:left w:w="90" w:type="dxa"/>
              <w:bottom w:w="80" w:type="dxa"/>
              <w:right w:w="90" w:type="dxa"/>
            </w:tcMar>
            <w:vAlign w:val="center"/>
          </w:tcPr>
          <w:p w14:paraId="1DE2A6E1" w14:textId="7FFAD3F2" w:rsidR="003F1BFA" w:rsidRPr="00240C29" w:rsidRDefault="003F1BFA" w:rsidP="003F1BFA">
            <w:pPr>
              <w:ind w:firstLine="0"/>
              <w:jc w:val="center"/>
              <w:rPr>
                <w:szCs w:val="24"/>
              </w:rPr>
            </w:pPr>
            <w:r>
              <w:rPr>
                <w:szCs w:val="24"/>
              </w:rPr>
              <w:t>13</w:t>
            </w:r>
          </w:p>
        </w:tc>
        <w:tc>
          <w:tcPr>
            <w:tcW w:w="7087" w:type="dxa"/>
            <w:tcMar>
              <w:top w:w="80" w:type="dxa"/>
              <w:left w:w="90" w:type="dxa"/>
              <w:bottom w:w="80" w:type="dxa"/>
              <w:right w:w="90" w:type="dxa"/>
            </w:tcMar>
          </w:tcPr>
          <w:p w14:paraId="1B28D8C3" w14:textId="52F4274A" w:rsidR="003F1BFA" w:rsidRPr="00240C29" w:rsidRDefault="003F1BFA" w:rsidP="003F1BFA">
            <w:pPr>
              <w:ind w:firstLine="0"/>
              <w:rPr>
                <w:szCs w:val="24"/>
              </w:rPr>
            </w:pPr>
            <w:r w:rsidRPr="008F2890">
              <w:t xml:space="preserve">Supa crema de legume </w:t>
            </w:r>
            <w:proofErr w:type="spellStart"/>
            <w:r w:rsidRPr="008F2890">
              <w:t>radacinoase</w:t>
            </w:r>
            <w:proofErr w:type="spellEnd"/>
            <w:r w:rsidRPr="008F2890">
              <w:t>/</w:t>
            </w:r>
            <w:proofErr w:type="spellStart"/>
            <w:r w:rsidRPr="008F2890">
              <w:t>dovleac</w:t>
            </w:r>
            <w:proofErr w:type="spellEnd"/>
          </w:p>
        </w:tc>
        <w:tc>
          <w:tcPr>
            <w:tcW w:w="1701" w:type="dxa"/>
            <w:tcMar>
              <w:top w:w="80" w:type="dxa"/>
              <w:left w:w="90" w:type="dxa"/>
              <w:bottom w:w="80" w:type="dxa"/>
              <w:right w:w="90" w:type="dxa"/>
            </w:tcMar>
          </w:tcPr>
          <w:p w14:paraId="09106E36" w14:textId="7B9421B6" w:rsidR="003F1BFA" w:rsidRPr="00240C29" w:rsidRDefault="003F1BFA" w:rsidP="003F1BFA">
            <w:pPr>
              <w:ind w:firstLine="0"/>
              <w:jc w:val="center"/>
              <w:rPr>
                <w:szCs w:val="24"/>
              </w:rPr>
            </w:pPr>
            <w:r w:rsidRPr="008F2890">
              <w:t>400 gr.</w:t>
            </w:r>
          </w:p>
        </w:tc>
      </w:tr>
    </w:tbl>
    <w:p w14:paraId="714474D0" w14:textId="77777777" w:rsidR="00F678CC" w:rsidRPr="00240C29" w:rsidRDefault="00F678CC" w:rsidP="006B3867">
      <w:pPr>
        <w:rPr>
          <w:szCs w:val="24"/>
        </w:rPr>
      </w:pPr>
    </w:p>
    <w:p w14:paraId="6A4232EA" w14:textId="77777777" w:rsidR="00F678CC" w:rsidRPr="00240C29" w:rsidRDefault="00F678CC" w:rsidP="006B3867">
      <w:pPr>
        <w:rPr>
          <w:szCs w:val="24"/>
        </w:rPr>
      </w:pPr>
      <w:r w:rsidRPr="00240C29">
        <w:rPr>
          <w:b/>
          <w:szCs w:val="24"/>
        </w:rPr>
        <w:t>CIORBE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57C4050E" w14:textId="77777777">
        <w:trPr>
          <w:tblHeader/>
          <w:jc w:val="center"/>
        </w:trPr>
        <w:tc>
          <w:tcPr>
            <w:tcW w:w="850" w:type="dxa"/>
            <w:shd w:val="clear" w:color="auto" w:fill="D9D9D9"/>
            <w:tcMar>
              <w:top w:w="80" w:type="dxa"/>
              <w:left w:w="90" w:type="dxa"/>
              <w:bottom w:w="80" w:type="dxa"/>
              <w:right w:w="90" w:type="dxa"/>
            </w:tcMar>
            <w:vAlign w:val="center"/>
          </w:tcPr>
          <w:p w14:paraId="08A835D2" w14:textId="77777777" w:rsidR="00F678CC" w:rsidRPr="00240C29" w:rsidRDefault="00F678CC" w:rsidP="003F1BFA">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825619A" w14:textId="77777777" w:rsidR="00F678CC" w:rsidRPr="00240C29" w:rsidRDefault="00F678CC" w:rsidP="003F1BFA">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0D1E2026" w14:textId="77777777" w:rsidR="00F678CC" w:rsidRPr="00240C29" w:rsidRDefault="00F678CC" w:rsidP="003F1BFA">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1E9A1060" w14:textId="77777777">
        <w:trPr>
          <w:jc w:val="center"/>
        </w:trPr>
        <w:tc>
          <w:tcPr>
            <w:tcW w:w="850" w:type="dxa"/>
            <w:tcMar>
              <w:top w:w="80" w:type="dxa"/>
              <w:left w:w="90" w:type="dxa"/>
              <w:bottom w:w="80" w:type="dxa"/>
              <w:right w:w="90" w:type="dxa"/>
            </w:tcMar>
            <w:vAlign w:val="center"/>
          </w:tcPr>
          <w:p w14:paraId="1602CD38" w14:textId="77777777" w:rsidR="00F678CC" w:rsidRPr="00240C29" w:rsidRDefault="00F678CC" w:rsidP="003F1BFA">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04879CBD" w14:textId="77777777" w:rsidR="00F678CC" w:rsidRPr="00240C29" w:rsidRDefault="00F678CC" w:rsidP="003F1BFA">
            <w:pPr>
              <w:ind w:firstLine="0"/>
              <w:rPr>
                <w:szCs w:val="24"/>
              </w:rPr>
            </w:pPr>
            <w:r w:rsidRPr="00240C29">
              <w:rPr>
                <w:szCs w:val="24"/>
              </w:rPr>
              <w:t xml:space="preserve">Ciorba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6194A565" w14:textId="77777777" w:rsidR="00F678CC" w:rsidRPr="00240C29" w:rsidRDefault="00F678CC" w:rsidP="003F1BFA">
            <w:pPr>
              <w:ind w:firstLine="0"/>
              <w:jc w:val="center"/>
              <w:rPr>
                <w:szCs w:val="24"/>
              </w:rPr>
            </w:pPr>
            <w:r w:rsidRPr="00240C29">
              <w:rPr>
                <w:szCs w:val="24"/>
              </w:rPr>
              <w:t>400 gr.</w:t>
            </w:r>
          </w:p>
        </w:tc>
      </w:tr>
      <w:tr w:rsidR="00F678CC" w:rsidRPr="00240C29" w14:paraId="49B82550" w14:textId="77777777">
        <w:trPr>
          <w:jc w:val="center"/>
        </w:trPr>
        <w:tc>
          <w:tcPr>
            <w:tcW w:w="850" w:type="dxa"/>
            <w:tcMar>
              <w:top w:w="80" w:type="dxa"/>
              <w:left w:w="90" w:type="dxa"/>
              <w:bottom w:w="80" w:type="dxa"/>
              <w:right w:w="90" w:type="dxa"/>
            </w:tcMar>
            <w:vAlign w:val="center"/>
          </w:tcPr>
          <w:p w14:paraId="1772EFF2" w14:textId="77777777" w:rsidR="00F678CC" w:rsidRPr="00240C29" w:rsidRDefault="00F678CC" w:rsidP="003F1BFA">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2F6BCBD1" w14:textId="77777777" w:rsidR="00F678CC" w:rsidRPr="00240C29" w:rsidRDefault="00F678CC" w:rsidP="003F1BFA">
            <w:pPr>
              <w:ind w:firstLine="0"/>
              <w:rPr>
                <w:szCs w:val="24"/>
              </w:rPr>
            </w:pPr>
            <w:r w:rsidRPr="00240C29">
              <w:rPr>
                <w:szCs w:val="24"/>
              </w:rPr>
              <w:t xml:space="preserve">Ciorba </w:t>
            </w:r>
            <w:proofErr w:type="spellStart"/>
            <w:r w:rsidRPr="00240C29">
              <w:rPr>
                <w:szCs w:val="24"/>
              </w:rPr>
              <w:t>pui</w:t>
            </w:r>
            <w:proofErr w:type="spellEnd"/>
            <w:r w:rsidRPr="00240C29">
              <w:rPr>
                <w:szCs w:val="24"/>
              </w:rPr>
              <w:t xml:space="preserve">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5576CD8B" w14:textId="77777777" w:rsidR="00F678CC" w:rsidRPr="00240C29" w:rsidRDefault="00F678CC" w:rsidP="003F1BFA">
            <w:pPr>
              <w:ind w:firstLine="0"/>
              <w:jc w:val="center"/>
              <w:rPr>
                <w:szCs w:val="24"/>
              </w:rPr>
            </w:pPr>
            <w:r w:rsidRPr="00240C29">
              <w:rPr>
                <w:szCs w:val="24"/>
              </w:rPr>
              <w:t>75/325 gr.</w:t>
            </w:r>
          </w:p>
        </w:tc>
      </w:tr>
      <w:tr w:rsidR="00F678CC" w:rsidRPr="00240C29" w14:paraId="5A494EF2" w14:textId="77777777">
        <w:trPr>
          <w:jc w:val="center"/>
        </w:trPr>
        <w:tc>
          <w:tcPr>
            <w:tcW w:w="850" w:type="dxa"/>
            <w:tcMar>
              <w:top w:w="80" w:type="dxa"/>
              <w:left w:w="90" w:type="dxa"/>
              <w:bottom w:w="80" w:type="dxa"/>
              <w:right w:w="90" w:type="dxa"/>
            </w:tcMar>
            <w:vAlign w:val="center"/>
          </w:tcPr>
          <w:p w14:paraId="387C4368" w14:textId="77777777" w:rsidR="00F678CC" w:rsidRPr="00240C29" w:rsidRDefault="00F678CC" w:rsidP="003F1BFA">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1232C25A" w14:textId="5B1B267F" w:rsidR="00F678CC" w:rsidRPr="00240C29" w:rsidRDefault="00F678CC" w:rsidP="003F1BFA">
            <w:pPr>
              <w:ind w:firstLine="0"/>
              <w:rPr>
                <w:szCs w:val="24"/>
              </w:rPr>
            </w:pPr>
            <w:r w:rsidRPr="00240C29">
              <w:rPr>
                <w:szCs w:val="24"/>
              </w:rPr>
              <w:t xml:space="preserve">Ciorba de </w:t>
            </w:r>
            <w:proofErr w:type="spellStart"/>
            <w:r w:rsidRPr="00240C29">
              <w:rPr>
                <w:szCs w:val="24"/>
              </w:rPr>
              <w:t>praz</w:t>
            </w:r>
            <w:proofErr w:type="spellEnd"/>
            <w:r w:rsidR="003F1BFA" w:rsidRPr="003F1BFA">
              <w:rPr>
                <w:szCs w:val="24"/>
              </w:rPr>
              <w:t xml:space="preserve">/ </w:t>
            </w:r>
            <w:proofErr w:type="spellStart"/>
            <w:r w:rsidR="003F1BFA" w:rsidRPr="003F1BFA">
              <w:rPr>
                <w:szCs w:val="24"/>
              </w:rPr>
              <w:t>sfecla</w:t>
            </w:r>
            <w:proofErr w:type="spellEnd"/>
            <w:r w:rsidR="003F1BFA" w:rsidRPr="003F1BFA">
              <w:rPr>
                <w:szCs w:val="24"/>
              </w:rPr>
              <w:t xml:space="preserve"> </w:t>
            </w:r>
            <w:proofErr w:type="spellStart"/>
            <w:r w:rsidR="003F1BFA" w:rsidRPr="003F1BFA">
              <w:rPr>
                <w:szCs w:val="24"/>
              </w:rPr>
              <w:t>rosie</w:t>
            </w:r>
            <w:proofErr w:type="spellEnd"/>
          </w:p>
        </w:tc>
        <w:tc>
          <w:tcPr>
            <w:tcW w:w="1701" w:type="dxa"/>
            <w:tcMar>
              <w:top w:w="80" w:type="dxa"/>
              <w:left w:w="90" w:type="dxa"/>
              <w:bottom w:w="80" w:type="dxa"/>
              <w:right w:w="90" w:type="dxa"/>
            </w:tcMar>
            <w:vAlign w:val="center"/>
          </w:tcPr>
          <w:p w14:paraId="4056BACE" w14:textId="77777777" w:rsidR="00F678CC" w:rsidRPr="00240C29" w:rsidRDefault="00F678CC" w:rsidP="003F1BFA">
            <w:pPr>
              <w:ind w:firstLine="0"/>
              <w:jc w:val="center"/>
              <w:rPr>
                <w:szCs w:val="24"/>
              </w:rPr>
            </w:pPr>
            <w:r w:rsidRPr="00240C29">
              <w:rPr>
                <w:szCs w:val="24"/>
              </w:rPr>
              <w:t>400 gr.</w:t>
            </w:r>
          </w:p>
        </w:tc>
      </w:tr>
      <w:tr w:rsidR="00F678CC" w:rsidRPr="00240C29" w14:paraId="3125D50C" w14:textId="77777777">
        <w:trPr>
          <w:jc w:val="center"/>
        </w:trPr>
        <w:tc>
          <w:tcPr>
            <w:tcW w:w="850" w:type="dxa"/>
            <w:tcMar>
              <w:top w:w="80" w:type="dxa"/>
              <w:left w:w="90" w:type="dxa"/>
              <w:bottom w:w="80" w:type="dxa"/>
              <w:right w:w="90" w:type="dxa"/>
            </w:tcMar>
            <w:vAlign w:val="center"/>
          </w:tcPr>
          <w:p w14:paraId="49667926" w14:textId="77777777" w:rsidR="00F678CC" w:rsidRPr="00240C29" w:rsidRDefault="00F678CC" w:rsidP="003F1BFA">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B427B78" w14:textId="77777777" w:rsidR="00F678CC" w:rsidRPr="00240C29" w:rsidRDefault="00F678CC" w:rsidP="003F1BFA">
            <w:pPr>
              <w:ind w:firstLine="0"/>
              <w:rPr>
                <w:szCs w:val="24"/>
              </w:rPr>
            </w:pPr>
            <w:r w:rsidRPr="00240C29">
              <w:rPr>
                <w:szCs w:val="24"/>
              </w:rPr>
              <w:t xml:space="preserve">Ciorba de legume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4087B489" w14:textId="77777777" w:rsidR="00F678CC" w:rsidRPr="00240C29" w:rsidRDefault="00F678CC" w:rsidP="003F1BFA">
            <w:pPr>
              <w:ind w:firstLine="0"/>
              <w:jc w:val="center"/>
              <w:rPr>
                <w:szCs w:val="24"/>
              </w:rPr>
            </w:pPr>
            <w:r w:rsidRPr="00240C29">
              <w:rPr>
                <w:szCs w:val="24"/>
              </w:rPr>
              <w:t>400 gr.</w:t>
            </w:r>
          </w:p>
        </w:tc>
      </w:tr>
    </w:tbl>
    <w:p w14:paraId="136AE8B5" w14:textId="77777777" w:rsidR="00F678CC" w:rsidRPr="00240C29" w:rsidRDefault="00F678CC" w:rsidP="006B3867">
      <w:pPr>
        <w:rPr>
          <w:szCs w:val="24"/>
        </w:rPr>
      </w:pPr>
    </w:p>
    <w:p w14:paraId="076E15D7" w14:textId="77777777" w:rsidR="00F678CC" w:rsidRPr="00240C29" w:rsidRDefault="00F678CC" w:rsidP="006B3867">
      <w:pPr>
        <w:rPr>
          <w:szCs w:val="24"/>
        </w:rPr>
      </w:pPr>
      <w:r w:rsidRPr="00240C29">
        <w:rPr>
          <w:b/>
          <w:szCs w:val="24"/>
        </w:rPr>
        <w:t>PREPARATE FARA CARNE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2DD0B44D" w14:textId="77777777">
        <w:trPr>
          <w:tblHeader/>
          <w:jc w:val="center"/>
        </w:trPr>
        <w:tc>
          <w:tcPr>
            <w:tcW w:w="850" w:type="dxa"/>
            <w:shd w:val="clear" w:color="auto" w:fill="D9D9D9"/>
            <w:tcMar>
              <w:top w:w="80" w:type="dxa"/>
              <w:left w:w="90" w:type="dxa"/>
              <w:bottom w:w="80" w:type="dxa"/>
              <w:right w:w="90" w:type="dxa"/>
            </w:tcMar>
            <w:vAlign w:val="center"/>
          </w:tcPr>
          <w:p w14:paraId="2548816B" w14:textId="77777777" w:rsidR="00F678CC" w:rsidRPr="00240C29" w:rsidRDefault="00F678CC" w:rsidP="003F1BFA">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6999B511" w14:textId="77777777" w:rsidR="00F678CC" w:rsidRPr="00240C29" w:rsidRDefault="00F678CC" w:rsidP="003F1BFA">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48C44D27" w14:textId="77777777" w:rsidR="00F678CC" w:rsidRPr="00240C29" w:rsidRDefault="00F678CC" w:rsidP="003F1BFA">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43A60B16" w14:textId="77777777">
        <w:trPr>
          <w:jc w:val="center"/>
        </w:trPr>
        <w:tc>
          <w:tcPr>
            <w:tcW w:w="850" w:type="dxa"/>
            <w:tcMar>
              <w:top w:w="80" w:type="dxa"/>
              <w:left w:w="90" w:type="dxa"/>
              <w:bottom w:w="80" w:type="dxa"/>
              <w:right w:w="90" w:type="dxa"/>
            </w:tcMar>
            <w:vAlign w:val="center"/>
          </w:tcPr>
          <w:p w14:paraId="3AA1AD5D" w14:textId="77777777" w:rsidR="00F678CC" w:rsidRPr="00240C29" w:rsidRDefault="00F678CC" w:rsidP="003F1BFA">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78495E2" w14:textId="77777777" w:rsidR="00F678CC" w:rsidRPr="00240C29" w:rsidRDefault="00F678CC" w:rsidP="003F1BFA">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legume </w:t>
            </w:r>
            <w:proofErr w:type="spellStart"/>
            <w:r w:rsidRPr="00240C29">
              <w:rPr>
                <w:szCs w:val="24"/>
              </w:rPr>
              <w:t>si</w:t>
            </w:r>
            <w:proofErr w:type="spellEnd"/>
            <w:r w:rsidRPr="00240C29">
              <w:rPr>
                <w:szCs w:val="24"/>
              </w:rPr>
              <w:t xml:space="preserve"> </w:t>
            </w:r>
            <w:proofErr w:type="spellStart"/>
            <w:r w:rsidRPr="00240C29">
              <w:rPr>
                <w:szCs w:val="24"/>
              </w:rPr>
              <w:t>sos</w:t>
            </w:r>
            <w:proofErr w:type="spellEnd"/>
            <w:r w:rsidRPr="00240C29">
              <w:rPr>
                <w:szCs w:val="24"/>
              </w:rPr>
              <w:t xml:space="preserve"> </w:t>
            </w:r>
            <w:proofErr w:type="spellStart"/>
            <w:r w:rsidRPr="00240C29">
              <w:rPr>
                <w:szCs w:val="24"/>
              </w:rPr>
              <w:t>tomat</w:t>
            </w:r>
            <w:proofErr w:type="spellEnd"/>
          </w:p>
        </w:tc>
        <w:tc>
          <w:tcPr>
            <w:tcW w:w="1701" w:type="dxa"/>
            <w:tcMar>
              <w:top w:w="80" w:type="dxa"/>
              <w:left w:w="90" w:type="dxa"/>
              <w:bottom w:w="80" w:type="dxa"/>
              <w:right w:w="90" w:type="dxa"/>
            </w:tcMar>
            <w:vAlign w:val="center"/>
          </w:tcPr>
          <w:p w14:paraId="6476FBC8" w14:textId="77777777" w:rsidR="00F678CC" w:rsidRPr="00240C29" w:rsidRDefault="00F678CC" w:rsidP="003F1BFA">
            <w:pPr>
              <w:ind w:firstLine="0"/>
              <w:jc w:val="center"/>
              <w:rPr>
                <w:szCs w:val="24"/>
              </w:rPr>
            </w:pPr>
            <w:r w:rsidRPr="00240C29">
              <w:rPr>
                <w:szCs w:val="24"/>
              </w:rPr>
              <w:t>160/140 gr.</w:t>
            </w:r>
          </w:p>
        </w:tc>
      </w:tr>
      <w:tr w:rsidR="00F678CC" w:rsidRPr="00240C29" w14:paraId="4D414F9D" w14:textId="77777777">
        <w:trPr>
          <w:jc w:val="center"/>
        </w:trPr>
        <w:tc>
          <w:tcPr>
            <w:tcW w:w="850" w:type="dxa"/>
            <w:tcMar>
              <w:top w:w="80" w:type="dxa"/>
              <w:left w:w="90" w:type="dxa"/>
              <w:bottom w:w="80" w:type="dxa"/>
              <w:right w:w="90" w:type="dxa"/>
            </w:tcMar>
            <w:vAlign w:val="center"/>
          </w:tcPr>
          <w:p w14:paraId="54042641" w14:textId="77777777" w:rsidR="00F678CC" w:rsidRPr="00240C29" w:rsidRDefault="00F678CC" w:rsidP="003F1BFA">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3E3C6E98" w14:textId="77777777" w:rsidR="00F678CC" w:rsidRPr="00240C29" w:rsidRDefault="00F678CC" w:rsidP="003F1BFA">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2F6B9509" w14:textId="77777777" w:rsidR="00F678CC" w:rsidRPr="00240C29" w:rsidRDefault="00F678CC" w:rsidP="003F1BFA">
            <w:pPr>
              <w:ind w:firstLine="0"/>
              <w:jc w:val="center"/>
              <w:rPr>
                <w:szCs w:val="24"/>
              </w:rPr>
            </w:pPr>
            <w:r w:rsidRPr="00240C29">
              <w:rPr>
                <w:szCs w:val="24"/>
              </w:rPr>
              <w:t>160/140 gr.</w:t>
            </w:r>
          </w:p>
        </w:tc>
      </w:tr>
      <w:tr w:rsidR="00F678CC" w:rsidRPr="00240C29" w14:paraId="1F4EC36B" w14:textId="77777777">
        <w:trPr>
          <w:jc w:val="center"/>
        </w:trPr>
        <w:tc>
          <w:tcPr>
            <w:tcW w:w="850" w:type="dxa"/>
            <w:tcMar>
              <w:top w:w="80" w:type="dxa"/>
              <w:left w:w="90" w:type="dxa"/>
              <w:bottom w:w="80" w:type="dxa"/>
              <w:right w:w="90" w:type="dxa"/>
            </w:tcMar>
            <w:vAlign w:val="center"/>
          </w:tcPr>
          <w:p w14:paraId="5D980F9A" w14:textId="77777777" w:rsidR="00F678CC" w:rsidRPr="00240C29" w:rsidRDefault="00F678CC" w:rsidP="003F1BFA">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2D9B716B" w14:textId="77777777" w:rsidR="00F678CC" w:rsidRPr="00240C29" w:rsidRDefault="00F678CC" w:rsidP="003F1BFA">
            <w:pPr>
              <w:ind w:firstLine="0"/>
              <w:rPr>
                <w:szCs w:val="24"/>
              </w:rPr>
            </w:pPr>
            <w:proofErr w:type="spellStart"/>
            <w:r w:rsidRPr="00240C29">
              <w:rPr>
                <w:szCs w:val="24"/>
              </w:rPr>
              <w:t>Budinca</w:t>
            </w:r>
            <w:proofErr w:type="spellEnd"/>
            <w:r w:rsidRPr="00240C29">
              <w:rPr>
                <w:szCs w:val="24"/>
              </w:rPr>
              <w:t xml:space="preserve"> de legume</w:t>
            </w:r>
          </w:p>
        </w:tc>
        <w:tc>
          <w:tcPr>
            <w:tcW w:w="1701" w:type="dxa"/>
            <w:tcMar>
              <w:top w:w="80" w:type="dxa"/>
              <w:left w:w="90" w:type="dxa"/>
              <w:bottom w:w="80" w:type="dxa"/>
              <w:right w:w="90" w:type="dxa"/>
            </w:tcMar>
            <w:vAlign w:val="center"/>
          </w:tcPr>
          <w:p w14:paraId="3F5AF3FB" w14:textId="77777777" w:rsidR="00F678CC" w:rsidRPr="00240C29" w:rsidRDefault="00F678CC" w:rsidP="003F1BFA">
            <w:pPr>
              <w:ind w:firstLine="0"/>
              <w:jc w:val="center"/>
              <w:rPr>
                <w:szCs w:val="24"/>
              </w:rPr>
            </w:pPr>
            <w:r w:rsidRPr="00240C29">
              <w:rPr>
                <w:szCs w:val="24"/>
              </w:rPr>
              <w:t>200 gr.</w:t>
            </w:r>
          </w:p>
        </w:tc>
      </w:tr>
      <w:tr w:rsidR="00F678CC" w:rsidRPr="00240C29" w14:paraId="0F0E6E2B" w14:textId="77777777">
        <w:trPr>
          <w:jc w:val="center"/>
        </w:trPr>
        <w:tc>
          <w:tcPr>
            <w:tcW w:w="850" w:type="dxa"/>
            <w:tcMar>
              <w:top w:w="80" w:type="dxa"/>
              <w:left w:w="90" w:type="dxa"/>
              <w:bottom w:w="80" w:type="dxa"/>
              <w:right w:w="90" w:type="dxa"/>
            </w:tcMar>
            <w:vAlign w:val="center"/>
          </w:tcPr>
          <w:p w14:paraId="2BABB48B" w14:textId="77777777" w:rsidR="00F678CC" w:rsidRPr="00240C29" w:rsidRDefault="00F678CC" w:rsidP="003F1BFA">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539F5B6" w14:textId="77777777" w:rsidR="00F678CC" w:rsidRPr="00240C29" w:rsidRDefault="00F678CC" w:rsidP="003F1BFA">
            <w:pPr>
              <w:ind w:firstLine="0"/>
              <w:rPr>
                <w:szCs w:val="24"/>
              </w:rPr>
            </w:pPr>
            <w:proofErr w:type="spellStart"/>
            <w:r w:rsidRPr="00240C29">
              <w:rPr>
                <w:szCs w:val="24"/>
              </w:rPr>
              <w:t>Budinca</w:t>
            </w:r>
            <w:proofErr w:type="spellEnd"/>
            <w:r w:rsidRPr="00240C29">
              <w:rPr>
                <w:szCs w:val="24"/>
              </w:rPr>
              <w:t xml:space="preserve"> de </w:t>
            </w:r>
            <w:proofErr w:type="spellStart"/>
            <w:r w:rsidRPr="00240C29">
              <w:rPr>
                <w:szCs w:val="24"/>
              </w:rPr>
              <w:t>spanac</w:t>
            </w:r>
            <w:proofErr w:type="spellEnd"/>
          </w:p>
        </w:tc>
        <w:tc>
          <w:tcPr>
            <w:tcW w:w="1701" w:type="dxa"/>
            <w:tcMar>
              <w:top w:w="80" w:type="dxa"/>
              <w:left w:w="90" w:type="dxa"/>
              <w:bottom w:w="80" w:type="dxa"/>
              <w:right w:w="90" w:type="dxa"/>
            </w:tcMar>
            <w:vAlign w:val="center"/>
          </w:tcPr>
          <w:p w14:paraId="4B943051" w14:textId="77777777" w:rsidR="00F678CC" w:rsidRPr="00240C29" w:rsidRDefault="00F678CC" w:rsidP="003F1BFA">
            <w:pPr>
              <w:ind w:firstLine="0"/>
              <w:jc w:val="center"/>
              <w:rPr>
                <w:szCs w:val="24"/>
              </w:rPr>
            </w:pPr>
            <w:r w:rsidRPr="00240C29">
              <w:rPr>
                <w:szCs w:val="24"/>
              </w:rPr>
              <w:t>220 gr.</w:t>
            </w:r>
          </w:p>
        </w:tc>
      </w:tr>
      <w:tr w:rsidR="00F678CC" w:rsidRPr="00240C29" w14:paraId="331BF7A4" w14:textId="77777777">
        <w:trPr>
          <w:jc w:val="center"/>
        </w:trPr>
        <w:tc>
          <w:tcPr>
            <w:tcW w:w="850" w:type="dxa"/>
            <w:tcMar>
              <w:top w:w="80" w:type="dxa"/>
              <w:left w:w="90" w:type="dxa"/>
              <w:bottom w:w="80" w:type="dxa"/>
              <w:right w:w="90" w:type="dxa"/>
            </w:tcMar>
            <w:vAlign w:val="center"/>
          </w:tcPr>
          <w:p w14:paraId="37A519D3" w14:textId="77777777" w:rsidR="00F678CC" w:rsidRPr="00240C29" w:rsidRDefault="00F678CC" w:rsidP="003F1BFA">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53DC81F4" w14:textId="77777777" w:rsidR="00F678CC" w:rsidRPr="00240C29" w:rsidRDefault="00F678CC" w:rsidP="003F1BFA">
            <w:pPr>
              <w:ind w:firstLine="0"/>
              <w:rPr>
                <w:szCs w:val="24"/>
              </w:rPr>
            </w:pPr>
            <w:proofErr w:type="spellStart"/>
            <w:r w:rsidRPr="00240C29">
              <w:rPr>
                <w:szCs w:val="24"/>
              </w:rPr>
              <w:t>Cartofi</w:t>
            </w:r>
            <w:proofErr w:type="spellEnd"/>
            <w:r w:rsidRPr="00240C29">
              <w:rPr>
                <w:szCs w:val="24"/>
              </w:rPr>
              <w:t xml:space="preserve"> </w:t>
            </w:r>
            <w:proofErr w:type="spellStart"/>
            <w:r w:rsidRPr="00240C29">
              <w:rPr>
                <w:szCs w:val="24"/>
              </w:rPr>
              <w:t>gratinati</w:t>
            </w:r>
            <w:proofErr w:type="spellEnd"/>
          </w:p>
        </w:tc>
        <w:tc>
          <w:tcPr>
            <w:tcW w:w="1701" w:type="dxa"/>
            <w:tcMar>
              <w:top w:w="80" w:type="dxa"/>
              <w:left w:w="90" w:type="dxa"/>
              <w:bottom w:w="80" w:type="dxa"/>
              <w:right w:w="90" w:type="dxa"/>
            </w:tcMar>
            <w:vAlign w:val="center"/>
          </w:tcPr>
          <w:p w14:paraId="4D72405C" w14:textId="77777777" w:rsidR="00F678CC" w:rsidRPr="00240C29" w:rsidRDefault="00F678CC" w:rsidP="003F1BFA">
            <w:pPr>
              <w:ind w:firstLine="0"/>
              <w:jc w:val="center"/>
              <w:rPr>
                <w:szCs w:val="24"/>
              </w:rPr>
            </w:pPr>
            <w:r w:rsidRPr="00240C29">
              <w:rPr>
                <w:szCs w:val="24"/>
              </w:rPr>
              <w:t>250 gr.</w:t>
            </w:r>
          </w:p>
        </w:tc>
      </w:tr>
      <w:tr w:rsidR="00F678CC" w:rsidRPr="00240C29" w14:paraId="6F4DA1C3" w14:textId="77777777">
        <w:trPr>
          <w:jc w:val="center"/>
        </w:trPr>
        <w:tc>
          <w:tcPr>
            <w:tcW w:w="850" w:type="dxa"/>
            <w:tcMar>
              <w:top w:w="80" w:type="dxa"/>
              <w:left w:w="90" w:type="dxa"/>
              <w:bottom w:w="80" w:type="dxa"/>
              <w:right w:w="90" w:type="dxa"/>
            </w:tcMar>
            <w:vAlign w:val="center"/>
          </w:tcPr>
          <w:p w14:paraId="52F82FD6" w14:textId="77777777" w:rsidR="00F678CC" w:rsidRPr="00240C29" w:rsidRDefault="00F678CC" w:rsidP="003F1BFA">
            <w:pPr>
              <w:ind w:firstLine="0"/>
              <w:jc w:val="center"/>
              <w:rPr>
                <w:szCs w:val="24"/>
              </w:rPr>
            </w:pPr>
            <w:r w:rsidRPr="00240C29">
              <w:rPr>
                <w:szCs w:val="24"/>
              </w:rPr>
              <w:lastRenderedPageBreak/>
              <w:t>6</w:t>
            </w:r>
          </w:p>
        </w:tc>
        <w:tc>
          <w:tcPr>
            <w:tcW w:w="7087" w:type="dxa"/>
            <w:tcMar>
              <w:top w:w="80" w:type="dxa"/>
              <w:left w:w="90" w:type="dxa"/>
              <w:bottom w:w="80" w:type="dxa"/>
              <w:right w:w="90" w:type="dxa"/>
            </w:tcMar>
            <w:vAlign w:val="center"/>
          </w:tcPr>
          <w:p w14:paraId="164FF5BE" w14:textId="77777777" w:rsidR="00F678CC" w:rsidRPr="00240C29" w:rsidRDefault="00F678CC" w:rsidP="003F1BFA">
            <w:pPr>
              <w:ind w:firstLine="0"/>
              <w:rPr>
                <w:szCs w:val="24"/>
              </w:rPr>
            </w:pPr>
            <w:proofErr w:type="spellStart"/>
            <w:r w:rsidRPr="00240C29">
              <w:rPr>
                <w:szCs w:val="24"/>
              </w:rPr>
              <w:t>Cartofi</w:t>
            </w:r>
            <w:proofErr w:type="spellEnd"/>
            <w:r w:rsidRPr="00240C29">
              <w:rPr>
                <w:szCs w:val="24"/>
              </w:rPr>
              <w:t xml:space="preserve"> cu </w:t>
            </w:r>
            <w:proofErr w:type="spellStart"/>
            <w:r w:rsidRPr="00240C29">
              <w:rPr>
                <w:szCs w:val="24"/>
              </w:rPr>
              <w:t>unt</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14933B10" w14:textId="77777777" w:rsidR="00F678CC" w:rsidRPr="00240C29" w:rsidRDefault="00F678CC" w:rsidP="003F1BFA">
            <w:pPr>
              <w:ind w:firstLine="0"/>
              <w:jc w:val="center"/>
              <w:rPr>
                <w:szCs w:val="24"/>
              </w:rPr>
            </w:pPr>
            <w:r w:rsidRPr="00240C29">
              <w:rPr>
                <w:szCs w:val="24"/>
              </w:rPr>
              <w:t>200/20/40 gr.</w:t>
            </w:r>
          </w:p>
        </w:tc>
      </w:tr>
      <w:tr w:rsidR="00F678CC" w:rsidRPr="00240C29" w14:paraId="78E13659" w14:textId="77777777">
        <w:trPr>
          <w:jc w:val="center"/>
        </w:trPr>
        <w:tc>
          <w:tcPr>
            <w:tcW w:w="850" w:type="dxa"/>
            <w:tcMar>
              <w:top w:w="80" w:type="dxa"/>
              <w:left w:w="90" w:type="dxa"/>
              <w:bottom w:w="80" w:type="dxa"/>
              <w:right w:w="90" w:type="dxa"/>
            </w:tcMar>
            <w:vAlign w:val="center"/>
          </w:tcPr>
          <w:p w14:paraId="1043A496" w14:textId="77777777" w:rsidR="00F678CC" w:rsidRPr="00240C29" w:rsidRDefault="00F678CC" w:rsidP="003F1BFA">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0E0DD3F4" w14:textId="77777777" w:rsidR="00F678CC" w:rsidRPr="00240C29" w:rsidRDefault="00F678CC" w:rsidP="003F1BFA">
            <w:pPr>
              <w:ind w:firstLine="0"/>
              <w:rPr>
                <w:szCs w:val="24"/>
              </w:rPr>
            </w:pPr>
            <w:proofErr w:type="spellStart"/>
            <w:r w:rsidRPr="00240C29">
              <w:rPr>
                <w:szCs w:val="24"/>
              </w:rPr>
              <w:t>Ghiveci</w:t>
            </w:r>
            <w:proofErr w:type="spellEnd"/>
            <w:r w:rsidRPr="00240C29">
              <w:rPr>
                <w:szCs w:val="24"/>
              </w:rPr>
              <w:t xml:space="preserve"> din legume </w:t>
            </w:r>
            <w:proofErr w:type="spellStart"/>
            <w:r w:rsidRPr="00240C29">
              <w:rPr>
                <w:szCs w:val="24"/>
              </w:rPr>
              <w:t>proaspete</w:t>
            </w:r>
            <w:proofErr w:type="spellEnd"/>
            <w:r w:rsidRPr="00240C29">
              <w:rPr>
                <w:szCs w:val="24"/>
              </w:rPr>
              <w:t xml:space="preserve"> </w:t>
            </w:r>
            <w:proofErr w:type="spellStart"/>
            <w:r w:rsidRPr="00240C29">
              <w:rPr>
                <w:szCs w:val="24"/>
              </w:rPr>
              <w:t>vara</w:t>
            </w:r>
            <w:proofErr w:type="spellEnd"/>
            <w:r w:rsidRPr="00240C29">
              <w:rPr>
                <w:szCs w:val="24"/>
              </w:rPr>
              <w:t>/</w:t>
            </w:r>
            <w:proofErr w:type="spellStart"/>
            <w:r w:rsidRPr="00240C29">
              <w:rPr>
                <w:szCs w:val="24"/>
              </w:rPr>
              <w:t>toamna</w:t>
            </w:r>
            <w:proofErr w:type="spellEnd"/>
          </w:p>
        </w:tc>
        <w:tc>
          <w:tcPr>
            <w:tcW w:w="1701" w:type="dxa"/>
            <w:tcMar>
              <w:top w:w="80" w:type="dxa"/>
              <w:left w:w="90" w:type="dxa"/>
              <w:bottom w:w="80" w:type="dxa"/>
              <w:right w:w="90" w:type="dxa"/>
            </w:tcMar>
            <w:vAlign w:val="center"/>
          </w:tcPr>
          <w:p w14:paraId="4388F9BA" w14:textId="77777777" w:rsidR="00F678CC" w:rsidRPr="00240C29" w:rsidRDefault="00F678CC" w:rsidP="003F1BFA">
            <w:pPr>
              <w:ind w:firstLine="0"/>
              <w:jc w:val="center"/>
              <w:rPr>
                <w:szCs w:val="24"/>
              </w:rPr>
            </w:pPr>
            <w:r w:rsidRPr="00240C29">
              <w:rPr>
                <w:szCs w:val="24"/>
              </w:rPr>
              <w:t>300 gr.</w:t>
            </w:r>
          </w:p>
        </w:tc>
      </w:tr>
      <w:tr w:rsidR="00F678CC" w:rsidRPr="00240C29" w14:paraId="02137E69" w14:textId="77777777">
        <w:trPr>
          <w:jc w:val="center"/>
        </w:trPr>
        <w:tc>
          <w:tcPr>
            <w:tcW w:w="850" w:type="dxa"/>
            <w:tcMar>
              <w:top w:w="80" w:type="dxa"/>
              <w:left w:w="90" w:type="dxa"/>
              <w:bottom w:w="80" w:type="dxa"/>
              <w:right w:w="90" w:type="dxa"/>
            </w:tcMar>
            <w:vAlign w:val="center"/>
          </w:tcPr>
          <w:p w14:paraId="72EEF61B" w14:textId="77777777" w:rsidR="00F678CC" w:rsidRPr="00240C29" w:rsidRDefault="00F678CC" w:rsidP="003F1BFA">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54645ABA" w14:textId="77777777" w:rsidR="00F678CC" w:rsidRPr="00240C29" w:rsidRDefault="00F678CC" w:rsidP="003F1BFA">
            <w:pPr>
              <w:ind w:firstLine="0"/>
              <w:rPr>
                <w:szCs w:val="24"/>
              </w:rPr>
            </w:pPr>
            <w:proofErr w:type="spellStart"/>
            <w:r w:rsidRPr="00240C29">
              <w:rPr>
                <w:szCs w:val="24"/>
              </w:rPr>
              <w:t>Macaroane</w:t>
            </w:r>
            <w:proofErr w:type="spellEnd"/>
            <w:r w:rsidRPr="00240C29">
              <w:rPr>
                <w:szCs w:val="24"/>
              </w:rPr>
              <w:t xml:space="preserve"> cu </w:t>
            </w:r>
            <w:proofErr w:type="spellStart"/>
            <w:r w:rsidRPr="00240C29">
              <w:rPr>
                <w:szCs w:val="24"/>
              </w:rPr>
              <w:t>branza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unt</w:t>
            </w:r>
            <w:proofErr w:type="spellEnd"/>
          </w:p>
        </w:tc>
        <w:tc>
          <w:tcPr>
            <w:tcW w:w="1701" w:type="dxa"/>
            <w:tcMar>
              <w:top w:w="80" w:type="dxa"/>
              <w:left w:w="90" w:type="dxa"/>
              <w:bottom w:w="80" w:type="dxa"/>
              <w:right w:w="90" w:type="dxa"/>
            </w:tcMar>
            <w:vAlign w:val="center"/>
          </w:tcPr>
          <w:p w14:paraId="28F96139" w14:textId="77777777" w:rsidR="00F678CC" w:rsidRPr="00240C29" w:rsidRDefault="00F678CC" w:rsidP="003F1BFA">
            <w:pPr>
              <w:ind w:firstLine="0"/>
              <w:jc w:val="center"/>
              <w:rPr>
                <w:szCs w:val="24"/>
              </w:rPr>
            </w:pPr>
            <w:r w:rsidRPr="00240C29">
              <w:rPr>
                <w:szCs w:val="24"/>
              </w:rPr>
              <w:t>300 gr.</w:t>
            </w:r>
          </w:p>
        </w:tc>
      </w:tr>
      <w:tr w:rsidR="00F678CC" w:rsidRPr="00240C29" w14:paraId="2EA26E3C" w14:textId="77777777">
        <w:trPr>
          <w:jc w:val="center"/>
        </w:trPr>
        <w:tc>
          <w:tcPr>
            <w:tcW w:w="850" w:type="dxa"/>
            <w:tcMar>
              <w:top w:w="80" w:type="dxa"/>
              <w:left w:w="90" w:type="dxa"/>
              <w:bottom w:w="80" w:type="dxa"/>
              <w:right w:w="90" w:type="dxa"/>
            </w:tcMar>
            <w:vAlign w:val="center"/>
          </w:tcPr>
          <w:p w14:paraId="40E5262F" w14:textId="77777777" w:rsidR="00F678CC" w:rsidRPr="00240C29" w:rsidRDefault="00F678CC" w:rsidP="003F1BFA">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31F6C114" w14:textId="77777777" w:rsidR="00F678CC" w:rsidRPr="00240C29" w:rsidRDefault="00F678CC" w:rsidP="003F1BFA">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6259EB3D" w14:textId="77777777" w:rsidR="00F678CC" w:rsidRPr="00240C29" w:rsidRDefault="00F678CC" w:rsidP="003F1BFA">
            <w:pPr>
              <w:ind w:firstLine="0"/>
              <w:jc w:val="center"/>
              <w:rPr>
                <w:szCs w:val="24"/>
              </w:rPr>
            </w:pPr>
            <w:r w:rsidRPr="00240C29">
              <w:rPr>
                <w:szCs w:val="24"/>
              </w:rPr>
              <w:t>250 /80 gr.</w:t>
            </w:r>
          </w:p>
        </w:tc>
      </w:tr>
      <w:tr w:rsidR="00F678CC" w:rsidRPr="00240C29" w14:paraId="1ACEBA92" w14:textId="77777777">
        <w:trPr>
          <w:jc w:val="center"/>
        </w:trPr>
        <w:tc>
          <w:tcPr>
            <w:tcW w:w="850" w:type="dxa"/>
            <w:tcMar>
              <w:top w:w="80" w:type="dxa"/>
              <w:left w:w="90" w:type="dxa"/>
              <w:bottom w:w="80" w:type="dxa"/>
              <w:right w:w="90" w:type="dxa"/>
            </w:tcMar>
            <w:vAlign w:val="center"/>
          </w:tcPr>
          <w:p w14:paraId="286BBCEE" w14:textId="77777777" w:rsidR="00F678CC" w:rsidRPr="00240C29" w:rsidRDefault="00F678CC" w:rsidP="003F1BFA">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483BB4BA" w14:textId="77777777" w:rsidR="00F678CC" w:rsidRPr="00240C29" w:rsidRDefault="00F678CC" w:rsidP="003F1BFA">
            <w:pPr>
              <w:ind w:firstLine="0"/>
              <w:rPr>
                <w:szCs w:val="24"/>
              </w:rPr>
            </w:pPr>
            <w:r w:rsidRPr="00240C29">
              <w:rPr>
                <w:szCs w:val="24"/>
              </w:rPr>
              <w:t xml:space="preserve">Pilaf </w:t>
            </w:r>
            <w:proofErr w:type="spellStart"/>
            <w:r w:rsidRPr="00240C29">
              <w:rPr>
                <w:szCs w:val="24"/>
              </w:rPr>
              <w:t>simplu</w:t>
            </w:r>
            <w:proofErr w:type="spellEnd"/>
            <w:r w:rsidRPr="00240C29">
              <w:rPr>
                <w:szCs w:val="24"/>
              </w:rPr>
              <w:t xml:space="preserve"> </w:t>
            </w:r>
            <w:proofErr w:type="spellStart"/>
            <w:r w:rsidRPr="00240C29">
              <w:rPr>
                <w:szCs w:val="24"/>
              </w:rPr>
              <w:t>fara</w:t>
            </w:r>
            <w:proofErr w:type="spellEnd"/>
            <w:r w:rsidRPr="00240C29">
              <w:rPr>
                <w:szCs w:val="24"/>
              </w:rPr>
              <w:t xml:space="preserve"> carne</w:t>
            </w:r>
          </w:p>
        </w:tc>
        <w:tc>
          <w:tcPr>
            <w:tcW w:w="1701" w:type="dxa"/>
            <w:tcMar>
              <w:top w:w="80" w:type="dxa"/>
              <w:left w:w="90" w:type="dxa"/>
              <w:bottom w:w="80" w:type="dxa"/>
              <w:right w:w="90" w:type="dxa"/>
            </w:tcMar>
            <w:vAlign w:val="center"/>
          </w:tcPr>
          <w:p w14:paraId="35911B3D" w14:textId="77777777" w:rsidR="00F678CC" w:rsidRPr="00240C29" w:rsidRDefault="00F678CC" w:rsidP="003F1BFA">
            <w:pPr>
              <w:ind w:firstLine="0"/>
              <w:jc w:val="center"/>
              <w:rPr>
                <w:szCs w:val="24"/>
              </w:rPr>
            </w:pPr>
            <w:r w:rsidRPr="00240C29">
              <w:rPr>
                <w:szCs w:val="24"/>
              </w:rPr>
              <w:t>250 gr.</w:t>
            </w:r>
          </w:p>
        </w:tc>
      </w:tr>
      <w:tr w:rsidR="00F678CC" w:rsidRPr="00240C29" w14:paraId="7915B6EC" w14:textId="77777777">
        <w:trPr>
          <w:jc w:val="center"/>
        </w:trPr>
        <w:tc>
          <w:tcPr>
            <w:tcW w:w="850" w:type="dxa"/>
            <w:tcMar>
              <w:top w:w="80" w:type="dxa"/>
              <w:left w:w="90" w:type="dxa"/>
              <w:bottom w:w="80" w:type="dxa"/>
              <w:right w:w="90" w:type="dxa"/>
            </w:tcMar>
            <w:vAlign w:val="center"/>
          </w:tcPr>
          <w:p w14:paraId="07D82A7D" w14:textId="77777777" w:rsidR="00F678CC" w:rsidRPr="00240C29" w:rsidRDefault="00F678CC" w:rsidP="003F1BFA">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0AE2C0C6" w14:textId="77777777" w:rsidR="00F678CC" w:rsidRPr="00240C29" w:rsidRDefault="00F678CC" w:rsidP="003F1BFA">
            <w:pPr>
              <w:ind w:firstLine="0"/>
              <w:rPr>
                <w:szCs w:val="24"/>
              </w:rPr>
            </w:pPr>
            <w:proofErr w:type="spellStart"/>
            <w:r w:rsidRPr="00240C29">
              <w:rPr>
                <w:szCs w:val="24"/>
              </w:rPr>
              <w:t>Taitei</w:t>
            </w:r>
            <w:proofErr w:type="spellEnd"/>
            <w:r w:rsidRPr="00240C29">
              <w:rPr>
                <w:szCs w:val="24"/>
              </w:rPr>
              <w:t xml:space="preserve"> cu </w:t>
            </w:r>
            <w:proofErr w:type="spellStart"/>
            <w:r w:rsidRPr="00240C29">
              <w:rPr>
                <w:szCs w:val="24"/>
              </w:rPr>
              <w:t>branza</w:t>
            </w:r>
            <w:proofErr w:type="spellEnd"/>
          </w:p>
        </w:tc>
        <w:tc>
          <w:tcPr>
            <w:tcW w:w="1701" w:type="dxa"/>
            <w:tcMar>
              <w:top w:w="80" w:type="dxa"/>
              <w:left w:w="90" w:type="dxa"/>
              <w:bottom w:w="80" w:type="dxa"/>
              <w:right w:w="90" w:type="dxa"/>
            </w:tcMar>
            <w:vAlign w:val="center"/>
          </w:tcPr>
          <w:p w14:paraId="380A2AB8" w14:textId="77777777" w:rsidR="00F678CC" w:rsidRPr="00240C29" w:rsidRDefault="00F678CC" w:rsidP="003F1BFA">
            <w:pPr>
              <w:ind w:firstLine="0"/>
              <w:jc w:val="center"/>
              <w:rPr>
                <w:szCs w:val="24"/>
              </w:rPr>
            </w:pPr>
            <w:r w:rsidRPr="00240C29">
              <w:rPr>
                <w:szCs w:val="24"/>
              </w:rPr>
              <w:t>250 gr.</w:t>
            </w:r>
          </w:p>
        </w:tc>
      </w:tr>
      <w:tr w:rsidR="003F1BFA" w:rsidRPr="00240C29" w14:paraId="4236BA1D" w14:textId="77777777" w:rsidTr="006B3867">
        <w:trPr>
          <w:jc w:val="center"/>
        </w:trPr>
        <w:tc>
          <w:tcPr>
            <w:tcW w:w="850" w:type="dxa"/>
            <w:tcMar>
              <w:top w:w="80" w:type="dxa"/>
              <w:left w:w="90" w:type="dxa"/>
              <w:bottom w:w="80" w:type="dxa"/>
              <w:right w:w="90" w:type="dxa"/>
            </w:tcMar>
            <w:vAlign w:val="center"/>
          </w:tcPr>
          <w:p w14:paraId="35D960FB" w14:textId="2D98D0E1" w:rsidR="003F1BFA" w:rsidRPr="00240C29" w:rsidRDefault="003F1BFA" w:rsidP="003F1BFA">
            <w:pPr>
              <w:ind w:firstLine="0"/>
              <w:jc w:val="center"/>
              <w:rPr>
                <w:szCs w:val="24"/>
              </w:rPr>
            </w:pPr>
            <w:r>
              <w:rPr>
                <w:szCs w:val="24"/>
              </w:rPr>
              <w:t>12</w:t>
            </w:r>
          </w:p>
        </w:tc>
        <w:tc>
          <w:tcPr>
            <w:tcW w:w="7087" w:type="dxa"/>
            <w:tcMar>
              <w:top w:w="80" w:type="dxa"/>
              <w:left w:w="90" w:type="dxa"/>
              <w:bottom w:w="80" w:type="dxa"/>
              <w:right w:w="90" w:type="dxa"/>
            </w:tcMar>
          </w:tcPr>
          <w:p w14:paraId="6F6A4DF5" w14:textId="773774C2" w:rsidR="003F1BFA" w:rsidRPr="00240C29" w:rsidRDefault="003F1BFA" w:rsidP="003F1BFA">
            <w:pPr>
              <w:ind w:firstLine="0"/>
              <w:rPr>
                <w:szCs w:val="24"/>
              </w:rPr>
            </w:pPr>
            <w:proofErr w:type="spellStart"/>
            <w:r w:rsidRPr="00FE0DC6">
              <w:t>Dovlecei</w:t>
            </w:r>
            <w:proofErr w:type="spellEnd"/>
            <w:r w:rsidRPr="00FE0DC6">
              <w:t xml:space="preserve"> </w:t>
            </w:r>
            <w:proofErr w:type="spellStart"/>
            <w:r w:rsidRPr="00FE0DC6">
              <w:t>umpluti</w:t>
            </w:r>
            <w:proofErr w:type="spellEnd"/>
            <w:r w:rsidRPr="00FE0DC6">
              <w:t xml:space="preserve"> cu </w:t>
            </w:r>
            <w:proofErr w:type="spellStart"/>
            <w:r w:rsidRPr="00FE0DC6">
              <w:t>orez</w:t>
            </w:r>
            <w:proofErr w:type="spellEnd"/>
            <w:r w:rsidRPr="00FE0DC6">
              <w:t xml:space="preserve"> </w:t>
            </w:r>
            <w:proofErr w:type="spellStart"/>
            <w:r w:rsidRPr="00FE0DC6">
              <w:t>si</w:t>
            </w:r>
            <w:proofErr w:type="spellEnd"/>
            <w:r w:rsidRPr="00FE0DC6">
              <w:t xml:space="preserve"> legume</w:t>
            </w:r>
          </w:p>
        </w:tc>
        <w:tc>
          <w:tcPr>
            <w:tcW w:w="1701" w:type="dxa"/>
            <w:tcMar>
              <w:top w:w="80" w:type="dxa"/>
              <w:left w:w="90" w:type="dxa"/>
              <w:bottom w:w="80" w:type="dxa"/>
              <w:right w:w="90" w:type="dxa"/>
            </w:tcMar>
          </w:tcPr>
          <w:p w14:paraId="5C3D9980" w14:textId="25872ED0" w:rsidR="003F1BFA" w:rsidRPr="00240C29" w:rsidRDefault="003F1BFA" w:rsidP="003F1BFA">
            <w:pPr>
              <w:ind w:firstLine="0"/>
              <w:jc w:val="center"/>
              <w:rPr>
                <w:szCs w:val="24"/>
              </w:rPr>
            </w:pPr>
            <w:r w:rsidRPr="00FE0DC6">
              <w:t xml:space="preserve">    160/140 gr.</w:t>
            </w:r>
          </w:p>
        </w:tc>
      </w:tr>
      <w:tr w:rsidR="003F1BFA" w:rsidRPr="00240C29" w14:paraId="56B58D33" w14:textId="77777777" w:rsidTr="006B3867">
        <w:trPr>
          <w:jc w:val="center"/>
        </w:trPr>
        <w:tc>
          <w:tcPr>
            <w:tcW w:w="850" w:type="dxa"/>
            <w:tcMar>
              <w:top w:w="80" w:type="dxa"/>
              <w:left w:w="90" w:type="dxa"/>
              <w:bottom w:w="80" w:type="dxa"/>
              <w:right w:w="90" w:type="dxa"/>
            </w:tcMar>
            <w:vAlign w:val="center"/>
          </w:tcPr>
          <w:p w14:paraId="17DBD16C" w14:textId="32C020B5" w:rsidR="003F1BFA" w:rsidRPr="00240C29" w:rsidRDefault="003F1BFA" w:rsidP="003F1BFA">
            <w:pPr>
              <w:ind w:firstLine="0"/>
              <w:jc w:val="center"/>
              <w:rPr>
                <w:szCs w:val="24"/>
              </w:rPr>
            </w:pPr>
            <w:r>
              <w:rPr>
                <w:szCs w:val="24"/>
              </w:rPr>
              <w:t>13</w:t>
            </w:r>
          </w:p>
        </w:tc>
        <w:tc>
          <w:tcPr>
            <w:tcW w:w="7087" w:type="dxa"/>
            <w:tcMar>
              <w:top w:w="80" w:type="dxa"/>
              <w:left w:w="90" w:type="dxa"/>
              <w:bottom w:w="80" w:type="dxa"/>
              <w:right w:w="90" w:type="dxa"/>
            </w:tcMar>
          </w:tcPr>
          <w:p w14:paraId="66FDDE9F" w14:textId="4E1BB09C" w:rsidR="003F1BFA" w:rsidRPr="00240C29" w:rsidRDefault="003F1BFA" w:rsidP="003F1BFA">
            <w:pPr>
              <w:ind w:firstLine="0"/>
              <w:rPr>
                <w:szCs w:val="24"/>
              </w:rPr>
            </w:pPr>
            <w:proofErr w:type="spellStart"/>
            <w:r w:rsidRPr="00FE0DC6">
              <w:t>Piure</w:t>
            </w:r>
            <w:proofErr w:type="spellEnd"/>
            <w:r w:rsidRPr="00FE0DC6">
              <w:t xml:space="preserve"> de </w:t>
            </w:r>
            <w:proofErr w:type="spellStart"/>
            <w:r w:rsidRPr="00FE0DC6">
              <w:t>cartofi</w:t>
            </w:r>
            <w:proofErr w:type="spellEnd"/>
            <w:r w:rsidRPr="00FE0DC6">
              <w:t xml:space="preserve">/ </w:t>
            </w:r>
            <w:proofErr w:type="spellStart"/>
            <w:r w:rsidRPr="00FE0DC6">
              <w:t>morcovi</w:t>
            </w:r>
            <w:proofErr w:type="spellEnd"/>
          </w:p>
        </w:tc>
        <w:tc>
          <w:tcPr>
            <w:tcW w:w="1701" w:type="dxa"/>
            <w:tcMar>
              <w:top w:w="80" w:type="dxa"/>
              <w:left w:w="90" w:type="dxa"/>
              <w:bottom w:w="80" w:type="dxa"/>
              <w:right w:w="90" w:type="dxa"/>
            </w:tcMar>
          </w:tcPr>
          <w:p w14:paraId="34525C8E" w14:textId="175342B7" w:rsidR="003F1BFA" w:rsidRPr="00240C29" w:rsidRDefault="003F1BFA" w:rsidP="003F1BFA">
            <w:pPr>
              <w:ind w:firstLine="0"/>
              <w:jc w:val="center"/>
              <w:rPr>
                <w:szCs w:val="24"/>
              </w:rPr>
            </w:pPr>
            <w:r w:rsidRPr="00FE0DC6">
              <w:t xml:space="preserve">        200 gr.</w:t>
            </w:r>
          </w:p>
        </w:tc>
      </w:tr>
      <w:tr w:rsidR="003F1BFA" w:rsidRPr="00240C29" w14:paraId="4987EF9B" w14:textId="77777777" w:rsidTr="006B3867">
        <w:trPr>
          <w:jc w:val="center"/>
        </w:trPr>
        <w:tc>
          <w:tcPr>
            <w:tcW w:w="850" w:type="dxa"/>
            <w:tcMar>
              <w:top w:w="80" w:type="dxa"/>
              <w:left w:w="90" w:type="dxa"/>
              <w:bottom w:w="80" w:type="dxa"/>
              <w:right w:w="90" w:type="dxa"/>
            </w:tcMar>
            <w:vAlign w:val="center"/>
          </w:tcPr>
          <w:p w14:paraId="7EB11993" w14:textId="75692CCC" w:rsidR="003F1BFA" w:rsidRPr="00240C29" w:rsidRDefault="003F1BFA" w:rsidP="003F1BFA">
            <w:pPr>
              <w:ind w:firstLine="0"/>
              <w:jc w:val="center"/>
              <w:rPr>
                <w:szCs w:val="24"/>
              </w:rPr>
            </w:pPr>
            <w:r>
              <w:rPr>
                <w:szCs w:val="24"/>
              </w:rPr>
              <w:t>14</w:t>
            </w:r>
          </w:p>
        </w:tc>
        <w:tc>
          <w:tcPr>
            <w:tcW w:w="7087" w:type="dxa"/>
            <w:tcMar>
              <w:top w:w="80" w:type="dxa"/>
              <w:left w:w="90" w:type="dxa"/>
              <w:bottom w:w="80" w:type="dxa"/>
              <w:right w:w="90" w:type="dxa"/>
            </w:tcMar>
          </w:tcPr>
          <w:p w14:paraId="6B2F2632" w14:textId="70332B7D" w:rsidR="003F1BFA" w:rsidRPr="00240C29" w:rsidRDefault="003F1BFA" w:rsidP="003F1BFA">
            <w:pPr>
              <w:ind w:firstLine="0"/>
              <w:rPr>
                <w:szCs w:val="24"/>
              </w:rPr>
            </w:pPr>
            <w:proofErr w:type="spellStart"/>
            <w:r w:rsidRPr="00FE0DC6">
              <w:t>Mancare</w:t>
            </w:r>
            <w:proofErr w:type="spellEnd"/>
            <w:r w:rsidRPr="00FE0DC6">
              <w:t xml:space="preserve"> de </w:t>
            </w:r>
            <w:proofErr w:type="spellStart"/>
            <w:r w:rsidRPr="00FE0DC6">
              <w:t>fasole</w:t>
            </w:r>
            <w:proofErr w:type="spellEnd"/>
            <w:r w:rsidRPr="00FE0DC6">
              <w:t xml:space="preserve"> </w:t>
            </w:r>
            <w:proofErr w:type="spellStart"/>
            <w:r w:rsidRPr="00FE0DC6">
              <w:t>verde</w:t>
            </w:r>
            <w:proofErr w:type="spellEnd"/>
          </w:p>
        </w:tc>
        <w:tc>
          <w:tcPr>
            <w:tcW w:w="1701" w:type="dxa"/>
            <w:tcMar>
              <w:top w:w="80" w:type="dxa"/>
              <w:left w:w="90" w:type="dxa"/>
              <w:bottom w:w="80" w:type="dxa"/>
              <w:right w:w="90" w:type="dxa"/>
            </w:tcMar>
          </w:tcPr>
          <w:p w14:paraId="0AD9330B" w14:textId="76183F69" w:rsidR="003F1BFA" w:rsidRPr="00240C29" w:rsidRDefault="003F1BFA" w:rsidP="003F1BFA">
            <w:pPr>
              <w:ind w:firstLine="0"/>
              <w:jc w:val="center"/>
              <w:rPr>
                <w:szCs w:val="24"/>
              </w:rPr>
            </w:pPr>
            <w:r w:rsidRPr="00FE0DC6">
              <w:t xml:space="preserve">         250 gr.</w:t>
            </w:r>
          </w:p>
        </w:tc>
      </w:tr>
      <w:tr w:rsidR="003F1BFA" w:rsidRPr="00240C29" w14:paraId="2EDA382B" w14:textId="77777777" w:rsidTr="006B3867">
        <w:trPr>
          <w:jc w:val="center"/>
        </w:trPr>
        <w:tc>
          <w:tcPr>
            <w:tcW w:w="850" w:type="dxa"/>
            <w:tcMar>
              <w:top w:w="80" w:type="dxa"/>
              <w:left w:w="90" w:type="dxa"/>
              <w:bottom w:w="80" w:type="dxa"/>
              <w:right w:w="90" w:type="dxa"/>
            </w:tcMar>
            <w:vAlign w:val="center"/>
          </w:tcPr>
          <w:p w14:paraId="322010E4" w14:textId="18B71B43" w:rsidR="003F1BFA" w:rsidRPr="00240C29" w:rsidRDefault="003F1BFA" w:rsidP="003F1BFA">
            <w:pPr>
              <w:ind w:firstLine="0"/>
              <w:jc w:val="center"/>
              <w:rPr>
                <w:szCs w:val="24"/>
              </w:rPr>
            </w:pPr>
            <w:r>
              <w:rPr>
                <w:szCs w:val="24"/>
              </w:rPr>
              <w:t>15</w:t>
            </w:r>
          </w:p>
        </w:tc>
        <w:tc>
          <w:tcPr>
            <w:tcW w:w="7087" w:type="dxa"/>
            <w:tcMar>
              <w:top w:w="80" w:type="dxa"/>
              <w:left w:w="90" w:type="dxa"/>
              <w:bottom w:w="80" w:type="dxa"/>
              <w:right w:w="90" w:type="dxa"/>
            </w:tcMar>
          </w:tcPr>
          <w:p w14:paraId="1334D605" w14:textId="1B4599A8" w:rsidR="003F1BFA" w:rsidRPr="00240C29" w:rsidRDefault="003F1BFA" w:rsidP="003F1BFA">
            <w:pPr>
              <w:ind w:firstLine="0"/>
              <w:rPr>
                <w:szCs w:val="24"/>
              </w:rPr>
            </w:pPr>
            <w:proofErr w:type="spellStart"/>
            <w:r w:rsidRPr="00FE0DC6">
              <w:t>Sufleu</w:t>
            </w:r>
            <w:proofErr w:type="spellEnd"/>
            <w:r w:rsidRPr="00FE0DC6">
              <w:t xml:space="preserve"> de </w:t>
            </w:r>
            <w:proofErr w:type="spellStart"/>
            <w:r w:rsidRPr="00FE0DC6">
              <w:t>conopida</w:t>
            </w:r>
            <w:proofErr w:type="spellEnd"/>
            <w:r w:rsidRPr="00FE0DC6">
              <w:t xml:space="preserve">/ </w:t>
            </w:r>
            <w:proofErr w:type="spellStart"/>
            <w:r w:rsidRPr="00FE0DC6">
              <w:t>dovlecei</w:t>
            </w:r>
            <w:proofErr w:type="spellEnd"/>
          </w:p>
        </w:tc>
        <w:tc>
          <w:tcPr>
            <w:tcW w:w="1701" w:type="dxa"/>
            <w:tcMar>
              <w:top w:w="80" w:type="dxa"/>
              <w:left w:w="90" w:type="dxa"/>
              <w:bottom w:w="80" w:type="dxa"/>
              <w:right w:w="90" w:type="dxa"/>
            </w:tcMar>
          </w:tcPr>
          <w:p w14:paraId="6D033376" w14:textId="582474E8" w:rsidR="003F1BFA" w:rsidRPr="00240C29" w:rsidRDefault="003F1BFA" w:rsidP="003F1BFA">
            <w:pPr>
              <w:ind w:firstLine="0"/>
              <w:jc w:val="center"/>
              <w:rPr>
                <w:szCs w:val="24"/>
              </w:rPr>
            </w:pPr>
            <w:r w:rsidRPr="00FE0DC6">
              <w:t xml:space="preserve">         250 gr.</w:t>
            </w:r>
          </w:p>
        </w:tc>
      </w:tr>
      <w:tr w:rsidR="003F1BFA" w:rsidRPr="00240C29" w14:paraId="15E48EFB" w14:textId="77777777" w:rsidTr="006B3867">
        <w:trPr>
          <w:jc w:val="center"/>
        </w:trPr>
        <w:tc>
          <w:tcPr>
            <w:tcW w:w="850" w:type="dxa"/>
            <w:tcMar>
              <w:top w:w="80" w:type="dxa"/>
              <w:left w:w="90" w:type="dxa"/>
              <w:bottom w:w="80" w:type="dxa"/>
              <w:right w:w="90" w:type="dxa"/>
            </w:tcMar>
            <w:vAlign w:val="center"/>
          </w:tcPr>
          <w:p w14:paraId="645F9000" w14:textId="0DD123DE" w:rsidR="003F1BFA" w:rsidRPr="00240C29" w:rsidRDefault="003F1BFA" w:rsidP="003F1BFA">
            <w:pPr>
              <w:ind w:firstLine="0"/>
              <w:jc w:val="center"/>
              <w:rPr>
                <w:szCs w:val="24"/>
              </w:rPr>
            </w:pPr>
            <w:r>
              <w:rPr>
                <w:szCs w:val="24"/>
              </w:rPr>
              <w:t>16</w:t>
            </w:r>
          </w:p>
        </w:tc>
        <w:tc>
          <w:tcPr>
            <w:tcW w:w="7087" w:type="dxa"/>
            <w:tcMar>
              <w:top w:w="80" w:type="dxa"/>
              <w:left w:w="90" w:type="dxa"/>
              <w:bottom w:w="80" w:type="dxa"/>
              <w:right w:w="90" w:type="dxa"/>
            </w:tcMar>
          </w:tcPr>
          <w:p w14:paraId="4124445D" w14:textId="09A5CEF0" w:rsidR="003F1BFA" w:rsidRPr="00240C29" w:rsidRDefault="003F1BFA" w:rsidP="003F1BFA">
            <w:pPr>
              <w:ind w:firstLine="0"/>
              <w:rPr>
                <w:szCs w:val="24"/>
              </w:rPr>
            </w:pPr>
            <w:r w:rsidRPr="00FE0DC6">
              <w:t xml:space="preserve">Mamaliga cu </w:t>
            </w:r>
            <w:proofErr w:type="spellStart"/>
            <w:r w:rsidRPr="00FE0DC6">
              <w:t>branza</w:t>
            </w:r>
            <w:proofErr w:type="spellEnd"/>
          </w:p>
        </w:tc>
        <w:tc>
          <w:tcPr>
            <w:tcW w:w="1701" w:type="dxa"/>
            <w:tcMar>
              <w:top w:w="80" w:type="dxa"/>
              <w:left w:w="90" w:type="dxa"/>
              <w:bottom w:w="80" w:type="dxa"/>
              <w:right w:w="90" w:type="dxa"/>
            </w:tcMar>
          </w:tcPr>
          <w:p w14:paraId="275F80FF" w14:textId="39007AD2" w:rsidR="003F1BFA" w:rsidRPr="00240C29" w:rsidRDefault="003F1BFA" w:rsidP="003F1BFA">
            <w:pPr>
              <w:ind w:firstLine="0"/>
              <w:jc w:val="center"/>
              <w:rPr>
                <w:szCs w:val="24"/>
              </w:rPr>
            </w:pPr>
            <w:r w:rsidRPr="00FE0DC6">
              <w:t xml:space="preserve">         250 gr.</w:t>
            </w:r>
          </w:p>
        </w:tc>
      </w:tr>
    </w:tbl>
    <w:p w14:paraId="51177305" w14:textId="77777777" w:rsidR="00F678CC" w:rsidRPr="00240C29" w:rsidRDefault="00F678CC" w:rsidP="006B3867">
      <w:pPr>
        <w:rPr>
          <w:szCs w:val="24"/>
        </w:rPr>
      </w:pPr>
    </w:p>
    <w:p w14:paraId="0BA46741" w14:textId="77777777" w:rsidR="00F678CC" w:rsidRPr="00240C29" w:rsidRDefault="00F678CC" w:rsidP="006B3867">
      <w:pPr>
        <w:rPr>
          <w:szCs w:val="24"/>
        </w:rPr>
      </w:pPr>
      <w:r w:rsidRPr="00240C29">
        <w:rPr>
          <w:b/>
          <w:szCs w:val="24"/>
        </w:rPr>
        <w:t>PREPARATE DIN LEGUME SI CARNE DE PASARE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34B4D854" w14:textId="77777777">
        <w:trPr>
          <w:tblHeader/>
          <w:jc w:val="center"/>
        </w:trPr>
        <w:tc>
          <w:tcPr>
            <w:tcW w:w="850" w:type="dxa"/>
            <w:shd w:val="clear" w:color="auto" w:fill="D9D9D9"/>
            <w:tcMar>
              <w:top w:w="80" w:type="dxa"/>
              <w:left w:w="90" w:type="dxa"/>
              <w:bottom w:w="80" w:type="dxa"/>
              <w:right w:w="90" w:type="dxa"/>
            </w:tcMar>
            <w:vAlign w:val="center"/>
          </w:tcPr>
          <w:p w14:paraId="3D19D353" w14:textId="77777777" w:rsidR="00F678CC" w:rsidRPr="00240C29" w:rsidRDefault="00F678CC" w:rsidP="003F1BFA">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22CCDF29" w14:textId="77777777" w:rsidR="00F678CC" w:rsidRPr="00240C29" w:rsidRDefault="00F678CC" w:rsidP="003F1BFA">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2899F0BA" w14:textId="77777777" w:rsidR="00F678CC" w:rsidRPr="00240C29" w:rsidRDefault="00F678CC" w:rsidP="003F1BFA">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44504C4A" w14:textId="77777777">
        <w:trPr>
          <w:jc w:val="center"/>
        </w:trPr>
        <w:tc>
          <w:tcPr>
            <w:tcW w:w="850" w:type="dxa"/>
            <w:tcMar>
              <w:top w:w="80" w:type="dxa"/>
              <w:left w:w="90" w:type="dxa"/>
              <w:bottom w:w="80" w:type="dxa"/>
              <w:right w:w="90" w:type="dxa"/>
            </w:tcMar>
            <w:vAlign w:val="center"/>
          </w:tcPr>
          <w:p w14:paraId="18DBD04E" w14:textId="77777777" w:rsidR="00F678CC" w:rsidRPr="00240C29" w:rsidRDefault="00F678CC" w:rsidP="003F1BFA">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43D3063E" w14:textId="50C13369" w:rsidR="00F678CC" w:rsidRPr="00240C29" w:rsidRDefault="00F678CC" w:rsidP="003F1BFA">
            <w:pPr>
              <w:ind w:firstLine="0"/>
              <w:rPr>
                <w:szCs w:val="24"/>
              </w:rPr>
            </w:pPr>
            <w:r w:rsidRPr="00240C29">
              <w:rPr>
                <w:szCs w:val="24"/>
              </w:rPr>
              <w:t xml:space="preserve">Pui la </w:t>
            </w:r>
            <w:proofErr w:type="spellStart"/>
            <w:r w:rsidRPr="00240C29">
              <w:rPr>
                <w:szCs w:val="24"/>
              </w:rPr>
              <w:t>tava</w:t>
            </w:r>
            <w:proofErr w:type="spellEnd"/>
            <w:r w:rsidR="003F1BFA">
              <w:t xml:space="preserve"> </w:t>
            </w:r>
            <w:r w:rsidR="003F1BFA" w:rsidRPr="003F1BFA">
              <w:rPr>
                <w:szCs w:val="24"/>
              </w:rPr>
              <w:t xml:space="preserve">cu </w:t>
            </w:r>
            <w:proofErr w:type="spellStart"/>
            <w:r w:rsidR="003F1BFA" w:rsidRPr="003F1BFA">
              <w:rPr>
                <w:szCs w:val="24"/>
              </w:rPr>
              <w:t>piure</w:t>
            </w:r>
            <w:proofErr w:type="spellEnd"/>
            <w:r w:rsidR="003F1BFA" w:rsidRPr="003F1BFA">
              <w:rPr>
                <w:szCs w:val="24"/>
              </w:rPr>
              <w:t xml:space="preserve"> de </w:t>
            </w:r>
            <w:proofErr w:type="spellStart"/>
            <w:r w:rsidR="003F1BFA" w:rsidRPr="003F1BFA">
              <w:rPr>
                <w:szCs w:val="24"/>
              </w:rPr>
              <w:t>morcovi</w:t>
            </w:r>
            <w:proofErr w:type="spellEnd"/>
            <w:r w:rsidR="003F1BFA" w:rsidRPr="003F1BFA">
              <w:rPr>
                <w:szCs w:val="24"/>
              </w:rPr>
              <w:t xml:space="preserve">/ </w:t>
            </w:r>
            <w:proofErr w:type="spellStart"/>
            <w:r w:rsidR="003F1BFA" w:rsidRPr="003F1BFA">
              <w:rPr>
                <w:szCs w:val="24"/>
              </w:rPr>
              <w:t>dovlecei</w:t>
            </w:r>
            <w:proofErr w:type="spellEnd"/>
          </w:p>
        </w:tc>
        <w:tc>
          <w:tcPr>
            <w:tcW w:w="1701" w:type="dxa"/>
            <w:tcMar>
              <w:top w:w="80" w:type="dxa"/>
              <w:left w:w="90" w:type="dxa"/>
              <w:bottom w:w="80" w:type="dxa"/>
              <w:right w:w="90" w:type="dxa"/>
            </w:tcMar>
            <w:vAlign w:val="center"/>
          </w:tcPr>
          <w:p w14:paraId="11A3646C" w14:textId="77777777" w:rsidR="00F678CC" w:rsidRPr="00240C29" w:rsidRDefault="00F678CC" w:rsidP="003F1BFA">
            <w:pPr>
              <w:ind w:firstLine="0"/>
              <w:jc w:val="center"/>
              <w:rPr>
                <w:szCs w:val="24"/>
              </w:rPr>
            </w:pPr>
            <w:r w:rsidRPr="00240C29">
              <w:rPr>
                <w:szCs w:val="24"/>
              </w:rPr>
              <w:t>120 gr.</w:t>
            </w:r>
          </w:p>
        </w:tc>
      </w:tr>
      <w:tr w:rsidR="00F678CC" w:rsidRPr="00240C29" w14:paraId="62867D8D" w14:textId="77777777">
        <w:trPr>
          <w:jc w:val="center"/>
        </w:trPr>
        <w:tc>
          <w:tcPr>
            <w:tcW w:w="850" w:type="dxa"/>
            <w:tcMar>
              <w:top w:w="80" w:type="dxa"/>
              <w:left w:w="90" w:type="dxa"/>
              <w:bottom w:w="80" w:type="dxa"/>
              <w:right w:w="90" w:type="dxa"/>
            </w:tcMar>
            <w:vAlign w:val="center"/>
          </w:tcPr>
          <w:p w14:paraId="578B908B" w14:textId="77777777" w:rsidR="00F678CC" w:rsidRPr="00240C29" w:rsidRDefault="00F678CC" w:rsidP="003F1BFA">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20350049" w14:textId="77777777" w:rsidR="00F678CC" w:rsidRPr="00240C29" w:rsidRDefault="00F678CC" w:rsidP="003F1BFA">
            <w:pPr>
              <w:ind w:firstLine="0"/>
              <w:rPr>
                <w:szCs w:val="24"/>
              </w:rPr>
            </w:pPr>
            <w:proofErr w:type="spellStart"/>
            <w:r w:rsidRPr="00240C29">
              <w:rPr>
                <w:szCs w:val="24"/>
              </w:rPr>
              <w:t>Ciulama</w:t>
            </w:r>
            <w:proofErr w:type="spellEnd"/>
            <w:r w:rsidRPr="00240C29">
              <w:rPr>
                <w:szCs w:val="24"/>
              </w:rPr>
              <w:t xml:space="preserve"> de </w:t>
            </w:r>
            <w:proofErr w:type="spellStart"/>
            <w:r w:rsidRPr="00240C29">
              <w:rPr>
                <w:szCs w:val="24"/>
              </w:rPr>
              <w:t>pasare</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2C58B78E" w14:textId="77777777" w:rsidR="00F678CC" w:rsidRPr="00240C29" w:rsidRDefault="00F678CC" w:rsidP="003F1BFA">
            <w:pPr>
              <w:ind w:firstLine="0"/>
              <w:jc w:val="center"/>
              <w:rPr>
                <w:szCs w:val="24"/>
              </w:rPr>
            </w:pPr>
            <w:r w:rsidRPr="00240C29">
              <w:rPr>
                <w:szCs w:val="24"/>
              </w:rPr>
              <w:t>90/210/200 gr.</w:t>
            </w:r>
          </w:p>
        </w:tc>
      </w:tr>
      <w:tr w:rsidR="00F678CC" w:rsidRPr="00240C29" w14:paraId="0A6F42AA" w14:textId="77777777">
        <w:trPr>
          <w:jc w:val="center"/>
        </w:trPr>
        <w:tc>
          <w:tcPr>
            <w:tcW w:w="850" w:type="dxa"/>
            <w:tcMar>
              <w:top w:w="80" w:type="dxa"/>
              <w:left w:w="90" w:type="dxa"/>
              <w:bottom w:w="80" w:type="dxa"/>
              <w:right w:w="90" w:type="dxa"/>
            </w:tcMar>
            <w:vAlign w:val="center"/>
          </w:tcPr>
          <w:p w14:paraId="5C8B888D" w14:textId="77777777" w:rsidR="00F678CC" w:rsidRPr="00240C29" w:rsidRDefault="00F678CC" w:rsidP="003F1BFA">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70026C80" w14:textId="77777777" w:rsidR="00F678CC" w:rsidRPr="00240C29" w:rsidRDefault="00F678CC" w:rsidP="003F1BFA">
            <w:pPr>
              <w:ind w:firstLine="0"/>
              <w:rPr>
                <w:szCs w:val="24"/>
              </w:rPr>
            </w:pPr>
            <w:r w:rsidRPr="00240C29">
              <w:rPr>
                <w:szCs w:val="24"/>
              </w:rPr>
              <w:t xml:space="preserve">Pui cu </w:t>
            </w:r>
            <w:proofErr w:type="spellStart"/>
            <w:r w:rsidRPr="00240C29">
              <w:rPr>
                <w:szCs w:val="24"/>
              </w:rPr>
              <w:t>conopida</w:t>
            </w:r>
            <w:proofErr w:type="spellEnd"/>
          </w:p>
        </w:tc>
        <w:tc>
          <w:tcPr>
            <w:tcW w:w="1701" w:type="dxa"/>
            <w:tcMar>
              <w:top w:w="80" w:type="dxa"/>
              <w:left w:w="90" w:type="dxa"/>
              <w:bottom w:w="80" w:type="dxa"/>
              <w:right w:w="90" w:type="dxa"/>
            </w:tcMar>
            <w:vAlign w:val="center"/>
          </w:tcPr>
          <w:p w14:paraId="28095E31" w14:textId="77777777" w:rsidR="00F678CC" w:rsidRPr="00240C29" w:rsidRDefault="00F678CC" w:rsidP="003F1BFA">
            <w:pPr>
              <w:ind w:firstLine="0"/>
              <w:jc w:val="center"/>
              <w:rPr>
                <w:szCs w:val="24"/>
              </w:rPr>
            </w:pPr>
            <w:r w:rsidRPr="00240C29">
              <w:rPr>
                <w:szCs w:val="24"/>
              </w:rPr>
              <w:t>120/120/100 gr</w:t>
            </w:r>
          </w:p>
        </w:tc>
      </w:tr>
      <w:tr w:rsidR="00F678CC" w:rsidRPr="00240C29" w14:paraId="58124845" w14:textId="77777777">
        <w:trPr>
          <w:jc w:val="center"/>
        </w:trPr>
        <w:tc>
          <w:tcPr>
            <w:tcW w:w="850" w:type="dxa"/>
            <w:tcMar>
              <w:top w:w="80" w:type="dxa"/>
              <w:left w:w="90" w:type="dxa"/>
              <w:bottom w:w="80" w:type="dxa"/>
              <w:right w:w="90" w:type="dxa"/>
            </w:tcMar>
            <w:vAlign w:val="center"/>
          </w:tcPr>
          <w:p w14:paraId="695D2476" w14:textId="77777777" w:rsidR="00F678CC" w:rsidRPr="00240C29" w:rsidRDefault="00F678CC" w:rsidP="003F1BFA">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354C9F41" w14:textId="23A2437B" w:rsidR="00F678CC" w:rsidRPr="00240C29" w:rsidRDefault="00F678CC" w:rsidP="003F1BFA">
            <w:pPr>
              <w:ind w:firstLine="0"/>
              <w:rPr>
                <w:szCs w:val="24"/>
              </w:rPr>
            </w:pPr>
            <w:r w:rsidRPr="00240C29">
              <w:rPr>
                <w:szCs w:val="24"/>
              </w:rPr>
              <w:t xml:space="preserve">Pui cu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003F1BFA" w:rsidRPr="003F1BFA">
              <w:rPr>
                <w:szCs w:val="24"/>
                <w:lang w:val="en"/>
              </w:rPr>
              <w:t xml:space="preserve">/ </w:t>
            </w:r>
            <w:proofErr w:type="spellStart"/>
            <w:r w:rsidR="003F1BFA" w:rsidRPr="003F1BFA">
              <w:rPr>
                <w:szCs w:val="24"/>
                <w:lang w:val="en"/>
              </w:rPr>
              <w:t>dovlecei</w:t>
            </w:r>
            <w:proofErr w:type="spellEnd"/>
            <w:r w:rsidR="003F1BFA" w:rsidRPr="003F1BFA">
              <w:rPr>
                <w:szCs w:val="24"/>
                <w:lang w:val="en"/>
              </w:rPr>
              <w:t xml:space="preserve">/ </w:t>
            </w:r>
            <w:proofErr w:type="spellStart"/>
            <w:r w:rsidR="003F1BFA" w:rsidRPr="003F1BFA">
              <w:rPr>
                <w:szCs w:val="24"/>
                <w:lang w:val="en"/>
              </w:rPr>
              <w:t>spanac</w:t>
            </w:r>
            <w:proofErr w:type="spellEnd"/>
          </w:p>
        </w:tc>
        <w:tc>
          <w:tcPr>
            <w:tcW w:w="1701" w:type="dxa"/>
            <w:tcMar>
              <w:top w:w="80" w:type="dxa"/>
              <w:left w:w="90" w:type="dxa"/>
              <w:bottom w:w="80" w:type="dxa"/>
              <w:right w:w="90" w:type="dxa"/>
            </w:tcMar>
            <w:vAlign w:val="center"/>
          </w:tcPr>
          <w:p w14:paraId="57865907" w14:textId="77777777" w:rsidR="00F678CC" w:rsidRPr="00240C29" w:rsidRDefault="00F678CC" w:rsidP="003F1BFA">
            <w:pPr>
              <w:ind w:firstLine="0"/>
              <w:jc w:val="center"/>
              <w:rPr>
                <w:szCs w:val="24"/>
              </w:rPr>
            </w:pPr>
            <w:r w:rsidRPr="00240C29">
              <w:rPr>
                <w:szCs w:val="24"/>
              </w:rPr>
              <w:t>120/100/120 gr</w:t>
            </w:r>
          </w:p>
        </w:tc>
      </w:tr>
      <w:tr w:rsidR="00F678CC" w:rsidRPr="00240C29" w14:paraId="1E6BEB2D" w14:textId="77777777">
        <w:trPr>
          <w:jc w:val="center"/>
        </w:trPr>
        <w:tc>
          <w:tcPr>
            <w:tcW w:w="850" w:type="dxa"/>
            <w:tcMar>
              <w:top w:w="80" w:type="dxa"/>
              <w:left w:w="90" w:type="dxa"/>
              <w:bottom w:w="80" w:type="dxa"/>
              <w:right w:w="90" w:type="dxa"/>
            </w:tcMar>
            <w:vAlign w:val="center"/>
          </w:tcPr>
          <w:p w14:paraId="506B5A07" w14:textId="77777777" w:rsidR="00F678CC" w:rsidRPr="00240C29" w:rsidRDefault="00F678CC" w:rsidP="003F1BFA">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4169AC03" w14:textId="77777777" w:rsidR="00F678CC" w:rsidRPr="00240C29" w:rsidRDefault="00F678CC" w:rsidP="003F1BFA">
            <w:pPr>
              <w:ind w:firstLine="0"/>
              <w:rPr>
                <w:szCs w:val="24"/>
              </w:rPr>
            </w:pPr>
            <w:proofErr w:type="spellStart"/>
            <w:r w:rsidRPr="00240C29">
              <w:rPr>
                <w:szCs w:val="24"/>
              </w:rPr>
              <w:t>Pasare</w:t>
            </w:r>
            <w:proofErr w:type="spellEnd"/>
            <w:r w:rsidRPr="00240C29">
              <w:rPr>
                <w:szCs w:val="24"/>
              </w:rPr>
              <w:t xml:space="preserve"> cu legume</w:t>
            </w:r>
          </w:p>
        </w:tc>
        <w:tc>
          <w:tcPr>
            <w:tcW w:w="1701" w:type="dxa"/>
            <w:tcMar>
              <w:top w:w="80" w:type="dxa"/>
              <w:left w:w="90" w:type="dxa"/>
              <w:bottom w:w="80" w:type="dxa"/>
              <w:right w:w="90" w:type="dxa"/>
            </w:tcMar>
            <w:vAlign w:val="center"/>
          </w:tcPr>
          <w:p w14:paraId="0DF8D765" w14:textId="77777777" w:rsidR="00F678CC" w:rsidRPr="00240C29" w:rsidRDefault="00F678CC" w:rsidP="003F1BFA">
            <w:pPr>
              <w:ind w:firstLine="0"/>
              <w:jc w:val="center"/>
              <w:rPr>
                <w:szCs w:val="24"/>
              </w:rPr>
            </w:pPr>
            <w:r w:rsidRPr="00240C29">
              <w:rPr>
                <w:szCs w:val="24"/>
              </w:rPr>
              <w:t>120/250 gr</w:t>
            </w:r>
          </w:p>
        </w:tc>
      </w:tr>
      <w:tr w:rsidR="00F678CC" w:rsidRPr="00240C29" w14:paraId="15193249" w14:textId="77777777">
        <w:trPr>
          <w:jc w:val="center"/>
        </w:trPr>
        <w:tc>
          <w:tcPr>
            <w:tcW w:w="850" w:type="dxa"/>
            <w:tcMar>
              <w:top w:w="80" w:type="dxa"/>
              <w:left w:w="90" w:type="dxa"/>
              <w:bottom w:w="80" w:type="dxa"/>
              <w:right w:w="90" w:type="dxa"/>
            </w:tcMar>
            <w:vAlign w:val="center"/>
          </w:tcPr>
          <w:p w14:paraId="2D29DAA4" w14:textId="77777777" w:rsidR="00F678CC" w:rsidRPr="00240C29" w:rsidRDefault="00F678CC" w:rsidP="003F1BFA">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39B58F62" w14:textId="77777777" w:rsidR="00F678CC" w:rsidRPr="00240C29" w:rsidRDefault="00F678CC" w:rsidP="003F1BFA">
            <w:pPr>
              <w:ind w:firstLine="0"/>
              <w:rPr>
                <w:szCs w:val="24"/>
              </w:rPr>
            </w:pPr>
            <w:proofErr w:type="spellStart"/>
            <w:r w:rsidRPr="00240C29">
              <w:rPr>
                <w:szCs w:val="24"/>
              </w:rPr>
              <w:t>Friptura</w:t>
            </w:r>
            <w:proofErr w:type="spellEnd"/>
            <w:r w:rsidRPr="00240C29">
              <w:rPr>
                <w:szCs w:val="24"/>
              </w:rPr>
              <w:t xml:space="preserve"> </w:t>
            </w:r>
            <w:proofErr w:type="spellStart"/>
            <w:r w:rsidRPr="00240C29">
              <w:rPr>
                <w:szCs w:val="24"/>
              </w:rPr>
              <w:t>inabusita</w:t>
            </w:r>
            <w:proofErr w:type="spellEnd"/>
            <w:r w:rsidRPr="00240C29">
              <w:rPr>
                <w:szCs w:val="24"/>
              </w:rPr>
              <w:t xml:space="preserve"> de </w:t>
            </w:r>
            <w:proofErr w:type="spellStart"/>
            <w:r w:rsidRPr="00240C29">
              <w:rPr>
                <w:szCs w:val="24"/>
              </w:rPr>
              <w:t>pui</w:t>
            </w:r>
            <w:proofErr w:type="spellEnd"/>
            <w:r w:rsidRPr="00240C29">
              <w:rPr>
                <w:szCs w:val="24"/>
              </w:rPr>
              <w:t xml:space="preserve"> cu </w:t>
            </w:r>
            <w:proofErr w:type="spellStart"/>
            <w:r w:rsidRPr="00240C29">
              <w:rPr>
                <w:szCs w:val="24"/>
              </w:rPr>
              <w:t>sos</w:t>
            </w:r>
            <w:proofErr w:type="spellEnd"/>
            <w:r w:rsidRPr="00240C29">
              <w:rPr>
                <w:szCs w:val="24"/>
              </w:rPr>
              <w:t xml:space="preserve"> de legume</w:t>
            </w:r>
          </w:p>
        </w:tc>
        <w:tc>
          <w:tcPr>
            <w:tcW w:w="1701" w:type="dxa"/>
            <w:tcMar>
              <w:top w:w="80" w:type="dxa"/>
              <w:left w:w="90" w:type="dxa"/>
              <w:bottom w:w="80" w:type="dxa"/>
              <w:right w:w="90" w:type="dxa"/>
            </w:tcMar>
            <w:vAlign w:val="center"/>
          </w:tcPr>
          <w:p w14:paraId="054A7939" w14:textId="77777777" w:rsidR="00F678CC" w:rsidRPr="00240C29" w:rsidRDefault="00F678CC" w:rsidP="003F1BFA">
            <w:pPr>
              <w:ind w:firstLine="0"/>
              <w:jc w:val="center"/>
              <w:rPr>
                <w:szCs w:val="24"/>
              </w:rPr>
            </w:pPr>
            <w:r w:rsidRPr="00240C29">
              <w:rPr>
                <w:szCs w:val="24"/>
              </w:rPr>
              <w:t>125/100 gr</w:t>
            </w:r>
          </w:p>
        </w:tc>
      </w:tr>
      <w:tr w:rsidR="00F678CC" w:rsidRPr="00240C29" w14:paraId="1354FFB9" w14:textId="77777777">
        <w:trPr>
          <w:jc w:val="center"/>
        </w:trPr>
        <w:tc>
          <w:tcPr>
            <w:tcW w:w="850" w:type="dxa"/>
            <w:tcMar>
              <w:top w:w="80" w:type="dxa"/>
              <w:left w:w="90" w:type="dxa"/>
              <w:bottom w:w="80" w:type="dxa"/>
              <w:right w:w="90" w:type="dxa"/>
            </w:tcMar>
            <w:vAlign w:val="center"/>
          </w:tcPr>
          <w:p w14:paraId="02AAE54D" w14:textId="77777777" w:rsidR="00F678CC" w:rsidRPr="00240C29" w:rsidRDefault="00F678CC" w:rsidP="003F1BFA">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712B7916" w14:textId="77777777" w:rsidR="00F678CC" w:rsidRPr="00240C29" w:rsidRDefault="00F678CC" w:rsidP="003F1BFA">
            <w:pPr>
              <w:ind w:firstLine="0"/>
              <w:rPr>
                <w:szCs w:val="24"/>
              </w:rPr>
            </w:pPr>
            <w:r w:rsidRPr="00240C29">
              <w:rPr>
                <w:szCs w:val="24"/>
              </w:rPr>
              <w:t xml:space="preserve">Pilaf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2BD13117" w14:textId="77777777" w:rsidR="00F678CC" w:rsidRPr="00240C29" w:rsidRDefault="00F678CC" w:rsidP="003F1BFA">
            <w:pPr>
              <w:ind w:firstLine="0"/>
              <w:jc w:val="center"/>
              <w:rPr>
                <w:szCs w:val="24"/>
              </w:rPr>
            </w:pPr>
            <w:r w:rsidRPr="00240C29">
              <w:rPr>
                <w:szCs w:val="24"/>
              </w:rPr>
              <w:t>120/200 gr</w:t>
            </w:r>
          </w:p>
        </w:tc>
      </w:tr>
      <w:tr w:rsidR="00F678CC" w:rsidRPr="00240C29" w14:paraId="4792F50F" w14:textId="77777777">
        <w:trPr>
          <w:jc w:val="center"/>
        </w:trPr>
        <w:tc>
          <w:tcPr>
            <w:tcW w:w="850" w:type="dxa"/>
            <w:tcMar>
              <w:top w:w="80" w:type="dxa"/>
              <w:left w:w="90" w:type="dxa"/>
              <w:bottom w:w="80" w:type="dxa"/>
              <w:right w:w="90" w:type="dxa"/>
            </w:tcMar>
            <w:vAlign w:val="center"/>
          </w:tcPr>
          <w:p w14:paraId="3EE310CF" w14:textId="77777777" w:rsidR="00F678CC" w:rsidRPr="00240C29" w:rsidRDefault="00F678CC" w:rsidP="003F1BFA">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28089C4F" w14:textId="77777777" w:rsidR="00F678CC" w:rsidRPr="00240C29" w:rsidRDefault="00F678CC" w:rsidP="003F1BFA">
            <w:pPr>
              <w:ind w:firstLine="0"/>
              <w:rPr>
                <w:szCs w:val="24"/>
              </w:rPr>
            </w:pPr>
            <w:r w:rsidRPr="00240C29">
              <w:rPr>
                <w:szCs w:val="24"/>
              </w:rPr>
              <w:t xml:space="preserve">Pui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6D6144A2" w14:textId="77777777" w:rsidR="00F678CC" w:rsidRPr="00240C29" w:rsidRDefault="00F678CC" w:rsidP="003F1BFA">
            <w:pPr>
              <w:ind w:firstLine="0"/>
              <w:jc w:val="center"/>
              <w:rPr>
                <w:szCs w:val="24"/>
              </w:rPr>
            </w:pPr>
            <w:r w:rsidRPr="00240C29">
              <w:rPr>
                <w:szCs w:val="24"/>
              </w:rPr>
              <w:t>120/230 gr</w:t>
            </w:r>
          </w:p>
        </w:tc>
      </w:tr>
      <w:tr w:rsidR="00F678CC" w:rsidRPr="00240C29" w14:paraId="5C24A98D" w14:textId="77777777">
        <w:trPr>
          <w:jc w:val="center"/>
        </w:trPr>
        <w:tc>
          <w:tcPr>
            <w:tcW w:w="850" w:type="dxa"/>
            <w:tcMar>
              <w:top w:w="80" w:type="dxa"/>
              <w:left w:w="90" w:type="dxa"/>
              <w:bottom w:w="80" w:type="dxa"/>
              <w:right w:w="90" w:type="dxa"/>
            </w:tcMar>
            <w:vAlign w:val="center"/>
          </w:tcPr>
          <w:p w14:paraId="6BD0242D" w14:textId="77777777" w:rsidR="00F678CC" w:rsidRPr="00240C29" w:rsidRDefault="00F678CC" w:rsidP="003F1BFA">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2B08C97C" w14:textId="77777777" w:rsidR="00F678CC" w:rsidRPr="00240C29" w:rsidRDefault="00F678CC" w:rsidP="003F1BFA">
            <w:pPr>
              <w:ind w:firstLine="0"/>
              <w:rPr>
                <w:szCs w:val="24"/>
              </w:rPr>
            </w:pPr>
            <w:proofErr w:type="spellStart"/>
            <w:r w:rsidRPr="00240C29">
              <w:rPr>
                <w:szCs w:val="24"/>
              </w:rPr>
              <w:t>Tocana</w:t>
            </w:r>
            <w:proofErr w:type="spellEnd"/>
            <w:r w:rsidRPr="00240C29">
              <w:rPr>
                <w:szCs w:val="24"/>
              </w:rPr>
              <w:t xml:space="preserve"> de </w:t>
            </w:r>
            <w:proofErr w:type="spellStart"/>
            <w:r w:rsidRPr="00240C29">
              <w:rPr>
                <w:szCs w:val="24"/>
              </w:rPr>
              <w:t>pasare</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0B266CB2" w14:textId="77777777" w:rsidR="00F678CC" w:rsidRPr="00240C29" w:rsidRDefault="00F678CC" w:rsidP="003F1BFA">
            <w:pPr>
              <w:ind w:firstLine="0"/>
              <w:jc w:val="center"/>
              <w:rPr>
                <w:szCs w:val="24"/>
              </w:rPr>
            </w:pPr>
            <w:r w:rsidRPr="00240C29">
              <w:rPr>
                <w:szCs w:val="24"/>
              </w:rPr>
              <w:t>120/200/200 gr</w:t>
            </w:r>
          </w:p>
        </w:tc>
      </w:tr>
      <w:tr w:rsidR="00F678CC" w:rsidRPr="00240C29" w14:paraId="2E00DB24" w14:textId="77777777">
        <w:trPr>
          <w:jc w:val="center"/>
        </w:trPr>
        <w:tc>
          <w:tcPr>
            <w:tcW w:w="850" w:type="dxa"/>
            <w:tcMar>
              <w:top w:w="80" w:type="dxa"/>
              <w:left w:w="90" w:type="dxa"/>
              <w:bottom w:w="80" w:type="dxa"/>
              <w:right w:w="90" w:type="dxa"/>
            </w:tcMar>
            <w:vAlign w:val="center"/>
          </w:tcPr>
          <w:p w14:paraId="05896B9B" w14:textId="77777777" w:rsidR="00F678CC" w:rsidRPr="00240C29" w:rsidRDefault="00F678CC" w:rsidP="003F1BFA">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03F1C392" w14:textId="77777777" w:rsidR="00F678CC" w:rsidRPr="00240C29" w:rsidRDefault="00F678CC" w:rsidP="003F1BFA">
            <w:pPr>
              <w:ind w:firstLine="0"/>
              <w:rPr>
                <w:szCs w:val="24"/>
              </w:rPr>
            </w:pPr>
            <w:r w:rsidRPr="00240C29">
              <w:rPr>
                <w:szCs w:val="24"/>
              </w:rPr>
              <w:t xml:space="preserve">Pui cu </w:t>
            </w:r>
            <w:proofErr w:type="spellStart"/>
            <w:r w:rsidRPr="00240C29">
              <w:rPr>
                <w:szCs w:val="24"/>
              </w:rPr>
              <w:t>bame</w:t>
            </w:r>
            <w:proofErr w:type="spellEnd"/>
          </w:p>
        </w:tc>
        <w:tc>
          <w:tcPr>
            <w:tcW w:w="1701" w:type="dxa"/>
            <w:tcMar>
              <w:top w:w="80" w:type="dxa"/>
              <w:left w:w="90" w:type="dxa"/>
              <w:bottom w:w="80" w:type="dxa"/>
              <w:right w:w="90" w:type="dxa"/>
            </w:tcMar>
            <w:vAlign w:val="center"/>
          </w:tcPr>
          <w:p w14:paraId="6CE87C99" w14:textId="77777777" w:rsidR="00F678CC" w:rsidRPr="00240C29" w:rsidRDefault="00F678CC" w:rsidP="003F1BFA">
            <w:pPr>
              <w:ind w:firstLine="0"/>
              <w:jc w:val="center"/>
              <w:rPr>
                <w:szCs w:val="24"/>
              </w:rPr>
            </w:pPr>
            <w:r w:rsidRPr="00240C29">
              <w:rPr>
                <w:szCs w:val="24"/>
              </w:rPr>
              <w:t>120/100/130 gr</w:t>
            </w:r>
          </w:p>
        </w:tc>
      </w:tr>
      <w:tr w:rsidR="00F678CC" w:rsidRPr="00240C29" w14:paraId="78E66505" w14:textId="77777777">
        <w:trPr>
          <w:jc w:val="center"/>
        </w:trPr>
        <w:tc>
          <w:tcPr>
            <w:tcW w:w="850" w:type="dxa"/>
            <w:tcMar>
              <w:top w:w="80" w:type="dxa"/>
              <w:left w:w="90" w:type="dxa"/>
              <w:bottom w:w="80" w:type="dxa"/>
              <w:right w:w="90" w:type="dxa"/>
            </w:tcMar>
            <w:vAlign w:val="center"/>
          </w:tcPr>
          <w:p w14:paraId="71E3BABC" w14:textId="77777777" w:rsidR="00F678CC" w:rsidRPr="00240C29" w:rsidRDefault="00F678CC" w:rsidP="003F1BFA">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487FA326" w14:textId="77777777" w:rsidR="00F678CC" w:rsidRPr="00240C29" w:rsidRDefault="00F678CC" w:rsidP="003F1BFA">
            <w:pPr>
              <w:ind w:firstLine="0"/>
              <w:rPr>
                <w:szCs w:val="24"/>
              </w:rPr>
            </w:pPr>
            <w:r w:rsidRPr="00240C29">
              <w:rPr>
                <w:szCs w:val="24"/>
              </w:rPr>
              <w:t xml:space="preserve">Pui cu </w:t>
            </w:r>
            <w:proofErr w:type="spellStart"/>
            <w:r w:rsidRPr="00240C29">
              <w:rPr>
                <w:szCs w:val="24"/>
              </w:rPr>
              <w:t>garnitura</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63A2D586" w14:textId="77777777" w:rsidR="00F678CC" w:rsidRPr="00240C29" w:rsidRDefault="00F678CC" w:rsidP="003F1BFA">
            <w:pPr>
              <w:ind w:firstLine="0"/>
              <w:jc w:val="center"/>
              <w:rPr>
                <w:szCs w:val="24"/>
              </w:rPr>
            </w:pPr>
            <w:r w:rsidRPr="00240C29">
              <w:rPr>
                <w:szCs w:val="24"/>
              </w:rPr>
              <w:t>120/150/10 gr</w:t>
            </w:r>
          </w:p>
        </w:tc>
      </w:tr>
      <w:tr w:rsidR="00F678CC" w:rsidRPr="00240C29" w14:paraId="06119A13" w14:textId="77777777">
        <w:trPr>
          <w:jc w:val="center"/>
        </w:trPr>
        <w:tc>
          <w:tcPr>
            <w:tcW w:w="850" w:type="dxa"/>
            <w:tcMar>
              <w:top w:w="80" w:type="dxa"/>
              <w:left w:w="90" w:type="dxa"/>
              <w:bottom w:w="80" w:type="dxa"/>
              <w:right w:w="90" w:type="dxa"/>
            </w:tcMar>
            <w:vAlign w:val="center"/>
          </w:tcPr>
          <w:p w14:paraId="39BE6DDF" w14:textId="77777777" w:rsidR="00F678CC" w:rsidRPr="00240C29" w:rsidRDefault="00F678CC" w:rsidP="003F1BFA">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5989E3FE" w14:textId="77777777" w:rsidR="00F678CC" w:rsidRPr="00240C29" w:rsidRDefault="00F678CC" w:rsidP="003F1BFA">
            <w:pPr>
              <w:ind w:firstLine="0"/>
              <w:rPr>
                <w:szCs w:val="24"/>
              </w:rPr>
            </w:pPr>
            <w:proofErr w:type="spellStart"/>
            <w:r w:rsidRPr="00240C29">
              <w:rPr>
                <w:szCs w:val="24"/>
              </w:rPr>
              <w:t>Pasare</w:t>
            </w:r>
            <w:proofErr w:type="spellEnd"/>
            <w:r w:rsidRPr="00240C29">
              <w:rPr>
                <w:szCs w:val="24"/>
              </w:rPr>
              <w:t xml:space="preserve"> cu </w:t>
            </w:r>
            <w:proofErr w:type="spellStart"/>
            <w:r w:rsidRPr="00240C29">
              <w:rPr>
                <w:szCs w:val="24"/>
              </w:rPr>
              <w:t>sos</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19FC7B44" w14:textId="77777777" w:rsidR="00F678CC" w:rsidRPr="00240C29" w:rsidRDefault="00F678CC" w:rsidP="003F1BFA">
            <w:pPr>
              <w:ind w:firstLine="0"/>
              <w:jc w:val="center"/>
              <w:rPr>
                <w:szCs w:val="24"/>
              </w:rPr>
            </w:pPr>
            <w:r w:rsidRPr="00240C29">
              <w:rPr>
                <w:szCs w:val="24"/>
              </w:rPr>
              <w:t>120/230 gr</w:t>
            </w:r>
          </w:p>
        </w:tc>
      </w:tr>
      <w:tr w:rsidR="00F678CC" w:rsidRPr="00240C29" w14:paraId="55753F12" w14:textId="77777777">
        <w:trPr>
          <w:jc w:val="center"/>
        </w:trPr>
        <w:tc>
          <w:tcPr>
            <w:tcW w:w="850" w:type="dxa"/>
            <w:tcMar>
              <w:top w:w="80" w:type="dxa"/>
              <w:left w:w="90" w:type="dxa"/>
              <w:bottom w:w="80" w:type="dxa"/>
              <w:right w:w="90" w:type="dxa"/>
            </w:tcMar>
            <w:vAlign w:val="center"/>
          </w:tcPr>
          <w:p w14:paraId="6C50917B" w14:textId="77777777" w:rsidR="00F678CC" w:rsidRPr="00240C29" w:rsidRDefault="00F678CC" w:rsidP="003F1BFA">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69EA1FEE" w14:textId="77777777" w:rsidR="00F678CC" w:rsidRPr="00240C29" w:rsidRDefault="00F678CC" w:rsidP="003F1BFA">
            <w:pPr>
              <w:ind w:firstLine="0"/>
              <w:rPr>
                <w:szCs w:val="24"/>
              </w:rPr>
            </w:pPr>
            <w:proofErr w:type="spellStart"/>
            <w:r w:rsidRPr="00240C29">
              <w:rPr>
                <w:szCs w:val="24"/>
              </w:rPr>
              <w:t>Rizoto</w:t>
            </w:r>
            <w:proofErr w:type="spellEnd"/>
            <w:r w:rsidRPr="00240C29">
              <w:rPr>
                <w:szCs w:val="24"/>
              </w:rPr>
              <w:t xml:space="preserve"> cu </w:t>
            </w:r>
            <w:proofErr w:type="spellStart"/>
            <w:r w:rsidRPr="00240C29">
              <w:rPr>
                <w:szCs w:val="24"/>
              </w:rPr>
              <w:t>ficatei</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55D7DE3A" w14:textId="77777777" w:rsidR="00F678CC" w:rsidRPr="00240C29" w:rsidRDefault="00F678CC" w:rsidP="003F1BFA">
            <w:pPr>
              <w:ind w:firstLine="0"/>
              <w:jc w:val="center"/>
              <w:rPr>
                <w:szCs w:val="24"/>
              </w:rPr>
            </w:pPr>
            <w:r w:rsidRPr="00240C29">
              <w:rPr>
                <w:szCs w:val="24"/>
              </w:rPr>
              <w:t>200/60/15/100 gr</w:t>
            </w:r>
          </w:p>
        </w:tc>
      </w:tr>
      <w:tr w:rsidR="003F1BFA" w:rsidRPr="00240C29" w14:paraId="782E0C20" w14:textId="77777777" w:rsidTr="006B3867">
        <w:trPr>
          <w:jc w:val="center"/>
        </w:trPr>
        <w:tc>
          <w:tcPr>
            <w:tcW w:w="850" w:type="dxa"/>
            <w:tcMar>
              <w:top w:w="80" w:type="dxa"/>
              <w:left w:w="90" w:type="dxa"/>
              <w:bottom w:w="80" w:type="dxa"/>
              <w:right w:w="90" w:type="dxa"/>
            </w:tcMar>
            <w:vAlign w:val="center"/>
          </w:tcPr>
          <w:p w14:paraId="7322F6C3" w14:textId="5E91CAF9" w:rsidR="003F1BFA" w:rsidRPr="00240C29" w:rsidRDefault="003F1BFA" w:rsidP="003F1BFA">
            <w:pPr>
              <w:ind w:firstLine="0"/>
              <w:jc w:val="center"/>
              <w:rPr>
                <w:szCs w:val="24"/>
              </w:rPr>
            </w:pPr>
            <w:r>
              <w:rPr>
                <w:szCs w:val="24"/>
              </w:rPr>
              <w:t>14</w:t>
            </w:r>
          </w:p>
        </w:tc>
        <w:tc>
          <w:tcPr>
            <w:tcW w:w="7087" w:type="dxa"/>
            <w:tcMar>
              <w:top w:w="80" w:type="dxa"/>
              <w:left w:w="90" w:type="dxa"/>
              <w:bottom w:w="80" w:type="dxa"/>
              <w:right w:w="90" w:type="dxa"/>
            </w:tcMar>
          </w:tcPr>
          <w:p w14:paraId="1F61910D" w14:textId="08A58F8E" w:rsidR="003F1BFA" w:rsidRPr="00240C29" w:rsidRDefault="003F1BFA" w:rsidP="003F1BFA">
            <w:pPr>
              <w:ind w:firstLine="0"/>
              <w:rPr>
                <w:szCs w:val="24"/>
              </w:rPr>
            </w:pPr>
            <w:proofErr w:type="spellStart"/>
            <w:r w:rsidRPr="00F53703">
              <w:t>Dovlecei</w:t>
            </w:r>
            <w:proofErr w:type="spellEnd"/>
            <w:r w:rsidRPr="00F53703">
              <w:t>/</w:t>
            </w:r>
            <w:proofErr w:type="spellStart"/>
            <w:r w:rsidRPr="00F53703">
              <w:t>ardei</w:t>
            </w:r>
            <w:proofErr w:type="spellEnd"/>
            <w:r w:rsidRPr="00F53703">
              <w:t xml:space="preserve"> </w:t>
            </w:r>
            <w:proofErr w:type="spellStart"/>
            <w:r w:rsidRPr="00F53703">
              <w:t>grasi</w:t>
            </w:r>
            <w:proofErr w:type="spellEnd"/>
            <w:r w:rsidRPr="00F53703">
              <w:t xml:space="preserve"> </w:t>
            </w:r>
            <w:proofErr w:type="spellStart"/>
            <w:r w:rsidRPr="00F53703">
              <w:t>umpluti</w:t>
            </w:r>
            <w:proofErr w:type="spellEnd"/>
            <w:r w:rsidRPr="00F53703">
              <w:t xml:space="preserve"> cu carne </w:t>
            </w:r>
            <w:proofErr w:type="spellStart"/>
            <w:r w:rsidRPr="00F53703">
              <w:t>tocata</w:t>
            </w:r>
            <w:proofErr w:type="spellEnd"/>
            <w:r w:rsidRPr="00F53703">
              <w:t xml:space="preserve"> de </w:t>
            </w:r>
            <w:proofErr w:type="spellStart"/>
            <w:r w:rsidRPr="00F53703">
              <w:t>pui</w:t>
            </w:r>
            <w:proofErr w:type="spellEnd"/>
          </w:p>
        </w:tc>
        <w:tc>
          <w:tcPr>
            <w:tcW w:w="1701" w:type="dxa"/>
            <w:tcMar>
              <w:top w:w="80" w:type="dxa"/>
              <w:left w:w="90" w:type="dxa"/>
              <w:bottom w:w="80" w:type="dxa"/>
              <w:right w:w="90" w:type="dxa"/>
            </w:tcMar>
          </w:tcPr>
          <w:p w14:paraId="7D065D16" w14:textId="5280DF4D" w:rsidR="003F1BFA" w:rsidRPr="00240C29" w:rsidRDefault="003F1BFA" w:rsidP="003F1BFA">
            <w:pPr>
              <w:ind w:firstLine="0"/>
              <w:jc w:val="center"/>
              <w:rPr>
                <w:szCs w:val="24"/>
              </w:rPr>
            </w:pPr>
            <w:r w:rsidRPr="00F53703">
              <w:t>165/100/20 gr</w:t>
            </w:r>
          </w:p>
        </w:tc>
      </w:tr>
    </w:tbl>
    <w:p w14:paraId="0E0173E1" w14:textId="77777777" w:rsidR="00F678CC" w:rsidRPr="00240C29" w:rsidRDefault="00F678CC" w:rsidP="006B3867">
      <w:pPr>
        <w:rPr>
          <w:szCs w:val="24"/>
        </w:rPr>
      </w:pPr>
    </w:p>
    <w:p w14:paraId="68C72626" w14:textId="77777777" w:rsidR="00F678CC" w:rsidRPr="00240C29" w:rsidRDefault="00F678CC" w:rsidP="006B3867">
      <w:pPr>
        <w:rPr>
          <w:szCs w:val="24"/>
        </w:rPr>
      </w:pPr>
      <w:r w:rsidRPr="00240C29">
        <w:rPr>
          <w:b/>
          <w:szCs w:val="24"/>
        </w:rPr>
        <w:t>PREPARATE DIN LEGUME SI CARNE DE VACA</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2F60FC31" w14:textId="77777777">
        <w:trPr>
          <w:tblHeader/>
          <w:jc w:val="center"/>
        </w:trPr>
        <w:tc>
          <w:tcPr>
            <w:tcW w:w="850" w:type="dxa"/>
            <w:shd w:val="clear" w:color="auto" w:fill="D9D9D9"/>
            <w:tcMar>
              <w:top w:w="80" w:type="dxa"/>
              <w:left w:w="90" w:type="dxa"/>
              <w:bottom w:w="80" w:type="dxa"/>
              <w:right w:w="90" w:type="dxa"/>
            </w:tcMar>
            <w:vAlign w:val="center"/>
          </w:tcPr>
          <w:p w14:paraId="3B0F6E79" w14:textId="77777777" w:rsidR="00F678CC" w:rsidRPr="00240C29" w:rsidRDefault="00F678CC" w:rsidP="00175DC4">
            <w:pPr>
              <w:ind w:firstLine="0"/>
              <w:jc w:val="center"/>
              <w:rPr>
                <w:szCs w:val="24"/>
              </w:rPr>
            </w:pPr>
            <w:r w:rsidRPr="00240C29">
              <w:rPr>
                <w:b/>
                <w:szCs w:val="24"/>
              </w:rPr>
              <w:lastRenderedPageBreak/>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5A0DFCA9" w14:textId="77777777" w:rsidR="00F678CC" w:rsidRPr="00240C29" w:rsidRDefault="00F678CC" w:rsidP="00175DC4">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65A2BE07" w14:textId="77777777" w:rsidR="00F678CC" w:rsidRPr="00240C29" w:rsidRDefault="00F678CC" w:rsidP="00175DC4">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31623B91" w14:textId="77777777">
        <w:trPr>
          <w:jc w:val="center"/>
        </w:trPr>
        <w:tc>
          <w:tcPr>
            <w:tcW w:w="850" w:type="dxa"/>
            <w:tcMar>
              <w:top w:w="80" w:type="dxa"/>
              <w:left w:w="90" w:type="dxa"/>
              <w:bottom w:w="80" w:type="dxa"/>
              <w:right w:w="90" w:type="dxa"/>
            </w:tcMar>
            <w:vAlign w:val="center"/>
          </w:tcPr>
          <w:p w14:paraId="36B7C1FD" w14:textId="77777777" w:rsidR="00F678CC" w:rsidRPr="00240C29" w:rsidRDefault="00F678CC" w:rsidP="00175DC4">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4299C6C0" w14:textId="77777777" w:rsidR="00F678CC" w:rsidRPr="00240C29" w:rsidRDefault="00F678CC" w:rsidP="00175DC4">
            <w:pPr>
              <w:ind w:firstLine="0"/>
              <w:rPr>
                <w:szCs w:val="24"/>
              </w:rPr>
            </w:pPr>
            <w:proofErr w:type="spellStart"/>
            <w:r w:rsidRPr="00240C29">
              <w:rPr>
                <w:szCs w:val="24"/>
              </w:rPr>
              <w:t>Vacuta</w:t>
            </w:r>
            <w:proofErr w:type="spellEnd"/>
            <w:r w:rsidRPr="00240C29">
              <w:rPr>
                <w:szCs w:val="24"/>
              </w:rPr>
              <w:t xml:space="preserve"> cu legume</w:t>
            </w:r>
          </w:p>
        </w:tc>
        <w:tc>
          <w:tcPr>
            <w:tcW w:w="1701" w:type="dxa"/>
            <w:tcMar>
              <w:top w:w="80" w:type="dxa"/>
              <w:left w:w="90" w:type="dxa"/>
              <w:bottom w:w="80" w:type="dxa"/>
              <w:right w:w="90" w:type="dxa"/>
            </w:tcMar>
            <w:vAlign w:val="center"/>
          </w:tcPr>
          <w:p w14:paraId="206A844D" w14:textId="77777777" w:rsidR="00F678CC" w:rsidRPr="00240C29" w:rsidRDefault="00F678CC" w:rsidP="00175DC4">
            <w:pPr>
              <w:ind w:firstLine="0"/>
              <w:jc w:val="center"/>
              <w:rPr>
                <w:szCs w:val="24"/>
              </w:rPr>
            </w:pPr>
            <w:r w:rsidRPr="00240C29">
              <w:rPr>
                <w:szCs w:val="24"/>
              </w:rPr>
              <w:t>60/200/70 gr</w:t>
            </w:r>
          </w:p>
        </w:tc>
      </w:tr>
      <w:tr w:rsidR="00F678CC" w:rsidRPr="00240C29" w14:paraId="22158567" w14:textId="77777777">
        <w:trPr>
          <w:jc w:val="center"/>
        </w:trPr>
        <w:tc>
          <w:tcPr>
            <w:tcW w:w="850" w:type="dxa"/>
            <w:tcMar>
              <w:top w:w="80" w:type="dxa"/>
              <w:left w:w="90" w:type="dxa"/>
              <w:bottom w:w="80" w:type="dxa"/>
              <w:right w:w="90" w:type="dxa"/>
            </w:tcMar>
            <w:vAlign w:val="center"/>
          </w:tcPr>
          <w:p w14:paraId="2093E8FE" w14:textId="77777777" w:rsidR="00F678CC" w:rsidRPr="00240C29" w:rsidRDefault="00F678CC" w:rsidP="00175DC4">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655E1E68" w14:textId="77777777" w:rsidR="00F678CC" w:rsidRPr="00240C29" w:rsidRDefault="00F678CC" w:rsidP="00175DC4">
            <w:pPr>
              <w:ind w:firstLine="0"/>
              <w:rPr>
                <w:szCs w:val="24"/>
              </w:rPr>
            </w:pPr>
            <w:proofErr w:type="spellStart"/>
            <w:r w:rsidRPr="00240C29">
              <w:rPr>
                <w:szCs w:val="24"/>
              </w:rPr>
              <w:t>Vacuta</w:t>
            </w:r>
            <w:proofErr w:type="spellEnd"/>
            <w:r w:rsidRPr="00240C29">
              <w:rPr>
                <w:szCs w:val="24"/>
              </w:rPr>
              <w:t xml:space="preserve"> cu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p>
        </w:tc>
        <w:tc>
          <w:tcPr>
            <w:tcW w:w="1701" w:type="dxa"/>
            <w:tcMar>
              <w:top w:w="80" w:type="dxa"/>
              <w:left w:w="90" w:type="dxa"/>
              <w:bottom w:w="80" w:type="dxa"/>
              <w:right w:w="90" w:type="dxa"/>
            </w:tcMar>
            <w:vAlign w:val="center"/>
          </w:tcPr>
          <w:p w14:paraId="66C15638" w14:textId="77777777" w:rsidR="00F678CC" w:rsidRPr="00240C29" w:rsidRDefault="00F678CC" w:rsidP="00175DC4">
            <w:pPr>
              <w:ind w:firstLine="0"/>
              <w:jc w:val="center"/>
              <w:rPr>
                <w:szCs w:val="24"/>
              </w:rPr>
            </w:pPr>
            <w:r w:rsidRPr="00240C29">
              <w:rPr>
                <w:szCs w:val="24"/>
              </w:rPr>
              <w:t>60/100/140 gr</w:t>
            </w:r>
          </w:p>
        </w:tc>
      </w:tr>
      <w:tr w:rsidR="00F678CC" w:rsidRPr="00240C29" w14:paraId="4D7D1475" w14:textId="77777777">
        <w:trPr>
          <w:jc w:val="center"/>
        </w:trPr>
        <w:tc>
          <w:tcPr>
            <w:tcW w:w="850" w:type="dxa"/>
            <w:tcMar>
              <w:top w:w="80" w:type="dxa"/>
              <w:left w:w="90" w:type="dxa"/>
              <w:bottom w:w="80" w:type="dxa"/>
              <w:right w:w="90" w:type="dxa"/>
            </w:tcMar>
            <w:vAlign w:val="center"/>
          </w:tcPr>
          <w:p w14:paraId="2EAB78D7" w14:textId="77777777" w:rsidR="00F678CC" w:rsidRPr="00240C29" w:rsidRDefault="00F678CC" w:rsidP="00175DC4">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0347A155" w14:textId="77777777" w:rsidR="00F678CC" w:rsidRPr="00240C29" w:rsidRDefault="00F678CC" w:rsidP="00175DC4">
            <w:pPr>
              <w:ind w:firstLine="0"/>
              <w:rPr>
                <w:szCs w:val="24"/>
              </w:rPr>
            </w:pPr>
            <w:proofErr w:type="spellStart"/>
            <w:r w:rsidRPr="00240C29">
              <w:rPr>
                <w:szCs w:val="24"/>
              </w:rPr>
              <w:t>Vacuta</w:t>
            </w:r>
            <w:proofErr w:type="spellEnd"/>
            <w:r w:rsidRPr="00240C29">
              <w:rPr>
                <w:szCs w:val="24"/>
              </w:rPr>
              <w:t xml:space="preserve">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6E04E975" w14:textId="77777777" w:rsidR="00F678CC" w:rsidRPr="00240C29" w:rsidRDefault="00F678CC" w:rsidP="00175DC4">
            <w:pPr>
              <w:ind w:firstLine="0"/>
              <w:jc w:val="center"/>
              <w:rPr>
                <w:szCs w:val="24"/>
              </w:rPr>
            </w:pPr>
            <w:r w:rsidRPr="00240C29">
              <w:rPr>
                <w:szCs w:val="24"/>
              </w:rPr>
              <w:t>60/250 gr</w:t>
            </w:r>
          </w:p>
        </w:tc>
      </w:tr>
      <w:tr w:rsidR="00F678CC" w:rsidRPr="00240C29" w14:paraId="081F6D92" w14:textId="77777777">
        <w:trPr>
          <w:jc w:val="center"/>
        </w:trPr>
        <w:tc>
          <w:tcPr>
            <w:tcW w:w="850" w:type="dxa"/>
            <w:tcMar>
              <w:top w:w="80" w:type="dxa"/>
              <w:left w:w="90" w:type="dxa"/>
              <w:bottom w:w="80" w:type="dxa"/>
              <w:right w:w="90" w:type="dxa"/>
            </w:tcMar>
            <w:vAlign w:val="center"/>
          </w:tcPr>
          <w:p w14:paraId="5286AD16" w14:textId="77777777" w:rsidR="00F678CC" w:rsidRPr="00240C29" w:rsidRDefault="00F678CC" w:rsidP="00175DC4">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13AB0401" w14:textId="77777777" w:rsidR="00F678CC" w:rsidRPr="00240C29" w:rsidRDefault="00F678CC" w:rsidP="00175DC4">
            <w:pPr>
              <w:ind w:firstLine="0"/>
              <w:rPr>
                <w:szCs w:val="24"/>
              </w:rPr>
            </w:pPr>
            <w:proofErr w:type="spellStart"/>
            <w:r w:rsidRPr="00240C29">
              <w:rPr>
                <w:szCs w:val="24"/>
              </w:rPr>
              <w:t>Ghiveci</w:t>
            </w:r>
            <w:proofErr w:type="spellEnd"/>
            <w:r w:rsidRPr="00240C29">
              <w:rPr>
                <w:szCs w:val="24"/>
              </w:rPr>
              <w:t xml:space="preserve"> national cu legume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22C55A21" w14:textId="77777777" w:rsidR="00F678CC" w:rsidRPr="00240C29" w:rsidRDefault="00F678CC" w:rsidP="00175DC4">
            <w:pPr>
              <w:ind w:firstLine="0"/>
              <w:jc w:val="center"/>
              <w:rPr>
                <w:szCs w:val="24"/>
              </w:rPr>
            </w:pPr>
            <w:r w:rsidRPr="00240C29">
              <w:rPr>
                <w:szCs w:val="24"/>
              </w:rPr>
              <w:t>235/65 gr</w:t>
            </w:r>
          </w:p>
        </w:tc>
      </w:tr>
      <w:tr w:rsidR="00F678CC" w:rsidRPr="00240C29" w14:paraId="53D3C5B5" w14:textId="77777777">
        <w:trPr>
          <w:jc w:val="center"/>
        </w:trPr>
        <w:tc>
          <w:tcPr>
            <w:tcW w:w="850" w:type="dxa"/>
            <w:tcMar>
              <w:top w:w="80" w:type="dxa"/>
              <w:left w:w="90" w:type="dxa"/>
              <w:bottom w:w="80" w:type="dxa"/>
              <w:right w:w="90" w:type="dxa"/>
            </w:tcMar>
            <w:vAlign w:val="center"/>
          </w:tcPr>
          <w:p w14:paraId="38BB3BC0" w14:textId="77777777" w:rsidR="00F678CC" w:rsidRPr="00240C29" w:rsidRDefault="00F678CC" w:rsidP="00175DC4">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01F01A0F" w14:textId="77777777" w:rsidR="00F678CC" w:rsidRPr="00240C29" w:rsidRDefault="00F678CC" w:rsidP="00175DC4">
            <w:pPr>
              <w:ind w:firstLine="0"/>
              <w:rPr>
                <w:szCs w:val="24"/>
              </w:rPr>
            </w:pPr>
            <w:proofErr w:type="spellStart"/>
            <w:r w:rsidRPr="00240C29">
              <w:rPr>
                <w:szCs w:val="24"/>
              </w:rPr>
              <w:t>Muschi</w:t>
            </w:r>
            <w:proofErr w:type="spellEnd"/>
            <w:r w:rsidRPr="00240C29">
              <w:rPr>
                <w:szCs w:val="24"/>
              </w:rPr>
              <w:t xml:space="preserve"> de </w:t>
            </w:r>
            <w:proofErr w:type="spellStart"/>
            <w:r w:rsidRPr="00240C29">
              <w:rPr>
                <w:szCs w:val="24"/>
              </w:rPr>
              <w:t>vaca</w:t>
            </w:r>
            <w:proofErr w:type="spellEnd"/>
            <w:r w:rsidRPr="00240C29">
              <w:rPr>
                <w:szCs w:val="24"/>
              </w:rPr>
              <w:t xml:space="preserve"> la </w:t>
            </w:r>
            <w:proofErr w:type="spellStart"/>
            <w:r w:rsidRPr="00240C29">
              <w:rPr>
                <w:szCs w:val="24"/>
              </w:rPr>
              <w:t>tava</w:t>
            </w:r>
            <w:proofErr w:type="spellEnd"/>
            <w:r w:rsidRPr="00240C29">
              <w:rPr>
                <w:szCs w:val="24"/>
              </w:rPr>
              <w:t xml:space="preserve"> cu </w:t>
            </w:r>
            <w:proofErr w:type="spellStart"/>
            <w:r w:rsidRPr="00240C29">
              <w:rPr>
                <w:szCs w:val="24"/>
              </w:rPr>
              <w:t>piure</w:t>
            </w:r>
            <w:proofErr w:type="spellEnd"/>
            <w:r w:rsidRPr="00240C29">
              <w:rPr>
                <w:szCs w:val="24"/>
              </w:rPr>
              <w:t xml:space="preserve"> de </w:t>
            </w:r>
            <w:proofErr w:type="spellStart"/>
            <w:r w:rsidRPr="00240C29">
              <w:rPr>
                <w:szCs w:val="24"/>
              </w:rPr>
              <w:t>cartofi</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mazare</w:t>
            </w:r>
            <w:proofErr w:type="spellEnd"/>
          </w:p>
        </w:tc>
        <w:tc>
          <w:tcPr>
            <w:tcW w:w="1701" w:type="dxa"/>
            <w:tcMar>
              <w:top w:w="80" w:type="dxa"/>
              <w:left w:w="90" w:type="dxa"/>
              <w:bottom w:w="80" w:type="dxa"/>
              <w:right w:w="90" w:type="dxa"/>
            </w:tcMar>
            <w:vAlign w:val="center"/>
          </w:tcPr>
          <w:p w14:paraId="732454BD" w14:textId="77777777" w:rsidR="00F678CC" w:rsidRPr="00240C29" w:rsidRDefault="00F678CC" w:rsidP="00175DC4">
            <w:pPr>
              <w:ind w:firstLine="0"/>
              <w:jc w:val="center"/>
              <w:rPr>
                <w:szCs w:val="24"/>
              </w:rPr>
            </w:pPr>
            <w:r w:rsidRPr="00240C29">
              <w:rPr>
                <w:szCs w:val="24"/>
              </w:rPr>
              <w:t>90/150/130 gr</w:t>
            </w:r>
          </w:p>
        </w:tc>
      </w:tr>
      <w:tr w:rsidR="00F678CC" w:rsidRPr="00240C29" w14:paraId="57C97B13" w14:textId="77777777">
        <w:trPr>
          <w:jc w:val="center"/>
        </w:trPr>
        <w:tc>
          <w:tcPr>
            <w:tcW w:w="850" w:type="dxa"/>
            <w:tcMar>
              <w:top w:w="80" w:type="dxa"/>
              <w:left w:w="90" w:type="dxa"/>
              <w:bottom w:w="80" w:type="dxa"/>
              <w:right w:w="90" w:type="dxa"/>
            </w:tcMar>
            <w:vAlign w:val="center"/>
          </w:tcPr>
          <w:p w14:paraId="7E5482A6" w14:textId="77777777" w:rsidR="00F678CC" w:rsidRPr="00240C29" w:rsidRDefault="00F678CC" w:rsidP="00175DC4">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0B25089A" w14:textId="77777777" w:rsidR="00F678CC" w:rsidRPr="00240C29" w:rsidRDefault="00F678CC" w:rsidP="00175DC4">
            <w:pPr>
              <w:ind w:firstLine="0"/>
              <w:rPr>
                <w:szCs w:val="24"/>
              </w:rPr>
            </w:pPr>
            <w:r w:rsidRPr="00240C29">
              <w:rPr>
                <w:szCs w:val="24"/>
              </w:rPr>
              <w:t xml:space="preserve">Pilaf cu carne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26C7BDCF" w14:textId="77777777" w:rsidR="00F678CC" w:rsidRPr="00240C29" w:rsidRDefault="00F678CC" w:rsidP="00175DC4">
            <w:pPr>
              <w:ind w:firstLine="0"/>
              <w:jc w:val="center"/>
              <w:rPr>
                <w:szCs w:val="24"/>
              </w:rPr>
            </w:pPr>
            <w:r w:rsidRPr="00240C29">
              <w:rPr>
                <w:szCs w:val="24"/>
              </w:rPr>
              <w:t>60/200 gr</w:t>
            </w:r>
          </w:p>
        </w:tc>
      </w:tr>
      <w:tr w:rsidR="00CD31E2" w:rsidRPr="00240C29" w14:paraId="24626725" w14:textId="77777777" w:rsidTr="006B3867">
        <w:trPr>
          <w:jc w:val="center"/>
        </w:trPr>
        <w:tc>
          <w:tcPr>
            <w:tcW w:w="850" w:type="dxa"/>
            <w:tcMar>
              <w:top w:w="80" w:type="dxa"/>
              <w:left w:w="90" w:type="dxa"/>
              <w:bottom w:w="80" w:type="dxa"/>
              <w:right w:w="90" w:type="dxa"/>
            </w:tcMar>
            <w:vAlign w:val="center"/>
          </w:tcPr>
          <w:p w14:paraId="685691F5" w14:textId="71F5720D" w:rsidR="00CD31E2" w:rsidRPr="00240C29" w:rsidRDefault="00CD31E2" w:rsidP="00CD31E2">
            <w:pPr>
              <w:ind w:firstLine="0"/>
              <w:jc w:val="center"/>
              <w:rPr>
                <w:szCs w:val="24"/>
              </w:rPr>
            </w:pPr>
            <w:r>
              <w:rPr>
                <w:szCs w:val="24"/>
              </w:rPr>
              <w:t>7</w:t>
            </w:r>
          </w:p>
        </w:tc>
        <w:tc>
          <w:tcPr>
            <w:tcW w:w="7087" w:type="dxa"/>
            <w:tcMar>
              <w:top w:w="80" w:type="dxa"/>
              <w:left w:w="90" w:type="dxa"/>
              <w:bottom w:w="80" w:type="dxa"/>
              <w:right w:w="90" w:type="dxa"/>
            </w:tcMar>
          </w:tcPr>
          <w:p w14:paraId="5C2A5EF6" w14:textId="4C53F6FB" w:rsidR="00CD31E2" w:rsidRPr="00240C29" w:rsidRDefault="00CD31E2" w:rsidP="00CD31E2">
            <w:pPr>
              <w:ind w:firstLine="0"/>
              <w:rPr>
                <w:szCs w:val="24"/>
              </w:rPr>
            </w:pPr>
            <w:proofErr w:type="spellStart"/>
            <w:r w:rsidRPr="00275A72">
              <w:t>Rasol</w:t>
            </w:r>
            <w:proofErr w:type="spellEnd"/>
            <w:r w:rsidRPr="00275A72">
              <w:t xml:space="preserve"> de vita cu </w:t>
            </w:r>
            <w:proofErr w:type="spellStart"/>
            <w:r w:rsidRPr="00275A72">
              <w:t>piure</w:t>
            </w:r>
            <w:proofErr w:type="spellEnd"/>
            <w:r w:rsidRPr="00275A72">
              <w:t xml:space="preserve"> de </w:t>
            </w:r>
            <w:proofErr w:type="spellStart"/>
            <w:r w:rsidRPr="00275A72">
              <w:t>cartofi</w:t>
            </w:r>
            <w:proofErr w:type="spellEnd"/>
            <w:r w:rsidRPr="00275A72">
              <w:t>/</w:t>
            </w:r>
            <w:proofErr w:type="spellStart"/>
            <w:r w:rsidRPr="00275A72">
              <w:t>morcovi</w:t>
            </w:r>
            <w:proofErr w:type="spellEnd"/>
            <w:r w:rsidRPr="00275A72">
              <w:t>/</w:t>
            </w:r>
            <w:proofErr w:type="spellStart"/>
            <w:r w:rsidRPr="00275A72">
              <w:t>dovlecei</w:t>
            </w:r>
            <w:proofErr w:type="spellEnd"/>
          </w:p>
        </w:tc>
        <w:tc>
          <w:tcPr>
            <w:tcW w:w="1701" w:type="dxa"/>
            <w:tcMar>
              <w:top w:w="80" w:type="dxa"/>
              <w:left w:w="90" w:type="dxa"/>
              <w:bottom w:w="80" w:type="dxa"/>
              <w:right w:w="90" w:type="dxa"/>
            </w:tcMar>
          </w:tcPr>
          <w:p w14:paraId="6089DFFA" w14:textId="4C36EB80" w:rsidR="00CD31E2" w:rsidRPr="00240C29" w:rsidRDefault="00CD31E2" w:rsidP="00CD31E2">
            <w:pPr>
              <w:ind w:firstLine="0"/>
              <w:jc w:val="center"/>
              <w:rPr>
                <w:szCs w:val="24"/>
              </w:rPr>
            </w:pPr>
            <w:r w:rsidRPr="00275A72">
              <w:t>120/180 gr</w:t>
            </w:r>
          </w:p>
        </w:tc>
      </w:tr>
    </w:tbl>
    <w:p w14:paraId="67836FAD" w14:textId="77777777" w:rsidR="00F678CC" w:rsidRPr="00240C29" w:rsidRDefault="00F678CC" w:rsidP="006B3867">
      <w:pPr>
        <w:rPr>
          <w:szCs w:val="24"/>
        </w:rPr>
      </w:pPr>
    </w:p>
    <w:p w14:paraId="38602FA4" w14:textId="77777777" w:rsidR="00F678CC" w:rsidRPr="00240C29" w:rsidRDefault="00F678CC" w:rsidP="006B3867">
      <w:pPr>
        <w:rPr>
          <w:szCs w:val="24"/>
        </w:rPr>
      </w:pPr>
      <w:r w:rsidRPr="00240C29">
        <w:rPr>
          <w:b/>
          <w:szCs w:val="24"/>
        </w:rPr>
        <w:t>DULCIURI DE BUCATARIE SI PRODUSE DE PATISERIE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75359680" w14:textId="77777777">
        <w:trPr>
          <w:tblHeader/>
          <w:jc w:val="center"/>
        </w:trPr>
        <w:tc>
          <w:tcPr>
            <w:tcW w:w="850" w:type="dxa"/>
            <w:shd w:val="clear" w:color="auto" w:fill="D9D9D9"/>
            <w:tcMar>
              <w:top w:w="80" w:type="dxa"/>
              <w:left w:w="90" w:type="dxa"/>
              <w:bottom w:w="80" w:type="dxa"/>
              <w:right w:w="90" w:type="dxa"/>
            </w:tcMar>
            <w:vAlign w:val="center"/>
          </w:tcPr>
          <w:p w14:paraId="5D1080B7" w14:textId="77777777" w:rsidR="00F678CC" w:rsidRPr="00240C29" w:rsidRDefault="00F678CC" w:rsidP="00D74455">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5D26DA06" w14:textId="77777777" w:rsidR="00F678CC" w:rsidRPr="00240C29" w:rsidRDefault="00F678CC" w:rsidP="00D74455">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36870773" w14:textId="77777777" w:rsidR="00F678CC" w:rsidRPr="00240C29" w:rsidRDefault="00F678CC" w:rsidP="00D74455">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6F0D8C5" w14:textId="77777777">
        <w:trPr>
          <w:jc w:val="center"/>
        </w:trPr>
        <w:tc>
          <w:tcPr>
            <w:tcW w:w="850" w:type="dxa"/>
            <w:tcMar>
              <w:top w:w="80" w:type="dxa"/>
              <w:left w:w="90" w:type="dxa"/>
              <w:bottom w:w="80" w:type="dxa"/>
              <w:right w:w="90" w:type="dxa"/>
            </w:tcMar>
            <w:vAlign w:val="center"/>
          </w:tcPr>
          <w:p w14:paraId="23DB9088" w14:textId="77777777" w:rsidR="00F678CC" w:rsidRPr="00240C29" w:rsidRDefault="00F678CC" w:rsidP="00D74455">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394477C4" w14:textId="77777777" w:rsidR="00F678CC" w:rsidRPr="00240C29" w:rsidRDefault="00F678CC" w:rsidP="00D74455">
            <w:pPr>
              <w:ind w:firstLine="0"/>
              <w:rPr>
                <w:szCs w:val="24"/>
              </w:rPr>
            </w:pPr>
            <w:proofErr w:type="spellStart"/>
            <w:r w:rsidRPr="00240C29">
              <w:rPr>
                <w:szCs w:val="24"/>
              </w:rPr>
              <w:t>Budinca</w:t>
            </w:r>
            <w:proofErr w:type="spellEnd"/>
            <w:r w:rsidRPr="00240C29">
              <w:rPr>
                <w:szCs w:val="24"/>
              </w:rPr>
              <w:t xml:space="preserve"> a la Cina</w:t>
            </w:r>
          </w:p>
        </w:tc>
        <w:tc>
          <w:tcPr>
            <w:tcW w:w="1701" w:type="dxa"/>
            <w:tcMar>
              <w:top w:w="80" w:type="dxa"/>
              <w:left w:w="90" w:type="dxa"/>
              <w:bottom w:w="80" w:type="dxa"/>
              <w:right w:w="90" w:type="dxa"/>
            </w:tcMar>
            <w:vAlign w:val="center"/>
          </w:tcPr>
          <w:p w14:paraId="12B36330" w14:textId="77777777" w:rsidR="00F678CC" w:rsidRPr="00240C29" w:rsidRDefault="00F678CC" w:rsidP="00D74455">
            <w:pPr>
              <w:ind w:firstLine="0"/>
              <w:jc w:val="center"/>
              <w:rPr>
                <w:szCs w:val="24"/>
              </w:rPr>
            </w:pPr>
            <w:r w:rsidRPr="00240C29">
              <w:rPr>
                <w:szCs w:val="24"/>
              </w:rPr>
              <w:t>250 gr</w:t>
            </w:r>
          </w:p>
        </w:tc>
      </w:tr>
      <w:tr w:rsidR="00F678CC" w:rsidRPr="00240C29" w14:paraId="7F4FA93C" w14:textId="77777777">
        <w:trPr>
          <w:jc w:val="center"/>
        </w:trPr>
        <w:tc>
          <w:tcPr>
            <w:tcW w:w="850" w:type="dxa"/>
            <w:tcMar>
              <w:top w:w="80" w:type="dxa"/>
              <w:left w:w="90" w:type="dxa"/>
              <w:bottom w:w="80" w:type="dxa"/>
              <w:right w:w="90" w:type="dxa"/>
            </w:tcMar>
            <w:vAlign w:val="center"/>
          </w:tcPr>
          <w:p w14:paraId="60B8B71C" w14:textId="77777777" w:rsidR="00F678CC" w:rsidRPr="00240C29" w:rsidRDefault="00F678CC" w:rsidP="00D74455">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29559A32" w14:textId="77777777" w:rsidR="00F678CC" w:rsidRPr="00240C29" w:rsidRDefault="00F678CC" w:rsidP="00D74455">
            <w:pPr>
              <w:ind w:firstLine="0"/>
              <w:rPr>
                <w:szCs w:val="24"/>
              </w:rPr>
            </w:pPr>
            <w:proofErr w:type="spellStart"/>
            <w:r w:rsidRPr="00240C29">
              <w:rPr>
                <w:szCs w:val="24"/>
              </w:rPr>
              <w:t>Budinca</w:t>
            </w:r>
            <w:proofErr w:type="spellEnd"/>
            <w:r w:rsidRPr="00240C29">
              <w:rPr>
                <w:szCs w:val="24"/>
              </w:rPr>
              <w:t xml:space="preserve"> de </w:t>
            </w:r>
            <w:proofErr w:type="spellStart"/>
            <w:r w:rsidRPr="00240C29">
              <w:rPr>
                <w:szCs w:val="24"/>
              </w:rPr>
              <w:t>macaroane</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54092EA7" w14:textId="77777777" w:rsidR="00F678CC" w:rsidRPr="00240C29" w:rsidRDefault="00F678CC" w:rsidP="00D74455">
            <w:pPr>
              <w:ind w:firstLine="0"/>
              <w:jc w:val="center"/>
              <w:rPr>
                <w:szCs w:val="24"/>
              </w:rPr>
            </w:pPr>
            <w:r w:rsidRPr="00240C29">
              <w:rPr>
                <w:szCs w:val="24"/>
              </w:rPr>
              <w:t>250 gr</w:t>
            </w:r>
          </w:p>
        </w:tc>
      </w:tr>
      <w:tr w:rsidR="00F678CC" w:rsidRPr="00240C29" w14:paraId="502ECF14" w14:textId="77777777">
        <w:trPr>
          <w:jc w:val="center"/>
        </w:trPr>
        <w:tc>
          <w:tcPr>
            <w:tcW w:w="850" w:type="dxa"/>
            <w:tcMar>
              <w:top w:w="80" w:type="dxa"/>
              <w:left w:w="90" w:type="dxa"/>
              <w:bottom w:w="80" w:type="dxa"/>
              <w:right w:w="90" w:type="dxa"/>
            </w:tcMar>
            <w:vAlign w:val="center"/>
          </w:tcPr>
          <w:p w14:paraId="2E1C6A91" w14:textId="77777777" w:rsidR="00F678CC" w:rsidRPr="00240C29" w:rsidRDefault="00F678CC" w:rsidP="00D74455">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13311B9D" w14:textId="77777777" w:rsidR="00F678CC" w:rsidRPr="00240C29" w:rsidRDefault="00F678CC" w:rsidP="00D74455">
            <w:pPr>
              <w:ind w:firstLine="0"/>
              <w:rPr>
                <w:szCs w:val="24"/>
              </w:rPr>
            </w:pPr>
            <w:proofErr w:type="spellStart"/>
            <w:r w:rsidRPr="00240C29">
              <w:rPr>
                <w:szCs w:val="24"/>
              </w:rPr>
              <w:t>Budinca</w:t>
            </w:r>
            <w:proofErr w:type="spellEnd"/>
            <w:r w:rsidRPr="00240C29">
              <w:rPr>
                <w:szCs w:val="24"/>
              </w:rPr>
              <w:t xml:space="preserve"> de mere</w:t>
            </w:r>
          </w:p>
        </w:tc>
        <w:tc>
          <w:tcPr>
            <w:tcW w:w="1701" w:type="dxa"/>
            <w:tcMar>
              <w:top w:w="80" w:type="dxa"/>
              <w:left w:w="90" w:type="dxa"/>
              <w:bottom w:w="80" w:type="dxa"/>
              <w:right w:w="90" w:type="dxa"/>
            </w:tcMar>
            <w:vAlign w:val="center"/>
          </w:tcPr>
          <w:p w14:paraId="5DFD0ED4" w14:textId="77777777" w:rsidR="00F678CC" w:rsidRPr="00240C29" w:rsidRDefault="00F678CC" w:rsidP="00D74455">
            <w:pPr>
              <w:ind w:firstLine="0"/>
              <w:jc w:val="center"/>
              <w:rPr>
                <w:szCs w:val="24"/>
              </w:rPr>
            </w:pPr>
            <w:r w:rsidRPr="00240C29">
              <w:rPr>
                <w:szCs w:val="24"/>
              </w:rPr>
              <w:t>240 gr</w:t>
            </w:r>
          </w:p>
        </w:tc>
      </w:tr>
      <w:tr w:rsidR="00F678CC" w:rsidRPr="00240C29" w14:paraId="020085A5" w14:textId="77777777">
        <w:trPr>
          <w:jc w:val="center"/>
        </w:trPr>
        <w:tc>
          <w:tcPr>
            <w:tcW w:w="850" w:type="dxa"/>
            <w:tcMar>
              <w:top w:w="80" w:type="dxa"/>
              <w:left w:w="90" w:type="dxa"/>
              <w:bottom w:w="80" w:type="dxa"/>
              <w:right w:w="90" w:type="dxa"/>
            </w:tcMar>
            <w:vAlign w:val="center"/>
          </w:tcPr>
          <w:p w14:paraId="2ECB19F8" w14:textId="77777777" w:rsidR="00F678CC" w:rsidRPr="00240C29" w:rsidRDefault="00F678CC" w:rsidP="00D74455">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40B0018E" w14:textId="77777777" w:rsidR="00F678CC" w:rsidRPr="00240C29" w:rsidRDefault="00F678CC" w:rsidP="00D74455">
            <w:pPr>
              <w:ind w:firstLine="0"/>
              <w:rPr>
                <w:szCs w:val="24"/>
              </w:rPr>
            </w:pPr>
            <w:proofErr w:type="spellStart"/>
            <w:r w:rsidRPr="00240C29">
              <w:rPr>
                <w:szCs w:val="24"/>
              </w:rPr>
              <w:t>Clatite</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3B3882D9" w14:textId="77777777" w:rsidR="00F678CC" w:rsidRPr="00240C29" w:rsidRDefault="00F678CC" w:rsidP="00D74455">
            <w:pPr>
              <w:ind w:firstLine="0"/>
              <w:jc w:val="center"/>
              <w:rPr>
                <w:szCs w:val="24"/>
              </w:rPr>
            </w:pPr>
            <w:r w:rsidRPr="00240C29">
              <w:rPr>
                <w:szCs w:val="24"/>
              </w:rPr>
              <w:t>250 gr</w:t>
            </w:r>
          </w:p>
        </w:tc>
      </w:tr>
      <w:tr w:rsidR="00F678CC" w:rsidRPr="00240C29" w14:paraId="7B9AEFB0" w14:textId="77777777">
        <w:trPr>
          <w:jc w:val="center"/>
        </w:trPr>
        <w:tc>
          <w:tcPr>
            <w:tcW w:w="850" w:type="dxa"/>
            <w:tcMar>
              <w:top w:w="80" w:type="dxa"/>
              <w:left w:w="90" w:type="dxa"/>
              <w:bottom w:w="80" w:type="dxa"/>
              <w:right w:w="90" w:type="dxa"/>
            </w:tcMar>
            <w:vAlign w:val="center"/>
          </w:tcPr>
          <w:p w14:paraId="6913B101" w14:textId="77777777" w:rsidR="00F678CC" w:rsidRPr="00240C29" w:rsidRDefault="00F678CC" w:rsidP="00D74455">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37A57B2" w14:textId="77777777" w:rsidR="00F678CC" w:rsidRPr="00240C29" w:rsidRDefault="00F678CC" w:rsidP="00D74455">
            <w:pPr>
              <w:ind w:firstLine="0"/>
              <w:rPr>
                <w:szCs w:val="24"/>
              </w:rPr>
            </w:pPr>
            <w:proofErr w:type="spellStart"/>
            <w:r w:rsidRPr="00240C29">
              <w:rPr>
                <w:szCs w:val="24"/>
              </w:rPr>
              <w:t>Compot</w:t>
            </w:r>
            <w:proofErr w:type="spellEnd"/>
            <w:r w:rsidRPr="00240C29">
              <w:rPr>
                <w:szCs w:val="24"/>
              </w:rPr>
              <w:t xml:space="preserve"> de mere </w:t>
            </w:r>
            <w:proofErr w:type="spellStart"/>
            <w:r w:rsidRPr="00240C29">
              <w:rPr>
                <w:szCs w:val="24"/>
              </w:rPr>
              <w:t>sau</w:t>
            </w:r>
            <w:proofErr w:type="spellEnd"/>
            <w:r w:rsidRPr="00240C29">
              <w:rPr>
                <w:szCs w:val="24"/>
              </w:rPr>
              <w:t xml:space="preserve"> </w:t>
            </w:r>
            <w:proofErr w:type="spellStart"/>
            <w:r w:rsidRPr="00240C29">
              <w:rPr>
                <w:szCs w:val="24"/>
              </w:rPr>
              <w:t>pere</w:t>
            </w:r>
            <w:proofErr w:type="spellEnd"/>
          </w:p>
        </w:tc>
        <w:tc>
          <w:tcPr>
            <w:tcW w:w="1701" w:type="dxa"/>
            <w:tcMar>
              <w:top w:w="80" w:type="dxa"/>
              <w:left w:w="90" w:type="dxa"/>
              <w:bottom w:w="80" w:type="dxa"/>
              <w:right w:w="90" w:type="dxa"/>
            </w:tcMar>
            <w:vAlign w:val="center"/>
          </w:tcPr>
          <w:p w14:paraId="77831A75" w14:textId="77777777" w:rsidR="00F678CC" w:rsidRPr="00240C29" w:rsidRDefault="00F678CC" w:rsidP="00D74455">
            <w:pPr>
              <w:ind w:firstLine="0"/>
              <w:jc w:val="center"/>
              <w:rPr>
                <w:szCs w:val="24"/>
              </w:rPr>
            </w:pPr>
            <w:r w:rsidRPr="00240C29">
              <w:rPr>
                <w:szCs w:val="24"/>
              </w:rPr>
              <w:t>250 gr</w:t>
            </w:r>
          </w:p>
        </w:tc>
      </w:tr>
      <w:tr w:rsidR="00F678CC" w:rsidRPr="00240C29" w14:paraId="2DC4A51F" w14:textId="77777777">
        <w:trPr>
          <w:jc w:val="center"/>
        </w:trPr>
        <w:tc>
          <w:tcPr>
            <w:tcW w:w="850" w:type="dxa"/>
            <w:tcMar>
              <w:top w:w="80" w:type="dxa"/>
              <w:left w:w="90" w:type="dxa"/>
              <w:bottom w:w="80" w:type="dxa"/>
              <w:right w:w="90" w:type="dxa"/>
            </w:tcMar>
            <w:vAlign w:val="center"/>
          </w:tcPr>
          <w:p w14:paraId="01EA3671" w14:textId="77777777" w:rsidR="00F678CC" w:rsidRPr="00240C29" w:rsidRDefault="00F678CC" w:rsidP="00D74455">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11373823" w14:textId="77777777" w:rsidR="00F678CC" w:rsidRPr="00240C29" w:rsidRDefault="00F678CC" w:rsidP="00D74455">
            <w:pPr>
              <w:ind w:firstLine="0"/>
              <w:rPr>
                <w:szCs w:val="24"/>
              </w:rPr>
            </w:pPr>
            <w:proofErr w:type="spellStart"/>
            <w:r w:rsidRPr="00240C29">
              <w:rPr>
                <w:szCs w:val="24"/>
              </w:rPr>
              <w:t>Coltunasi</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0E715B34" w14:textId="77777777" w:rsidR="00F678CC" w:rsidRPr="00240C29" w:rsidRDefault="00F678CC" w:rsidP="00D74455">
            <w:pPr>
              <w:ind w:firstLine="0"/>
              <w:jc w:val="center"/>
              <w:rPr>
                <w:szCs w:val="24"/>
              </w:rPr>
            </w:pPr>
            <w:r w:rsidRPr="00240C29">
              <w:rPr>
                <w:szCs w:val="24"/>
              </w:rPr>
              <w:t>240 gr</w:t>
            </w:r>
          </w:p>
        </w:tc>
      </w:tr>
      <w:tr w:rsidR="00F678CC" w:rsidRPr="00240C29" w14:paraId="729CFA26" w14:textId="77777777">
        <w:trPr>
          <w:jc w:val="center"/>
        </w:trPr>
        <w:tc>
          <w:tcPr>
            <w:tcW w:w="850" w:type="dxa"/>
            <w:tcMar>
              <w:top w:w="80" w:type="dxa"/>
              <w:left w:w="90" w:type="dxa"/>
              <w:bottom w:w="80" w:type="dxa"/>
              <w:right w:w="90" w:type="dxa"/>
            </w:tcMar>
            <w:vAlign w:val="center"/>
          </w:tcPr>
          <w:p w14:paraId="6BFF57D2" w14:textId="77777777" w:rsidR="00F678CC" w:rsidRPr="00240C29" w:rsidRDefault="00F678CC" w:rsidP="00D74455">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3DD91105" w14:textId="77777777" w:rsidR="00F678CC" w:rsidRPr="00240C29" w:rsidRDefault="00F678CC" w:rsidP="00D74455">
            <w:pPr>
              <w:ind w:firstLine="0"/>
              <w:rPr>
                <w:szCs w:val="24"/>
              </w:rPr>
            </w:pPr>
            <w:proofErr w:type="spellStart"/>
            <w:r w:rsidRPr="00240C29">
              <w:rPr>
                <w:szCs w:val="24"/>
              </w:rPr>
              <w:t>Rulada</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4B6EBEDD" w14:textId="77777777" w:rsidR="00F678CC" w:rsidRPr="00240C29" w:rsidRDefault="00F678CC" w:rsidP="00D74455">
            <w:pPr>
              <w:ind w:firstLine="0"/>
              <w:jc w:val="center"/>
              <w:rPr>
                <w:szCs w:val="24"/>
              </w:rPr>
            </w:pPr>
            <w:r w:rsidRPr="00240C29">
              <w:rPr>
                <w:szCs w:val="24"/>
              </w:rPr>
              <w:t>100 gr</w:t>
            </w:r>
          </w:p>
        </w:tc>
      </w:tr>
      <w:tr w:rsidR="00F678CC" w:rsidRPr="00240C29" w14:paraId="3FB87A28" w14:textId="77777777">
        <w:trPr>
          <w:jc w:val="center"/>
        </w:trPr>
        <w:tc>
          <w:tcPr>
            <w:tcW w:w="850" w:type="dxa"/>
            <w:tcMar>
              <w:top w:w="80" w:type="dxa"/>
              <w:left w:w="90" w:type="dxa"/>
              <w:bottom w:w="80" w:type="dxa"/>
              <w:right w:w="90" w:type="dxa"/>
            </w:tcMar>
            <w:vAlign w:val="center"/>
          </w:tcPr>
          <w:p w14:paraId="0B358A28" w14:textId="77777777" w:rsidR="00F678CC" w:rsidRPr="00240C29" w:rsidRDefault="00F678CC" w:rsidP="00D74455">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2001C7DF" w14:textId="77777777" w:rsidR="00F678CC" w:rsidRPr="00240C29" w:rsidRDefault="00F678CC" w:rsidP="00D74455">
            <w:pPr>
              <w:ind w:firstLine="0"/>
              <w:rPr>
                <w:szCs w:val="24"/>
              </w:rPr>
            </w:pPr>
            <w:proofErr w:type="spellStart"/>
            <w:r w:rsidRPr="00240C29">
              <w:rPr>
                <w:szCs w:val="24"/>
              </w:rPr>
              <w:t>Orez</w:t>
            </w:r>
            <w:proofErr w:type="spellEnd"/>
            <w:r w:rsidRPr="00240C29">
              <w:rPr>
                <w:szCs w:val="24"/>
              </w:rPr>
              <w:t xml:space="preserve"> cu </w:t>
            </w:r>
            <w:proofErr w:type="spellStart"/>
            <w:r w:rsidRPr="00240C29">
              <w:rPr>
                <w:szCs w:val="24"/>
              </w:rPr>
              <w:t>lapte</w:t>
            </w:r>
            <w:proofErr w:type="spellEnd"/>
          </w:p>
        </w:tc>
        <w:tc>
          <w:tcPr>
            <w:tcW w:w="1701" w:type="dxa"/>
            <w:tcMar>
              <w:top w:w="80" w:type="dxa"/>
              <w:left w:w="90" w:type="dxa"/>
              <w:bottom w:w="80" w:type="dxa"/>
              <w:right w:w="90" w:type="dxa"/>
            </w:tcMar>
            <w:vAlign w:val="center"/>
          </w:tcPr>
          <w:p w14:paraId="7F5D7758" w14:textId="77777777" w:rsidR="00F678CC" w:rsidRPr="00240C29" w:rsidRDefault="00F678CC" w:rsidP="00D74455">
            <w:pPr>
              <w:ind w:firstLine="0"/>
              <w:jc w:val="center"/>
              <w:rPr>
                <w:szCs w:val="24"/>
              </w:rPr>
            </w:pPr>
            <w:r w:rsidRPr="00240C29">
              <w:rPr>
                <w:szCs w:val="24"/>
              </w:rPr>
              <w:t>100 gr</w:t>
            </w:r>
          </w:p>
        </w:tc>
      </w:tr>
      <w:tr w:rsidR="00F678CC" w:rsidRPr="00240C29" w14:paraId="257713B3" w14:textId="77777777">
        <w:trPr>
          <w:jc w:val="center"/>
        </w:trPr>
        <w:tc>
          <w:tcPr>
            <w:tcW w:w="850" w:type="dxa"/>
            <w:tcMar>
              <w:top w:w="80" w:type="dxa"/>
              <w:left w:w="90" w:type="dxa"/>
              <w:bottom w:w="80" w:type="dxa"/>
              <w:right w:w="90" w:type="dxa"/>
            </w:tcMar>
            <w:vAlign w:val="center"/>
          </w:tcPr>
          <w:p w14:paraId="23332EDE" w14:textId="77777777" w:rsidR="00F678CC" w:rsidRPr="00240C29" w:rsidRDefault="00F678CC" w:rsidP="00D74455">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7D99C86C" w14:textId="77777777" w:rsidR="00F678CC" w:rsidRPr="00240C29" w:rsidRDefault="00F678CC" w:rsidP="00D74455">
            <w:pPr>
              <w:ind w:firstLine="0"/>
              <w:rPr>
                <w:szCs w:val="24"/>
              </w:rPr>
            </w:pPr>
            <w:r w:rsidRPr="00240C29">
              <w:rPr>
                <w:szCs w:val="24"/>
              </w:rPr>
              <w:t>Placinta cu mere</w:t>
            </w:r>
          </w:p>
        </w:tc>
        <w:tc>
          <w:tcPr>
            <w:tcW w:w="1701" w:type="dxa"/>
            <w:tcMar>
              <w:top w:w="80" w:type="dxa"/>
              <w:left w:w="90" w:type="dxa"/>
              <w:bottom w:w="80" w:type="dxa"/>
              <w:right w:w="90" w:type="dxa"/>
            </w:tcMar>
            <w:vAlign w:val="center"/>
          </w:tcPr>
          <w:p w14:paraId="0FAAC5E8" w14:textId="77777777" w:rsidR="00F678CC" w:rsidRPr="00240C29" w:rsidRDefault="00F678CC" w:rsidP="00D74455">
            <w:pPr>
              <w:ind w:firstLine="0"/>
              <w:jc w:val="center"/>
              <w:rPr>
                <w:szCs w:val="24"/>
              </w:rPr>
            </w:pPr>
            <w:r w:rsidRPr="00240C29">
              <w:rPr>
                <w:szCs w:val="24"/>
              </w:rPr>
              <w:t>120 gr</w:t>
            </w:r>
          </w:p>
        </w:tc>
      </w:tr>
      <w:tr w:rsidR="00F678CC" w:rsidRPr="00240C29" w14:paraId="0C0356F5" w14:textId="77777777">
        <w:trPr>
          <w:jc w:val="center"/>
        </w:trPr>
        <w:tc>
          <w:tcPr>
            <w:tcW w:w="850" w:type="dxa"/>
            <w:tcMar>
              <w:top w:w="80" w:type="dxa"/>
              <w:left w:w="90" w:type="dxa"/>
              <w:bottom w:w="80" w:type="dxa"/>
              <w:right w:w="90" w:type="dxa"/>
            </w:tcMar>
            <w:vAlign w:val="center"/>
          </w:tcPr>
          <w:p w14:paraId="643B7944" w14:textId="77777777" w:rsidR="00F678CC" w:rsidRPr="00240C29" w:rsidRDefault="00F678CC" w:rsidP="00D74455">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58A80B3B" w14:textId="77777777" w:rsidR="00F678CC" w:rsidRPr="00240C29" w:rsidRDefault="00F678CC" w:rsidP="00D74455">
            <w:pPr>
              <w:ind w:firstLine="0"/>
              <w:rPr>
                <w:szCs w:val="24"/>
              </w:rPr>
            </w:pPr>
            <w:proofErr w:type="spellStart"/>
            <w:r w:rsidRPr="00240C29">
              <w:rPr>
                <w:szCs w:val="24"/>
              </w:rPr>
              <w:t>Taietei</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41C3B4FE" w14:textId="77777777" w:rsidR="00F678CC" w:rsidRPr="00240C29" w:rsidRDefault="00F678CC" w:rsidP="00D74455">
            <w:pPr>
              <w:ind w:firstLine="0"/>
              <w:jc w:val="center"/>
              <w:rPr>
                <w:szCs w:val="24"/>
              </w:rPr>
            </w:pPr>
            <w:r w:rsidRPr="00240C29">
              <w:rPr>
                <w:szCs w:val="24"/>
              </w:rPr>
              <w:t>250 gr</w:t>
            </w:r>
          </w:p>
        </w:tc>
      </w:tr>
      <w:tr w:rsidR="00F678CC" w:rsidRPr="00240C29" w14:paraId="5BBAE4C9" w14:textId="77777777">
        <w:trPr>
          <w:jc w:val="center"/>
        </w:trPr>
        <w:tc>
          <w:tcPr>
            <w:tcW w:w="850" w:type="dxa"/>
            <w:tcMar>
              <w:top w:w="80" w:type="dxa"/>
              <w:left w:w="90" w:type="dxa"/>
              <w:bottom w:w="80" w:type="dxa"/>
              <w:right w:w="90" w:type="dxa"/>
            </w:tcMar>
            <w:vAlign w:val="center"/>
          </w:tcPr>
          <w:p w14:paraId="772BB0F2" w14:textId="77777777" w:rsidR="00F678CC" w:rsidRPr="00240C29" w:rsidRDefault="00F678CC" w:rsidP="00D74455">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623019BD" w14:textId="77777777" w:rsidR="00F678CC" w:rsidRPr="00240C29" w:rsidRDefault="00F678CC" w:rsidP="00D74455">
            <w:pPr>
              <w:ind w:firstLine="0"/>
              <w:rPr>
                <w:szCs w:val="24"/>
              </w:rPr>
            </w:pPr>
            <w:proofErr w:type="spellStart"/>
            <w:r w:rsidRPr="00240C29">
              <w:rPr>
                <w:szCs w:val="24"/>
              </w:rPr>
              <w:t>Lapte</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6A58622A" w14:textId="77777777" w:rsidR="00F678CC" w:rsidRPr="00240C29" w:rsidRDefault="00F678CC" w:rsidP="00D74455">
            <w:pPr>
              <w:ind w:firstLine="0"/>
              <w:jc w:val="center"/>
              <w:rPr>
                <w:szCs w:val="24"/>
              </w:rPr>
            </w:pPr>
            <w:r w:rsidRPr="00240C29">
              <w:rPr>
                <w:szCs w:val="24"/>
              </w:rPr>
              <w:t>200 gr</w:t>
            </w:r>
          </w:p>
        </w:tc>
      </w:tr>
      <w:tr w:rsidR="00F678CC" w:rsidRPr="00240C29" w14:paraId="74548BC9" w14:textId="77777777">
        <w:trPr>
          <w:jc w:val="center"/>
        </w:trPr>
        <w:tc>
          <w:tcPr>
            <w:tcW w:w="850" w:type="dxa"/>
            <w:tcMar>
              <w:top w:w="80" w:type="dxa"/>
              <w:left w:w="90" w:type="dxa"/>
              <w:bottom w:w="80" w:type="dxa"/>
              <w:right w:w="90" w:type="dxa"/>
            </w:tcMar>
            <w:vAlign w:val="center"/>
          </w:tcPr>
          <w:p w14:paraId="2BE7D2B4" w14:textId="77777777" w:rsidR="00F678CC" w:rsidRPr="00240C29" w:rsidRDefault="00F678CC" w:rsidP="00D74455">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778B1B81" w14:textId="27A14C65" w:rsidR="00F678CC" w:rsidRPr="00240C29" w:rsidRDefault="00F678CC" w:rsidP="00D74455">
            <w:pPr>
              <w:ind w:firstLine="0"/>
              <w:rPr>
                <w:szCs w:val="24"/>
              </w:rPr>
            </w:pPr>
            <w:proofErr w:type="spellStart"/>
            <w:r w:rsidRPr="00240C29">
              <w:rPr>
                <w:szCs w:val="24"/>
              </w:rPr>
              <w:t>Clatite</w:t>
            </w:r>
            <w:proofErr w:type="spellEnd"/>
            <w:r w:rsidRPr="00240C29">
              <w:rPr>
                <w:szCs w:val="24"/>
              </w:rPr>
              <w:t xml:space="preserve"> </w:t>
            </w:r>
            <w:proofErr w:type="spellStart"/>
            <w:r w:rsidRPr="00240C29">
              <w:rPr>
                <w:szCs w:val="24"/>
              </w:rPr>
              <w:t>umplute</w:t>
            </w:r>
            <w:proofErr w:type="spellEnd"/>
            <w:r w:rsidRPr="00240C29">
              <w:rPr>
                <w:szCs w:val="24"/>
              </w:rPr>
              <w:t xml:space="preserve"> cu gem/</w:t>
            </w:r>
            <w:proofErr w:type="spellStart"/>
            <w:r w:rsidRPr="00240C29">
              <w:rPr>
                <w:szCs w:val="24"/>
              </w:rPr>
              <w:t>dulceata</w:t>
            </w:r>
            <w:proofErr w:type="spellEnd"/>
            <w:r w:rsidR="00CD31E2" w:rsidRPr="00CD31E2">
              <w:rPr>
                <w:szCs w:val="24"/>
              </w:rPr>
              <w:t xml:space="preserve">/ </w:t>
            </w:r>
            <w:proofErr w:type="spellStart"/>
            <w:r w:rsidR="00CD31E2" w:rsidRPr="00CD31E2">
              <w:rPr>
                <w:szCs w:val="24"/>
              </w:rPr>
              <w:t>branza</w:t>
            </w:r>
            <w:proofErr w:type="spellEnd"/>
            <w:r w:rsidR="00CD31E2" w:rsidRPr="00CD31E2">
              <w:rPr>
                <w:szCs w:val="24"/>
              </w:rPr>
              <w:t xml:space="preserve"> dulce </w:t>
            </w:r>
            <w:proofErr w:type="spellStart"/>
            <w:r w:rsidR="00CD31E2" w:rsidRPr="00CD31E2">
              <w:rPr>
                <w:szCs w:val="24"/>
              </w:rPr>
              <w:t>slaba</w:t>
            </w:r>
            <w:proofErr w:type="spellEnd"/>
          </w:p>
        </w:tc>
        <w:tc>
          <w:tcPr>
            <w:tcW w:w="1701" w:type="dxa"/>
            <w:tcMar>
              <w:top w:w="80" w:type="dxa"/>
              <w:left w:w="90" w:type="dxa"/>
              <w:bottom w:w="80" w:type="dxa"/>
              <w:right w:w="90" w:type="dxa"/>
            </w:tcMar>
            <w:vAlign w:val="center"/>
          </w:tcPr>
          <w:p w14:paraId="2EAB1515" w14:textId="77777777" w:rsidR="00F678CC" w:rsidRPr="00240C29" w:rsidRDefault="00F678CC" w:rsidP="00D74455">
            <w:pPr>
              <w:ind w:firstLine="0"/>
              <w:jc w:val="center"/>
              <w:rPr>
                <w:szCs w:val="24"/>
              </w:rPr>
            </w:pPr>
            <w:r w:rsidRPr="00240C29">
              <w:rPr>
                <w:szCs w:val="24"/>
              </w:rPr>
              <w:t>120 gr</w:t>
            </w:r>
          </w:p>
        </w:tc>
      </w:tr>
      <w:tr w:rsidR="00F678CC" w:rsidRPr="00240C29" w14:paraId="68203A9A" w14:textId="77777777">
        <w:trPr>
          <w:jc w:val="center"/>
        </w:trPr>
        <w:tc>
          <w:tcPr>
            <w:tcW w:w="850" w:type="dxa"/>
            <w:tcMar>
              <w:top w:w="80" w:type="dxa"/>
              <w:left w:w="90" w:type="dxa"/>
              <w:bottom w:w="80" w:type="dxa"/>
              <w:right w:w="90" w:type="dxa"/>
            </w:tcMar>
            <w:vAlign w:val="center"/>
          </w:tcPr>
          <w:p w14:paraId="6A8390F5" w14:textId="77777777" w:rsidR="00F678CC" w:rsidRPr="00240C29" w:rsidRDefault="00F678CC" w:rsidP="00D74455">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545CF96B" w14:textId="4305C005" w:rsidR="00F678CC" w:rsidRPr="00240C29" w:rsidRDefault="00F678CC" w:rsidP="00D74455">
            <w:pPr>
              <w:ind w:firstLine="0"/>
              <w:rPr>
                <w:szCs w:val="24"/>
              </w:rPr>
            </w:pPr>
            <w:proofErr w:type="spellStart"/>
            <w:r w:rsidRPr="00240C29">
              <w:rPr>
                <w:szCs w:val="24"/>
              </w:rPr>
              <w:t>Budinca</w:t>
            </w:r>
            <w:proofErr w:type="spellEnd"/>
            <w:r w:rsidRPr="00240C29">
              <w:rPr>
                <w:szCs w:val="24"/>
              </w:rPr>
              <w:t xml:space="preserve"> de gris </w:t>
            </w:r>
            <w:proofErr w:type="spellStart"/>
            <w:r w:rsidR="00CD31E2" w:rsidRPr="00CD31E2">
              <w:rPr>
                <w:szCs w:val="24"/>
              </w:rPr>
              <w:t>sau</w:t>
            </w:r>
            <w:proofErr w:type="spellEnd"/>
            <w:r w:rsidR="00CD31E2" w:rsidRPr="00CD31E2">
              <w:rPr>
                <w:szCs w:val="24"/>
              </w:rPr>
              <w:t xml:space="preserve"> </w:t>
            </w:r>
            <w:proofErr w:type="spellStart"/>
            <w:r w:rsidR="00CD31E2" w:rsidRPr="00CD31E2">
              <w:rPr>
                <w:szCs w:val="24"/>
              </w:rPr>
              <w:t>orez</w:t>
            </w:r>
            <w:proofErr w:type="spellEnd"/>
          </w:p>
        </w:tc>
        <w:tc>
          <w:tcPr>
            <w:tcW w:w="1701" w:type="dxa"/>
            <w:tcMar>
              <w:top w:w="80" w:type="dxa"/>
              <w:left w:w="90" w:type="dxa"/>
              <w:bottom w:w="80" w:type="dxa"/>
              <w:right w:w="90" w:type="dxa"/>
            </w:tcMar>
            <w:vAlign w:val="center"/>
          </w:tcPr>
          <w:p w14:paraId="0DD965BA" w14:textId="77777777" w:rsidR="00F678CC" w:rsidRPr="00240C29" w:rsidRDefault="00F678CC" w:rsidP="00D74455">
            <w:pPr>
              <w:ind w:firstLine="0"/>
              <w:jc w:val="center"/>
              <w:rPr>
                <w:szCs w:val="24"/>
              </w:rPr>
            </w:pPr>
            <w:r w:rsidRPr="00240C29">
              <w:rPr>
                <w:szCs w:val="24"/>
              </w:rPr>
              <w:t>280 gr</w:t>
            </w:r>
          </w:p>
        </w:tc>
      </w:tr>
      <w:tr w:rsidR="00F678CC" w:rsidRPr="00240C29" w14:paraId="0262B001" w14:textId="77777777">
        <w:trPr>
          <w:jc w:val="center"/>
        </w:trPr>
        <w:tc>
          <w:tcPr>
            <w:tcW w:w="850" w:type="dxa"/>
            <w:tcMar>
              <w:top w:w="80" w:type="dxa"/>
              <w:left w:w="90" w:type="dxa"/>
              <w:bottom w:w="80" w:type="dxa"/>
              <w:right w:w="90" w:type="dxa"/>
            </w:tcMar>
            <w:vAlign w:val="center"/>
          </w:tcPr>
          <w:p w14:paraId="37752254" w14:textId="77777777" w:rsidR="00F678CC" w:rsidRPr="00240C29" w:rsidRDefault="00F678CC" w:rsidP="00D74455">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23B2B813" w14:textId="77777777" w:rsidR="00F678CC" w:rsidRPr="00240C29" w:rsidRDefault="00F678CC" w:rsidP="00D74455">
            <w:pPr>
              <w:ind w:firstLine="0"/>
              <w:rPr>
                <w:szCs w:val="24"/>
              </w:rPr>
            </w:pPr>
            <w:r w:rsidRPr="00240C29">
              <w:rPr>
                <w:szCs w:val="24"/>
              </w:rPr>
              <w:t>Strudel de casa cu mere</w:t>
            </w:r>
          </w:p>
        </w:tc>
        <w:tc>
          <w:tcPr>
            <w:tcW w:w="1701" w:type="dxa"/>
            <w:tcMar>
              <w:top w:w="80" w:type="dxa"/>
              <w:left w:w="90" w:type="dxa"/>
              <w:bottom w:w="80" w:type="dxa"/>
              <w:right w:w="90" w:type="dxa"/>
            </w:tcMar>
            <w:vAlign w:val="center"/>
          </w:tcPr>
          <w:p w14:paraId="1A4C764A" w14:textId="77777777" w:rsidR="00F678CC" w:rsidRPr="00240C29" w:rsidRDefault="00F678CC" w:rsidP="00D74455">
            <w:pPr>
              <w:ind w:firstLine="0"/>
              <w:jc w:val="center"/>
              <w:rPr>
                <w:szCs w:val="24"/>
              </w:rPr>
            </w:pPr>
            <w:r w:rsidRPr="00240C29">
              <w:rPr>
                <w:szCs w:val="24"/>
              </w:rPr>
              <w:t>120 gr.</w:t>
            </w:r>
          </w:p>
        </w:tc>
      </w:tr>
      <w:tr w:rsidR="00F678CC" w:rsidRPr="00240C29" w14:paraId="45A50DBE" w14:textId="77777777">
        <w:trPr>
          <w:jc w:val="center"/>
        </w:trPr>
        <w:tc>
          <w:tcPr>
            <w:tcW w:w="850" w:type="dxa"/>
            <w:tcMar>
              <w:top w:w="80" w:type="dxa"/>
              <w:left w:w="90" w:type="dxa"/>
              <w:bottom w:w="80" w:type="dxa"/>
              <w:right w:w="90" w:type="dxa"/>
            </w:tcMar>
            <w:vAlign w:val="center"/>
          </w:tcPr>
          <w:p w14:paraId="1F06D5E8" w14:textId="77777777" w:rsidR="00F678CC" w:rsidRPr="00240C29" w:rsidRDefault="00F678CC" w:rsidP="00D74455">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6448D9F5" w14:textId="77777777" w:rsidR="00F678CC" w:rsidRPr="00240C29" w:rsidRDefault="00F678CC" w:rsidP="00D74455">
            <w:pPr>
              <w:ind w:firstLine="0"/>
              <w:rPr>
                <w:szCs w:val="24"/>
              </w:rPr>
            </w:pPr>
            <w:proofErr w:type="spellStart"/>
            <w:r w:rsidRPr="00240C29">
              <w:rPr>
                <w:szCs w:val="24"/>
              </w:rPr>
              <w:t>Chec</w:t>
            </w:r>
            <w:proofErr w:type="spellEnd"/>
          </w:p>
        </w:tc>
        <w:tc>
          <w:tcPr>
            <w:tcW w:w="1701" w:type="dxa"/>
            <w:tcMar>
              <w:top w:w="80" w:type="dxa"/>
              <w:left w:w="90" w:type="dxa"/>
              <w:bottom w:w="80" w:type="dxa"/>
              <w:right w:w="90" w:type="dxa"/>
            </w:tcMar>
            <w:vAlign w:val="center"/>
          </w:tcPr>
          <w:p w14:paraId="59DE7115" w14:textId="77777777" w:rsidR="00F678CC" w:rsidRPr="00240C29" w:rsidRDefault="00F678CC" w:rsidP="00D74455">
            <w:pPr>
              <w:ind w:firstLine="0"/>
              <w:jc w:val="center"/>
              <w:rPr>
                <w:szCs w:val="24"/>
              </w:rPr>
            </w:pPr>
            <w:r w:rsidRPr="00240C29">
              <w:rPr>
                <w:szCs w:val="24"/>
              </w:rPr>
              <w:t>60 gr</w:t>
            </w:r>
          </w:p>
        </w:tc>
      </w:tr>
      <w:tr w:rsidR="00F678CC" w:rsidRPr="00240C29" w14:paraId="5FC611F0" w14:textId="77777777">
        <w:trPr>
          <w:jc w:val="center"/>
        </w:trPr>
        <w:tc>
          <w:tcPr>
            <w:tcW w:w="850" w:type="dxa"/>
            <w:tcMar>
              <w:top w:w="80" w:type="dxa"/>
              <w:left w:w="90" w:type="dxa"/>
              <w:bottom w:w="80" w:type="dxa"/>
              <w:right w:w="90" w:type="dxa"/>
            </w:tcMar>
            <w:vAlign w:val="center"/>
          </w:tcPr>
          <w:p w14:paraId="680D0711" w14:textId="77777777" w:rsidR="00F678CC" w:rsidRPr="00240C29" w:rsidRDefault="00F678CC" w:rsidP="00D74455">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56D4F73C" w14:textId="77777777" w:rsidR="00F678CC" w:rsidRPr="00240C29" w:rsidRDefault="00F678CC" w:rsidP="00D74455">
            <w:pPr>
              <w:ind w:firstLine="0"/>
              <w:rPr>
                <w:szCs w:val="24"/>
              </w:rPr>
            </w:pPr>
            <w:r w:rsidRPr="00240C29">
              <w:rPr>
                <w:szCs w:val="24"/>
              </w:rPr>
              <w:t xml:space="preserve">Gris cu </w:t>
            </w:r>
            <w:proofErr w:type="spellStart"/>
            <w:r w:rsidRPr="00240C29">
              <w:rPr>
                <w:szCs w:val="24"/>
              </w:rPr>
              <w:t>lapte</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sos</w:t>
            </w:r>
            <w:proofErr w:type="spellEnd"/>
            <w:r w:rsidRPr="00240C29">
              <w:rPr>
                <w:szCs w:val="24"/>
              </w:rPr>
              <w:t xml:space="preserve"> caramel</w:t>
            </w:r>
          </w:p>
        </w:tc>
        <w:tc>
          <w:tcPr>
            <w:tcW w:w="1701" w:type="dxa"/>
            <w:tcMar>
              <w:top w:w="80" w:type="dxa"/>
              <w:left w:w="90" w:type="dxa"/>
              <w:bottom w:w="80" w:type="dxa"/>
              <w:right w:w="90" w:type="dxa"/>
            </w:tcMar>
            <w:vAlign w:val="center"/>
          </w:tcPr>
          <w:p w14:paraId="431D8D64" w14:textId="77777777" w:rsidR="00F678CC" w:rsidRPr="00240C29" w:rsidRDefault="00F678CC" w:rsidP="00D74455">
            <w:pPr>
              <w:ind w:firstLine="0"/>
              <w:jc w:val="center"/>
              <w:rPr>
                <w:szCs w:val="24"/>
              </w:rPr>
            </w:pPr>
            <w:r w:rsidRPr="00240C29">
              <w:rPr>
                <w:szCs w:val="24"/>
              </w:rPr>
              <w:t>200 gr</w:t>
            </w:r>
          </w:p>
        </w:tc>
      </w:tr>
      <w:tr w:rsidR="00F678CC" w:rsidRPr="00240C29" w14:paraId="79401E74" w14:textId="77777777">
        <w:trPr>
          <w:jc w:val="center"/>
        </w:trPr>
        <w:tc>
          <w:tcPr>
            <w:tcW w:w="850" w:type="dxa"/>
            <w:tcMar>
              <w:top w:w="80" w:type="dxa"/>
              <w:left w:w="90" w:type="dxa"/>
              <w:bottom w:w="80" w:type="dxa"/>
              <w:right w:w="90" w:type="dxa"/>
            </w:tcMar>
            <w:vAlign w:val="center"/>
          </w:tcPr>
          <w:p w14:paraId="4CAB1182" w14:textId="77777777" w:rsidR="00F678CC" w:rsidRPr="00240C29" w:rsidRDefault="00F678CC" w:rsidP="00D74455">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59CB8297" w14:textId="77777777" w:rsidR="00F678CC" w:rsidRPr="00240C29" w:rsidRDefault="00F678CC" w:rsidP="00D74455">
            <w:pPr>
              <w:ind w:firstLine="0"/>
              <w:rPr>
                <w:szCs w:val="24"/>
              </w:rPr>
            </w:pPr>
            <w:proofErr w:type="spellStart"/>
            <w:r w:rsidRPr="00240C29">
              <w:rPr>
                <w:szCs w:val="24"/>
              </w:rPr>
              <w:t>Budinca</w:t>
            </w:r>
            <w:proofErr w:type="spellEnd"/>
            <w:r w:rsidRPr="00240C29">
              <w:rPr>
                <w:szCs w:val="24"/>
              </w:rPr>
              <w:t xml:space="preserve"> de </w:t>
            </w:r>
            <w:proofErr w:type="spellStart"/>
            <w:r w:rsidRPr="00240C29">
              <w:rPr>
                <w:szCs w:val="24"/>
              </w:rPr>
              <w:t>cascaval</w:t>
            </w:r>
            <w:proofErr w:type="spellEnd"/>
          </w:p>
        </w:tc>
        <w:tc>
          <w:tcPr>
            <w:tcW w:w="1701" w:type="dxa"/>
            <w:tcMar>
              <w:top w:w="80" w:type="dxa"/>
              <w:left w:w="90" w:type="dxa"/>
              <w:bottom w:w="80" w:type="dxa"/>
              <w:right w:w="90" w:type="dxa"/>
            </w:tcMar>
            <w:vAlign w:val="center"/>
          </w:tcPr>
          <w:p w14:paraId="6F5DB6F1" w14:textId="77777777" w:rsidR="00F678CC" w:rsidRPr="00240C29" w:rsidRDefault="00F678CC" w:rsidP="00D74455">
            <w:pPr>
              <w:ind w:firstLine="0"/>
              <w:jc w:val="center"/>
              <w:rPr>
                <w:szCs w:val="24"/>
              </w:rPr>
            </w:pPr>
            <w:r w:rsidRPr="00240C29">
              <w:rPr>
                <w:szCs w:val="24"/>
              </w:rPr>
              <w:t>220 gr.</w:t>
            </w:r>
          </w:p>
        </w:tc>
      </w:tr>
      <w:tr w:rsidR="00F678CC" w:rsidRPr="00240C29" w14:paraId="350D36E1" w14:textId="77777777">
        <w:trPr>
          <w:jc w:val="center"/>
        </w:trPr>
        <w:tc>
          <w:tcPr>
            <w:tcW w:w="850" w:type="dxa"/>
            <w:tcMar>
              <w:top w:w="80" w:type="dxa"/>
              <w:left w:w="90" w:type="dxa"/>
              <w:bottom w:w="80" w:type="dxa"/>
              <w:right w:w="90" w:type="dxa"/>
            </w:tcMar>
            <w:vAlign w:val="center"/>
          </w:tcPr>
          <w:p w14:paraId="2BDD3F5A" w14:textId="77777777" w:rsidR="00F678CC" w:rsidRPr="00240C29" w:rsidRDefault="00F678CC" w:rsidP="00D74455">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61D4393C" w14:textId="77777777" w:rsidR="00F678CC" w:rsidRPr="00240C29" w:rsidRDefault="00F678CC" w:rsidP="00D74455">
            <w:pPr>
              <w:ind w:firstLine="0"/>
              <w:rPr>
                <w:szCs w:val="24"/>
              </w:rPr>
            </w:pPr>
            <w:proofErr w:type="spellStart"/>
            <w:r w:rsidRPr="00240C29">
              <w:rPr>
                <w:szCs w:val="24"/>
              </w:rPr>
              <w:t>Taietei</w:t>
            </w:r>
            <w:proofErr w:type="spellEnd"/>
            <w:r w:rsidRPr="00240C29">
              <w:rPr>
                <w:szCs w:val="24"/>
              </w:rPr>
              <w:t xml:space="preserve"> cu </w:t>
            </w:r>
            <w:proofErr w:type="spellStart"/>
            <w:r w:rsidRPr="00240C29">
              <w:rPr>
                <w:szCs w:val="24"/>
              </w:rPr>
              <w:t>branza</w:t>
            </w:r>
            <w:proofErr w:type="spellEnd"/>
            <w:r w:rsidRPr="00240C29">
              <w:rPr>
                <w:szCs w:val="24"/>
              </w:rPr>
              <w:t xml:space="preserve"> de </w:t>
            </w:r>
            <w:proofErr w:type="spellStart"/>
            <w:r w:rsidRPr="00240C29">
              <w:rPr>
                <w:szCs w:val="24"/>
              </w:rPr>
              <w:t>vaci</w:t>
            </w:r>
            <w:proofErr w:type="spellEnd"/>
          </w:p>
        </w:tc>
        <w:tc>
          <w:tcPr>
            <w:tcW w:w="1701" w:type="dxa"/>
            <w:tcMar>
              <w:top w:w="80" w:type="dxa"/>
              <w:left w:w="90" w:type="dxa"/>
              <w:bottom w:w="80" w:type="dxa"/>
              <w:right w:w="90" w:type="dxa"/>
            </w:tcMar>
            <w:vAlign w:val="center"/>
          </w:tcPr>
          <w:p w14:paraId="25A48EF6" w14:textId="77777777" w:rsidR="00F678CC" w:rsidRPr="00240C29" w:rsidRDefault="00F678CC" w:rsidP="00D74455">
            <w:pPr>
              <w:ind w:firstLine="0"/>
              <w:jc w:val="center"/>
              <w:rPr>
                <w:szCs w:val="24"/>
              </w:rPr>
            </w:pPr>
            <w:r w:rsidRPr="00240C29">
              <w:rPr>
                <w:szCs w:val="24"/>
              </w:rPr>
              <w:t>250 gr</w:t>
            </w:r>
          </w:p>
        </w:tc>
      </w:tr>
      <w:tr w:rsidR="00F678CC" w:rsidRPr="00240C29" w14:paraId="4C25F602" w14:textId="77777777">
        <w:trPr>
          <w:jc w:val="center"/>
        </w:trPr>
        <w:tc>
          <w:tcPr>
            <w:tcW w:w="850" w:type="dxa"/>
            <w:tcMar>
              <w:top w:w="80" w:type="dxa"/>
              <w:left w:w="90" w:type="dxa"/>
              <w:bottom w:w="80" w:type="dxa"/>
              <w:right w:w="90" w:type="dxa"/>
            </w:tcMar>
            <w:vAlign w:val="center"/>
          </w:tcPr>
          <w:p w14:paraId="56FF2277" w14:textId="77777777" w:rsidR="00F678CC" w:rsidRPr="00240C29" w:rsidRDefault="00F678CC" w:rsidP="00D74455">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14DA0913" w14:textId="77777777" w:rsidR="00F678CC" w:rsidRPr="00240C29" w:rsidRDefault="00F678CC" w:rsidP="00D74455">
            <w:pPr>
              <w:ind w:firstLine="0"/>
              <w:rPr>
                <w:szCs w:val="24"/>
              </w:rPr>
            </w:pPr>
            <w:r w:rsidRPr="00240C29">
              <w:rPr>
                <w:szCs w:val="24"/>
              </w:rPr>
              <w:t xml:space="preserve">Tarta cu </w:t>
            </w:r>
            <w:proofErr w:type="spellStart"/>
            <w:r w:rsidRPr="00240C29">
              <w:rPr>
                <w:szCs w:val="24"/>
              </w:rPr>
              <w:t>fructe</w:t>
            </w:r>
            <w:proofErr w:type="spellEnd"/>
          </w:p>
        </w:tc>
        <w:tc>
          <w:tcPr>
            <w:tcW w:w="1701" w:type="dxa"/>
            <w:tcMar>
              <w:top w:w="80" w:type="dxa"/>
              <w:left w:w="90" w:type="dxa"/>
              <w:bottom w:w="80" w:type="dxa"/>
              <w:right w:w="90" w:type="dxa"/>
            </w:tcMar>
            <w:vAlign w:val="center"/>
          </w:tcPr>
          <w:p w14:paraId="0B9AC937" w14:textId="77777777" w:rsidR="00F678CC" w:rsidRPr="00240C29" w:rsidRDefault="00F678CC" w:rsidP="00D74455">
            <w:pPr>
              <w:ind w:firstLine="0"/>
              <w:jc w:val="center"/>
              <w:rPr>
                <w:szCs w:val="24"/>
              </w:rPr>
            </w:pPr>
            <w:r w:rsidRPr="00240C29">
              <w:rPr>
                <w:szCs w:val="24"/>
              </w:rPr>
              <w:t>100 gr</w:t>
            </w:r>
          </w:p>
        </w:tc>
      </w:tr>
      <w:tr w:rsidR="00F678CC" w:rsidRPr="00240C29" w14:paraId="6AD68B00" w14:textId="77777777">
        <w:trPr>
          <w:jc w:val="center"/>
        </w:trPr>
        <w:tc>
          <w:tcPr>
            <w:tcW w:w="850" w:type="dxa"/>
            <w:tcMar>
              <w:top w:w="80" w:type="dxa"/>
              <w:left w:w="90" w:type="dxa"/>
              <w:bottom w:w="80" w:type="dxa"/>
              <w:right w:w="90" w:type="dxa"/>
            </w:tcMar>
            <w:vAlign w:val="center"/>
          </w:tcPr>
          <w:p w14:paraId="675B78F3" w14:textId="77777777" w:rsidR="00F678CC" w:rsidRPr="00240C29" w:rsidRDefault="00F678CC" w:rsidP="00D74455">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3B3BF465" w14:textId="77777777" w:rsidR="00F678CC" w:rsidRPr="00240C29" w:rsidRDefault="00F678CC" w:rsidP="00D74455">
            <w:pPr>
              <w:ind w:firstLine="0"/>
              <w:rPr>
                <w:szCs w:val="24"/>
              </w:rPr>
            </w:pPr>
            <w:proofErr w:type="spellStart"/>
            <w:r w:rsidRPr="00240C29">
              <w:rPr>
                <w:szCs w:val="24"/>
              </w:rPr>
              <w:t>Rulada</w:t>
            </w:r>
            <w:proofErr w:type="spellEnd"/>
            <w:r w:rsidRPr="00240C29">
              <w:rPr>
                <w:szCs w:val="24"/>
              </w:rPr>
              <w:t xml:space="preserve"> 100 gr</w:t>
            </w:r>
          </w:p>
        </w:tc>
        <w:tc>
          <w:tcPr>
            <w:tcW w:w="1701" w:type="dxa"/>
            <w:tcMar>
              <w:top w:w="80" w:type="dxa"/>
              <w:left w:w="90" w:type="dxa"/>
              <w:bottom w:w="80" w:type="dxa"/>
              <w:right w:w="90" w:type="dxa"/>
            </w:tcMar>
            <w:vAlign w:val="center"/>
          </w:tcPr>
          <w:p w14:paraId="061B92AC" w14:textId="77777777" w:rsidR="00F678CC" w:rsidRPr="00240C29" w:rsidRDefault="00F678CC" w:rsidP="00D74455">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F678CC" w:rsidRPr="00240C29" w14:paraId="215D1939" w14:textId="77777777">
        <w:trPr>
          <w:jc w:val="center"/>
        </w:trPr>
        <w:tc>
          <w:tcPr>
            <w:tcW w:w="850" w:type="dxa"/>
            <w:tcMar>
              <w:top w:w="80" w:type="dxa"/>
              <w:left w:w="90" w:type="dxa"/>
              <w:bottom w:w="80" w:type="dxa"/>
              <w:right w:w="90" w:type="dxa"/>
            </w:tcMar>
            <w:vAlign w:val="center"/>
          </w:tcPr>
          <w:p w14:paraId="439F79E2" w14:textId="77777777" w:rsidR="00F678CC" w:rsidRPr="00240C29" w:rsidRDefault="00F678CC" w:rsidP="00D74455">
            <w:pPr>
              <w:ind w:firstLine="0"/>
              <w:jc w:val="center"/>
              <w:rPr>
                <w:szCs w:val="24"/>
              </w:rPr>
            </w:pPr>
            <w:r w:rsidRPr="00240C29">
              <w:rPr>
                <w:szCs w:val="24"/>
              </w:rPr>
              <w:t>21</w:t>
            </w:r>
          </w:p>
        </w:tc>
        <w:tc>
          <w:tcPr>
            <w:tcW w:w="7087" w:type="dxa"/>
            <w:tcMar>
              <w:top w:w="80" w:type="dxa"/>
              <w:left w:w="90" w:type="dxa"/>
              <w:bottom w:w="80" w:type="dxa"/>
              <w:right w:w="90" w:type="dxa"/>
            </w:tcMar>
            <w:vAlign w:val="center"/>
          </w:tcPr>
          <w:p w14:paraId="5813A8BE" w14:textId="41F93EAD" w:rsidR="00F678CC" w:rsidRPr="00240C29" w:rsidRDefault="00F678CC" w:rsidP="00D74455">
            <w:pPr>
              <w:ind w:firstLine="0"/>
              <w:rPr>
                <w:szCs w:val="24"/>
              </w:rPr>
            </w:pPr>
            <w:proofErr w:type="spellStart"/>
            <w:r w:rsidRPr="00240C29">
              <w:rPr>
                <w:szCs w:val="24"/>
              </w:rPr>
              <w:t>Fructe</w:t>
            </w:r>
            <w:proofErr w:type="spellEnd"/>
            <w:r w:rsidRPr="00240C29">
              <w:rPr>
                <w:szCs w:val="24"/>
              </w:rPr>
              <w:t xml:space="preserv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053D7278" w14:textId="77777777" w:rsidR="00F678CC" w:rsidRPr="00240C29" w:rsidRDefault="00F678CC" w:rsidP="00D74455">
            <w:pPr>
              <w:ind w:firstLine="0"/>
              <w:jc w:val="center"/>
              <w:rPr>
                <w:szCs w:val="24"/>
              </w:rPr>
            </w:pPr>
            <w:r w:rsidRPr="00240C29">
              <w:rPr>
                <w:szCs w:val="24"/>
              </w:rPr>
              <w:t>100 gr</w:t>
            </w:r>
          </w:p>
        </w:tc>
      </w:tr>
      <w:tr w:rsidR="00F678CC" w:rsidRPr="00240C29" w14:paraId="3AEDB322" w14:textId="77777777">
        <w:trPr>
          <w:jc w:val="center"/>
        </w:trPr>
        <w:tc>
          <w:tcPr>
            <w:tcW w:w="850" w:type="dxa"/>
            <w:tcMar>
              <w:top w:w="80" w:type="dxa"/>
              <w:left w:w="90" w:type="dxa"/>
              <w:bottom w:w="80" w:type="dxa"/>
              <w:right w:w="90" w:type="dxa"/>
            </w:tcMar>
            <w:vAlign w:val="center"/>
          </w:tcPr>
          <w:p w14:paraId="0B9D58F5" w14:textId="77777777" w:rsidR="00F678CC" w:rsidRPr="00240C29" w:rsidRDefault="00F678CC" w:rsidP="00D74455">
            <w:pPr>
              <w:ind w:firstLine="0"/>
              <w:jc w:val="center"/>
              <w:rPr>
                <w:szCs w:val="24"/>
              </w:rPr>
            </w:pPr>
            <w:r w:rsidRPr="00240C29">
              <w:rPr>
                <w:szCs w:val="24"/>
              </w:rPr>
              <w:lastRenderedPageBreak/>
              <w:t>22</w:t>
            </w:r>
          </w:p>
        </w:tc>
        <w:tc>
          <w:tcPr>
            <w:tcW w:w="7087" w:type="dxa"/>
            <w:tcMar>
              <w:top w:w="80" w:type="dxa"/>
              <w:left w:w="90" w:type="dxa"/>
              <w:bottom w:w="80" w:type="dxa"/>
              <w:right w:w="90" w:type="dxa"/>
            </w:tcMar>
            <w:vAlign w:val="center"/>
          </w:tcPr>
          <w:p w14:paraId="2E6A59CA" w14:textId="77777777" w:rsidR="00F678CC" w:rsidRPr="00240C29" w:rsidRDefault="00F678CC" w:rsidP="00D74455">
            <w:pPr>
              <w:ind w:firstLine="0"/>
              <w:rPr>
                <w:szCs w:val="24"/>
              </w:rPr>
            </w:pPr>
            <w:proofErr w:type="spellStart"/>
            <w:r w:rsidRPr="00240C29">
              <w:rPr>
                <w:szCs w:val="24"/>
              </w:rPr>
              <w:t>Turta</w:t>
            </w:r>
            <w:proofErr w:type="spellEnd"/>
            <w:r w:rsidRPr="00240C29">
              <w:rPr>
                <w:szCs w:val="24"/>
              </w:rPr>
              <w:t xml:space="preserve"> dulce</w:t>
            </w:r>
          </w:p>
        </w:tc>
        <w:tc>
          <w:tcPr>
            <w:tcW w:w="1701" w:type="dxa"/>
            <w:tcMar>
              <w:top w:w="80" w:type="dxa"/>
              <w:left w:w="90" w:type="dxa"/>
              <w:bottom w:w="80" w:type="dxa"/>
              <w:right w:w="90" w:type="dxa"/>
            </w:tcMar>
            <w:vAlign w:val="center"/>
          </w:tcPr>
          <w:p w14:paraId="4103695C" w14:textId="77777777" w:rsidR="00F678CC" w:rsidRPr="00240C29" w:rsidRDefault="00F678CC" w:rsidP="00D74455">
            <w:pPr>
              <w:ind w:firstLine="0"/>
              <w:jc w:val="center"/>
              <w:rPr>
                <w:szCs w:val="24"/>
              </w:rPr>
            </w:pPr>
            <w:r w:rsidRPr="00240C29">
              <w:rPr>
                <w:szCs w:val="24"/>
              </w:rPr>
              <w:t>50 gr</w:t>
            </w:r>
          </w:p>
        </w:tc>
      </w:tr>
      <w:tr w:rsidR="00CD31E2" w:rsidRPr="00240C29" w14:paraId="7F45DE9B" w14:textId="77777777" w:rsidTr="006B3867">
        <w:trPr>
          <w:jc w:val="center"/>
        </w:trPr>
        <w:tc>
          <w:tcPr>
            <w:tcW w:w="850" w:type="dxa"/>
            <w:tcMar>
              <w:top w:w="80" w:type="dxa"/>
              <w:left w:w="90" w:type="dxa"/>
              <w:bottom w:w="80" w:type="dxa"/>
              <w:right w:w="90" w:type="dxa"/>
            </w:tcMar>
            <w:vAlign w:val="center"/>
          </w:tcPr>
          <w:p w14:paraId="2A3D4C17" w14:textId="169EF1F3" w:rsidR="00CD31E2" w:rsidRPr="00240C29" w:rsidRDefault="00CD31E2" w:rsidP="00CD31E2">
            <w:pPr>
              <w:ind w:firstLine="0"/>
              <w:jc w:val="center"/>
              <w:rPr>
                <w:szCs w:val="24"/>
              </w:rPr>
            </w:pPr>
            <w:r>
              <w:rPr>
                <w:szCs w:val="24"/>
              </w:rPr>
              <w:t>23</w:t>
            </w:r>
          </w:p>
        </w:tc>
        <w:tc>
          <w:tcPr>
            <w:tcW w:w="7087" w:type="dxa"/>
            <w:tcMar>
              <w:top w:w="80" w:type="dxa"/>
              <w:left w:w="90" w:type="dxa"/>
              <w:bottom w:w="80" w:type="dxa"/>
              <w:right w:w="90" w:type="dxa"/>
            </w:tcMar>
          </w:tcPr>
          <w:p w14:paraId="0C9CDB89" w14:textId="3BF0A44A" w:rsidR="00CD31E2" w:rsidRPr="00240C29" w:rsidRDefault="00CD31E2" w:rsidP="00CD31E2">
            <w:pPr>
              <w:ind w:firstLine="0"/>
              <w:rPr>
                <w:szCs w:val="24"/>
              </w:rPr>
            </w:pPr>
            <w:proofErr w:type="spellStart"/>
            <w:r w:rsidRPr="004C090B">
              <w:t>Prajitura</w:t>
            </w:r>
            <w:proofErr w:type="spellEnd"/>
            <w:r w:rsidRPr="004C090B">
              <w:t xml:space="preserve"> cu </w:t>
            </w:r>
            <w:proofErr w:type="spellStart"/>
            <w:r w:rsidRPr="004C090B">
              <w:t>dovleac</w:t>
            </w:r>
            <w:proofErr w:type="spellEnd"/>
            <w:r w:rsidRPr="004C090B">
              <w:t>/ mere</w:t>
            </w:r>
          </w:p>
        </w:tc>
        <w:tc>
          <w:tcPr>
            <w:tcW w:w="1701" w:type="dxa"/>
            <w:tcMar>
              <w:top w:w="80" w:type="dxa"/>
              <w:left w:w="90" w:type="dxa"/>
              <w:bottom w:w="80" w:type="dxa"/>
              <w:right w:w="90" w:type="dxa"/>
            </w:tcMar>
          </w:tcPr>
          <w:p w14:paraId="789ECDB0" w14:textId="5AC60A1E" w:rsidR="00CD31E2" w:rsidRPr="00240C29" w:rsidRDefault="00CD31E2" w:rsidP="00CD31E2">
            <w:pPr>
              <w:ind w:firstLine="0"/>
              <w:jc w:val="center"/>
              <w:rPr>
                <w:szCs w:val="24"/>
              </w:rPr>
            </w:pPr>
            <w:r w:rsidRPr="004C090B">
              <w:t>120 gr</w:t>
            </w:r>
          </w:p>
        </w:tc>
      </w:tr>
      <w:tr w:rsidR="00CD31E2" w:rsidRPr="00240C29" w14:paraId="536AB5F3" w14:textId="77777777" w:rsidTr="006B3867">
        <w:trPr>
          <w:jc w:val="center"/>
        </w:trPr>
        <w:tc>
          <w:tcPr>
            <w:tcW w:w="850" w:type="dxa"/>
            <w:tcMar>
              <w:top w:w="80" w:type="dxa"/>
              <w:left w:w="90" w:type="dxa"/>
              <w:bottom w:w="80" w:type="dxa"/>
              <w:right w:w="90" w:type="dxa"/>
            </w:tcMar>
            <w:vAlign w:val="center"/>
          </w:tcPr>
          <w:p w14:paraId="0B5BE512" w14:textId="3171AF7E" w:rsidR="00CD31E2" w:rsidRPr="00240C29" w:rsidRDefault="00CD31E2" w:rsidP="00CD31E2">
            <w:pPr>
              <w:ind w:firstLine="0"/>
              <w:jc w:val="center"/>
              <w:rPr>
                <w:szCs w:val="24"/>
              </w:rPr>
            </w:pPr>
            <w:r>
              <w:rPr>
                <w:szCs w:val="24"/>
              </w:rPr>
              <w:t>24</w:t>
            </w:r>
          </w:p>
        </w:tc>
        <w:tc>
          <w:tcPr>
            <w:tcW w:w="7087" w:type="dxa"/>
            <w:tcMar>
              <w:top w:w="80" w:type="dxa"/>
              <w:left w:w="90" w:type="dxa"/>
              <w:bottom w:w="80" w:type="dxa"/>
              <w:right w:w="90" w:type="dxa"/>
            </w:tcMar>
          </w:tcPr>
          <w:p w14:paraId="5F6F8F85" w14:textId="7A7F00A7" w:rsidR="00CD31E2" w:rsidRPr="00240C29" w:rsidRDefault="00CD31E2" w:rsidP="00CD31E2">
            <w:pPr>
              <w:ind w:firstLine="0"/>
              <w:rPr>
                <w:szCs w:val="24"/>
              </w:rPr>
            </w:pPr>
            <w:proofErr w:type="spellStart"/>
            <w:r w:rsidRPr="004C090B">
              <w:t>Chec</w:t>
            </w:r>
            <w:proofErr w:type="spellEnd"/>
            <w:r w:rsidRPr="004C090B">
              <w:t xml:space="preserve"> </w:t>
            </w:r>
            <w:proofErr w:type="spellStart"/>
            <w:r w:rsidRPr="004C090B">
              <w:t>simplu</w:t>
            </w:r>
            <w:proofErr w:type="spellEnd"/>
          </w:p>
        </w:tc>
        <w:tc>
          <w:tcPr>
            <w:tcW w:w="1701" w:type="dxa"/>
            <w:tcMar>
              <w:top w:w="80" w:type="dxa"/>
              <w:left w:w="90" w:type="dxa"/>
              <w:bottom w:w="80" w:type="dxa"/>
              <w:right w:w="90" w:type="dxa"/>
            </w:tcMar>
          </w:tcPr>
          <w:p w14:paraId="55E1D30E" w14:textId="75490C1D" w:rsidR="00CD31E2" w:rsidRPr="00240C29" w:rsidRDefault="00CD31E2" w:rsidP="00CD31E2">
            <w:pPr>
              <w:ind w:firstLine="0"/>
              <w:jc w:val="center"/>
              <w:rPr>
                <w:szCs w:val="24"/>
              </w:rPr>
            </w:pPr>
            <w:r w:rsidRPr="004C090B">
              <w:t>60 gr</w:t>
            </w:r>
          </w:p>
        </w:tc>
      </w:tr>
    </w:tbl>
    <w:p w14:paraId="4BFDE87B" w14:textId="77777777" w:rsidR="00F678CC" w:rsidRPr="00240C29" w:rsidRDefault="00F678CC" w:rsidP="006B3867">
      <w:pPr>
        <w:rPr>
          <w:szCs w:val="24"/>
        </w:rPr>
      </w:pPr>
    </w:p>
    <w:p w14:paraId="66CC9B4F" w14:textId="77777777" w:rsidR="00F678CC" w:rsidRPr="00240C29" w:rsidRDefault="00F678CC" w:rsidP="006B3867">
      <w:pPr>
        <w:rPr>
          <w:szCs w:val="24"/>
        </w:rPr>
      </w:pPr>
      <w:r w:rsidRPr="00240C29">
        <w:rPr>
          <w:b/>
          <w:szCs w:val="24"/>
        </w:rPr>
        <w:t>GARNITURI</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79B55B3A" w14:textId="77777777">
        <w:trPr>
          <w:tblHeader/>
          <w:jc w:val="center"/>
        </w:trPr>
        <w:tc>
          <w:tcPr>
            <w:tcW w:w="850" w:type="dxa"/>
            <w:shd w:val="clear" w:color="auto" w:fill="D9D9D9"/>
            <w:tcMar>
              <w:top w:w="80" w:type="dxa"/>
              <w:left w:w="90" w:type="dxa"/>
              <w:bottom w:w="80" w:type="dxa"/>
              <w:right w:w="90" w:type="dxa"/>
            </w:tcMar>
            <w:vAlign w:val="center"/>
          </w:tcPr>
          <w:p w14:paraId="526F23BA" w14:textId="77777777" w:rsidR="00F678CC" w:rsidRPr="00240C29" w:rsidRDefault="00F678CC" w:rsidP="00D74455">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0CBA8458" w14:textId="77777777" w:rsidR="00F678CC" w:rsidRPr="00240C29" w:rsidRDefault="00F678CC" w:rsidP="00D74455">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6A73DB6A" w14:textId="77777777" w:rsidR="00F678CC" w:rsidRPr="00240C29" w:rsidRDefault="00F678CC" w:rsidP="00D74455">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3806CF5E" w14:textId="77777777">
        <w:trPr>
          <w:jc w:val="center"/>
        </w:trPr>
        <w:tc>
          <w:tcPr>
            <w:tcW w:w="850" w:type="dxa"/>
            <w:tcMar>
              <w:top w:w="80" w:type="dxa"/>
              <w:left w:w="90" w:type="dxa"/>
              <w:bottom w:w="80" w:type="dxa"/>
              <w:right w:w="90" w:type="dxa"/>
            </w:tcMar>
            <w:vAlign w:val="center"/>
          </w:tcPr>
          <w:p w14:paraId="3D79CB96" w14:textId="77777777" w:rsidR="00F678CC" w:rsidRPr="00240C29" w:rsidRDefault="00F678CC" w:rsidP="00D74455">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04841BBA" w14:textId="38E85B5A" w:rsidR="00F678CC" w:rsidRPr="00240C29" w:rsidRDefault="00F678CC" w:rsidP="00D74455">
            <w:pPr>
              <w:ind w:firstLine="0"/>
              <w:rPr>
                <w:szCs w:val="24"/>
              </w:rPr>
            </w:pPr>
            <w:proofErr w:type="spellStart"/>
            <w:r w:rsidRPr="00240C29">
              <w:rPr>
                <w:szCs w:val="24"/>
              </w:rPr>
              <w:t>Cartofi</w:t>
            </w:r>
            <w:proofErr w:type="spellEnd"/>
            <w:r w:rsidRPr="00240C29">
              <w:rPr>
                <w:szCs w:val="24"/>
              </w:rPr>
              <w:t xml:space="preserve"> </w:t>
            </w:r>
            <w:proofErr w:type="spellStart"/>
            <w:r w:rsidRPr="00240C29">
              <w:rPr>
                <w:szCs w:val="24"/>
              </w:rPr>
              <w:t>natur</w:t>
            </w:r>
            <w:proofErr w:type="spellEnd"/>
            <w:r w:rsidR="00CD31E2" w:rsidRPr="00CD31E2">
              <w:rPr>
                <w:szCs w:val="24"/>
              </w:rPr>
              <w:t xml:space="preserve">/ </w:t>
            </w:r>
            <w:proofErr w:type="spellStart"/>
            <w:r w:rsidR="00CD31E2" w:rsidRPr="00CD31E2">
              <w:rPr>
                <w:szCs w:val="24"/>
              </w:rPr>
              <w:t>copti</w:t>
            </w:r>
            <w:proofErr w:type="spellEnd"/>
          </w:p>
        </w:tc>
        <w:tc>
          <w:tcPr>
            <w:tcW w:w="1701" w:type="dxa"/>
            <w:tcMar>
              <w:top w:w="80" w:type="dxa"/>
              <w:left w:w="90" w:type="dxa"/>
              <w:bottom w:w="80" w:type="dxa"/>
              <w:right w:w="90" w:type="dxa"/>
            </w:tcMar>
            <w:vAlign w:val="center"/>
          </w:tcPr>
          <w:p w14:paraId="5B286711" w14:textId="77777777" w:rsidR="00F678CC" w:rsidRPr="00240C29" w:rsidRDefault="00F678CC" w:rsidP="00D74455">
            <w:pPr>
              <w:ind w:firstLine="0"/>
              <w:jc w:val="center"/>
              <w:rPr>
                <w:szCs w:val="24"/>
              </w:rPr>
            </w:pPr>
            <w:r w:rsidRPr="00240C29">
              <w:rPr>
                <w:szCs w:val="24"/>
              </w:rPr>
              <w:t>150 gr</w:t>
            </w:r>
          </w:p>
        </w:tc>
      </w:tr>
      <w:tr w:rsidR="00F678CC" w:rsidRPr="00240C29" w14:paraId="0CADECB8" w14:textId="77777777">
        <w:trPr>
          <w:jc w:val="center"/>
        </w:trPr>
        <w:tc>
          <w:tcPr>
            <w:tcW w:w="850" w:type="dxa"/>
            <w:tcMar>
              <w:top w:w="80" w:type="dxa"/>
              <w:left w:w="90" w:type="dxa"/>
              <w:bottom w:w="80" w:type="dxa"/>
              <w:right w:w="90" w:type="dxa"/>
            </w:tcMar>
            <w:vAlign w:val="center"/>
          </w:tcPr>
          <w:p w14:paraId="784E1AF8" w14:textId="77777777" w:rsidR="00F678CC" w:rsidRPr="00240C29" w:rsidRDefault="00F678CC" w:rsidP="00D74455">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676D836B" w14:textId="77777777" w:rsidR="00F678CC" w:rsidRPr="00240C29" w:rsidRDefault="00F678CC" w:rsidP="00D74455">
            <w:pPr>
              <w:ind w:firstLine="0"/>
              <w:rPr>
                <w:szCs w:val="24"/>
              </w:rPr>
            </w:pP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Pr="00240C29">
              <w:rPr>
                <w:szCs w:val="24"/>
              </w:rPr>
              <w:t xml:space="preserve"> </w:t>
            </w:r>
            <w:proofErr w:type="spellStart"/>
            <w:r w:rsidRPr="00240C29">
              <w:rPr>
                <w:szCs w:val="24"/>
              </w:rPr>
              <w:t>sote</w:t>
            </w:r>
            <w:proofErr w:type="spellEnd"/>
          </w:p>
        </w:tc>
        <w:tc>
          <w:tcPr>
            <w:tcW w:w="1701" w:type="dxa"/>
            <w:tcMar>
              <w:top w:w="80" w:type="dxa"/>
              <w:left w:w="90" w:type="dxa"/>
              <w:bottom w:w="80" w:type="dxa"/>
              <w:right w:w="90" w:type="dxa"/>
            </w:tcMar>
            <w:vAlign w:val="center"/>
          </w:tcPr>
          <w:p w14:paraId="6F578C4A" w14:textId="77777777" w:rsidR="00F678CC" w:rsidRPr="00240C29" w:rsidRDefault="00F678CC" w:rsidP="00D74455">
            <w:pPr>
              <w:ind w:firstLine="0"/>
              <w:jc w:val="center"/>
              <w:rPr>
                <w:szCs w:val="24"/>
              </w:rPr>
            </w:pPr>
            <w:r w:rsidRPr="00240C29">
              <w:rPr>
                <w:szCs w:val="24"/>
              </w:rPr>
              <w:t>75 gr</w:t>
            </w:r>
          </w:p>
        </w:tc>
      </w:tr>
      <w:tr w:rsidR="00F678CC" w:rsidRPr="00240C29" w14:paraId="4816BBB3" w14:textId="77777777">
        <w:trPr>
          <w:jc w:val="center"/>
        </w:trPr>
        <w:tc>
          <w:tcPr>
            <w:tcW w:w="850" w:type="dxa"/>
            <w:tcMar>
              <w:top w:w="80" w:type="dxa"/>
              <w:left w:w="90" w:type="dxa"/>
              <w:bottom w:w="80" w:type="dxa"/>
              <w:right w:w="90" w:type="dxa"/>
            </w:tcMar>
            <w:vAlign w:val="center"/>
          </w:tcPr>
          <w:p w14:paraId="075F0FCF" w14:textId="77777777" w:rsidR="00F678CC" w:rsidRPr="00240C29" w:rsidRDefault="00F678CC" w:rsidP="00D74455">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64EE3E2E" w14:textId="77777777" w:rsidR="00F678CC" w:rsidRPr="00240C29" w:rsidRDefault="00F678CC" w:rsidP="00D74455">
            <w:pPr>
              <w:ind w:firstLine="0"/>
              <w:rPr>
                <w:szCs w:val="24"/>
              </w:rPr>
            </w:pPr>
            <w:proofErr w:type="spellStart"/>
            <w:r w:rsidRPr="00240C29">
              <w:rPr>
                <w:szCs w:val="24"/>
              </w:rPr>
              <w:t>Morcovi</w:t>
            </w:r>
            <w:proofErr w:type="spellEnd"/>
            <w:r w:rsidRPr="00240C29">
              <w:rPr>
                <w:szCs w:val="24"/>
              </w:rPr>
              <w:t xml:space="preserve"> </w:t>
            </w:r>
            <w:proofErr w:type="spellStart"/>
            <w:r w:rsidRPr="00240C29">
              <w:rPr>
                <w:szCs w:val="24"/>
              </w:rPr>
              <w:t>sote</w:t>
            </w:r>
            <w:proofErr w:type="spellEnd"/>
          </w:p>
        </w:tc>
        <w:tc>
          <w:tcPr>
            <w:tcW w:w="1701" w:type="dxa"/>
            <w:tcMar>
              <w:top w:w="80" w:type="dxa"/>
              <w:left w:w="90" w:type="dxa"/>
              <w:bottom w:w="80" w:type="dxa"/>
              <w:right w:w="90" w:type="dxa"/>
            </w:tcMar>
            <w:vAlign w:val="center"/>
          </w:tcPr>
          <w:p w14:paraId="22D45D94" w14:textId="77777777" w:rsidR="00F678CC" w:rsidRPr="00240C29" w:rsidRDefault="00F678CC" w:rsidP="00D74455">
            <w:pPr>
              <w:ind w:firstLine="0"/>
              <w:jc w:val="center"/>
              <w:rPr>
                <w:szCs w:val="24"/>
              </w:rPr>
            </w:pPr>
            <w:r w:rsidRPr="00240C29">
              <w:rPr>
                <w:szCs w:val="24"/>
              </w:rPr>
              <w:t>100 gr</w:t>
            </w:r>
          </w:p>
        </w:tc>
      </w:tr>
      <w:tr w:rsidR="00F678CC" w:rsidRPr="00240C29" w14:paraId="5878424A" w14:textId="77777777">
        <w:trPr>
          <w:jc w:val="center"/>
        </w:trPr>
        <w:tc>
          <w:tcPr>
            <w:tcW w:w="850" w:type="dxa"/>
            <w:tcMar>
              <w:top w:w="80" w:type="dxa"/>
              <w:left w:w="90" w:type="dxa"/>
              <w:bottom w:w="80" w:type="dxa"/>
              <w:right w:w="90" w:type="dxa"/>
            </w:tcMar>
            <w:vAlign w:val="center"/>
          </w:tcPr>
          <w:p w14:paraId="2B2BA010" w14:textId="77777777" w:rsidR="00F678CC" w:rsidRPr="00240C29" w:rsidRDefault="00F678CC" w:rsidP="00D74455">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43A85E14" w14:textId="77777777" w:rsidR="00F678CC" w:rsidRPr="00240C29" w:rsidRDefault="00F678CC" w:rsidP="00D74455">
            <w:pPr>
              <w:ind w:firstLine="0"/>
              <w:rPr>
                <w:szCs w:val="24"/>
              </w:rPr>
            </w:pPr>
            <w:r w:rsidRPr="00240C29">
              <w:rPr>
                <w:szCs w:val="24"/>
              </w:rPr>
              <w:t xml:space="preserve">Pilaf </w:t>
            </w:r>
            <w:proofErr w:type="spellStart"/>
            <w:r w:rsidRPr="00240C29">
              <w:rPr>
                <w:szCs w:val="24"/>
              </w:rPr>
              <w:t>simplu</w:t>
            </w:r>
            <w:proofErr w:type="spellEnd"/>
            <w:r w:rsidRPr="00240C29">
              <w:rPr>
                <w:szCs w:val="24"/>
              </w:rPr>
              <w:t xml:space="preserve"> de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2D2DFE0F" w14:textId="77777777" w:rsidR="00F678CC" w:rsidRPr="00240C29" w:rsidRDefault="00F678CC" w:rsidP="00D74455">
            <w:pPr>
              <w:ind w:firstLine="0"/>
              <w:jc w:val="center"/>
              <w:rPr>
                <w:szCs w:val="24"/>
              </w:rPr>
            </w:pPr>
            <w:r w:rsidRPr="00240C29">
              <w:rPr>
                <w:szCs w:val="24"/>
              </w:rPr>
              <w:t>100 gr</w:t>
            </w:r>
          </w:p>
        </w:tc>
      </w:tr>
      <w:tr w:rsidR="00F678CC" w:rsidRPr="00240C29" w14:paraId="420B4C50" w14:textId="77777777">
        <w:trPr>
          <w:jc w:val="center"/>
        </w:trPr>
        <w:tc>
          <w:tcPr>
            <w:tcW w:w="850" w:type="dxa"/>
            <w:tcMar>
              <w:top w:w="80" w:type="dxa"/>
              <w:left w:w="90" w:type="dxa"/>
              <w:bottom w:w="80" w:type="dxa"/>
              <w:right w:w="90" w:type="dxa"/>
            </w:tcMar>
            <w:vAlign w:val="center"/>
          </w:tcPr>
          <w:p w14:paraId="1893FD9B" w14:textId="77777777" w:rsidR="00F678CC" w:rsidRPr="00240C29" w:rsidRDefault="00F678CC" w:rsidP="00D74455">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0074EC4B" w14:textId="77777777" w:rsidR="00F678CC" w:rsidRPr="00240C29" w:rsidRDefault="00F678CC" w:rsidP="00D74455">
            <w:pPr>
              <w:ind w:firstLine="0"/>
              <w:rPr>
                <w:szCs w:val="24"/>
              </w:rPr>
            </w:pPr>
            <w:proofErr w:type="spellStart"/>
            <w:r w:rsidRPr="00240C29">
              <w:rPr>
                <w:szCs w:val="24"/>
              </w:rPr>
              <w:t>Piure</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2099A994" w14:textId="77777777" w:rsidR="00F678CC" w:rsidRPr="00240C29" w:rsidRDefault="00F678CC" w:rsidP="00D74455">
            <w:pPr>
              <w:ind w:firstLine="0"/>
              <w:jc w:val="center"/>
              <w:rPr>
                <w:szCs w:val="24"/>
              </w:rPr>
            </w:pPr>
            <w:r w:rsidRPr="00240C29">
              <w:rPr>
                <w:szCs w:val="24"/>
              </w:rPr>
              <w:t>100 gr</w:t>
            </w:r>
          </w:p>
        </w:tc>
      </w:tr>
      <w:tr w:rsidR="00CD31E2" w:rsidRPr="00240C29" w14:paraId="02CAC571" w14:textId="77777777" w:rsidTr="006B3867">
        <w:trPr>
          <w:jc w:val="center"/>
        </w:trPr>
        <w:tc>
          <w:tcPr>
            <w:tcW w:w="850" w:type="dxa"/>
            <w:tcMar>
              <w:top w:w="80" w:type="dxa"/>
              <w:left w:w="90" w:type="dxa"/>
              <w:bottom w:w="80" w:type="dxa"/>
              <w:right w:w="90" w:type="dxa"/>
            </w:tcMar>
            <w:vAlign w:val="center"/>
          </w:tcPr>
          <w:p w14:paraId="401AFBFA" w14:textId="2F06701C" w:rsidR="00CD31E2" w:rsidRPr="00240C29" w:rsidRDefault="00CD31E2" w:rsidP="00CD31E2">
            <w:pPr>
              <w:ind w:firstLine="0"/>
              <w:jc w:val="center"/>
              <w:rPr>
                <w:szCs w:val="24"/>
              </w:rPr>
            </w:pPr>
            <w:r>
              <w:rPr>
                <w:szCs w:val="24"/>
              </w:rPr>
              <w:t>6</w:t>
            </w:r>
          </w:p>
        </w:tc>
        <w:tc>
          <w:tcPr>
            <w:tcW w:w="7087" w:type="dxa"/>
            <w:tcMar>
              <w:top w:w="80" w:type="dxa"/>
              <w:left w:w="90" w:type="dxa"/>
              <w:bottom w:w="80" w:type="dxa"/>
              <w:right w:w="90" w:type="dxa"/>
            </w:tcMar>
          </w:tcPr>
          <w:p w14:paraId="66417A43" w14:textId="4B62F965" w:rsidR="00CD31E2" w:rsidRPr="00240C29" w:rsidRDefault="00CD31E2" w:rsidP="00CD31E2">
            <w:pPr>
              <w:ind w:firstLine="0"/>
              <w:rPr>
                <w:szCs w:val="24"/>
              </w:rPr>
            </w:pPr>
            <w:r w:rsidRPr="003355A9">
              <w:t xml:space="preserve">Paste: </w:t>
            </w:r>
            <w:proofErr w:type="spellStart"/>
            <w:r w:rsidRPr="003355A9">
              <w:t>macaroane</w:t>
            </w:r>
            <w:proofErr w:type="spellEnd"/>
            <w:r w:rsidRPr="003355A9">
              <w:t xml:space="preserve">/ </w:t>
            </w:r>
            <w:proofErr w:type="spellStart"/>
            <w:r w:rsidRPr="003355A9">
              <w:t>spaghete</w:t>
            </w:r>
            <w:proofErr w:type="spellEnd"/>
            <w:r w:rsidRPr="003355A9">
              <w:t xml:space="preserve">/ </w:t>
            </w:r>
            <w:proofErr w:type="spellStart"/>
            <w:r w:rsidRPr="003355A9">
              <w:t>taietei</w:t>
            </w:r>
            <w:proofErr w:type="spellEnd"/>
          </w:p>
        </w:tc>
        <w:tc>
          <w:tcPr>
            <w:tcW w:w="1701" w:type="dxa"/>
            <w:tcMar>
              <w:top w:w="80" w:type="dxa"/>
              <w:left w:w="90" w:type="dxa"/>
              <w:bottom w:w="80" w:type="dxa"/>
              <w:right w:w="90" w:type="dxa"/>
            </w:tcMar>
          </w:tcPr>
          <w:p w14:paraId="78FC5160" w14:textId="48171D04" w:rsidR="00CD31E2" w:rsidRPr="00240C29" w:rsidRDefault="00CD31E2" w:rsidP="00CD31E2">
            <w:pPr>
              <w:ind w:firstLine="0"/>
              <w:jc w:val="center"/>
              <w:rPr>
                <w:szCs w:val="24"/>
              </w:rPr>
            </w:pPr>
            <w:r w:rsidRPr="003355A9">
              <w:t xml:space="preserve">         150 gr</w:t>
            </w:r>
          </w:p>
        </w:tc>
      </w:tr>
      <w:tr w:rsidR="00CD31E2" w:rsidRPr="00240C29" w14:paraId="340E8668" w14:textId="77777777" w:rsidTr="006B3867">
        <w:trPr>
          <w:jc w:val="center"/>
        </w:trPr>
        <w:tc>
          <w:tcPr>
            <w:tcW w:w="850" w:type="dxa"/>
            <w:tcMar>
              <w:top w:w="80" w:type="dxa"/>
              <w:left w:w="90" w:type="dxa"/>
              <w:bottom w:w="80" w:type="dxa"/>
              <w:right w:w="90" w:type="dxa"/>
            </w:tcMar>
            <w:vAlign w:val="center"/>
          </w:tcPr>
          <w:p w14:paraId="47A78D21" w14:textId="2507A28A" w:rsidR="00CD31E2" w:rsidRPr="00240C29" w:rsidRDefault="00CD31E2" w:rsidP="00CD31E2">
            <w:pPr>
              <w:ind w:firstLine="0"/>
              <w:jc w:val="center"/>
              <w:rPr>
                <w:szCs w:val="24"/>
              </w:rPr>
            </w:pPr>
            <w:r>
              <w:rPr>
                <w:szCs w:val="24"/>
              </w:rPr>
              <w:t>7</w:t>
            </w:r>
          </w:p>
        </w:tc>
        <w:tc>
          <w:tcPr>
            <w:tcW w:w="7087" w:type="dxa"/>
            <w:tcMar>
              <w:top w:w="80" w:type="dxa"/>
              <w:left w:w="90" w:type="dxa"/>
              <w:bottom w:w="80" w:type="dxa"/>
              <w:right w:w="90" w:type="dxa"/>
            </w:tcMar>
          </w:tcPr>
          <w:p w14:paraId="01DDFE9D" w14:textId="39C10DAD" w:rsidR="00CD31E2" w:rsidRPr="00240C29" w:rsidRDefault="00CD31E2" w:rsidP="00CD31E2">
            <w:pPr>
              <w:ind w:firstLine="0"/>
              <w:rPr>
                <w:szCs w:val="24"/>
              </w:rPr>
            </w:pPr>
            <w:r w:rsidRPr="003355A9">
              <w:t xml:space="preserve">Mamaliga </w:t>
            </w:r>
          </w:p>
        </w:tc>
        <w:tc>
          <w:tcPr>
            <w:tcW w:w="1701" w:type="dxa"/>
            <w:tcMar>
              <w:top w:w="80" w:type="dxa"/>
              <w:left w:w="90" w:type="dxa"/>
              <w:bottom w:w="80" w:type="dxa"/>
              <w:right w:w="90" w:type="dxa"/>
            </w:tcMar>
          </w:tcPr>
          <w:p w14:paraId="3C7D756C" w14:textId="3E367CEA" w:rsidR="00CD31E2" w:rsidRPr="00240C29" w:rsidRDefault="00CD31E2" w:rsidP="00CD31E2">
            <w:pPr>
              <w:ind w:firstLine="0"/>
              <w:jc w:val="center"/>
              <w:rPr>
                <w:szCs w:val="24"/>
              </w:rPr>
            </w:pPr>
            <w:r w:rsidRPr="003355A9">
              <w:t>200 gr</w:t>
            </w:r>
          </w:p>
        </w:tc>
      </w:tr>
    </w:tbl>
    <w:p w14:paraId="467B6B39" w14:textId="77777777" w:rsidR="00F678CC" w:rsidRPr="00240C29" w:rsidRDefault="00F678CC" w:rsidP="006B3867">
      <w:pPr>
        <w:rPr>
          <w:szCs w:val="24"/>
        </w:rPr>
      </w:pPr>
    </w:p>
    <w:p w14:paraId="07CD36E3" w14:textId="77777777" w:rsidR="00F678CC" w:rsidRPr="00240C29" w:rsidRDefault="00F678CC" w:rsidP="006B3867">
      <w:pPr>
        <w:rPr>
          <w:szCs w:val="24"/>
        </w:rPr>
      </w:pPr>
      <w:r w:rsidRPr="00240C29">
        <w:rPr>
          <w:b/>
          <w:szCs w:val="24"/>
        </w:rPr>
        <w:t>PRODUSE MIC DEJUN</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0C679AA3" w14:textId="77777777">
        <w:trPr>
          <w:tblHeader/>
          <w:jc w:val="center"/>
        </w:trPr>
        <w:tc>
          <w:tcPr>
            <w:tcW w:w="850" w:type="dxa"/>
            <w:shd w:val="clear" w:color="auto" w:fill="D9D9D9"/>
            <w:tcMar>
              <w:top w:w="80" w:type="dxa"/>
              <w:left w:w="90" w:type="dxa"/>
              <w:bottom w:w="80" w:type="dxa"/>
              <w:right w:w="90" w:type="dxa"/>
            </w:tcMar>
            <w:vAlign w:val="center"/>
          </w:tcPr>
          <w:p w14:paraId="66BF5963" w14:textId="77777777" w:rsidR="00F678CC" w:rsidRPr="00240C29" w:rsidRDefault="00F678CC" w:rsidP="00CD31E2">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55D50A46" w14:textId="77777777" w:rsidR="00F678CC" w:rsidRPr="00240C29" w:rsidRDefault="00F678CC" w:rsidP="00CD31E2">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68F7FB11" w14:textId="77777777" w:rsidR="00F678CC" w:rsidRPr="00240C29" w:rsidRDefault="00F678CC" w:rsidP="00CD31E2">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6178ABA3" w14:textId="77777777">
        <w:trPr>
          <w:jc w:val="center"/>
        </w:trPr>
        <w:tc>
          <w:tcPr>
            <w:tcW w:w="850" w:type="dxa"/>
            <w:tcMar>
              <w:top w:w="80" w:type="dxa"/>
              <w:left w:w="90" w:type="dxa"/>
              <w:bottom w:w="80" w:type="dxa"/>
              <w:right w:w="90" w:type="dxa"/>
            </w:tcMar>
            <w:vAlign w:val="center"/>
          </w:tcPr>
          <w:p w14:paraId="7DA4226C" w14:textId="77777777" w:rsidR="00F678CC" w:rsidRPr="00240C29" w:rsidRDefault="00F678CC" w:rsidP="00CD31E2">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1CC986D1" w14:textId="77777777" w:rsidR="00F678CC" w:rsidRPr="00240C29" w:rsidRDefault="00F678CC" w:rsidP="00CD31E2">
            <w:pPr>
              <w:ind w:firstLine="0"/>
              <w:rPr>
                <w:szCs w:val="24"/>
              </w:rPr>
            </w:pPr>
            <w:r w:rsidRPr="00240C29">
              <w:rPr>
                <w:szCs w:val="24"/>
              </w:rPr>
              <w:t>Branza dulce</w:t>
            </w:r>
          </w:p>
        </w:tc>
        <w:tc>
          <w:tcPr>
            <w:tcW w:w="1701" w:type="dxa"/>
            <w:tcMar>
              <w:top w:w="80" w:type="dxa"/>
              <w:left w:w="90" w:type="dxa"/>
              <w:bottom w:w="80" w:type="dxa"/>
              <w:right w:w="90" w:type="dxa"/>
            </w:tcMar>
            <w:vAlign w:val="center"/>
          </w:tcPr>
          <w:p w14:paraId="7A45C3E2" w14:textId="77777777" w:rsidR="00F678CC" w:rsidRPr="00240C29" w:rsidRDefault="00F678CC" w:rsidP="00CD31E2">
            <w:pPr>
              <w:ind w:firstLine="0"/>
              <w:jc w:val="center"/>
              <w:rPr>
                <w:szCs w:val="24"/>
              </w:rPr>
            </w:pPr>
            <w:r w:rsidRPr="00240C29">
              <w:rPr>
                <w:szCs w:val="24"/>
              </w:rPr>
              <w:t>50 gr</w:t>
            </w:r>
          </w:p>
        </w:tc>
      </w:tr>
      <w:tr w:rsidR="00F678CC" w:rsidRPr="00240C29" w14:paraId="15248EED" w14:textId="77777777">
        <w:trPr>
          <w:jc w:val="center"/>
        </w:trPr>
        <w:tc>
          <w:tcPr>
            <w:tcW w:w="850" w:type="dxa"/>
            <w:tcMar>
              <w:top w:w="80" w:type="dxa"/>
              <w:left w:w="90" w:type="dxa"/>
              <w:bottom w:w="80" w:type="dxa"/>
              <w:right w:w="90" w:type="dxa"/>
            </w:tcMar>
            <w:vAlign w:val="center"/>
          </w:tcPr>
          <w:p w14:paraId="6D5D73D7" w14:textId="77777777" w:rsidR="00F678CC" w:rsidRPr="00240C29" w:rsidRDefault="00F678CC" w:rsidP="00CD31E2">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3531E0F6" w14:textId="77777777" w:rsidR="00F678CC" w:rsidRPr="00240C29" w:rsidRDefault="00F678CC" w:rsidP="00CD31E2">
            <w:pPr>
              <w:ind w:firstLine="0"/>
              <w:rPr>
                <w:szCs w:val="24"/>
              </w:rPr>
            </w:pPr>
            <w:proofErr w:type="spellStart"/>
            <w:r w:rsidRPr="00240C29">
              <w:rPr>
                <w:szCs w:val="24"/>
              </w:rPr>
              <w:t>Cascaval</w:t>
            </w:r>
            <w:proofErr w:type="spellEnd"/>
          </w:p>
        </w:tc>
        <w:tc>
          <w:tcPr>
            <w:tcW w:w="1701" w:type="dxa"/>
            <w:tcMar>
              <w:top w:w="80" w:type="dxa"/>
              <w:left w:w="90" w:type="dxa"/>
              <w:bottom w:w="80" w:type="dxa"/>
              <w:right w:w="90" w:type="dxa"/>
            </w:tcMar>
            <w:vAlign w:val="center"/>
          </w:tcPr>
          <w:p w14:paraId="55901FE6" w14:textId="77777777" w:rsidR="00F678CC" w:rsidRPr="00240C29" w:rsidRDefault="00F678CC" w:rsidP="00CD31E2">
            <w:pPr>
              <w:ind w:firstLine="0"/>
              <w:jc w:val="center"/>
              <w:rPr>
                <w:szCs w:val="24"/>
              </w:rPr>
            </w:pPr>
            <w:r w:rsidRPr="00240C29">
              <w:rPr>
                <w:szCs w:val="24"/>
              </w:rPr>
              <w:t>40 gr</w:t>
            </w:r>
          </w:p>
        </w:tc>
      </w:tr>
      <w:tr w:rsidR="00F678CC" w:rsidRPr="00240C29" w14:paraId="6E28AE37" w14:textId="77777777">
        <w:trPr>
          <w:jc w:val="center"/>
        </w:trPr>
        <w:tc>
          <w:tcPr>
            <w:tcW w:w="850" w:type="dxa"/>
            <w:tcMar>
              <w:top w:w="80" w:type="dxa"/>
              <w:left w:w="90" w:type="dxa"/>
              <w:bottom w:w="80" w:type="dxa"/>
              <w:right w:w="90" w:type="dxa"/>
            </w:tcMar>
            <w:vAlign w:val="center"/>
          </w:tcPr>
          <w:p w14:paraId="368BE1CE" w14:textId="77777777" w:rsidR="00F678CC" w:rsidRPr="00240C29" w:rsidRDefault="00F678CC" w:rsidP="00CD31E2">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2F626F28" w14:textId="77777777" w:rsidR="00F678CC" w:rsidRPr="00240C29" w:rsidRDefault="00F678CC" w:rsidP="00CD31E2">
            <w:pPr>
              <w:ind w:firstLine="0"/>
              <w:rPr>
                <w:szCs w:val="24"/>
              </w:rPr>
            </w:pPr>
            <w:proofErr w:type="spellStart"/>
            <w:r w:rsidRPr="00240C29">
              <w:rPr>
                <w:szCs w:val="24"/>
              </w:rPr>
              <w:t>Ceai</w:t>
            </w:r>
            <w:proofErr w:type="spellEnd"/>
            <w:r w:rsidRPr="00240C29">
              <w:rPr>
                <w:szCs w:val="24"/>
              </w:rPr>
              <w:t xml:space="preserve"> </w:t>
            </w:r>
            <w:proofErr w:type="spellStart"/>
            <w:r w:rsidRPr="00240C29">
              <w:rPr>
                <w:szCs w:val="24"/>
              </w:rPr>
              <w:t>fructe</w:t>
            </w:r>
            <w:proofErr w:type="spellEnd"/>
            <w:r w:rsidRPr="00240C29">
              <w:rPr>
                <w:szCs w:val="24"/>
              </w:rPr>
              <w:t>/</w:t>
            </w:r>
            <w:proofErr w:type="spellStart"/>
            <w:r w:rsidRPr="00240C29">
              <w:rPr>
                <w:szCs w:val="24"/>
              </w:rPr>
              <w:t>plante</w:t>
            </w:r>
            <w:proofErr w:type="spellEnd"/>
          </w:p>
        </w:tc>
        <w:tc>
          <w:tcPr>
            <w:tcW w:w="1701" w:type="dxa"/>
            <w:tcMar>
              <w:top w:w="80" w:type="dxa"/>
              <w:left w:w="90" w:type="dxa"/>
              <w:bottom w:w="80" w:type="dxa"/>
              <w:right w:w="90" w:type="dxa"/>
            </w:tcMar>
            <w:vAlign w:val="center"/>
          </w:tcPr>
          <w:p w14:paraId="6E4F2AC5" w14:textId="77777777" w:rsidR="00F678CC" w:rsidRPr="00240C29" w:rsidRDefault="00F678CC" w:rsidP="00CD31E2">
            <w:pPr>
              <w:ind w:firstLine="0"/>
              <w:jc w:val="center"/>
              <w:rPr>
                <w:szCs w:val="24"/>
              </w:rPr>
            </w:pPr>
            <w:r w:rsidRPr="00240C29">
              <w:rPr>
                <w:szCs w:val="24"/>
              </w:rPr>
              <w:t>200 ml</w:t>
            </w:r>
          </w:p>
        </w:tc>
      </w:tr>
      <w:tr w:rsidR="00F678CC" w:rsidRPr="00240C29" w14:paraId="6BBFD325" w14:textId="77777777">
        <w:trPr>
          <w:jc w:val="center"/>
        </w:trPr>
        <w:tc>
          <w:tcPr>
            <w:tcW w:w="850" w:type="dxa"/>
            <w:tcMar>
              <w:top w:w="80" w:type="dxa"/>
              <w:left w:w="90" w:type="dxa"/>
              <w:bottom w:w="80" w:type="dxa"/>
              <w:right w:w="90" w:type="dxa"/>
            </w:tcMar>
            <w:vAlign w:val="center"/>
          </w:tcPr>
          <w:p w14:paraId="29B06E7D" w14:textId="77777777" w:rsidR="00F678CC" w:rsidRPr="00240C29" w:rsidRDefault="00F678CC" w:rsidP="00CD31E2">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08B8AA6" w14:textId="77777777" w:rsidR="00F678CC" w:rsidRPr="00240C29" w:rsidRDefault="00F678CC" w:rsidP="00CD31E2">
            <w:pPr>
              <w:ind w:firstLine="0"/>
              <w:rPr>
                <w:szCs w:val="24"/>
              </w:rPr>
            </w:pPr>
            <w:r w:rsidRPr="00240C29">
              <w:rPr>
                <w:szCs w:val="24"/>
              </w:rPr>
              <w:t xml:space="preserve">Gem </w:t>
            </w:r>
            <w:proofErr w:type="spellStart"/>
            <w:r w:rsidRPr="00240C29">
              <w:rPr>
                <w:szCs w:val="24"/>
              </w:rPr>
              <w:t>fructe</w:t>
            </w:r>
            <w:proofErr w:type="spellEnd"/>
          </w:p>
        </w:tc>
        <w:tc>
          <w:tcPr>
            <w:tcW w:w="1701" w:type="dxa"/>
            <w:tcMar>
              <w:top w:w="80" w:type="dxa"/>
              <w:left w:w="90" w:type="dxa"/>
              <w:bottom w:w="80" w:type="dxa"/>
              <w:right w:w="90" w:type="dxa"/>
            </w:tcMar>
            <w:vAlign w:val="center"/>
          </w:tcPr>
          <w:p w14:paraId="3452E8F5" w14:textId="77777777" w:rsidR="00F678CC" w:rsidRPr="00240C29" w:rsidRDefault="00F678CC" w:rsidP="00CD31E2">
            <w:pPr>
              <w:ind w:firstLine="0"/>
              <w:jc w:val="center"/>
              <w:rPr>
                <w:szCs w:val="24"/>
              </w:rPr>
            </w:pPr>
            <w:r w:rsidRPr="00240C29">
              <w:rPr>
                <w:szCs w:val="24"/>
              </w:rPr>
              <w:t>40 gr</w:t>
            </w:r>
          </w:p>
        </w:tc>
      </w:tr>
      <w:tr w:rsidR="00F678CC" w:rsidRPr="00240C29" w14:paraId="740022C7" w14:textId="77777777">
        <w:trPr>
          <w:jc w:val="center"/>
        </w:trPr>
        <w:tc>
          <w:tcPr>
            <w:tcW w:w="850" w:type="dxa"/>
            <w:tcMar>
              <w:top w:w="80" w:type="dxa"/>
              <w:left w:w="90" w:type="dxa"/>
              <w:bottom w:w="80" w:type="dxa"/>
              <w:right w:w="90" w:type="dxa"/>
            </w:tcMar>
            <w:vAlign w:val="center"/>
          </w:tcPr>
          <w:p w14:paraId="391431F8" w14:textId="77777777" w:rsidR="00F678CC" w:rsidRPr="00240C29" w:rsidRDefault="00F678CC" w:rsidP="00CD31E2">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56CDD6ED" w14:textId="77777777" w:rsidR="00F678CC" w:rsidRPr="00240C29" w:rsidRDefault="00F678CC" w:rsidP="00CD31E2">
            <w:pPr>
              <w:ind w:firstLine="0"/>
              <w:rPr>
                <w:szCs w:val="24"/>
              </w:rPr>
            </w:pPr>
            <w:proofErr w:type="spellStart"/>
            <w:r w:rsidRPr="00240C29">
              <w:rPr>
                <w:szCs w:val="24"/>
              </w:rPr>
              <w:t>Iaurt</w:t>
            </w:r>
            <w:proofErr w:type="spellEnd"/>
          </w:p>
        </w:tc>
        <w:tc>
          <w:tcPr>
            <w:tcW w:w="1701" w:type="dxa"/>
            <w:tcMar>
              <w:top w:w="80" w:type="dxa"/>
              <w:left w:w="90" w:type="dxa"/>
              <w:bottom w:w="80" w:type="dxa"/>
              <w:right w:w="90" w:type="dxa"/>
            </w:tcMar>
            <w:vAlign w:val="center"/>
          </w:tcPr>
          <w:p w14:paraId="31BB2827" w14:textId="77777777" w:rsidR="00F678CC" w:rsidRPr="00240C29" w:rsidRDefault="00F678CC" w:rsidP="00CD31E2">
            <w:pPr>
              <w:ind w:firstLine="0"/>
              <w:jc w:val="center"/>
              <w:rPr>
                <w:szCs w:val="24"/>
              </w:rPr>
            </w:pPr>
            <w:r w:rsidRPr="00240C29">
              <w:rPr>
                <w:szCs w:val="24"/>
              </w:rPr>
              <w:t>100 gr</w:t>
            </w:r>
          </w:p>
        </w:tc>
      </w:tr>
      <w:tr w:rsidR="00F678CC" w:rsidRPr="00240C29" w14:paraId="5655ABF1" w14:textId="77777777">
        <w:trPr>
          <w:jc w:val="center"/>
        </w:trPr>
        <w:tc>
          <w:tcPr>
            <w:tcW w:w="850" w:type="dxa"/>
            <w:tcMar>
              <w:top w:w="80" w:type="dxa"/>
              <w:left w:w="90" w:type="dxa"/>
              <w:bottom w:w="80" w:type="dxa"/>
              <w:right w:w="90" w:type="dxa"/>
            </w:tcMar>
            <w:vAlign w:val="center"/>
          </w:tcPr>
          <w:p w14:paraId="4443187D" w14:textId="77777777" w:rsidR="00F678CC" w:rsidRPr="00240C29" w:rsidRDefault="00F678CC" w:rsidP="00CD31E2">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5D0F5856" w14:textId="77777777" w:rsidR="00F678CC" w:rsidRPr="00240C29" w:rsidRDefault="00F678CC" w:rsidP="00CD31E2">
            <w:pPr>
              <w:ind w:firstLine="0"/>
              <w:rPr>
                <w:szCs w:val="24"/>
              </w:rPr>
            </w:pPr>
            <w:proofErr w:type="spellStart"/>
            <w:r w:rsidRPr="00240C29">
              <w:rPr>
                <w:szCs w:val="24"/>
              </w:rPr>
              <w:t>Lapte</w:t>
            </w:r>
            <w:proofErr w:type="spellEnd"/>
          </w:p>
        </w:tc>
        <w:tc>
          <w:tcPr>
            <w:tcW w:w="1701" w:type="dxa"/>
            <w:tcMar>
              <w:top w:w="80" w:type="dxa"/>
              <w:left w:w="90" w:type="dxa"/>
              <w:bottom w:w="80" w:type="dxa"/>
              <w:right w:w="90" w:type="dxa"/>
            </w:tcMar>
            <w:vAlign w:val="center"/>
          </w:tcPr>
          <w:p w14:paraId="30BCCEC8" w14:textId="77777777" w:rsidR="00F678CC" w:rsidRPr="00240C29" w:rsidRDefault="00F678CC" w:rsidP="00CD31E2">
            <w:pPr>
              <w:ind w:firstLine="0"/>
              <w:jc w:val="center"/>
              <w:rPr>
                <w:szCs w:val="24"/>
              </w:rPr>
            </w:pPr>
            <w:r w:rsidRPr="00240C29">
              <w:rPr>
                <w:szCs w:val="24"/>
              </w:rPr>
              <w:t>250 ml</w:t>
            </w:r>
          </w:p>
        </w:tc>
      </w:tr>
      <w:tr w:rsidR="00F678CC" w:rsidRPr="00240C29" w14:paraId="7B54AA5A" w14:textId="77777777">
        <w:trPr>
          <w:jc w:val="center"/>
        </w:trPr>
        <w:tc>
          <w:tcPr>
            <w:tcW w:w="850" w:type="dxa"/>
            <w:tcMar>
              <w:top w:w="80" w:type="dxa"/>
              <w:left w:w="90" w:type="dxa"/>
              <w:bottom w:w="80" w:type="dxa"/>
              <w:right w:w="90" w:type="dxa"/>
            </w:tcMar>
            <w:vAlign w:val="center"/>
          </w:tcPr>
          <w:p w14:paraId="2FB21BDC" w14:textId="77777777" w:rsidR="00F678CC" w:rsidRPr="00240C29" w:rsidRDefault="00F678CC" w:rsidP="00CD31E2">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5EE3A28F" w14:textId="77777777" w:rsidR="00F678CC" w:rsidRPr="00240C29" w:rsidRDefault="00F678CC" w:rsidP="00CD31E2">
            <w:pPr>
              <w:ind w:firstLine="0"/>
              <w:rPr>
                <w:szCs w:val="24"/>
              </w:rPr>
            </w:pPr>
            <w:proofErr w:type="spellStart"/>
            <w:r w:rsidRPr="00240C29">
              <w:rPr>
                <w:szCs w:val="24"/>
              </w:rPr>
              <w:t>Rosii</w:t>
            </w:r>
            <w:proofErr w:type="spellEnd"/>
          </w:p>
        </w:tc>
        <w:tc>
          <w:tcPr>
            <w:tcW w:w="1701" w:type="dxa"/>
            <w:tcMar>
              <w:top w:w="80" w:type="dxa"/>
              <w:left w:w="90" w:type="dxa"/>
              <w:bottom w:w="80" w:type="dxa"/>
              <w:right w:w="90" w:type="dxa"/>
            </w:tcMar>
            <w:vAlign w:val="center"/>
          </w:tcPr>
          <w:p w14:paraId="5DE02768" w14:textId="77777777" w:rsidR="00F678CC" w:rsidRPr="00240C29" w:rsidRDefault="00F678CC" w:rsidP="00CD31E2">
            <w:pPr>
              <w:ind w:firstLine="0"/>
              <w:jc w:val="center"/>
              <w:rPr>
                <w:szCs w:val="24"/>
              </w:rPr>
            </w:pPr>
            <w:r w:rsidRPr="00240C29">
              <w:rPr>
                <w:szCs w:val="24"/>
              </w:rPr>
              <w:t>100 gr</w:t>
            </w:r>
          </w:p>
        </w:tc>
      </w:tr>
      <w:tr w:rsidR="00F678CC" w:rsidRPr="00240C29" w14:paraId="55F00EDD" w14:textId="77777777">
        <w:trPr>
          <w:jc w:val="center"/>
        </w:trPr>
        <w:tc>
          <w:tcPr>
            <w:tcW w:w="850" w:type="dxa"/>
            <w:tcMar>
              <w:top w:w="80" w:type="dxa"/>
              <w:left w:w="90" w:type="dxa"/>
              <w:bottom w:w="80" w:type="dxa"/>
              <w:right w:w="90" w:type="dxa"/>
            </w:tcMar>
            <w:vAlign w:val="center"/>
          </w:tcPr>
          <w:p w14:paraId="7A183C46" w14:textId="77777777" w:rsidR="00F678CC" w:rsidRPr="00240C29" w:rsidRDefault="00F678CC" w:rsidP="00CD31E2">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0ECD33C2" w14:textId="77777777" w:rsidR="00F678CC" w:rsidRPr="00240C29" w:rsidRDefault="00F678CC" w:rsidP="00CD31E2">
            <w:pPr>
              <w:ind w:firstLine="0"/>
              <w:rPr>
                <w:szCs w:val="24"/>
              </w:rPr>
            </w:pPr>
            <w:proofErr w:type="spellStart"/>
            <w:r w:rsidRPr="00240C29">
              <w:rPr>
                <w:szCs w:val="24"/>
              </w:rPr>
              <w:t>Sunca</w:t>
            </w:r>
            <w:proofErr w:type="spellEnd"/>
            <w:r w:rsidRPr="00240C29">
              <w:rPr>
                <w:szCs w:val="24"/>
              </w:rPr>
              <w:t xml:space="preserve"> </w:t>
            </w:r>
            <w:proofErr w:type="spellStart"/>
            <w:r w:rsidRPr="00240C29">
              <w:rPr>
                <w:szCs w:val="24"/>
              </w:rPr>
              <w:t>presata</w:t>
            </w:r>
            <w:proofErr w:type="spellEnd"/>
            <w:r w:rsidRPr="00240C29">
              <w:rPr>
                <w:szCs w:val="24"/>
              </w:rPr>
              <w:t xml:space="preserv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7147435C" w14:textId="77777777" w:rsidR="00F678CC" w:rsidRPr="00240C29" w:rsidRDefault="00F678CC" w:rsidP="00CD31E2">
            <w:pPr>
              <w:ind w:firstLine="0"/>
              <w:jc w:val="center"/>
              <w:rPr>
                <w:szCs w:val="24"/>
              </w:rPr>
            </w:pPr>
            <w:r w:rsidRPr="00240C29">
              <w:rPr>
                <w:szCs w:val="24"/>
              </w:rPr>
              <w:t>100 gr</w:t>
            </w:r>
          </w:p>
        </w:tc>
      </w:tr>
      <w:tr w:rsidR="00F678CC" w:rsidRPr="00240C29" w14:paraId="2E364F18" w14:textId="77777777">
        <w:trPr>
          <w:jc w:val="center"/>
        </w:trPr>
        <w:tc>
          <w:tcPr>
            <w:tcW w:w="850" w:type="dxa"/>
            <w:tcMar>
              <w:top w:w="80" w:type="dxa"/>
              <w:left w:w="90" w:type="dxa"/>
              <w:bottom w:w="80" w:type="dxa"/>
              <w:right w:w="90" w:type="dxa"/>
            </w:tcMar>
            <w:vAlign w:val="center"/>
          </w:tcPr>
          <w:p w14:paraId="75772A98" w14:textId="77777777" w:rsidR="00F678CC" w:rsidRPr="00240C29" w:rsidRDefault="00F678CC" w:rsidP="00CD31E2">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77AA0226" w14:textId="77777777" w:rsidR="00F678CC" w:rsidRPr="00240C29" w:rsidRDefault="00F678CC" w:rsidP="00CD31E2">
            <w:pPr>
              <w:ind w:firstLine="0"/>
              <w:rPr>
                <w:szCs w:val="24"/>
              </w:rPr>
            </w:pPr>
            <w:proofErr w:type="spellStart"/>
            <w:r w:rsidRPr="00240C29">
              <w:rPr>
                <w:szCs w:val="24"/>
              </w:rPr>
              <w:t>Unt</w:t>
            </w:r>
            <w:proofErr w:type="spellEnd"/>
          </w:p>
        </w:tc>
        <w:tc>
          <w:tcPr>
            <w:tcW w:w="1701" w:type="dxa"/>
            <w:tcMar>
              <w:top w:w="80" w:type="dxa"/>
              <w:left w:w="90" w:type="dxa"/>
              <w:bottom w:w="80" w:type="dxa"/>
              <w:right w:w="90" w:type="dxa"/>
            </w:tcMar>
            <w:vAlign w:val="center"/>
          </w:tcPr>
          <w:p w14:paraId="5021729A" w14:textId="77777777" w:rsidR="00F678CC" w:rsidRPr="00240C29" w:rsidRDefault="00F678CC" w:rsidP="00CD31E2">
            <w:pPr>
              <w:ind w:firstLine="0"/>
              <w:jc w:val="center"/>
              <w:rPr>
                <w:szCs w:val="24"/>
              </w:rPr>
            </w:pPr>
            <w:r w:rsidRPr="00240C29">
              <w:rPr>
                <w:szCs w:val="24"/>
              </w:rPr>
              <w:t>40 gr</w:t>
            </w:r>
          </w:p>
        </w:tc>
      </w:tr>
      <w:tr w:rsidR="00F678CC" w:rsidRPr="00240C29" w14:paraId="6CC521DC" w14:textId="77777777">
        <w:trPr>
          <w:jc w:val="center"/>
        </w:trPr>
        <w:tc>
          <w:tcPr>
            <w:tcW w:w="850" w:type="dxa"/>
            <w:tcMar>
              <w:top w:w="80" w:type="dxa"/>
              <w:left w:w="90" w:type="dxa"/>
              <w:bottom w:w="80" w:type="dxa"/>
              <w:right w:w="90" w:type="dxa"/>
            </w:tcMar>
            <w:vAlign w:val="center"/>
          </w:tcPr>
          <w:p w14:paraId="74851AB1" w14:textId="77777777" w:rsidR="00F678CC" w:rsidRPr="00240C29" w:rsidRDefault="00F678CC" w:rsidP="00CD31E2">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315DE360" w14:textId="77777777" w:rsidR="00F678CC" w:rsidRPr="00240C29" w:rsidRDefault="00F678CC" w:rsidP="00CD31E2">
            <w:pPr>
              <w:ind w:firstLine="0"/>
              <w:rPr>
                <w:szCs w:val="24"/>
              </w:rPr>
            </w:pPr>
            <w:proofErr w:type="spellStart"/>
            <w:r w:rsidRPr="00240C29">
              <w:rPr>
                <w:szCs w:val="24"/>
              </w:rPr>
              <w:t>Telemea</w:t>
            </w:r>
            <w:proofErr w:type="spellEnd"/>
            <w:r w:rsidRPr="00240C29">
              <w:rPr>
                <w:szCs w:val="24"/>
              </w:rPr>
              <w:t xml:space="preserv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79E8A314" w14:textId="77777777" w:rsidR="00F678CC" w:rsidRPr="00240C29" w:rsidRDefault="00F678CC" w:rsidP="00CD31E2">
            <w:pPr>
              <w:ind w:firstLine="0"/>
              <w:jc w:val="center"/>
              <w:rPr>
                <w:szCs w:val="24"/>
              </w:rPr>
            </w:pPr>
            <w:r w:rsidRPr="00240C29">
              <w:rPr>
                <w:szCs w:val="24"/>
              </w:rPr>
              <w:t>100 gr</w:t>
            </w:r>
          </w:p>
        </w:tc>
      </w:tr>
      <w:tr w:rsidR="00F678CC" w:rsidRPr="00240C29" w14:paraId="60BF1E15" w14:textId="77777777">
        <w:trPr>
          <w:jc w:val="center"/>
        </w:trPr>
        <w:tc>
          <w:tcPr>
            <w:tcW w:w="850" w:type="dxa"/>
            <w:tcMar>
              <w:top w:w="80" w:type="dxa"/>
              <w:left w:w="90" w:type="dxa"/>
              <w:bottom w:w="80" w:type="dxa"/>
              <w:right w:w="90" w:type="dxa"/>
            </w:tcMar>
            <w:vAlign w:val="center"/>
          </w:tcPr>
          <w:p w14:paraId="61B0EED4" w14:textId="77777777" w:rsidR="00F678CC" w:rsidRPr="00240C29" w:rsidRDefault="00F678CC" w:rsidP="00CD31E2">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5BC7293C" w14:textId="77777777" w:rsidR="00F678CC" w:rsidRPr="00240C29" w:rsidRDefault="00F678CC" w:rsidP="00CD31E2">
            <w:pPr>
              <w:ind w:firstLine="0"/>
              <w:rPr>
                <w:szCs w:val="24"/>
              </w:rPr>
            </w:pPr>
            <w:r w:rsidRPr="00240C29">
              <w:rPr>
                <w:szCs w:val="24"/>
              </w:rPr>
              <w:t xml:space="preserve">Ou </w:t>
            </w:r>
            <w:proofErr w:type="spellStart"/>
            <w:r w:rsidRPr="00240C29">
              <w:rPr>
                <w:szCs w:val="24"/>
              </w:rPr>
              <w:t>fiert</w:t>
            </w:r>
            <w:proofErr w:type="spellEnd"/>
          </w:p>
        </w:tc>
        <w:tc>
          <w:tcPr>
            <w:tcW w:w="1701" w:type="dxa"/>
            <w:tcMar>
              <w:top w:w="80" w:type="dxa"/>
              <w:left w:w="90" w:type="dxa"/>
              <w:bottom w:w="80" w:type="dxa"/>
              <w:right w:w="90" w:type="dxa"/>
            </w:tcMar>
            <w:vAlign w:val="center"/>
          </w:tcPr>
          <w:p w14:paraId="0285C40F" w14:textId="77777777" w:rsidR="00F678CC" w:rsidRPr="00240C29" w:rsidRDefault="00F678CC" w:rsidP="00CD31E2">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bl>
    <w:p w14:paraId="1EF1F309" w14:textId="77777777" w:rsidR="00F678CC" w:rsidRPr="00240C29" w:rsidRDefault="00F678CC" w:rsidP="006B3867">
      <w:pPr>
        <w:rPr>
          <w:szCs w:val="24"/>
        </w:rPr>
      </w:pPr>
    </w:p>
    <w:p w14:paraId="43055DDC" w14:textId="77777777" w:rsidR="00F678CC" w:rsidRPr="00240C29" w:rsidRDefault="00F678CC" w:rsidP="006B3867">
      <w:pPr>
        <w:rPr>
          <w:szCs w:val="24"/>
        </w:rPr>
      </w:pPr>
      <w:r w:rsidRPr="00240C29">
        <w:rPr>
          <w:szCs w:val="24"/>
        </w:rPr>
        <w:br w:type="page"/>
      </w:r>
    </w:p>
    <w:p w14:paraId="3FEEA69A" w14:textId="77777777" w:rsidR="00F678CC" w:rsidRPr="00240C29" w:rsidRDefault="00F678CC" w:rsidP="006B3867">
      <w:pPr>
        <w:jc w:val="right"/>
        <w:rPr>
          <w:szCs w:val="24"/>
        </w:rPr>
      </w:pPr>
      <w:proofErr w:type="spellStart"/>
      <w:r w:rsidRPr="00240C29">
        <w:rPr>
          <w:i/>
          <w:szCs w:val="24"/>
        </w:rPr>
        <w:lastRenderedPageBreak/>
        <w:t>Anexa</w:t>
      </w:r>
      <w:proofErr w:type="spellEnd"/>
      <w:r w:rsidRPr="00240C29">
        <w:rPr>
          <w:i/>
          <w:szCs w:val="24"/>
        </w:rPr>
        <w:t xml:space="preserve"> nr. 3 la </w:t>
      </w:r>
      <w:proofErr w:type="spellStart"/>
      <w:r w:rsidRPr="00240C29">
        <w:rPr>
          <w:i/>
          <w:szCs w:val="24"/>
        </w:rPr>
        <w:t>Caietul</w:t>
      </w:r>
      <w:proofErr w:type="spellEnd"/>
      <w:r w:rsidRPr="00240C29">
        <w:rPr>
          <w:i/>
          <w:szCs w:val="24"/>
        </w:rPr>
        <w:t xml:space="preserve"> de </w:t>
      </w:r>
      <w:proofErr w:type="spellStart"/>
      <w:r w:rsidRPr="00240C29">
        <w:rPr>
          <w:i/>
          <w:szCs w:val="24"/>
        </w:rPr>
        <w:t>sarcini</w:t>
      </w:r>
      <w:proofErr w:type="spellEnd"/>
    </w:p>
    <w:p w14:paraId="417A2814" w14:textId="7FAF92A4" w:rsidR="00F678CC" w:rsidRPr="00240C29" w:rsidRDefault="00F678CC" w:rsidP="00F678CC">
      <w:pPr>
        <w:pStyle w:val="Heading2"/>
      </w:pPr>
      <w:bookmarkStart w:id="87" w:name="_Toc242951525"/>
      <w:r w:rsidRPr="00240C29">
        <w:t xml:space="preserve">LISTA </w:t>
      </w:r>
      <w:r w:rsidR="002F52F0" w:rsidRPr="00F678CC">
        <w:rPr>
          <w:szCs w:val="28"/>
        </w:rPr>
        <w:t xml:space="preserve">DE </w:t>
      </w:r>
      <w:r w:rsidR="002F52F0">
        <w:t>PREPARATE</w:t>
      </w:r>
      <w:r w:rsidR="002F52F0" w:rsidRPr="00240C29">
        <w:t xml:space="preserve"> </w:t>
      </w:r>
      <w:r w:rsidR="002F52F0">
        <w:t>-</w:t>
      </w:r>
      <w:r w:rsidR="002F52F0" w:rsidRPr="00240C29">
        <w:t xml:space="preserve"> </w:t>
      </w:r>
      <w:r w:rsidRPr="00240C29">
        <w:t>MENIURI REGIM DIABET</w:t>
      </w:r>
      <w:bookmarkEnd w:id="87"/>
    </w:p>
    <w:p w14:paraId="066061B5" w14:textId="77777777" w:rsidR="00F678CC" w:rsidRPr="00240C29" w:rsidRDefault="00F678CC" w:rsidP="006B3867">
      <w:pPr>
        <w:rPr>
          <w:szCs w:val="24"/>
        </w:rPr>
      </w:pPr>
      <w:r w:rsidRPr="00240C29">
        <w:rPr>
          <w:b/>
          <w:szCs w:val="24"/>
        </w:rPr>
        <w:t>SUPE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09FC2DB2" w14:textId="77777777">
        <w:trPr>
          <w:tblHeader/>
          <w:jc w:val="center"/>
        </w:trPr>
        <w:tc>
          <w:tcPr>
            <w:tcW w:w="850" w:type="dxa"/>
            <w:shd w:val="clear" w:color="auto" w:fill="D9D9D9"/>
            <w:tcMar>
              <w:top w:w="80" w:type="dxa"/>
              <w:left w:w="90" w:type="dxa"/>
              <w:bottom w:w="80" w:type="dxa"/>
              <w:right w:w="90" w:type="dxa"/>
            </w:tcMar>
            <w:vAlign w:val="center"/>
          </w:tcPr>
          <w:p w14:paraId="3A911972" w14:textId="77777777" w:rsidR="00F678CC" w:rsidRPr="00240C29" w:rsidRDefault="00F678CC" w:rsidP="00CD31E2">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6B8A0932" w14:textId="77777777" w:rsidR="00F678CC" w:rsidRPr="00240C29" w:rsidRDefault="00F678CC" w:rsidP="00CD31E2">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298FBAC0" w14:textId="77777777" w:rsidR="00F678CC" w:rsidRPr="00240C29" w:rsidRDefault="00F678CC" w:rsidP="00CD31E2">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CE0CCCA" w14:textId="77777777">
        <w:trPr>
          <w:jc w:val="center"/>
        </w:trPr>
        <w:tc>
          <w:tcPr>
            <w:tcW w:w="850" w:type="dxa"/>
            <w:tcMar>
              <w:top w:w="80" w:type="dxa"/>
              <w:left w:w="90" w:type="dxa"/>
              <w:bottom w:w="80" w:type="dxa"/>
              <w:right w:w="90" w:type="dxa"/>
            </w:tcMar>
            <w:vAlign w:val="center"/>
          </w:tcPr>
          <w:p w14:paraId="2A71C641" w14:textId="77777777" w:rsidR="00F678CC" w:rsidRPr="00240C29" w:rsidRDefault="00F678CC" w:rsidP="00CD31E2">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9CF751E" w14:textId="67BE7582" w:rsidR="00F678CC" w:rsidRPr="00240C29" w:rsidRDefault="00F678CC" w:rsidP="00CD31E2">
            <w:pPr>
              <w:ind w:firstLine="0"/>
              <w:rPr>
                <w:szCs w:val="24"/>
              </w:rPr>
            </w:pPr>
            <w:r w:rsidRPr="00240C29">
              <w:rPr>
                <w:szCs w:val="24"/>
              </w:rPr>
              <w:t xml:space="preserve">Supa de </w:t>
            </w:r>
            <w:proofErr w:type="spellStart"/>
            <w:r w:rsidRPr="00240C29">
              <w:rPr>
                <w:szCs w:val="24"/>
              </w:rPr>
              <w:t>bulion</w:t>
            </w:r>
            <w:proofErr w:type="spellEnd"/>
            <w:r w:rsidRPr="00240C29">
              <w:rPr>
                <w:szCs w:val="24"/>
              </w:rPr>
              <w:t xml:space="preserve"> cu </w:t>
            </w:r>
            <w:proofErr w:type="spellStart"/>
            <w:r w:rsidRPr="00240C29">
              <w:rPr>
                <w:szCs w:val="24"/>
              </w:rPr>
              <w:t>orez</w:t>
            </w:r>
            <w:proofErr w:type="spellEnd"/>
            <w:r w:rsidR="00CD31E2">
              <w:rPr>
                <w:szCs w:val="24"/>
              </w:rPr>
              <w:t xml:space="preserve"> </w:t>
            </w:r>
            <w:proofErr w:type="spellStart"/>
            <w:r w:rsidR="00CD31E2">
              <w:rPr>
                <w:szCs w:val="24"/>
              </w:rPr>
              <w:t>brun</w:t>
            </w:r>
            <w:proofErr w:type="spellEnd"/>
          </w:p>
        </w:tc>
        <w:tc>
          <w:tcPr>
            <w:tcW w:w="1701" w:type="dxa"/>
            <w:tcMar>
              <w:top w:w="80" w:type="dxa"/>
              <w:left w:w="90" w:type="dxa"/>
              <w:bottom w:w="80" w:type="dxa"/>
              <w:right w:w="90" w:type="dxa"/>
            </w:tcMar>
            <w:vAlign w:val="center"/>
          </w:tcPr>
          <w:p w14:paraId="56CCE101" w14:textId="77777777" w:rsidR="00F678CC" w:rsidRPr="00240C29" w:rsidRDefault="00F678CC" w:rsidP="00CD31E2">
            <w:pPr>
              <w:ind w:firstLine="0"/>
              <w:jc w:val="center"/>
              <w:rPr>
                <w:szCs w:val="24"/>
              </w:rPr>
            </w:pPr>
            <w:r w:rsidRPr="00240C29">
              <w:rPr>
                <w:szCs w:val="24"/>
              </w:rPr>
              <w:t>400 gr.</w:t>
            </w:r>
          </w:p>
        </w:tc>
      </w:tr>
      <w:tr w:rsidR="00F678CC" w:rsidRPr="00240C29" w14:paraId="131DAEE8" w14:textId="77777777">
        <w:trPr>
          <w:jc w:val="center"/>
        </w:trPr>
        <w:tc>
          <w:tcPr>
            <w:tcW w:w="850" w:type="dxa"/>
            <w:tcMar>
              <w:top w:w="80" w:type="dxa"/>
              <w:left w:w="90" w:type="dxa"/>
              <w:bottom w:w="80" w:type="dxa"/>
              <w:right w:w="90" w:type="dxa"/>
            </w:tcMar>
            <w:vAlign w:val="center"/>
          </w:tcPr>
          <w:p w14:paraId="271D2AAA" w14:textId="77777777" w:rsidR="00F678CC" w:rsidRPr="00240C29" w:rsidRDefault="00F678CC" w:rsidP="00CD31E2">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24FA87F6" w14:textId="77777777" w:rsidR="00F678CC" w:rsidRPr="00240C29" w:rsidRDefault="00F678CC" w:rsidP="00CD31E2">
            <w:pPr>
              <w:ind w:firstLine="0"/>
              <w:rPr>
                <w:szCs w:val="24"/>
              </w:rPr>
            </w:pPr>
            <w:r w:rsidRPr="00240C29">
              <w:rPr>
                <w:szCs w:val="24"/>
              </w:rPr>
              <w:t xml:space="preserve">Supa de legume cu </w:t>
            </w:r>
            <w:proofErr w:type="spellStart"/>
            <w:r w:rsidRPr="00240C29">
              <w:rPr>
                <w:szCs w:val="24"/>
              </w:rPr>
              <w:t>rasol</w:t>
            </w:r>
            <w:proofErr w:type="spellEnd"/>
            <w:r w:rsidRPr="00240C29">
              <w:rPr>
                <w:szCs w:val="24"/>
              </w:rPr>
              <w:t xml:space="preserv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3A3EB7CB" w14:textId="77777777" w:rsidR="00F678CC" w:rsidRPr="00240C29" w:rsidRDefault="00F678CC" w:rsidP="00CD31E2">
            <w:pPr>
              <w:ind w:firstLine="0"/>
              <w:jc w:val="center"/>
              <w:rPr>
                <w:szCs w:val="24"/>
              </w:rPr>
            </w:pPr>
            <w:r w:rsidRPr="00240C29">
              <w:rPr>
                <w:szCs w:val="24"/>
              </w:rPr>
              <w:t>400 gr.</w:t>
            </w:r>
          </w:p>
        </w:tc>
      </w:tr>
      <w:tr w:rsidR="00F678CC" w:rsidRPr="00240C29" w14:paraId="059737F3" w14:textId="77777777">
        <w:trPr>
          <w:jc w:val="center"/>
        </w:trPr>
        <w:tc>
          <w:tcPr>
            <w:tcW w:w="850" w:type="dxa"/>
            <w:tcMar>
              <w:top w:w="80" w:type="dxa"/>
              <w:left w:w="90" w:type="dxa"/>
              <w:bottom w:w="80" w:type="dxa"/>
              <w:right w:w="90" w:type="dxa"/>
            </w:tcMar>
            <w:vAlign w:val="center"/>
          </w:tcPr>
          <w:p w14:paraId="74CBAAAF" w14:textId="77777777" w:rsidR="00F678CC" w:rsidRPr="00240C29" w:rsidRDefault="00F678CC" w:rsidP="00CD31E2">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445FE273" w14:textId="77777777" w:rsidR="00F678CC" w:rsidRPr="00240C29" w:rsidRDefault="00F678CC" w:rsidP="00CD31E2">
            <w:pPr>
              <w:ind w:firstLine="0"/>
              <w:rPr>
                <w:szCs w:val="24"/>
              </w:rPr>
            </w:pPr>
            <w:r w:rsidRPr="00240C29">
              <w:rPr>
                <w:szCs w:val="24"/>
              </w:rPr>
              <w:t xml:space="preserve">Supa din carne de </w:t>
            </w:r>
            <w:proofErr w:type="spellStart"/>
            <w:r w:rsidRPr="00240C29">
              <w:rPr>
                <w:szCs w:val="24"/>
              </w:rPr>
              <w:t>pasare</w:t>
            </w:r>
            <w:proofErr w:type="spellEnd"/>
            <w:r w:rsidRPr="00240C29">
              <w:rPr>
                <w:szCs w:val="24"/>
              </w:rPr>
              <w:t xml:space="preserve"> cu </w:t>
            </w:r>
            <w:proofErr w:type="spellStart"/>
            <w:r w:rsidRPr="00240C29">
              <w:rPr>
                <w:szCs w:val="24"/>
              </w:rPr>
              <w:t>taietei</w:t>
            </w:r>
            <w:proofErr w:type="spellEnd"/>
          </w:p>
        </w:tc>
        <w:tc>
          <w:tcPr>
            <w:tcW w:w="1701" w:type="dxa"/>
            <w:tcMar>
              <w:top w:w="80" w:type="dxa"/>
              <w:left w:w="90" w:type="dxa"/>
              <w:bottom w:w="80" w:type="dxa"/>
              <w:right w:w="90" w:type="dxa"/>
            </w:tcMar>
            <w:vAlign w:val="center"/>
          </w:tcPr>
          <w:p w14:paraId="2D7F3EC1" w14:textId="77777777" w:rsidR="00F678CC" w:rsidRPr="00240C29" w:rsidRDefault="00F678CC" w:rsidP="00CD31E2">
            <w:pPr>
              <w:ind w:firstLine="0"/>
              <w:jc w:val="center"/>
              <w:rPr>
                <w:szCs w:val="24"/>
              </w:rPr>
            </w:pPr>
            <w:r w:rsidRPr="00240C29">
              <w:rPr>
                <w:szCs w:val="24"/>
              </w:rPr>
              <w:t>400 gr.</w:t>
            </w:r>
          </w:p>
        </w:tc>
      </w:tr>
      <w:tr w:rsidR="00F678CC" w:rsidRPr="00240C29" w14:paraId="7F27DD60" w14:textId="77777777">
        <w:trPr>
          <w:jc w:val="center"/>
        </w:trPr>
        <w:tc>
          <w:tcPr>
            <w:tcW w:w="850" w:type="dxa"/>
            <w:tcMar>
              <w:top w:w="80" w:type="dxa"/>
              <w:left w:w="90" w:type="dxa"/>
              <w:bottom w:w="80" w:type="dxa"/>
              <w:right w:w="90" w:type="dxa"/>
            </w:tcMar>
            <w:vAlign w:val="center"/>
          </w:tcPr>
          <w:p w14:paraId="154A23D8" w14:textId="77777777" w:rsidR="00F678CC" w:rsidRPr="00240C29" w:rsidRDefault="00F678CC" w:rsidP="00CD31E2">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584DE2A5" w14:textId="77777777" w:rsidR="00F678CC" w:rsidRPr="00240C29" w:rsidRDefault="00F678CC" w:rsidP="00CD31E2">
            <w:pPr>
              <w:ind w:firstLine="0"/>
              <w:rPr>
                <w:szCs w:val="24"/>
              </w:rPr>
            </w:pPr>
            <w:r w:rsidRPr="00240C29">
              <w:rPr>
                <w:szCs w:val="24"/>
              </w:rPr>
              <w:t xml:space="preserve">Supa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3EFCB13A" w14:textId="77777777" w:rsidR="00F678CC" w:rsidRPr="00240C29" w:rsidRDefault="00F678CC" w:rsidP="00CD31E2">
            <w:pPr>
              <w:ind w:firstLine="0"/>
              <w:jc w:val="center"/>
              <w:rPr>
                <w:szCs w:val="24"/>
              </w:rPr>
            </w:pPr>
            <w:r w:rsidRPr="00240C29">
              <w:rPr>
                <w:szCs w:val="24"/>
              </w:rPr>
              <w:t>400 gr.</w:t>
            </w:r>
          </w:p>
        </w:tc>
      </w:tr>
      <w:tr w:rsidR="00F678CC" w:rsidRPr="00240C29" w14:paraId="137E26C0" w14:textId="77777777">
        <w:trPr>
          <w:jc w:val="center"/>
        </w:trPr>
        <w:tc>
          <w:tcPr>
            <w:tcW w:w="850" w:type="dxa"/>
            <w:tcMar>
              <w:top w:w="80" w:type="dxa"/>
              <w:left w:w="90" w:type="dxa"/>
              <w:bottom w:w="80" w:type="dxa"/>
              <w:right w:w="90" w:type="dxa"/>
            </w:tcMar>
            <w:vAlign w:val="center"/>
          </w:tcPr>
          <w:p w14:paraId="3764ADE0" w14:textId="77777777" w:rsidR="00F678CC" w:rsidRPr="00240C29" w:rsidRDefault="00F678CC" w:rsidP="00CD31E2">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2C6F49E9" w14:textId="77777777" w:rsidR="00F678CC" w:rsidRPr="00240C29" w:rsidRDefault="00F678CC" w:rsidP="00CD31E2">
            <w:pPr>
              <w:ind w:firstLine="0"/>
              <w:rPr>
                <w:szCs w:val="24"/>
              </w:rPr>
            </w:pPr>
            <w:r w:rsidRPr="00240C29">
              <w:rPr>
                <w:szCs w:val="24"/>
              </w:rPr>
              <w:t xml:space="preserve">Supa de </w:t>
            </w:r>
            <w:proofErr w:type="spellStart"/>
            <w:r w:rsidRPr="00240C29">
              <w:rPr>
                <w:szCs w:val="24"/>
              </w:rPr>
              <w:t>praz</w:t>
            </w:r>
            <w:proofErr w:type="spellEnd"/>
            <w:r w:rsidRPr="00240C29">
              <w:rPr>
                <w:szCs w:val="24"/>
              </w:rPr>
              <w:t xml:space="preserve"> cu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447339D3" w14:textId="77777777" w:rsidR="00F678CC" w:rsidRPr="00240C29" w:rsidRDefault="00F678CC" w:rsidP="00CD31E2">
            <w:pPr>
              <w:ind w:firstLine="0"/>
              <w:jc w:val="center"/>
              <w:rPr>
                <w:szCs w:val="24"/>
              </w:rPr>
            </w:pPr>
            <w:r w:rsidRPr="00240C29">
              <w:rPr>
                <w:szCs w:val="24"/>
              </w:rPr>
              <w:t>400 gr.</w:t>
            </w:r>
          </w:p>
        </w:tc>
      </w:tr>
      <w:tr w:rsidR="00F678CC" w:rsidRPr="00240C29" w14:paraId="38D96D82" w14:textId="77777777">
        <w:trPr>
          <w:jc w:val="center"/>
        </w:trPr>
        <w:tc>
          <w:tcPr>
            <w:tcW w:w="850" w:type="dxa"/>
            <w:tcMar>
              <w:top w:w="80" w:type="dxa"/>
              <w:left w:w="90" w:type="dxa"/>
              <w:bottom w:w="80" w:type="dxa"/>
              <w:right w:w="90" w:type="dxa"/>
            </w:tcMar>
            <w:vAlign w:val="center"/>
          </w:tcPr>
          <w:p w14:paraId="69A15815" w14:textId="77777777" w:rsidR="00F678CC" w:rsidRPr="00240C29" w:rsidRDefault="00F678CC" w:rsidP="00CD31E2">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6DBD10A4" w14:textId="39D55A78" w:rsidR="00F678CC" w:rsidRPr="00240C29" w:rsidRDefault="00F678CC" w:rsidP="00CD31E2">
            <w:pPr>
              <w:ind w:firstLine="0"/>
              <w:rPr>
                <w:szCs w:val="24"/>
              </w:rPr>
            </w:pPr>
            <w:r w:rsidRPr="00240C29">
              <w:rPr>
                <w:szCs w:val="24"/>
              </w:rPr>
              <w:t xml:space="preserve">Supa de </w:t>
            </w:r>
            <w:proofErr w:type="spellStart"/>
            <w:r w:rsidRPr="00240C29">
              <w:rPr>
                <w:szCs w:val="24"/>
              </w:rPr>
              <w:t>conopida</w:t>
            </w:r>
            <w:proofErr w:type="spellEnd"/>
            <w:r w:rsidR="00CD31E2" w:rsidRPr="00CD31E2">
              <w:rPr>
                <w:szCs w:val="24"/>
              </w:rPr>
              <w:t xml:space="preserve">/ </w:t>
            </w:r>
            <w:proofErr w:type="spellStart"/>
            <w:r w:rsidR="00CD31E2" w:rsidRPr="00CD31E2">
              <w:rPr>
                <w:szCs w:val="24"/>
              </w:rPr>
              <w:t>dovlecei</w:t>
            </w:r>
            <w:proofErr w:type="spellEnd"/>
          </w:p>
        </w:tc>
        <w:tc>
          <w:tcPr>
            <w:tcW w:w="1701" w:type="dxa"/>
            <w:tcMar>
              <w:top w:w="80" w:type="dxa"/>
              <w:left w:w="90" w:type="dxa"/>
              <w:bottom w:w="80" w:type="dxa"/>
              <w:right w:w="90" w:type="dxa"/>
            </w:tcMar>
            <w:vAlign w:val="center"/>
          </w:tcPr>
          <w:p w14:paraId="09345CD1" w14:textId="77777777" w:rsidR="00F678CC" w:rsidRPr="00240C29" w:rsidRDefault="00F678CC" w:rsidP="00CD31E2">
            <w:pPr>
              <w:ind w:firstLine="0"/>
              <w:jc w:val="center"/>
              <w:rPr>
                <w:szCs w:val="24"/>
              </w:rPr>
            </w:pPr>
            <w:r w:rsidRPr="00240C29">
              <w:rPr>
                <w:szCs w:val="24"/>
              </w:rPr>
              <w:t>400 gr.</w:t>
            </w:r>
          </w:p>
        </w:tc>
      </w:tr>
      <w:tr w:rsidR="00F678CC" w:rsidRPr="00240C29" w14:paraId="362E959A" w14:textId="77777777">
        <w:trPr>
          <w:jc w:val="center"/>
        </w:trPr>
        <w:tc>
          <w:tcPr>
            <w:tcW w:w="850" w:type="dxa"/>
            <w:tcMar>
              <w:top w:w="80" w:type="dxa"/>
              <w:left w:w="90" w:type="dxa"/>
              <w:bottom w:w="80" w:type="dxa"/>
              <w:right w:w="90" w:type="dxa"/>
            </w:tcMar>
            <w:vAlign w:val="center"/>
          </w:tcPr>
          <w:p w14:paraId="084AD4D2" w14:textId="77777777" w:rsidR="00F678CC" w:rsidRPr="00240C29" w:rsidRDefault="00F678CC" w:rsidP="00CD31E2">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39D31F6E" w14:textId="0A9F60F4" w:rsidR="00F678CC" w:rsidRPr="00240C29" w:rsidRDefault="00F678CC" w:rsidP="00CD31E2">
            <w:pPr>
              <w:ind w:firstLine="0"/>
              <w:rPr>
                <w:szCs w:val="24"/>
              </w:rPr>
            </w:pPr>
            <w:r w:rsidRPr="00240C29">
              <w:rPr>
                <w:szCs w:val="24"/>
              </w:rPr>
              <w:t xml:space="preserve">Supa de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00CD31E2" w:rsidRPr="00CD31E2">
              <w:rPr>
                <w:szCs w:val="24"/>
              </w:rPr>
              <w:t xml:space="preserve">/ </w:t>
            </w:r>
            <w:proofErr w:type="spellStart"/>
            <w:r w:rsidR="00CD31E2" w:rsidRPr="00CD31E2">
              <w:rPr>
                <w:szCs w:val="24"/>
              </w:rPr>
              <w:t>spanac</w:t>
            </w:r>
            <w:proofErr w:type="spellEnd"/>
            <w:r w:rsidR="00CD31E2" w:rsidRPr="00CD31E2">
              <w:rPr>
                <w:szCs w:val="24"/>
              </w:rPr>
              <w:t xml:space="preserve">/ </w:t>
            </w:r>
            <w:proofErr w:type="spellStart"/>
            <w:r w:rsidR="00CD31E2" w:rsidRPr="00CD31E2">
              <w:rPr>
                <w:szCs w:val="24"/>
              </w:rPr>
              <w:t>brocoli</w:t>
            </w:r>
            <w:proofErr w:type="spellEnd"/>
            <w:r w:rsidR="00CD31E2" w:rsidRPr="00CD31E2">
              <w:rPr>
                <w:szCs w:val="24"/>
              </w:rPr>
              <w:t xml:space="preserve">/ </w:t>
            </w:r>
            <w:proofErr w:type="spellStart"/>
            <w:r w:rsidR="00CD31E2" w:rsidRPr="00CD31E2">
              <w:rPr>
                <w:szCs w:val="24"/>
              </w:rPr>
              <w:t>varza</w:t>
            </w:r>
            <w:proofErr w:type="spellEnd"/>
            <w:r w:rsidR="00CD31E2" w:rsidRPr="00CD31E2">
              <w:rPr>
                <w:szCs w:val="24"/>
              </w:rPr>
              <w:t xml:space="preserve"> </w:t>
            </w:r>
            <w:proofErr w:type="spellStart"/>
            <w:r w:rsidR="00CD31E2" w:rsidRPr="00CD31E2">
              <w:rPr>
                <w:szCs w:val="24"/>
              </w:rPr>
              <w:t>proaspata</w:t>
            </w:r>
            <w:proofErr w:type="spellEnd"/>
          </w:p>
        </w:tc>
        <w:tc>
          <w:tcPr>
            <w:tcW w:w="1701" w:type="dxa"/>
            <w:tcMar>
              <w:top w:w="80" w:type="dxa"/>
              <w:left w:w="90" w:type="dxa"/>
              <w:bottom w:w="80" w:type="dxa"/>
              <w:right w:w="90" w:type="dxa"/>
            </w:tcMar>
            <w:vAlign w:val="center"/>
          </w:tcPr>
          <w:p w14:paraId="7369A011" w14:textId="77777777" w:rsidR="00F678CC" w:rsidRPr="00240C29" w:rsidRDefault="00F678CC" w:rsidP="00CD31E2">
            <w:pPr>
              <w:ind w:firstLine="0"/>
              <w:jc w:val="center"/>
              <w:rPr>
                <w:szCs w:val="24"/>
              </w:rPr>
            </w:pPr>
            <w:r w:rsidRPr="00240C29">
              <w:rPr>
                <w:szCs w:val="24"/>
              </w:rPr>
              <w:t>400 gr.</w:t>
            </w:r>
          </w:p>
        </w:tc>
      </w:tr>
      <w:tr w:rsidR="00F678CC" w:rsidRPr="00240C29" w14:paraId="1CB6A0EB" w14:textId="77777777">
        <w:trPr>
          <w:jc w:val="center"/>
        </w:trPr>
        <w:tc>
          <w:tcPr>
            <w:tcW w:w="850" w:type="dxa"/>
            <w:tcMar>
              <w:top w:w="80" w:type="dxa"/>
              <w:left w:w="90" w:type="dxa"/>
              <w:bottom w:w="80" w:type="dxa"/>
              <w:right w:w="90" w:type="dxa"/>
            </w:tcMar>
            <w:vAlign w:val="center"/>
          </w:tcPr>
          <w:p w14:paraId="342DFE4D" w14:textId="77777777" w:rsidR="00F678CC" w:rsidRPr="00240C29" w:rsidRDefault="00F678CC" w:rsidP="00CD31E2">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6381A324" w14:textId="77777777" w:rsidR="00F678CC" w:rsidRPr="00240C29" w:rsidRDefault="00F678CC" w:rsidP="00CD31E2">
            <w:pPr>
              <w:ind w:firstLine="0"/>
              <w:rPr>
                <w:szCs w:val="24"/>
              </w:rPr>
            </w:pPr>
            <w:r w:rsidRPr="00240C29">
              <w:rPr>
                <w:szCs w:val="24"/>
              </w:rPr>
              <w:t xml:space="preserve">Supa de </w:t>
            </w:r>
            <w:proofErr w:type="spellStart"/>
            <w:r w:rsidRPr="00240C29">
              <w:rPr>
                <w:szCs w:val="24"/>
              </w:rPr>
              <w:t>oase</w:t>
            </w:r>
            <w:proofErr w:type="spellEnd"/>
            <w:r w:rsidRPr="00240C29">
              <w:rPr>
                <w:szCs w:val="24"/>
              </w:rPr>
              <w:t xml:space="preserve"> cu </w:t>
            </w:r>
            <w:proofErr w:type="spellStart"/>
            <w:r w:rsidRPr="00240C29">
              <w:rPr>
                <w:szCs w:val="24"/>
              </w:rPr>
              <w:t>galuste</w:t>
            </w:r>
            <w:proofErr w:type="spellEnd"/>
            <w:r w:rsidRPr="00240C29">
              <w:rPr>
                <w:szCs w:val="24"/>
              </w:rPr>
              <w:t xml:space="preserve"> de gris</w:t>
            </w:r>
          </w:p>
        </w:tc>
        <w:tc>
          <w:tcPr>
            <w:tcW w:w="1701" w:type="dxa"/>
            <w:tcMar>
              <w:top w:w="80" w:type="dxa"/>
              <w:left w:w="90" w:type="dxa"/>
              <w:bottom w:w="80" w:type="dxa"/>
              <w:right w:w="90" w:type="dxa"/>
            </w:tcMar>
            <w:vAlign w:val="center"/>
          </w:tcPr>
          <w:p w14:paraId="7F5C8DBE" w14:textId="77777777" w:rsidR="00F678CC" w:rsidRPr="00240C29" w:rsidRDefault="00F678CC" w:rsidP="00CD31E2">
            <w:pPr>
              <w:ind w:firstLine="0"/>
              <w:jc w:val="center"/>
              <w:rPr>
                <w:szCs w:val="24"/>
              </w:rPr>
            </w:pPr>
            <w:r w:rsidRPr="00240C29">
              <w:rPr>
                <w:szCs w:val="24"/>
              </w:rPr>
              <w:t>400 gr.</w:t>
            </w:r>
          </w:p>
        </w:tc>
      </w:tr>
      <w:tr w:rsidR="00F678CC" w:rsidRPr="00240C29" w14:paraId="6C4ECFCF" w14:textId="77777777">
        <w:trPr>
          <w:jc w:val="center"/>
        </w:trPr>
        <w:tc>
          <w:tcPr>
            <w:tcW w:w="850" w:type="dxa"/>
            <w:tcMar>
              <w:top w:w="80" w:type="dxa"/>
              <w:left w:w="90" w:type="dxa"/>
              <w:bottom w:w="80" w:type="dxa"/>
              <w:right w:w="90" w:type="dxa"/>
            </w:tcMar>
            <w:vAlign w:val="center"/>
          </w:tcPr>
          <w:p w14:paraId="25482A9E" w14:textId="77777777" w:rsidR="00F678CC" w:rsidRPr="00240C29" w:rsidRDefault="00F678CC" w:rsidP="00CD31E2">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5C97C1AB" w14:textId="77777777" w:rsidR="00F678CC" w:rsidRPr="00240C29" w:rsidRDefault="00F678CC" w:rsidP="00CD31E2">
            <w:pPr>
              <w:ind w:firstLine="0"/>
              <w:rPr>
                <w:szCs w:val="24"/>
              </w:rPr>
            </w:pPr>
            <w:r w:rsidRPr="00240C29">
              <w:rPr>
                <w:szCs w:val="24"/>
              </w:rPr>
              <w:t xml:space="preserve">Supa de </w:t>
            </w:r>
            <w:proofErr w:type="spellStart"/>
            <w:r w:rsidRPr="00240C29">
              <w:rPr>
                <w:szCs w:val="24"/>
              </w:rPr>
              <w:t>pasare</w:t>
            </w:r>
            <w:proofErr w:type="spellEnd"/>
            <w:r w:rsidRPr="00240C29">
              <w:rPr>
                <w:szCs w:val="24"/>
              </w:rPr>
              <w:t xml:space="preserve"> cu </w:t>
            </w:r>
            <w:proofErr w:type="spellStart"/>
            <w:r w:rsidRPr="00240C29">
              <w:rPr>
                <w:szCs w:val="24"/>
              </w:rPr>
              <w:t>galuste</w:t>
            </w:r>
            <w:proofErr w:type="spellEnd"/>
            <w:r w:rsidRPr="00240C29">
              <w:rPr>
                <w:szCs w:val="24"/>
              </w:rPr>
              <w:t xml:space="preserve"> de gris</w:t>
            </w:r>
          </w:p>
        </w:tc>
        <w:tc>
          <w:tcPr>
            <w:tcW w:w="1701" w:type="dxa"/>
            <w:tcMar>
              <w:top w:w="80" w:type="dxa"/>
              <w:left w:w="90" w:type="dxa"/>
              <w:bottom w:w="80" w:type="dxa"/>
              <w:right w:w="90" w:type="dxa"/>
            </w:tcMar>
            <w:vAlign w:val="center"/>
          </w:tcPr>
          <w:p w14:paraId="44EDA7E5" w14:textId="77777777" w:rsidR="00F678CC" w:rsidRPr="00240C29" w:rsidRDefault="00F678CC" w:rsidP="00CD31E2">
            <w:pPr>
              <w:ind w:firstLine="0"/>
              <w:jc w:val="center"/>
              <w:rPr>
                <w:szCs w:val="24"/>
              </w:rPr>
            </w:pPr>
            <w:r w:rsidRPr="00240C29">
              <w:rPr>
                <w:szCs w:val="24"/>
              </w:rPr>
              <w:t>400 gr.</w:t>
            </w:r>
          </w:p>
        </w:tc>
      </w:tr>
      <w:tr w:rsidR="00F678CC" w:rsidRPr="00240C29" w14:paraId="11EED97F" w14:textId="77777777">
        <w:trPr>
          <w:jc w:val="center"/>
        </w:trPr>
        <w:tc>
          <w:tcPr>
            <w:tcW w:w="850" w:type="dxa"/>
            <w:tcMar>
              <w:top w:w="80" w:type="dxa"/>
              <w:left w:w="90" w:type="dxa"/>
              <w:bottom w:w="80" w:type="dxa"/>
              <w:right w:w="90" w:type="dxa"/>
            </w:tcMar>
            <w:vAlign w:val="center"/>
          </w:tcPr>
          <w:p w14:paraId="26872D50" w14:textId="77777777" w:rsidR="00F678CC" w:rsidRPr="00240C29" w:rsidRDefault="00F678CC" w:rsidP="00CD31E2">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2AE22C4E" w14:textId="77777777" w:rsidR="00F678CC" w:rsidRPr="00240C29" w:rsidRDefault="00F678CC" w:rsidP="00CD31E2">
            <w:pPr>
              <w:ind w:firstLine="0"/>
              <w:rPr>
                <w:szCs w:val="24"/>
              </w:rPr>
            </w:pPr>
            <w:r w:rsidRPr="00240C29">
              <w:rPr>
                <w:szCs w:val="24"/>
              </w:rPr>
              <w:t xml:space="preserve">Supa </w:t>
            </w:r>
            <w:proofErr w:type="spellStart"/>
            <w:r w:rsidRPr="00240C29">
              <w:rPr>
                <w:szCs w:val="24"/>
              </w:rPr>
              <w:t>italiana</w:t>
            </w:r>
            <w:proofErr w:type="spellEnd"/>
          </w:p>
        </w:tc>
        <w:tc>
          <w:tcPr>
            <w:tcW w:w="1701" w:type="dxa"/>
            <w:tcMar>
              <w:top w:w="80" w:type="dxa"/>
              <w:left w:w="90" w:type="dxa"/>
              <w:bottom w:w="80" w:type="dxa"/>
              <w:right w:w="90" w:type="dxa"/>
            </w:tcMar>
            <w:vAlign w:val="center"/>
          </w:tcPr>
          <w:p w14:paraId="41CA88CC" w14:textId="77777777" w:rsidR="00F678CC" w:rsidRPr="00240C29" w:rsidRDefault="00F678CC" w:rsidP="00CD31E2">
            <w:pPr>
              <w:ind w:firstLine="0"/>
              <w:jc w:val="center"/>
              <w:rPr>
                <w:szCs w:val="24"/>
              </w:rPr>
            </w:pPr>
            <w:r w:rsidRPr="00240C29">
              <w:rPr>
                <w:szCs w:val="24"/>
              </w:rPr>
              <w:t>400 gr.</w:t>
            </w:r>
          </w:p>
        </w:tc>
      </w:tr>
      <w:tr w:rsidR="00F678CC" w:rsidRPr="00240C29" w14:paraId="05F45E8B" w14:textId="77777777">
        <w:trPr>
          <w:jc w:val="center"/>
        </w:trPr>
        <w:tc>
          <w:tcPr>
            <w:tcW w:w="850" w:type="dxa"/>
            <w:tcMar>
              <w:top w:w="80" w:type="dxa"/>
              <w:left w:w="90" w:type="dxa"/>
              <w:bottom w:w="80" w:type="dxa"/>
              <w:right w:w="90" w:type="dxa"/>
            </w:tcMar>
            <w:vAlign w:val="center"/>
          </w:tcPr>
          <w:p w14:paraId="131A9962" w14:textId="77777777" w:rsidR="00F678CC" w:rsidRPr="00240C29" w:rsidRDefault="00F678CC" w:rsidP="00CD31E2">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7E7AF993" w14:textId="1FAF8BE2" w:rsidR="00F678CC" w:rsidRPr="00240C29" w:rsidRDefault="00F678CC" w:rsidP="00CD31E2">
            <w:pPr>
              <w:ind w:firstLine="0"/>
              <w:rPr>
                <w:szCs w:val="24"/>
              </w:rPr>
            </w:pPr>
            <w:r w:rsidRPr="00240C29">
              <w:rPr>
                <w:szCs w:val="24"/>
              </w:rPr>
              <w:t xml:space="preserve">Supa de </w:t>
            </w:r>
            <w:proofErr w:type="spellStart"/>
            <w:r w:rsidRPr="00240C29">
              <w:rPr>
                <w:szCs w:val="24"/>
              </w:rPr>
              <w:t>rosii</w:t>
            </w:r>
            <w:proofErr w:type="spellEnd"/>
            <w:r w:rsidRPr="00240C29">
              <w:rPr>
                <w:szCs w:val="24"/>
              </w:rPr>
              <w:t xml:space="preserve"> cu </w:t>
            </w:r>
            <w:proofErr w:type="spellStart"/>
            <w:r w:rsidRPr="00240C29">
              <w:rPr>
                <w:szCs w:val="24"/>
              </w:rPr>
              <w:t>orez</w:t>
            </w:r>
            <w:proofErr w:type="spellEnd"/>
            <w:r w:rsidR="00CD31E2">
              <w:t xml:space="preserve"> </w:t>
            </w:r>
            <w:proofErr w:type="spellStart"/>
            <w:r w:rsidR="00CD31E2" w:rsidRPr="00CD31E2">
              <w:rPr>
                <w:szCs w:val="24"/>
              </w:rPr>
              <w:t>brun</w:t>
            </w:r>
            <w:proofErr w:type="spellEnd"/>
          </w:p>
        </w:tc>
        <w:tc>
          <w:tcPr>
            <w:tcW w:w="1701" w:type="dxa"/>
            <w:tcMar>
              <w:top w:w="80" w:type="dxa"/>
              <w:left w:w="90" w:type="dxa"/>
              <w:bottom w:w="80" w:type="dxa"/>
              <w:right w:w="90" w:type="dxa"/>
            </w:tcMar>
            <w:vAlign w:val="center"/>
          </w:tcPr>
          <w:p w14:paraId="4EC5665A" w14:textId="77777777" w:rsidR="00F678CC" w:rsidRPr="00240C29" w:rsidRDefault="00F678CC" w:rsidP="00CD31E2">
            <w:pPr>
              <w:ind w:firstLine="0"/>
              <w:jc w:val="center"/>
              <w:rPr>
                <w:szCs w:val="24"/>
              </w:rPr>
            </w:pPr>
            <w:r w:rsidRPr="00240C29">
              <w:rPr>
                <w:szCs w:val="24"/>
              </w:rPr>
              <w:t>400 gr.</w:t>
            </w:r>
          </w:p>
        </w:tc>
      </w:tr>
      <w:tr w:rsidR="00F678CC" w:rsidRPr="00240C29" w14:paraId="6CAA3406" w14:textId="77777777">
        <w:trPr>
          <w:jc w:val="center"/>
        </w:trPr>
        <w:tc>
          <w:tcPr>
            <w:tcW w:w="850" w:type="dxa"/>
            <w:tcMar>
              <w:top w:w="80" w:type="dxa"/>
              <w:left w:w="90" w:type="dxa"/>
              <w:bottom w:w="80" w:type="dxa"/>
              <w:right w:w="90" w:type="dxa"/>
            </w:tcMar>
            <w:vAlign w:val="center"/>
          </w:tcPr>
          <w:p w14:paraId="0ADBB7CA" w14:textId="77777777" w:rsidR="00F678CC" w:rsidRPr="00240C29" w:rsidRDefault="00F678CC" w:rsidP="00CD31E2">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2A268A30" w14:textId="77777777" w:rsidR="00F678CC" w:rsidRPr="00240C29" w:rsidRDefault="00F678CC" w:rsidP="00CD31E2">
            <w:pPr>
              <w:ind w:firstLine="0"/>
              <w:rPr>
                <w:szCs w:val="24"/>
              </w:rPr>
            </w:pPr>
            <w:r w:rsidRPr="00240C29">
              <w:rPr>
                <w:szCs w:val="24"/>
              </w:rPr>
              <w:t xml:space="preserve">Supa </w:t>
            </w:r>
            <w:proofErr w:type="spellStart"/>
            <w:r w:rsidRPr="00240C29">
              <w:rPr>
                <w:szCs w:val="24"/>
              </w:rPr>
              <w:t>taraneasca</w:t>
            </w:r>
            <w:proofErr w:type="spellEnd"/>
            <w:r w:rsidRPr="00240C29">
              <w:rPr>
                <w:szCs w:val="24"/>
              </w:rPr>
              <w:t xml:space="preserve"> cu </w:t>
            </w:r>
            <w:proofErr w:type="spellStart"/>
            <w:r w:rsidRPr="00240C29">
              <w:rPr>
                <w:szCs w:val="24"/>
              </w:rPr>
              <w:t>taietei</w:t>
            </w:r>
            <w:proofErr w:type="spellEnd"/>
          </w:p>
        </w:tc>
        <w:tc>
          <w:tcPr>
            <w:tcW w:w="1701" w:type="dxa"/>
            <w:tcMar>
              <w:top w:w="80" w:type="dxa"/>
              <w:left w:w="90" w:type="dxa"/>
              <w:bottom w:w="80" w:type="dxa"/>
              <w:right w:w="90" w:type="dxa"/>
            </w:tcMar>
            <w:vAlign w:val="center"/>
          </w:tcPr>
          <w:p w14:paraId="23902A0F" w14:textId="77777777" w:rsidR="00F678CC" w:rsidRPr="00240C29" w:rsidRDefault="00F678CC" w:rsidP="00CD31E2">
            <w:pPr>
              <w:ind w:firstLine="0"/>
              <w:jc w:val="center"/>
              <w:rPr>
                <w:szCs w:val="24"/>
              </w:rPr>
            </w:pPr>
            <w:r w:rsidRPr="00240C29">
              <w:rPr>
                <w:szCs w:val="24"/>
              </w:rPr>
              <w:t>400 gr.</w:t>
            </w:r>
          </w:p>
        </w:tc>
      </w:tr>
      <w:tr w:rsidR="00F678CC" w:rsidRPr="00240C29" w14:paraId="2BB79A8B" w14:textId="77777777">
        <w:trPr>
          <w:jc w:val="center"/>
        </w:trPr>
        <w:tc>
          <w:tcPr>
            <w:tcW w:w="850" w:type="dxa"/>
            <w:tcMar>
              <w:top w:w="80" w:type="dxa"/>
              <w:left w:w="90" w:type="dxa"/>
              <w:bottom w:w="80" w:type="dxa"/>
              <w:right w:w="90" w:type="dxa"/>
            </w:tcMar>
            <w:vAlign w:val="center"/>
          </w:tcPr>
          <w:p w14:paraId="589ABB52" w14:textId="77777777" w:rsidR="00F678CC" w:rsidRPr="00240C29" w:rsidRDefault="00F678CC" w:rsidP="00CD31E2">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43111D6B" w14:textId="77777777" w:rsidR="00F678CC" w:rsidRPr="00240C29" w:rsidRDefault="00F678CC" w:rsidP="00CD31E2">
            <w:pPr>
              <w:ind w:firstLine="0"/>
              <w:rPr>
                <w:szCs w:val="24"/>
              </w:rPr>
            </w:pPr>
            <w:r w:rsidRPr="00240C29">
              <w:rPr>
                <w:szCs w:val="24"/>
              </w:rPr>
              <w:t xml:space="preserve">Supa de </w:t>
            </w:r>
            <w:proofErr w:type="spellStart"/>
            <w:r w:rsidRPr="00240C29">
              <w:rPr>
                <w:szCs w:val="24"/>
              </w:rPr>
              <w:t>oase</w:t>
            </w:r>
            <w:proofErr w:type="spellEnd"/>
            <w:r w:rsidRPr="00240C29">
              <w:rPr>
                <w:szCs w:val="24"/>
              </w:rPr>
              <w:t xml:space="preserve"> cu </w:t>
            </w:r>
            <w:proofErr w:type="spellStart"/>
            <w:r w:rsidRPr="00240C29">
              <w:rPr>
                <w:szCs w:val="24"/>
              </w:rPr>
              <w:t>fidea</w:t>
            </w:r>
            <w:proofErr w:type="spellEnd"/>
          </w:p>
        </w:tc>
        <w:tc>
          <w:tcPr>
            <w:tcW w:w="1701" w:type="dxa"/>
            <w:tcMar>
              <w:top w:w="80" w:type="dxa"/>
              <w:left w:w="90" w:type="dxa"/>
              <w:bottom w:w="80" w:type="dxa"/>
              <w:right w:w="90" w:type="dxa"/>
            </w:tcMar>
            <w:vAlign w:val="center"/>
          </w:tcPr>
          <w:p w14:paraId="02A2698B" w14:textId="77777777" w:rsidR="00F678CC" w:rsidRPr="00240C29" w:rsidRDefault="00F678CC" w:rsidP="00CD31E2">
            <w:pPr>
              <w:ind w:firstLine="0"/>
              <w:jc w:val="center"/>
              <w:rPr>
                <w:szCs w:val="24"/>
              </w:rPr>
            </w:pPr>
            <w:r w:rsidRPr="00240C29">
              <w:rPr>
                <w:szCs w:val="24"/>
              </w:rPr>
              <w:t>400 gr.</w:t>
            </w:r>
          </w:p>
        </w:tc>
      </w:tr>
      <w:tr w:rsidR="00F678CC" w:rsidRPr="00240C29" w14:paraId="0B62BCA6" w14:textId="77777777">
        <w:trPr>
          <w:jc w:val="center"/>
        </w:trPr>
        <w:tc>
          <w:tcPr>
            <w:tcW w:w="850" w:type="dxa"/>
            <w:tcMar>
              <w:top w:w="80" w:type="dxa"/>
              <w:left w:w="90" w:type="dxa"/>
              <w:bottom w:w="80" w:type="dxa"/>
              <w:right w:w="90" w:type="dxa"/>
            </w:tcMar>
            <w:vAlign w:val="center"/>
          </w:tcPr>
          <w:p w14:paraId="3DB07DF2" w14:textId="77777777" w:rsidR="00F678CC" w:rsidRPr="00240C29" w:rsidRDefault="00F678CC" w:rsidP="00CD31E2">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36DC8747" w14:textId="16C70FC1" w:rsidR="00F678CC" w:rsidRPr="00240C29" w:rsidRDefault="00F678CC" w:rsidP="00CD31E2">
            <w:pPr>
              <w:ind w:firstLine="0"/>
              <w:rPr>
                <w:szCs w:val="24"/>
              </w:rPr>
            </w:pPr>
            <w:r w:rsidRPr="00240C29">
              <w:rPr>
                <w:szCs w:val="24"/>
              </w:rPr>
              <w:t xml:space="preserve">Supa de </w:t>
            </w:r>
            <w:proofErr w:type="spellStart"/>
            <w:r w:rsidRPr="00240C29">
              <w:rPr>
                <w:szCs w:val="24"/>
              </w:rPr>
              <w:t>oase</w:t>
            </w:r>
            <w:proofErr w:type="spellEnd"/>
            <w:r w:rsidRPr="00240C29">
              <w:rPr>
                <w:szCs w:val="24"/>
              </w:rPr>
              <w:t xml:space="preserve"> cu </w:t>
            </w:r>
            <w:proofErr w:type="spellStart"/>
            <w:r w:rsidRPr="00240C29">
              <w:rPr>
                <w:szCs w:val="24"/>
              </w:rPr>
              <w:t>orez</w:t>
            </w:r>
            <w:proofErr w:type="spellEnd"/>
            <w:r w:rsidR="00CD31E2">
              <w:rPr>
                <w:color w:val="6AA84F"/>
              </w:rPr>
              <w:t xml:space="preserve"> </w:t>
            </w:r>
            <w:proofErr w:type="spellStart"/>
            <w:r w:rsidR="00CD31E2">
              <w:rPr>
                <w:color w:val="6AA84F"/>
              </w:rPr>
              <w:t>brun</w:t>
            </w:r>
            <w:proofErr w:type="spellEnd"/>
          </w:p>
        </w:tc>
        <w:tc>
          <w:tcPr>
            <w:tcW w:w="1701" w:type="dxa"/>
            <w:tcMar>
              <w:top w:w="80" w:type="dxa"/>
              <w:left w:w="90" w:type="dxa"/>
              <w:bottom w:w="80" w:type="dxa"/>
              <w:right w:w="90" w:type="dxa"/>
            </w:tcMar>
            <w:vAlign w:val="center"/>
          </w:tcPr>
          <w:p w14:paraId="453E8AE1" w14:textId="77777777" w:rsidR="00F678CC" w:rsidRPr="00240C29" w:rsidRDefault="00F678CC" w:rsidP="00CD31E2">
            <w:pPr>
              <w:ind w:firstLine="0"/>
              <w:jc w:val="center"/>
              <w:rPr>
                <w:szCs w:val="24"/>
              </w:rPr>
            </w:pPr>
            <w:r w:rsidRPr="00240C29">
              <w:rPr>
                <w:szCs w:val="24"/>
              </w:rPr>
              <w:t>400 gr.</w:t>
            </w:r>
          </w:p>
        </w:tc>
      </w:tr>
      <w:tr w:rsidR="00F678CC" w:rsidRPr="00240C29" w14:paraId="60AF422C" w14:textId="77777777">
        <w:trPr>
          <w:jc w:val="center"/>
        </w:trPr>
        <w:tc>
          <w:tcPr>
            <w:tcW w:w="850" w:type="dxa"/>
            <w:tcMar>
              <w:top w:w="80" w:type="dxa"/>
              <w:left w:w="90" w:type="dxa"/>
              <w:bottom w:w="80" w:type="dxa"/>
              <w:right w:w="90" w:type="dxa"/>
            </w:tcMar>
            <w:vAlign w:val="center"/>
          </w:tcPr>
          <w:p w14:paraId="65EBD6C9" w14:textId="77777777" w:rsidR="00F678CC" w:rsidRPr="00240C29" w:rsidRDefault="00F678CC" w:rsidP="00CD31E2">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239BDCD9" w14:textId="77777777" w:rsidR="00F678CC" w:rsidRPr="00240C29" w:rsidRDefault="00F678CC" w:rsidP="00CD31E2">
            <w:pPr>
              <w:ind w:firstLine="0"/>
              <w:rPr>
                <w:szCs w:val="24"/>
              </w:rPr>
            </w:pPr>
            <w:r w:rsidRPr="00240C29">
              <w:rPr>
                <w:szCs w:val="24"/>
              </w:rPr>
              <w:t xml:space="preserve">Supa </w:t>
            </w:r>
            <w:proofErr w:type="spellStart"/>
            <w:r w:rsidRPr="00240C29">
              <w:rPr>
                <w:szCs w:val="24"/>
              </w:rPr>
              <w:t>poloneza</w:t>
            </w:r>
            <w:proofErr w:type="spellEnd"/>
            <w:r w:rsidRPr="00240C29">
              <w:rPr>
                <w:szCs w:val="24"/>
              </w:rPr>
              <w:t xml:space="preserve"> din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2D744607" w14:textId="77777777" w:rsidR="00F678CC" w:rsidRPr="00240C29" w:rsidRDefault="00F678CC" w:rsidP="00CD31E2">
            <w:pPr>
              <w:ind w:firstLine="0"/>
              <w:jc w:val="center"/>
              <w:rPr>
                <w:szCs w:val="24"/>
              </w:rPr>
            </w:pPr>
            <w:r w:rsidRPr="00240C29">
              <w:rPr>
                <w:szCs w:val="24"/>
              </w:rPr>
              <w:t>400 gr.</w:t>
            </w:r>
          </w:p>
        </w:tc>
      </w:tr>
      <w:tr w:rsidR="00F678CC" w:rsidRPr="00240C29" w14:paraId="3CFF320A" w14:textId="77777777">
        <w:trPr>
          <w:jc w:val="center"/>
        </w:trPr>
        <w:tc>
          <w:tcPr>
            <w:tcW w:w="850" w:type="dxa"/>
            <w:tcMar>
              <w:top w:w="80" w:type="dxa"/>
              <w:left w:w="90" w:type="dxa"/>
              <w:bottom w:w="80" w:type="dxa"/>
              <w:right w:w="90" w:type="dxa"/>
            </w:tcMar>
            <w:vAlign w:val="center"/>
          </w:tcPr>
          <w:p w14:paraId="3E8A84B3" w14:textId="77777777" w:rsidR="00F678CC" w:rsidRPr="00240C29" w:rsidRDefault="00F678CC" w:rsidP="00CD31E2">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6311A463" w14:textId="608E7F32" w:rsidR="00F678CC" w:rsidRPr="00240C29" w:rsidRDefault="00F678CC" w:rsidP="00CD31E2">
            <w:pPr>
              <w:ind w:firstLine="0"/>
              <w:rPr>
                <w:szCs w:val="24"/>
              </w:rPr>
            </w:pPr>
            <w:r w:rsidRPr="00240C29">
              <w:rPr>
                <w:szCs w:val="24"/>
              </w:rPr>
              <w:t xml:space="preserve">Supa de </w:t>
            </w:r>
            <w:proofErr w:type="spellStart"/>
            <w:r w:rsidRPr="00240C29">
              <w:rPr>
                <w:szCs w:val="24"/>
              </w:rPr>
              <w:t>rosii</w:t>
            </w:r>
            <w:proofErr w:type="spellEnd"/>
            <w:r w:rsidRPr="00240C29">
              <w:rPr>
                <w:szCs w:val="24"/>
              </w:rPr>
              <w:t xml:space="preserve"> cu </w:t>
            </w:r>
            <w:proofErr w:type="spellStart"/>
            <w:r w:rsidR="00CD31E2" w:rsidRPr="00CD31E2">
              <w:rPr>
                <w:szCs w:val="24"/>
              </w:rPr>
              <w:t>busuioc</w:t>
            </w:r>
            <w:proofErr w:type="spellEnd"/>
          </w:p>
        </w:tc>
        <w:tc>
          <w:tcPr>
            <w:tcW w:w="1701" w:type="dxa"/>
            <w:tcMar>
              <w:top w:w="80" w:type="dxa"/>
              <w:left w:w="90" w:type="dxa"/>
              <w:bottom w:w="80" w:type="dxa"/>
              <w:right w:w="90" w:type="dxa"/>
            </w:tcMar>
            <w:vAlign w:val="center"/>
          </w:tcPr>
          <w:p w14:paraId="36DC503E" w14:textId="77777777" w:rsidR="00F678CC" w:rsidRPr="00240C29" w:rsidRDefault="00F678CC" w:rsidP="00CD31E2">
            <w:pPr>
              <w:ind w:firstLine="0"/>
              <w:jc w:val="center"/>
              <w:rPr>
                <w:szCs w:val="24"/>
              </w:rPr>
            </w:pPr>
            <w:r w:rsidRPr="00240C29">
              <w:rPr>
                <w:szCs w:val="24"/>
              </w:rPr>
              <w:t>400 gr.</w:t>
            </w:r>
          </w:p>
        </w:tc>
      </w:tr>
      <w:tr w:rsidR="00CD31E2" w:rsidRPr="00240C29" w14:paraId="77467104" w14:textId="77777777" w:rsidTr="006B3867">
        <w:trPr>
          <w:jc w:val="center"/>
        </w:trPr>
        <w:tc>
          <w:tcPr>
            <w:tcW w:w="850" w:type="dxa"/>
            <w:tcMar>
              <w:top w:w="80" w:type="dxa"/>
              <w:left w:w="90" w:type="dxa"/>
              <w:bottom w:w="80" w:type="dxa"/>
              <w:right w:w="90" w:type="dxa"/>
            </w:tcMar>
            <w:vAlign w:val="center"/>
          </w:tcPr>
          <w:p w14:paraId="381A189F" w14:textId="77777777" w:rsidR="00CD31E2" w:rsidRPr="00240C29" w:rsidRDefault="00CD31E2" w:rsidP="00CD31E2">
            <w:pPr>
              <w:ind w:firstLine="0"/>
              <w:jc w:val="center"/>
              <w:rPr>
                <w:szCs w:val="24"/>
              </w:rPr>
            </w:pPr>
          </w:p>
        </w:tc>
        <w:tc>
          <w:tcPr>
            <w:tcW w:w="7087" w:type="dxa"/>
            <w:tcMar>
              <w:top w:w="80" w:type="dxa"/>
              <w:left w:w="90" w:type="dxa"/>
              <w:bottom w:w="80" w:type="dxa"/>
              <w:right w:w="90" w:type="dxa"/>
            </w:tcMar>
          </w:tcPr>
          <w:p w14:paraId="5C2F6154" w14:textId="66349BE4" w:rsidR="00CD31E2" w:rsidRPr="00240C29" w:rsidRDefault="00CD31E2" w:rsidP="00CD31E2">
            <w:pPr>
              <w:ind w:firstLine="0"/>
              <w:rPr>
                <w:szCs w:val="24"/>
              </w:rPr>
            </w:pPr>
            <w:r w:rsidRPr="00B73B39">
              <w:t xml:space="preserve">Supa de </w:t>
            </w:r>
            <w:proofErr w:type="spellStart"/>
            <w:r w:rsidRPr="00B73B39">
              <w:t>brocoli</w:t>
            </w:r>
            <w:proofErr w:type="spellEnd"/>
          </w:p>
        </w:tc>
        <w:tc>
          <w:tcPr>
            <w:tcW w:w="1701" w:type="dxa"/>
            <w:tcMar>
              <w:top w:w="80" w:type="dxa"/>
              <w:left w:w="90" w:type="dxa"/>
              <w:bottom w:w="80" w:type="dxa"/>
              <w:right w:w="90" w:type="dxa"/>
            </w:tcMar>
          </w:tcPr>
          <w:p w14:paraId="20B5BDFE" w14:textId="0B4D5984" w:rsidR="00CD31E2" w:rsidRPr="00240C29" w:rsidRDefault="00CD31E2" w:rsidP="00CD31E2">
            <w:pPr>
              <w:ind w:firstLine="0"/>
              <w:jc w:val="center"/>
              <w:rPr>
                <w:szCs w:val="24"/>
              </w:rPr>
            </w:pPr>
            <w:r w:rsidRPr="00B73B39">
              <w:t>400 gr.</w:t>
            </w:r>
          </w:p>
        </w:tc>
      </w:tr>
      <w:tr w:rsidR="00CD31E2" w:rsidRPr="00240C29" w14:paraId="03C2BD17" w14:textId="77777777" w:rsidTr="006B3867">
        <w:trPr>
          <w:jc w:val="center"/>
        </w:trPr>
        <w:tc>
          <w:tcPr>
            <w:tcW w:w="850" w:type="dxa"/>
            <w:tcMar>
              <w:top w:w="80" w:type="dxa"/>
              <w:left w:w="90" w:type="dxa"/>
              <w:bottom w:w="80" w:type="dxa"/>
              <w:right w:w="90" w:type="dxa"/>
            </w:tcMar>
            <w:vAlign w:val="center"/>
          </w:tcPr>
          <w:p w14:paraId="36AAB586" w14:textId="77777777" w:rsidR="00CD31E2" w:rsidRPr="00240C29" w:rsidRDefault="00CD31E2" w:rsidP="00CD31E2">
            <w:pPr>
              <w:ind w:firstLine="0"/>
              <w:jc w:val="center"/>
              <w:rPr>
                <w:szCs w:val="24"/>
              </w:rPr>
            </w:pPr>
          </w:p>
        </w:tc>
        <w:tc>
          <w:tcPr>
            <w:tcW w:w="7087" w:type="dxa"/>
            <w:tcMar>
              <w:top w:w="80" w:type="dxa"/>
              <w:left w:w="90" w:type="dxa"/>
              <w:bottom w:w="80" w:type="dxa"/>
              <w:right w:w="90" w:type="dxa"/>
            </w:tcMar>
          </w:tcPr>
          <w:p w14:paraId="4E02985E" w14:textId="316FCEB5" w:rsidR="00CD31E2" w:rsidRPr="00240C29" w:rsidRDefault="00CD31E2" w:rsidP="00CD31E2">
            <w:pPr>
              <w:ind w:firstLine="0"/>
              <w:rPr>
                <w:szCs w:val="24"/>
              </w:rPr>
            </w:pPr>
            <w:r w:rsidRPr="00B73B39">
              <w:t xml:space="preserve">Supa crema de </w:t>
            </w:r>
            <w:proofErr w:type="spellStart"/>
            <w:r w:rsidRPr="00B73B39">
              <w:t>linte</w:t>
            </w:r>
            <w:proofErr w:type="spellEnd"/>
            <w:r w:rsidRPr="00B73B39">
              <w:t xml:space="preserve">/ </w:t>
            </w:r>
            <w:proofErr w:type="spellStart"/>
            <w:r w:rsidRPr="00B73B39">
              <w:t>ciuperci</w:t>
            </w:r>
            <w:proofErr w:type="spellEnd"/>
            <w:r w:rsidRPr="00B73B39">
              <w:t xml:space="preserve">/ </w:t>
            </w:r>
            <w:proofErr w:type="spellStart"/>
            <w:r w:rsidRPr="00B73B39">
              <w:t>morcovi</w:t>
            </w:r>
            <w:proofErr w:type="spellEnd"/>
            <w:r w:rsidRPr="00B73B39">
              <w:t xml:space="preserve">/ </w:t>
            </w:r>
            <w:proofErr w:type="spellStart"/>
            <w:r w:rsidRPr="00B73B39">
              <w:t>rosii</w:t>
            </w:r>
            <w:proofErr w:type="spellEnd"/>
          </w:p>
        </w:tc>
        <w:tc>
          <w:tcPr>
            <w:tcW w:w="1701" w:type="dxa"/>
            <w:tcMar>
              <w:top w:w="80" w:type="dxa"/>
              <w:left w:w="90" w:type="dxa"/>
              <w:bottom w:w="80" w:type="dxa"/>
              <w:right w:w="90" w:type="dxa"/>
            </w:tcMar>
          </w:tcPr>
          <w:p w14:paraId="549C1AF3" w14:textId="2959C09C" w:rsidR="00CD31E2" w:rsidRPr="00240C29" w:rsidRDefault="00CD31E2" w:rsidP="00CD31E2">
            <w:pPr>
              <w:ind w:firstLine="0"/>
              <w:jc w:val="center"/>
              <w:rPr>
                <w:szCs w:val="24"/>
              </w:rPr>
            </w:pPr>
            <w:r w:rsidRPr="00B73B39">
              <w:t>400 gr.</w:t>
            </w:r>
          </w:p>
        </w:tc>
      </w:tr>
    </w:tbl>
    <w:p w14:paraId="252F8978" w14:textId="77777777" w:rsidR="00F678CC" w:rsidRPr="00240C29" w:rsidRDefault="00F678CC" w:rsidP="006B3867">
      <w:pPr>
        <w:rPr>
          <w:szCs w:val="24"/>
        </w:rPr>
      </w:pPr>
    </w:p>
    <w:p w14:paraId="2BB98049" w14:textId="77777777" w:rsidR="00F678CC" w:rsidRPr="00240C29" w:rsidRDefault="00F678CC" w:rsidP="006B3867">
      <w:pPr>
        <w:rPr>
          <w:szCs w:val="24"/>
        </w:rPr>
      </w:pPr>
      <w:r w:rsidRPr="00240C29">
        <w:rPr>
          <w:b/>
          <w:szCs w:val="24"/>
        </w:rPr>
        <w:t>CIORBE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6418708A" w14:textId="77777777">
        <w:trPr>
          <w:tblHeader/>
          <w:jc w:val="center"/>
        </w:trPr>
        <w:tc>
          <w:tcPr>
            <w:tcW w:w="850" w:type="dxa"/>
            <w:shd w:val="clear" w:color="auto" w:fill="D9D9D9"/>
            <w:tcMar>
              <w:top w:w="80" w:type="dxa"/>
              <w:left w:w="90" w:type="dxa"/>
              <w:bottom w:w="80" w:type="dxa"/>
              <w:right w:w="90" w:type="dxa"/>
            </w:tcMar>
            <w:vAlign w:val="center"/>
          </w:tcPr>
          <w:p w14:paraId="067B3322" w14:textId="77777777" w:rsidR="00F678CC" w:rsidRPr="00240C29" w:rsidRDefault="00F678CC" w:rsidP="00CD31E2">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F65652F" w14:textId="77777777" w:rsidR="00F678CC" w:rsidRPr="00240C29" w:rsidRDefault="00F678CC" w:rsidP="00CD31E2">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2FE7A101" w14:textId="77777777" w:rsidR="00F678CC" w:rsidRPr="00240C29" w:rsidRDefault="00F678CC" w:rsidP="00CD31E2">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30444CA" w14:textId="77777777">
        <w:trPr>
          <w:jc w:val="center"/>
        </w:trPr>
        <w:tc>
          <w:tcPr>
            <w:tcW w:w="850" w:type="dxa"/>
            <w:tcMar>
              <w:top w:w="80" w:type="dxa"/>
              <w:left w:w="90" w:type="dxa"/>
              <w:bottom w:w="80" w:type="dxa"/>
              <w:right w:w="90" w:type="dxa"/>
            </w:tcMar>
            <w:vAlign w:val="center"/>
          </w:tcPr>
          <w:p w14:paraId="18A23B6C" w14:textId="77777777" w:rsidR="00F678CC" w:rsidRPr="00240C29" w:rsidRDefault="00F678CC" w:rsidP="00CD31E2">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22CE572F"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burta</w:t>
            </w:r>
            <w:proofErr w:type="spellEnd"/>
          </w:p>
        </w:tc>
        <w:tc>
          <w:tcPr>
            <w:tcW w:w="1701" w:type="dxa"/>
            <w:tcMar>
              <w:top w:w="80" w:type="dxa"/>
              <w:left w:w="90" w:type="dxa"/>
              <w:bottom w:w="80" w:type="dxa"/>
              <w:right w:w="90" w:type="dxa"/>
            </w:tcMar>
            <w:vAlign w:val="center"/>
          </w:tcPr>
          <w:p w14:paraId="60F35B59" w14:textId="77777777" w:rsidR="00F678CC" w:rsidRPr="00240C29" w:rsidRDefault="00F678CC" w:rsidP="00CD31E2">
            <w:pPr>
              <w:ind w:firstLine="0"/>
              <w:jc w:val="center"/>
              <w:rPr>
                <w:szCs w:val="24"/>
              </w:rPr>
            </w:pPr>
            <w:r w:rsidRPr="00240C29">
              <w:rPr>
                <w:szCs w:val="24"/>
              </w:rPr>
              <w:t>160/240 gr.</w:t>
            </w:r>
          </w:p>
        </w:tc>
      </w:tr>
      <w:tr w:rsidR="00F678CC" w:rsidRPr="00240C29" w14:paraId="371C1830" w14:textId="77777777">
        <w:trPr>
          <w:jc w:val="center"/>
        </w:trPr>
        <w:tc>
          <w:tcPr>
            <w:tcW w:w="850" w:type="dxa"/>
            <w:tcMar>
              <w:top w:w="80" w:type="dxa"/>
              <w:left w:w="90" w:type="dxa"/>
              <w:bottom w:w="80" w:type="dxa"/>
              <w:right w:w="90" w:type="dxa"/>
            </w:tcMar>
            <w:vAlign w:val="center"/>
          </w:tcPr>
          <w:p w14:paraId="05CFE2F6" w14:textId="77777777" w:rsidR="00F678CC" w:rsidRPr="00240C29" w:rsidRDefault="00F678CC" w:rsidP="00CD31E2">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1342A84C" w14:textId="77777777" w:rsidR="00F678CC" w:rsidRPr="00240C29" w:rsidRDefault="00F678CC" w:rsidP="00CD31E2">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7F3F3689" w14:textId="77777777" w:rsidR="00F678CC" w:rsidRPr="00240C29" w:rsidRDefault="00F678CC" w:rsidP="00CD31E2">
            <w:pPr>
              <w:ind w:firstLine="0"/>
              <w:jc w:val="center"/>
              <w:rPr>
                <w:szCs w:val="24"/>
              </w:rPr>
            </w:pPr>
            <w:r w:rsidRPr="00240C29">
              <w:rPr>
                <w:szCs w:val="24"/>
              </w:rPr>
              <w:t>75/325 gr.</w:t>
            </w:r>
          </w:p>
        </w:tc>
      </w:tr>
      <w:tr w:rsidR="00F678CC" w:rsidRPr="00240C29" w14:paraId="44E8024A" w14:textId="77777777">
        <w:trPr>
          <w:jc w:val="center"/>
        </w:trPr>
        <w:tc>
          <w:tcPr>
            <w:tcW w:w="850" w:type="dxa"/>
            <w:tcMar>
              <w:top w:w="80" w:type="dxa"/>
              <w:left w:w="90" w:type="dxa"/>
              <w:bottom w:w="80" w:type="dxa"/>
              <w:right w:w="90" w:type="dxa"/>
            </w:tcMar>
            <w:vAlign w:val="center"/>
          </w:tcPr>
          <w:p w14:paraId="4BD8AB00" w14:textId="77777777" w:rsidR="00F678CC" w:rsidRPr="00240C29" w:rsidRDefault="00F678CC" w:rsidP="00CD31E2">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5224F65E" w14:textId="77777777" w:rsidR="00F678CC" w:rsidRPr="00240C29" w:rsidRDefault="00F678CC" w:rsidP="00CD31E2">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6F0C460B" w14:textId="77777777" w:rsidR="00F678CC" w:rsidRPr="00240C29" w:rsidRDefault="00F678CC" w:rsidP="00CD31E2">
            <w:pPr>
              <w:ind w:firstLine="0"/>
              <w:jc w:val="center"/>
              <w:rPr>
                <w:szCs w:val="24"/>
              </w:rPr>
            </w:pPr>
            <w:r w:rsidRPr="00240C29">
              <w:rPr>
                <w:szCs w:val="24"/>
              </w:rPr>
              <w:t>50/350 gr.</w:t>
            </w:r>
          </w:p>
        </w:tc>
      </w:tr>
      <w:tr w:rsidR="00F678CC" w:rsidRPr="00240C29" w14:paraId="79A44024" w14:textId="77777777">
        <w:trPr>
          <w:jc w:val="center"/>
        </w:trPr>
        <w:tc>
          <w:tcPr>
            <w:tcW w:w="850" w:type="dxa"/>
            <w:tcMar>
              <w:top w:w="80" w:type="dxa"/>
              <w:left w:w="90" w:type="dxa"/>
              <w:bottom w:w="80" w:type="dxa"/>
              <w:right w:w="90" w:type="dxa"/>
            </w:tcMar>
            <w:vAlign w:val="center"/>
          </w:tcPr>
          <w:p w14:paraId="13ACB91C" w14:textId="77777777" w:rsidR="00F678CC" w:rsidRPr="00240C29" w:rsidRDefault="00F678CC" w:rsidP="00CD31E2">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6446340C"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miel</w:t>
            </w:r>
            <w:proofErr w:type="spellEnd"/>
            <w:r w:rsidRPr="00240C29">
              <w:rPr>
                <w:szCs w:val="24"/>
              </w:rPr>
              <w:t xml:space="preserve"> a la </w:t>
            </w:r>
            <w:proofErr w:type="spellStart"/>
            <w:r w:rsidRPr="00240C29">
              <w:rPr>
                <w:szCs w:val="24"/>
              </w:rPr>
              <w:t>grec</w:t>
            </w:r>
            <w:proofErr w:type="spellEnd"/>
          </w:p>
        </w:tc>
        <w:tc>
          <w:tcPr>
            <w:tcW w:w="1701" w:type="dxa"/>
            <w:tcMar>
              <w:top w:w="80" w:type="dxa"/>
              <w:left w:w="90" w:type="dxa"/>
              <w:bottom w:w="80" w:type="dxa"/>
              <w:right w:w="90" w:type="dxa"/>
            </w:tcMar>
            <w:vAlign w:val="center"/>
          </w:tcPr>
          <w:p w14:paraId="74479822" w14:textId="77777777" w:rsidR="00F678CC" w:rsidRPr="00240C29" w:rsidRDefault="00F678CC" w:rsidP="00CD31E2">
            <w:pPr>
              <w:ind w:firstLine="0"/>
              <w:jc w:val="center"/>
              <w:rPr>
                <w:szCs w:val="24"/>
              </w:rPr>
            </w:pPr>
            <w:r w:rsidRPr="00240C29">
              <w:rPr>
                <w:szCs w:val="24"/>
              </w:rPr>
              <w:t>100/300 gr.</w:t>
            </w:r>
          </w:p>
        </w:tc>
      </w:tr>
      <w:tr w:rsidR="00F678CC" w:rsidRPr="00240C29" w14:paraId="775160B4" w14:textId="77777777">
        <w:trPr>
          <w:jc w:val="center"/>
        </w:trPr>
        <w:tc>
          <w:tcPr>
            <w:tcW w:w="850" w:type="dxa"/>
            <w:tcMar>
              <w:top w:w="80" w:type="dxa"/>
              <w:left w:w="90" w:type="dxa"/>
              <w:bottom w:w="80" w:type="dxa"/>
              <w:right w:w="90" w:type="dxa"/>
            </w:tcMar>
            <w:vAlign w:val="center"/>
          </w:tcPr>
          <w:p w14:paraId="2D3DA595" w14:textId="77777777" w:rsidR="00F678CC" w:rsidRPr="00240C29" w:rsidRDefault="00F678CC" w:rsidP="00CD31E2">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1060C63"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501601D6" w14:textId="77777777" w:rsidR="00F678CC" w:rsidRPr="00240C29" w:rsidRDefault="00F678CC" w:rsidP="00CD31E2">
            <w:pPr>
              <w:ind w:firstLine="0"/>
              <w:jc w:val="center"/>
              <w:rPr>
                <w:szCs w:val="24"/>
              </w:rPr>
            </w:pPr>
            <w:r w:rsidRPr="00240C29">
              <w:rPr>
                <w:szCs w:val="24"/>
              </w:rPr>
              <w:t>400 gr.</w:t>
            </w:r>
          </w:p>
        </w:tc>
      </w:tr>
      <w:tr w:rsidR="00F678CC" w:rsidRPr="00240C29" w14:paraId="69536828" w14:textId="77777777">
        <w:trPr>
          <w:jc w:val="center"/>
        </w:trPr>
        <w:tc>
          <w:tcPr>
            <w:tcW w:w="850" w:type="dxa"/>
            <w:tcMar>
              <w:top w:w="80" w:type="dxa"/>
              <w:left w:w="90" w:type="dxa"/>
              <w:bottom w:w="80" w:type="dxa"/>
              <w:right w:w="90" w:type="dxa"/>
            </w:tcMar>
            <w:vAlign w:val="center"/>
          </w:tcPr>
          <w:p w14:paraId="07F7E429" w14:textId="77777777" w:rsidR="00F678CC" w:rsidRPr="00240C29" w:rsidRDefault="00F678CC" w:rsidP="00CD31E2">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4BF8BBA8" w14:textId="77777777" w:rsidR="00F678CC" w:rsidRPr="00240C29" w:rsidRDefault="00F678CC" w:rsidP="00CD31E2">
            <w:pPr>
              <w:ind w:firstLine="0"/>
              <w:rPr>
                <w:szCs w:val="24"/>
              </w:rPr>
            </w:pPr>
            <w:r w:rsidRPr="00240C29">
              <w:rPr>
                <w:szCs w:val="24"/>
              </w:rPr>
              <w:t xml:space="preserve">Ciorba </w:t>
            </w:r>
            <w:proofErr w:type="spellStart"/>
            <w:r w:rsidRPr="00240C29">
              <w:rPr>
                <w:szCs w:val="24"/>
              </w:rPr>
              <w:t>pui</w:t>
            </w:r>
            <w:proofErr w:type="spellEnd"/>
            <w:r w:rsidRPr="00240C29">
              <w:rPr>
                <w:szCs w:val="24"/>
              </w:rPr>
              <w:t xml:space="preserve">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2043EFCE" w14:textId="77777777" w:rsidR="00F678CC" w:rsidRPr="00240C29" w:rsidRDefault="00F678CC" w:rsidP="00CD31E2">
            <w:pPr>
              <w:ind w:firstLine="0"/>
              <w:jc w:val="center"/>
              <w:rPr>
                <w:szCs w:val="24"/>
              </w:rPr>
            </w:pPr>
            <w:r w:rsidRPr="00240C29">
              <w:rPr>
                <w:szCs w:val="24"/>
              </w:rPr>
              <w:t>75/325 gr.</w:t>
            </w:r>
          </w:p>
        </w:tc>
      </w:tr>
      <w:tr w:rsidR="00F678CC" w:rsidRPr="00240C29" w14:paraId="790D2D07" w14:textId="77777777">
        <w:trPr>
          <w:jc w:val="center"/>
        </w:trPr>
        <w:tc>
          <w:tcPr>
            <w:tcW w:w="850" w:type="dxa"/>
            <w:tcMar>
              <w:top w:w="80" w:type="dxa"/>
              <w:left w:w="90" w:type="dxa"/>
              <w:bottom w:w="80" w:type="dxa"/>
              <w:right w:w="90" w:type="dxa"/>
            </w:tcMar>
            <w:vAlign w:val="center"/>
          </w:tcPr>
          <w:p w14:paraId="3FCFBAD2" w14:textId="77777777" w:rsidR="00F678CC" w:rsidRPr="00240C29" w:rsidRDefault="00F678CC" w:rsidP="00CD31E2">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1F3EE089"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urzici</w:t>
            </w:r>
            <w:proofErr w:type="spellEnd"/>
          </w:p>
        </w:tc>
        <w:tc>
          <w:tcPr>
            <w:tcW w:w="1701" w:type="dxa"/>
            <w:tcMar>
              <w:top w:w="80" w:type="dxa"/>
              <w:left w:w="90" w:type="dxa"/>
              <w:bottom w:w="80" w:type="dxa"/>
              <w:right w:w="90" w:type="dxa"/>
            </w:tcMar>
            <w:vAlign w:val="center"/>
          </w:tcPr>
          <w:p w14:paraId="4A389DDE" w14:textId="77777777" w:rsidR="00F678CC" w:rsidRPr="00240C29" w:rsidRDefault="00F678CC" w:rsidP="00CD31E2">
            <w:pPr>
              <w:ind w:firstLine="0"/>
              <w:jc w:val="center"/>
              <w:rPr>
                <w:szCs w:val="24"/>
              </w:rPr>
            </w:pPr>
            <w:r w:rsidRPr="00240C29">
              <w:rPr>
                <w:szCs w:val="24"/>
              </w:rPr>
              <w:t>400 gr.</w:t>
            </w:r>
          </w:p>
        </w:tc>
      </w:tr>
      <w:tr w:rsidR="00F678CC" w:rsidRPr="00240C29" w14:paraId="0F93180F" w14:textId="77777777">
        <w:trPr>
          <w:jc w:val="center"/>
        </w:trPr>
        <w:tc>
          <w:tcPr>
            <w:tcW w:w="850" w:type="dxa"/>
            <w:tcMar>
              <w:top w:w="80" w:type="dxa"/>
              <w:left w:w="90" w:type="dxa"/>
              <w:bottom w:w="80" w:type="dxa"/>
              <w:right w:w="90" w:type="dxa"/>
            </w:tcMar>
            <w:vAlign w:val="center"/>
          </w:tcPr>
          <w:p w14:paraId="09856E84" w14:textId="77777777" w:rsidR="00F678CC" w:rsidRPr="00240C29" w:rsidRDefault="00F678CC" w:rsidP="00CD31E2">
            <w:pPr>
              <w:ind w:firstLine="0"/>
              <w:jc w:val="center"/>
              <w:rPr>
                <w:szCs w:val="24"/>
              </w:rPr>
            </w:pPr>
            <w:r w:rsidRPr="00240C29">
              <w:rPr>
                <w:szCs w:val="24"/>
              </w:rPr>
              <w:lastRenderedPageBreak/>
              <w:t>8</w:t>
            </w:r>
          </w:p>
        </w:tc>
        <w:tc>
          <w:tcPr>
            <w:tcW w:w="7087" w:type="dxa"/>
            <w:tcMar>
              <w:top w:w="80" w:type="dxa"/>
              <w:left w:w="90" w:type="dxa"/>
              <w:bottom w:w="80" w:type="dxa"/>
              <w:right w:w="90" w:type="dxa"/>
            </w:tcMar>
            <w:vAlign w:val="center"/>
          </w:tcPr>
          <w:p w14:paraId="5EED72ED"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perisoare</w:t>
            </w:r>
            <w:proofErr w:type="spellEnd"/>
          </w:p>
        </w:tc>
        <w:tc>
          <w:tcPr>
            <w:tcW w:w="1701" w:type="dxa"/>
            <w:tcMar>
              <w:top w:w="80" w:type="dxa"/>
              <w:left w:w="90" w:type="dxa"/>
              <w:bottom w:w="80" w:type="dxa"/>
              <w:right w:w="90" w:type="dxa"/>
            </w:tcMar>
            <w:vAlign w:val="center"/>
          </w:tcPr>
          <w:p w14:paraId="565ED80C" w14:textId="77777777" w:rsidR="00F678CC" w:rsidRPr="00240C29" w:rsidRDefault="00F678CC" w:rsidP="00CD31E2">
            <w:pPr>
              <w:ind w:firstLine="0"/>
              <w:jc w:val="center"/>
              <w:rPr>
                <w:szCs w:val="24"/>
              </w:rPr>
            </w:pPr>
            <w:r w:rsidRPr="00240C29">
              <w:rPr>
                <w:szCs w:val="24"/>
              </w:rPr>
              <w:t>60/340 gr.</w:t>
            </w:r>
          </w:p>
        </w:tc>
      </w:tr>
      <w:tr w:rsidR="00F678CC" w:rsidRPr="00240C29" w14:paraId="10F17F15" w14:textId="77777777">
        <w:trPr>
          <w:jc w:val="center"/>
        </w:trPr>
        <w:tc>
          <w:tcPr>
            <w:tcW w:w="850" w:type="dxa"/>
            <w:tcMar>
              <w:top w:w="80" w:type="dxa"/>
              <w:left w:w="90" w:type="dxa"/>
              <w:bottom w:w="80" w:type="dxa"/>
              <w:right w:w="90" w:type="dxa"/>
            </w:tcMar>
            <w:vAlign w:val="center"/>
          </w:tcPr>
          <w:p w14:paraId="190EA6CE" w14:textId="77777777" w:rsidR="00F678CC" w:rsidRPr="00240C29" w:rsidRDefault="00F678CC" w:rsidP="00CD31E2">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6221FEE1" w14:textId="77777777" w:rsidR="00F678CC" w:rsidRPr="00240C29" w:rsidRDefault="00F678CC" w:rsidP="00CD31E2">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din cap </w:t>
            </w:r>
            <w:proofErr w:type="spellStart"/>
            <w:r w:rsidRPr="00240C29">
              <w:rPr>
                <w:szCs w:val="24"/>
              </w:rPr>
              <w:t>si</w:t>
            </w:r>
            <w:proofErr w:type="spellEnd"/>
            <w:r w:rsidRPr="00240C29">
              <w:rPr>
                <w:szCs w:val="24"/>
              </w:rPr>
              <w:t xml:space="preserve"> </w:t>
            </w:r>
            <w:proofErr w:type="spellStart"/>
            <w:r w:rsidRPr="00240C29">
              <w:rPr>
                <w:szCs w:val="24"/>
              </w:rPr>
              <w:t>picioare</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4D3BF9F8" w14:textId="77777777" w:rsidR="00F678CC" w:rsidRPr="00240C29" w:rsidRDefault="00F678CC" w:rsidP="00CD31E2">
            <w:pPr>
              <w:ind w:firstLine="0"/>
              <w:jc w:val="center"/>
              <w:rPr>
                <w:szCs w:val="24"/>
              </w:rPr>
            </w:pPr>
            <w:r w:rsidRPr="00240C29">
              <w:rPr>
                <w:szCs w:val="24"/>
              </w:rPr>
              <w:t>80/320 gr.</w:t>
            </w:r>
          </w:p>
        </w:tc>
      </w:tr>
      <w:tr w:rsidR="00F678CC" w:rsidRPr="00240C29" w14:paraId="3A052F14" w14:textId="77777777">
        <w:trPr>
          <w:jc w:val="center"/>
        </w:trPr>
        <w:tc>
          <w:tcPr>
            <w:tcW w:w="850" w:type="dxa"/>
            <w:tcMar>
              <w:top w:w="80" w:type="dxa"/>
              <w:left w:w="90" w:type="dxa"/>
              <w:bottom w:w="80" w:type="dxa"/>
              <w:right w:w="90" w:type="dxa"/>
            </w:tcMar>
            <w:vAlign w:val="center"/>
          </w:tcPr>
          <w:p w14:paraId="1BA4EFE5" w14:textId="77777777" w:rsidR="00F678CC" w:rsidRPr="00240C29" w:rsidRDefault="00F678CC" w:rsidP="00CD31E2">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2193DE90"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praz</w:t>
            </w:r>
            <w:proofErr w:type="spellEnd"/>
          </w:p>
        </w:tc>
        <w:tc>
          <w:tcPr>
            <w:tcW w:w="1701" w:type="dxa"/>
            <w:tcMar>
              <w:top w:w="80" w:type="dxa"/>
              <w:left w:w="90" w:type="dxa"/>
              <w:bottom w:w="80" w:type="dxa"/>
              <w:right w:w="90" w:type="dxa"/>
            </w:tcMar>
            <w:vAlign w:val="center"/>
          </w:tcPr>
          <w:p w14:paraId="40CE00E5" w14:textId="77777777" w:rsidR="00F678CC" w:rsidRPr="00240C29" w:rsidRDefault="00F678CC" w:rsidP="00CD31E2">
            <w:pPr>
              <w:ind w:firstLine="0"/>
              <w:jc w:val="center"/>
              <w:rPr>
                <w:szCs w:val="24"/>
              </w:rPr>
            </w:pPr>
            <w:r w:rsidRPr="00240C29">
              <w:rPr>
                <w:szCs w:val="24"/>
              </w:rPr>
              <w:t>400 gr.</w:t>
            </w:r>
          </w:p>
        </w:tc>
      </w:tr>
      <w:tr w:rsidR="00F678CC" w:rsidRPr="00240C29" w14:paraId="1DCCF607" w14:textId="77777777">
        <w:trPr>
          <w:jc w:val="center"/>
        </w:trPr>
        <w:tc>
          <w:tcPr>
            <w:tcW w:w="850" w:type="dxa"/>
            <w:tcMar>
              <w:top w:w="80" w:type="dxa"/>
              <w:left w:w="90" w:type="dxa"/>
              <w:bottom w:w="80" w:type="dxa"/>
              <w:right w:w="90" w:type="dxa"/>
            </w:tcMar>
            <w:vAlign w:val="center"/>
          </w:tcPr>
          <w:p w14:paraId="73EBDC97" w14:textId="77777777" w:rsidR="00F678CC" w:rsidRPr="00240C29" w:rsidRDefault="00F678CC" w:rsidP="00CD31E2">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3A7A9440"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peste</w:t>
            </w:r>
            <w:proofErr w:type="spellEnd"/>
            <w:r w:rsidRPr="00240C29">
              <w:rPr>
                <w:szCs w:val="24"/>
              </w:rPr>
              <w:t xml:space="preserve"> </w:t>
            </w:r>
            <w:proofErr w:type="spellStart"/>
            <w:r w:rsidRPr="00240C29">
              <w:rPr>
                <w:szCs w:val="24"/>
              </w:rPr>
              <w:t>albitura</w:t>
            </w:r>
            <w:proofErr w:type="spellEnd"/>
          </w:p>
        </w:tc>
        <w:tc>
          <w:tcPr>
            <w:tcW w:w="1701" w:type="dxa"/>
            <w:tcMar>
              <w:top w:w="80" w:type="dxa"/>
              <w:left w:w="90" w:type="dxa"/>
              <w:bottom w:w="80" w:type="dxa"/>
              <w:right w:w="90" w:type="dxa"/>
            </w:tcMar>
            <w:vAlign w:val="center"/>
          </w:tcPr>
          <w:p w14:paraId="0B963DC9" w14:textId="77777777" w:rsidR="00F678CC" w:rsidRPr="00240C29" w:rsidRDefault="00F678CC" w:rsidP="00CD31E2">
            <w:pPr>
              <w:ind w:firstLine="0"/>
              <w:jc w:val="center"/>
              <w:rPr>
                <w:szCs w:val="24"/>
              </w:rPr>
            </w:pPr>
            <w:r w:rsidRPr="00240C29">
              <w:rPr>
                <w:szCs w:val="24"/>
              </w:rPr>
              <w:t>130/270 gr.</w:t>
            </w:r>
          </w:p>
        </w:tc>
      </w:tr>
      <w:tr w:rsidR="00F678CC" w:rsidRPr="00240C29" w14:paraId="21605072" w14:textId="77777777">
        <w:trPr>
          <w:jc w:val="center"/>
        </w:trPr>
        <w:tc>
          <w:tcPr>
            <w:tcW w:w="850" w:type="dxa"/>
            <w:tcMar>
              <w:top w:w="80" w:type="dxa"/>
              <w:left w:w="90" w:type="dxa"/>
              <w:bottom w:w="80" w:type="dxa"/>
              <w:right w:w="90" w:type="dxa"/>
            </w:tcMar>
            <w:vAlign w:val="center"/>
          </w:tcPr>
          <w:p w14:paraId="5B07323F" w14:textId="77777777" w:rsidR="00F678CC" w:rsidRPr="00240C29" w:rsidRDefault="00F678CC" w:rsidP="00CD31E2">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3E1F9492" w14:textId="77777777" w:rsidR="00F678CC" w:rsidRPr="00240C29" w:rsidRDefault="00F678CC" w:rsidP="00CD31E2">
            <w:pPr>
              <w:ind w:firstLine="0"/>
              <w:rPr>
                <w:szCs w:val="24"/>
              </w:rPr>
            </w:pPr>
            <w:r w:rsidRPr="00240C29">
              <w:rPr>
                <w:szCs w:val="24"/>
              </w:rPr>
              <w:t xml:space="preserve">Ciorba </w:t>
            </w:r>
            <w:proofErr w:type="spellStart"/>
            <w:r w:rsidRPr="00240C29">
              <w:rPr>
                <w:szCs w:val="24"/>
              </w:rPr>
              <w:t>taraneasca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5C937E47" w14:textId="77777777" w:rsidR="00F678CC" w:rsidRPr="00240C29" w:rsidRDefault="00F678CC" w:rsidP="00CD31E2">
            <w:pPr>
              <w:ind w:firstLine="0"/>
              <w:jc w:val="center"/>
              <w:rPr>
                <w:szCs w:val="24"/>
              </w:rPr>
            </w:pPr>
            <w:r w:rsidRPr="00240C29">
              <w:rPr>
                <w:szCs w:val="24"/>
              </w:rPr>
              <w:t>60/340 gr.</w:t>
            </w:r>
          </w:p>
        </w:tc>
      </w:tr>
      <w:tr w:rsidR="00F678CC" w:rsidRPr="00240C29" w14:paraId="7DD1900D" w14:textId="77777777">
        <w:trPr>
          <w:jc w:val="center"/>
        </w:trPr>
        <w:tc>
          <w:tcPr>
            <w:tcW w:w="850" w:type="dxa"/>
            <w:tcMar>
              <w:top w:w="80" w:type="dxa"/>
              <w:left w:w="90" w:type="dxa"/>
              <w:bottom w:w="80" w:type="dxa"/>
              <w:right w:w="90" w:type="dxa"/>
            </w:tcMar>
            <w:vAlign w:val="center"/>
          </w:tcPr>
          <w:p w14:paraId="06FAF96A" w14:textId="77777777" w:rsidR="00F678CC" w:rsidRPr="00240C29" w:rsidRDefault="00F678CC" w:rsidP="00CD31E2">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653EFC5F"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dovlecei</w:t>
            </w:r>
            <w:proofErr w:type="spellEnd"/>
            <w:r w:rsidRPr="00240C29">
              <w:rPr>
                <w:szCs w:val="24"/>
              </w:rPr>
              <w:t xml:space="preserve"> a la </w:t>
            </w:r>
            <w:proofErr w:type="spellStart"/>
            <w:r w:rsidRPr="00240C29">
              <w:rPr>
                <w:szCs w:val="24"/>
              </w:rPr>
              <w:t>grec</w:t>
            </w:r>
            <w:proofErr w:type="spellEnd"/>
          </w:p>
        </w:tc>
        <w:tc>
          <w:tcPr>
            <w:tcW w:w="1701" w:type="dxa"/>
            <w:tcMar>
              <w:top w:w="80" w:type="dxa"/>
              <w:left w:w="90" w:type="dxa"/>
              <w:bottom w:w="80" w:type="dxa"/>
              <w:right w:w="90" w:type="dxa"/>
            </w:tcMar>
            <w:vAlign w:val="center"/>
          </w:tcPr>
          <w:p w14:paraId="3C64B070" w14:textId="77777777" w:rsidR="00F678CC" w:rsidRPr="00240C29" w:rsidRDefault="00F678CC" w:rsidP="00CD31E2">
            <w:pPr>
              <w:ind w:firstLine="0"/>
              <w:jc w:val="center"/>
              <w:rPr>
                <w:szCs w:val="24"/>
              </w:rPr>
            </w:pPr>
            <w:r w:rsidRPr="00240C29">
              <w:rPr>
                <w:szCs w:val="24"/>
              </w:rPr>
              <w:t>400 gr.</w:t>
            </w:r>
          </w:p>
        </w:tc>
      </w:tr>
      <w:tr w:rsidR="00F678CC" w:rsidRPr="00240C29" w14:paraId="7A4EC67E" w14:textId="77777777">
        <w:trPr>
          <w:jc w:val="center"/>
        </w:trPr>
        <w:tc>
          <w:tcPr>
            <w:tcW w:w="850" w:type="dxa"/>
            <w:tcMar>
              <w:top w:w="80" w:type="dxa"/>
              <w:left w:w="90" w:type="dxa"/>
              <w:bottom w:w="80" w:type="dxa"/>
              <w:right w:w="90" w:type="dxa"/>
            </w:tcMar>
            <w:vAlign w:val="center"/>
          </w:tcPr>
          <w:p w14:paraId="6B903AFB" w14:textId="77777777" w:rsidR="00F678CC" w:rsidRPr="00240C29" w:rsidRDefault="00F678CC" w:rsidP="00CD31E2">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17339D8E" w14:textId="77777777" w:rsidR="00F678CC" w:rsidRPr="00240C29" w:rsidRDefault="00F678CC" w:rsidP="00CD31E2">
            <w:pPr>
              <w:ind w:firstLine="0"/>
              <w:rPr>
                <w:szCs w:val="24"/>
              </w:rPr>
            </w:pPr>
            <w:r w:rsidRPr="00240C29">
              <w:rPr>
                <w:szCs w:val="24"/>
              </w:rPr>
              <w:t xml:space="preserve">Ciorba de legume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3230197E" w14:textId="77777777" w:rsidR="00F678CC" w:rsidRPr="00240C29" w:rsidRDefault="00F678CC" w:rsidP="00CD31E2">
            <w:pPr>
              <w:ind w:firstLine="0"/>
              <w:jc w:val="center"/>
              <w:rPr>
                <w:szCs w:val="24"/>
              </w:rPr>
            </w:pPr>
            <w:r w:rsidRPr="00240C29">
              <w:rPr>
                <w:szCs w:val="24"/>
              </w:rPr>
              <w:t>400 gr.</w:t>
            </w:r>
          </w:p>
        </w:tc>
      </w:tr>
      <w:tr w:rsidR="00F678CC" w:rsidRPr="00240C29" w14:paraId="3A30A0F3" w14:textId="77777777">
        <w:trPr>
          <w:jc w:val="center"/>
        </w:trPr>
        <w:tc>
          <w:tcPr>
            <w:tcW w:w="850" w:type="dxa"/>
            <w:tcMar>
              <w:top w:w="80" w:type="dxa"/>
              <w:left w:w="90" w:type="dxa"/>
              <w:bottom w:w="80" w:type="dxa"/>
              <w:right w:w="90" w:type="dxa"/>
            </w:tcMar>
            <w:vAlign w:val="center"/>
          </w:tcPr>
          <w:p w14:paraId="3B21DA2B" w14:textId="77777777" w:rsidR="00F678CC" w:rsidRPr="00240C29" w:rsidRDefault="00F678CC" w:rsidP="00CD31E2">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1CBB69FB" w14:textId="29A6E954" w:rsidR="00F678CC" w:rsidRPr="00240C29" w:rsidRDefault="00F678CC" w:rsidP="00CD31E2">
            <w:pPr>
              <w:ind w:firstLine="0"/>
              <w:rPr>
                <w:szCs w:val="24"/>
              </w:rPr>
            </w:pPr>
            <w:r w:rsidRPr="00240C29">
              <w:rPr>
                <w:szCs w:val="24"/>
              </w:rPr>
              <w:t xml:space="preserve">Ciorba de </w:t>
            </w:r>
            <w:proofErr w:type="spellStart"/>
            <w:r w:rsidRPr="00240C29">
              <w:rPr>
                <w:szCs w:val="24"/>
              </w:rPr>
              <w:t>varza</w:t>
            </w:r>
            <w:proofErr w:type="spellEnd"/>
            <w:r w:rsidRPr="00240C29">
              <w:rPr>
                <w:szCs w:val="24"/>
              </w:rPr>
              <w:t xml:space="preserve"> alba</w:t>
            </w:r>
            <w:r w:rsidR="00CD31E2">
              <w:rPr>
                <w:szCs w:val="24"/>
              </w:rPr>
              <w:t xml:space="preserve"> </w:t>
            </w:r>
            <w:proofErr w:type="spellStart"/>
            <w:r w:rsidR="00CD31E2">
              <w:rPr>
                <w:color w:val="6AA84F"/>
              </w:rPr>
              <w:t>proaspata</w:t>
            </w:r>
            <w:proofErr w:type="spellEnd"/>
          </w:p>
        </w:tc>
        <w:tc>
          <w:tcPr>
            <w:tcW w:w="1701" w:type="dxa"/>
            <w:tcMar>
              <w:top w:w="80" w:type="dxa"/>
              <w:left w:w="90" w:type="dxa"/>
              <w:bottom w:w="80" w:type="dxa"/>
              <w:right w:w="90" w:type="dxa"/>
            </w:tcMar>
            <w:vAlign w:val="center"/>
          </w:tcPr>
          <w:p w14:paraId="5CDD8B2A" w14:textId="77777777" w:rsidR="00F678CC" w:rsidRPr="00240C29" w:rsidRDefault="00F678CC" w:rsidP="00CD31E2">
            <w:pPr>
              <w:ind w:firstLine="0"/>
              <w:jc w:val="center"/>
              <w:rPr>
                <w:szCs w:val="24"/>
              </w:rPr>
            </w:pPr>
            <w:r w:rsidRPr="00240C29">
              <w:rPr>
                <w:szCs w:val="24"/>
              </w:rPr>
              <w:t>400 gr.</w:t>
            </w:r>
          </w:p>
        </w:tc>
      </w:tr>
      <w:tr w:rsidR="00F678CC" w:rsidRPr="00240C29" w14:paraId="054FE07C" w14:textId="77777777">
        <w:trPr>
          <w:jc w:val="center"/>
        </w:trPr>
        <w:tc>
          <w:tcPr>
            <w:tcW w:w="850" w:type="dxa"/>
            <w:tcMar>
              <w:top w:w="80" w:type="dxa"/>
              <w:left w:w="90" w:type="dxa"/>
              <w:bottom w:w="80" w:type="dxa"/>
              <w:right w:w="90" w:type="dxa"/>
            </w:tcMar>
            <w:vAlign w:val="center"/>
          </w:tcPr>
          <w:p w14:paraId="769B6A2F" w14:textId="77777777" w:rsidR="00F678CC" w:rsidRPr="00240C29" w:rsidRDefault="00F678CC" w:rsidP="00CD31E2">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43457A18" w14:textId="77777777" w:rsidR="00F678CC" w:rsidRPr="00240C29" w:rsidRDefault="00F678CC" w:rsidP="00CD31E2">
            <w:pPr>
              <w:ind w:firstLine="0"/>
              <w:rPr>
                <w:szCs w:val="24"/>
              </w:rPr>
            </w:pPr>
            <w:r w:rsidRPr="00240C29">
              <w:rPr>
                <w:szCs w:val="24"/>
              </w:rPr>
              <w:t xml:space="preserve">Ciorba de </w:t>
            </w:r>
            <w:proofErr w:type="spellStart"/>
            <w:r w:rsidRPr="00240C29">
              <w:rPr>
                <w:szCs w:val="24"/>
              </w:rPr>
              <w:t>potroace</w:t>
            </w:r>
            <w:proofErr w:type="spellEnd"/>
          </w:p>
        </w:tc>
        <w:tc>
          <w:tcPr>
            <w:tcW w:w="1701" w:type="dxa"/>
            <w:tcMar>
              <w:top w:w="80" w:type="dxa"/>
              <w:left w:w="90" w:type="dxa"/>
              <w:bottom w:w="80" w:type="dxa"/>
              <w:right w:w="90" w:type="dxa"/>
            </w:tcMar>
            <w:vAlign w:val="center"/>
          </w:tcPr>
          <w:p w14:paraId="5B69CFA5" w14:textId="77777777" w:rsidR="00F678CC" w:rsidRPr="00240C29" w:rsidRDefault="00F678CC" w:rsidP="00CD31E2">
            <w:pPr>
              <w:ind w:firstLine="0"/>
              <w:jc w:val="center"/>
              <w:rPr>
                <w:szCs w:val="24"/>
              </w:rPr>
            </w:pPr>
            <w:r w:rsidRPr="00240C29">
              <w:rPr>
                <w:szCs w:val="24"/>
              </w:rPr>
              <w:t>70/330 gr.</w:t>
            </w:r>
          </w:p>
        </w:tc>
      </w:tr>
      <w:tr w:rsidR="00F678CC" w:rsidRPr="00240C29" w14:paraId="6DF09F8B" w14:textId="77777777">
        <w:trPr>
          <w:jc w:val="center"/>
        </w:trPr>
        <w:tc>
          <w:tcPr>
            <w:tcW w:w="850" w:type="dxa"/>
            <w:tcMar>
              <w:top w:w="80" w:type="dxa"/>
              <w:left w:w="90" w:type="dxa"/>
              <w:bottom w:w="80" w:type="dxa"/>
              <w:right w:w="90" w:type="dxa"/>
            </w:tcMar>
            <w:vAlign w:val="center"/>
          </w:tcPr>
          <w:p w14:paraId="6463ABF8" w14:textId="77777777" w:rsidR="00F678CC" w:rsidRPr="00240C29" w:rsidRDefault="00F678CC" w:rsidP="00CD31E2">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5EC92867" w14:textId="77777777" w:rsidR="00F678CC" w:rsidRPr="00240C29" w:rsidRDefault="00F678CC" w:rsidP="00CD31E2">
            <w:pPr>
              <w:ind w:firstLine="0"/>
              <w:rPr>
                <w:szCs w:val="24"/>
              </w:rPr>
            </w:pPr>
            <w:r w:rsidRPr="00240C29">
              <w:rPr>
                <w:szCs w:val="24"/>
              </w:rPr>
              <w:t xml:space="preserve">Bors </w:t>
            </w:r>
            <w:proofErr w:type="spellStart"/>
            <w:r w:rsidRPr="00240C29">
              <w:rPr>
                <w:szCs w:val="24"/>
              </w:rPr>
              <w:t>moldovenesc</w:t>
            </w:r>
            <w:proofErr w:type="spellEnd"/>
            <w:r w:rsidRPr="00240C29">
              <w:rPr>
                <w:szCs w:val="24"/>
              </w:rPr>
              <w:t xml:space="preserve"> de </w:t>
            </w:r>
            <w:proofErr w:type="spellStart"/>
            <w:r w:rsidRPr="00240C29">
              <w:rPr>
                <w:szCs w:val="24"/>
              </w:rPr>
              <w:t>vitel</w:t>
            </w:r>
            <w:proofErr w:type="spellEnd"/>
          </w:p>
        </w:tc>
        <w:tc>
          <w:tcPr>
            <w:tcW w:w="1701" w:type="dxa"/>
            <w:tcMar>
              <w:top w:w="80" w:type="dxa"/>
              <w:left w:w="90" w:type="dxa"/>
              <w:bottom w:w="80" w:type="dxa"/>
              <w:right w:w="90" w:type="dxa"/>
            </w:tcMar>
            <w:vAlign w:val="center"/>
          </w:tcPr>
          <w:p w14:paraId="661FD30E" w14:textId="77777777" w:rsidR="00F678CC" w:rsidRPr="00240C29" w:rsidRDefault="00F678CC" w:rsidP="00CD31E2">
            <w:pPr>
              <w:ind w:firstLine="0"/>
              <w:jc w:val="center"/>
              <w:rPr>
                <w:szCs w:val="24"/>
              </w:rPr>
            </w:pPr>
            <w:r w:rsidRPr="00240C29">
              <w:rPr>
                <w:szCs w:val="24"/>
              </w:rPr>
              <w:t>80/320 gr.</w:t>
            </w:r>
          </w:p>
        </w:tc>
      </w:tr>
      <w:tr w:rsidR="00F678CC" w:rsidRPr="00240C29" w14:paraId="7B35D6C0" w14:textId="77777777">
        <w:trPr>
          <w:jc w:val="center"/>
        </w:trPr>
        <w:tc>
          <w:tcPr>
            <w:tcW w:w="850" w:type="dxa"/>
            <w:tcMar>
              <w:top w:w="80" w:type="dxa"/>
              <w:left w:w="90" w:type="dxa"/>
              <w:bottom w:w="80" w:type="dxa"/>
              <w:right w:w="90" w:type="dxa"/>
            </w:tcMar>
            <w:vAlign w:val="center"/>
          </w:tcPr>
          <w:p w14:paraId="43258112" w14:textId="77777777" w:rsidR="00F678CC" w:rsidRPr="00240C29" w:rsidRDefault="00F678CC" w:rsidP="00CD31E2">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10D566D5" w14:textId="77777777" w:rsidR="00F678CC" w:rsidRPr="00240C29" w:rsidRDefault="00F678CC" w:rsidP="00CD31E2">
            <w:pPr>
              <w:ind w:firstLine="0"/>
              <w:rPr>
                <w:szCs w:val="24"/>
              </w:rPr>
            </w:pPr>
            <w:r w:rsidRPr="00240C29">
              <w:rPr>
                <w:szCs w:val="24"/>
              </w:rPr>
              <w:t xml:space="preserve">Bors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65D6C44E" w14:textId="77777777" w:rsidR="00F678CC" w:rsidRPr="00240C29" w:rsidRDefault="00F678CC" w:rsidP="00CD31E2">
            <w:pPr>
              <w:ind w:firstLine="0"/>
              <w:jc w:val="center"/>
              <w:rPr>
                <w:szCs w:val="24"/>
              </w:rPr>
            </w:pPr>
            <w:r w:rsidRPr="00240C29">
              <w:rPr>
                <w:szCs w:val="24"/>
              </w:rPr>
              <w:t>100/300 gr.</w:t>
            </w:r>
          </w:p>
        </w:tc>
      </w:tr>
      <w:tr w:rsidR="00F678CC" w:rsidRPr="00240C29" w14:paraId="4579713F" w14:textId="77777777">
        <w:trPr>
          <w:jc w:val="center"/>
        </w:trPr>
        <w:tc>
          <w:tcPr>
            <w:tcW w:w="850" w:type="dxa"/>
            <w:tcMar>
              <w:top w:w="80" w:type="dxa"/>
              <w:left w:w="90" w:type="dxa"/>
              <w:bottom w:w="80" w:type="dxa"/>
              <w:right w:w="90" w:type="dxa"/>
            </w:tcMar>
            <w:vAlign w:val="center"/>
          </w:tcPr>
          <w:p w14:paraId="5B7C6B99" w14:textId="77777777" w:rsidR="00F678CC" w:rsidRPr="00240C29" w:rsidRDefault="00F678CC" w:rsidP="00CD31E2">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4F38C37E" w14:textId="77777777" w:rsidR="00F678CC" w:rsidRPr="00240C29" w:rsidRDefault="00F678CC" w:rsidP="00CD31E2">
            <w:pPr>
              <w:ind w:firstLine="0"/>
              <w:rPr>
                <w:szCs w:val="24"/>
              </w:rPr>
            </w:pPr>
            <w:r w:rsidRPr="00240C29">
              <w:rPr>
                <w:szCs w:val="24"/>
              </w:rPr>
              <w:t xml:space="preserve">Bors </w:t>
            </w:r>
            <w:proofErr w:type="spellStart"/>
            <w:r w:rsidRPr="00240C29">
              <w:rPr>
                <w:szCs w:val="24"/>
              </w:rPr>
              <w:t>moldovenesc</w:t>
            </w:r>
            <w:proofErr w:type="spellEnd"/>
            <w:r w:rsidRPr="00240C29">
              <w:rPr>
                <w:szCs w:val="24"/>
              </w:rPr>
              <w:t xml:space="preserve"> din carne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4FB09CBA" w14:textId="77777777" w:rsidR="00F678CC" w:rsidRPr="00240C29" w:rsidRDefault="00F678CC" w:rsidP="00CD31E2">
            <w:pPr>
              <w:ind w:firstLine="0"/>
              <w:jc w:val="center"/>
              <w:rPr>
                <w:szCs w:val="24"/>
              </w:rPr>
            </w:pPr>
            <w:r w:rsidRPr="00240C29">
              <w:rPr>
                <w:szCs w:val="24"/>
              </w:rPr>
              <w:t>50/350 gr.</w:t>
            </w:r>
          </w:p>
        </w:tc>
      </w:tr>
      <w:tr w:rsidR="00F678CC" w:rsidRPr="00240C29" w14:paraId="012244BA" w14:textId="77777777">
        <w:trPr>
          <w:jc w:val="center"/>
        </w:trPr>
        <w:tc>
          <w:tcPr>
            <w:tcW w:w="850" w:type="dxa"/>
            <w:tcMar>
              <w:top w:w="80" w:type="dxa"/>
              <w:left w:w="90" w:type="dxa"/>
              <w:bottom w:w="80" w:type="dxa"/>
              <w:right w:w="90" w:type="dxa"/>
            </w:tcMar>
            <w:vAlign w:val="center"/>
          </w:tcPr>
          <w:p w14:paraId="5EFA6A62" w14:textId="77777777" w:rsidR="00F678CC" w:rsidRPr="00240C29" w:rsidRDefault="00F678CC" w:rsidP="00CD31E2">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47D00C0A" w14:textId="77777777" w:rsidR="00F678CC" w:rsidRPr="00240C29" w:rsidRDefault="00F678CC" w:rsidP="00CD31E2">
            <w:pPr>
              <w:ind w:firstLine="0"/>
              <w:rPr>
                <w:szCs w:val="24"/>
              </w:rPr>
            </w:pPr>
            <w:r w:rsidRPr="00240C29">
              <w:rPr>
                <w:szCs w:val="24"/>
              </w:rPr>
              <w:t xml:space="preserve">Bors a la </w:t>
            </w:r>
            <w:proofErr w:type="spellStart"/>
            <w:r w:rsidRPr="00240C29">
              <w:rPr>
                <w:szCs w:val="24"/>
              </w:rPr>
              <w:t>rus</w:t>
            </w:r>
            <w:proofErr w:type="spellEnd"/>
          </w:p>
        </w:tc>
        <w:tc>
          <w:tcPr>
            <w:tcW w:w="1701" w:type="dxa"/>
            <w:tcMar>
              <w:top w:w="80" w:type="dxa"/>
              <w:left w:w="90" w:type="dxa"/>
              <w:bottom w:w="80" w:type="dxa"/>
              <w:right w:w="90" w:type="dxa"/>
            </w:tcMar>
            <w:vAlign w:val="center"/>
          </w:tcPr>
          <w:p w14:paraId="136ABEB1" w14:textId="77777777" w:rsidR="00F678CC" w:rsidRPr="00240C29" w:rsidRDefault="00F678CC" w:rsidP="00CD31E2">
            <w:pPr>
              <w:ind w:firstLine="0"/>
              <w:jc w:val="center"/>
              <w:rPr>
                <w:szCs w:val="24"/>
              </w:rPr>
            </w:pPr>
            <w:r w:rsidRPr="00240C29">
              <w:rPr>
                <w:szCs w:val="24"/>
              </w:rPr>
              <w:t>50/350 gr.</w:t>
            </w:r>
          </w:p>
        </w:tc>
      </w:tr>
      <w:tr w:rsidR="00F678CC" w:rsidRPr="00240C29" w14:paraId="108433A1" w14:textId="77777777">
        <w:trPr>
          <w:jc w:val="center"/>
        </w:trPr>
        <w:tc>
          <w:tcPr>
            <w:tcW w:w="850" w:type="dxa"/>
            <w:tcMar>
              <w:top w:w="80" w:type="dxa"/>
              <w:left w:w="90" w:type="dxa"/>
              <w:bottom w:w="80" w:type="dxa"/>
              <w:right w:w="90" w:type="dxa"/>
            </w:tcMar>
            <w:vAlign w:val="center"/>
          </w:tcPr>
          <w:p w14:paraId="1AB33E6F" w14:textId="77777777" w:rsidR="00F678CC" w:rsidRPr="00240C29" w:rsidRDefault="00F678CC" w:rsidP="00CD31E2">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696ED7E7" w14:textId="77777777" w:rsidR="00F678CC" w:rsidRPr="00240C29" w:rsidRDefault="00F678CC" w:rsidP="00CD31E2">
            <w:pPr>
              <w:ind w:firstLine="0"/>
              <w:rPr>
                <w:szCs w:val="24"/>
              </w:rPr>
            </w:pPr>
            <w:r w:rsidRPr="00240C29">
              <w:rPr>
                <w:szCs w:val="24"/>
              </w:rPr>
              <w:t xml:space="preserve">Bors de </w:t>
            </w:r>
            <w:proofErr w:type="spellStart"/>
            <w:r w:rsidRPr="00240C29">
              <w:rPr>
                <w:szCs w:val="24"/>
              </w:rPr>
              <w:t>sfecla</w:t>
            </w:r>
            <w:proofErr w:type="spellEnd"/>
            <w:r w:rsidRPr="00240C29">
              <w:rPr>
                <w:szCs w:val="24"/>
              </w:rPr>
              <w:t xml:space="preserve"> a la Cluj</w:t>
            </w:r>
          </w:p>
        </w:tc>
        <w:tc>
          <w:tcPr>
            <w:tcW w:w="1701" w:type="dxa"/>
            <w:tcMar>
              <w:top w:w="80" w:type="dxa"/>
              <w:left w:w="90" w:type="dxa"/>
              <w:bottom w:w="80" w:type="dxa"/>
              <w:right w:w="90" w:type="dxa"/>
            </w:tcMar>
            <w:vAlign w:val="center"/>
          </w:tcPr>
          <w:p w14:paraId="5C5DAB5F" w14:textId="77777777" w:rsidR="00F678CC" w:rsidRPr="00240C29" w:rsidRDefault="00F678CC" w:rsidP="00CD31E2">
            <w:pPr>
              <w:ind w:firstLine="0"/>
              <w:jc w:val="center"/>
              <w:rPr>
                <w:szCs w:val="24"/>
              </w:rPr>
            </w:pPr>
            <w:r w:rsidRPr="00240C29">
              <w:rPr>
                <w:szCs w:val="24"/>
              </w:rPr>
              <w:t>50/350 gr.</w:t>
            </w:r>
          </w:p>
        </w:tc>
      </w:tr>
      <w:tr w:rsidR="00F678CC" w:rsidRPr="00240C29" w14:paraId="7D87B9AF" w14:textId="77777777">
        <w:trPr>
          <w:jc w:val="center"/>
        </w:trPr>
        <w:tc>
          <w:tcPr>
            <w:tcW w:w="850" w:type="dxa"/>
            <w:tcMar>
              <w:top w:w="80" w:type="dxa"/>
              <w:left w:w="90" w:type="dxa"/>
              <w:bottom w:w="80" w:type="dxa"/>
              <w:right w:w="90" w:type="dxa"/>
            </w:tcMar>
            <w:vAlign w:val="center"/>
          </w:tcPr>
          <w:p w14:paraId="3ABD7258" w14:textId="77777777" w:rsidR="00F678CC" w:rsidRPr="00240C29" w:rsidRDefault="00F678CC" w:rsidP="00CD31E2">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10D85F0E" w14:textId="0C2EE2AE" w:rsidR="00F678CC" w:rsidRPr="00240C29" w:rsidRDefault="00F678CC" w:rsidP="00CD31E2">
            <w:pPr>
              <w:ind w:firstLine="0"/>
              <w:rPr>
                <w:szCs w:val="24"/>
              </w:rPr>
            </w:pPr>
            <w:r w:rsidRPr="00240C29">
              <w:rPr>
                <w:szCs w:val="24"/>
              </w:rPr>
              <w:t xml:space="preserve">Bors </w:t>
            </w:r>
            <w:proofErr w:type="spellStart"/>
            <w:r w:rsidRPr="00240C29">
              <w:rPr>
                <w:szCs w:val="24"/>
              </w:rPr>
              <w:t>taranesc</w:t>
            </w:r>
            <w:proofErr w:type="spellEnd"/>
            <w:r w:rsidRPr="00240C29">
              <w:rPr>
                <w:szCs w:val="24"/>
              </w:rPr>
              <w:t xml:space="preserve"> de legume cu </w:t>
            </w:r>
            <w:proofErr w:type="spellStart"/>
            <w:r w:rsidRPr="00240C29">
              <w:rPr>
                <w:szCs w:val="24"/>
              </w:rPr>
              <w:t>smantana</w:t>
            </w:r>
            <w:proofErr w:type="spellEnd"/>
            <w:r w:rsidR="00CD31E2">
              <w:rPr>
                <w:szCs w:val="24"/>
              </w:rPr>
              <w:t xml:space="preserve"> / </w:t>
            </w:r>
            <w:proofErr w:type="spellStart"/>
            <w:r w:rsidR="00CD31E2">
              <w:rPr>
                <w:color w:val="6AA84F"/>
              </w:rPr>
              <w:t>iaurt</w:t>
            </w:r>
            <w:proofErr w:type="spellEnd"/>
          </w:p>
        </w:tc>
        <w:tc>
          <w:tcPr>
            <w:tcW w:w="1701" w:type="dxa"/>
            <w:tcMar>
              <w:top w:w="80" w:type="dxa"/>
              <w:left w:w="90" w:type="dxa"/>
              <w:bottom w:w="80" w:type="dxa"/>
              <w:right w:w="90" w:type="dxa"/>
            </w:tcMar>
            <w:vAlign w:val="center"/>
          </w:tcPr>
          <w:p w14:paraId="57C361B1" w14:textId="77777777" w:rsidR="00F678CC" w:rsidRPr="00240C29" w:rsidRDefault="00F678CC" w:rsidP="00CD31E2">
            <w:pPr>
              <w:ind w:firstLine="0"/>
              <w:jc w:val="center"/>
              <w:rPr>
                <w:szCs w:val="24"/>
              </w:rPr>
            </w:pPr>
            <w:r w:rsidRPr="00240C29">
              <w:rPr>
                <w:szCs w:val="24"/>
              </w:rPr>
              <w:t>400 gr</w:t>
            </w:r>
          </w:p>
        </w:tc>
      </w:tr>
      <w:tr w:rsidR="00F678CC" w:rsidRPr="00240C29" w14:paraId="0E6C0692" w14:textId="77777777">
        <w:trPr>
          <w:jc w:val="center"/>
        </w:trPr>
        <w:tc>
          <w:tcPr>
            <w:tcW w:w="850" w:type="dxa"/>
            <w:tcMar>
              <w:top w:w="80" w:type="dxa"/>
              <w:left w:w="90" w:type="dxa"/>
              <w:bottom w:w="80" w:type="dxa"/>
              <w:right w:w="90" w:type="dxa"/>
            </w:tcMar>
            <w:vAlign w:val="center"/>
          </w:tcPr>
          <w:p w14:paraId="5AEB6E7A" w14:textId="77777777" w:rsidR="00F678CC" w:rsidRPr="00240C29" w:rsidRDefault="00F678CC" w:rsidP="00CD31E2">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14FA1A8F" w14:textId="77777777" w:rsidR="00F678CC" w:rsidRPr="00240C29" w:rsidRDefault="00F678CC" w:rsidP="00CD31E2">
            <w:pPr>
              <w:ind w:firstLine="0"/>
              <w:rPr>
                <w:szCs w:val="24"/>
              </w:rPr>
            </w:pPr>
            <w:r w:rsidRPr="00240C29">
              <w:rPr>
                <w:szCs w:val="24"/>
              </w:rPr>
              <w:t>Bors de crap</w:t>
            </w:r>
          </w:p>
        </w:tc>
        <w:tc>
          <w:tcPr>
            <w:tcW w:w="1701" w:type="dxa"/>
            <w:tcMar>
              <w:top w:w="80" w:type="dxa"/>
              <w:left w:w="90" w:type="dxa"/>
              <w:bottom w:w="80" w:type="dxa"/>
              <w:right w:w="90" w:type="dxa"/>
            </w:tcMar>
            <w:vAlign w:val="center"/>
          </w:tcPr>
          <w:p w14:paraId="59D9AA6D" w14:textId="77777777" w:rsidR="00F678CC" w:rsidRPr="00240C29" w:rsidRDefault="00F678CC" w:rsidP="00CD31E2">
            <w:pPr>
              <w:ind w:firstLine="0"/>
              <w:jc w:val="center"/>
              <w:rPr>
                <w:szCs w:val="24"/>
              </w:rPr>
            </w:pPr>
            <w:r w:rsidRPr="00240C29">
              <w:rPr>
                <w:szCs w:val="24"/>
              </w:rPr>
              <w:t>130 gr</w:t>
            </w:r>
          </w:p>
        </w:tc>
      </w:tr>
    </w:tbl>
    <w:p w14:paraId="6144C2E3" w14:textId="77777777" w:rsidR="00F678CC" w:rsidRPr="00240C29" w:rsidRDefault="00F678CC" w:rsidP="006B3867">
      <w:pPr>
        <w:rPr>
          <w:szCs w:val="24"/>
        </w:rPr>
      </w:pPr>
    </w:p>
    <w:p w14:paraId="25F572FB" w14:textId="77777777" w:rsidR="00F678CC" w:rsidRPr="00240C29" w:rsidRDefault="00F678CC" w:rsidP="006B3867">
      <w:pPr>
        <w:rPr>
          <w:szCs w:val="24"/>
        </w:rPr>
      </w:pPr>
      <w:r w:rsidRPr="00240C29">
        <w:rPr>
          <w:b/>
          <w:szCs w:val="24"/>
        </w:rPr>
        <w:t>PREPARATE FARA CARNE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0C9447BE" w14:textId="77777777">
        <w:trPr>
          <w:tblHeader/>
          <w:jc w:val="center"/>
        </w:trPr>
        <w:tc>
          <w:tcPr>
            <w:tcW w:w="850" w:type="dxa"/>
            <w:shd w:val="clear" w:color="auto" w:fill="D9D9D9"/>
            <w:tcMar>
              <w:top w:w="80" w:type="dxa"/>
              <w:left w:w="90" w:type="dxa"/>
              <w:bottom w:w="80" w:type="dxa"/>
              <w:right w:w="90" w:type="dxa"/>
            </w:tcMar>
            <w:vAlign w:val="center"/>
          </w:tcPr>
          <w:p w14:paraId="5448CBF8"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07C5B932"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475E6D4F"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5626AD81" w14:textId="77777777">
        <w:trPr>
          <w:jc w:val="center"/>
        </w:trPr>
        <w:tc>
          <w:tcPr>
            <w:tcW w:w="850" w:type="dxa"/>
            <w:tcMar>
              <w:top w:w="80" w:type="dxa"/>
              <w:left w:w="90" w:type="dxa"/>
              <w:bottom w:w="80" w:type="dxa"/>
              <w:right w:w="90" w:type="dxa"/>
            </w:tcMar>
            <w:vAlign w:val="center"/>
          </w:tcPr>
          <w:p w14:paraId="2F9107E9"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9E93ED9" w14:textId="77777777" w:rsidR="00F678CC" w:rsidRPr="00240C29" w:rsidRDefault="00F678CC" w:rsidP="00242C28">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legume </w:t>
            </w:r>
            <w:proofErr w:type="spellStart"/>
            <w:r w:rsidRPr="00240C29">
              <w:rPr>
                <w:szCs w:val="24"/>
              </w:rPr>
              <w:t>si</w:t>
            </w:r>
            <w:proofErr w:type="spellEnd"/>
            <w:r w:rsidRPr="00240C29">
              <w:rPr>
                <w:szCs w:val="24"/>
              </w:rPr>
              <w:t xml:space="preserve"> </w:t>
            </w:r>
            <w:proofErr w:type="spellStart"/>
            <w:r w:rsidRPr="00240C29">
              <w:rPr>
                <w:szCs w:val="24"/>
              </w:rPr>
              <w:t>sos</w:t>
            </w:r>
            <w:proofErr w:type="spellEnd"/>
            <w:r w:rsidRPr="00240C29">
              <w:rPr>
                <w:szCs w:val="24"/>
              </w:rPr>
              <w:t xml:space="preserve"> </w:t>
            </w:r>
            <w:proofErr w:type="spellStart"/>
            <w:r w:rsidRPr="00240C29">
              <w:rPr>
                <w:szCs w:val="24"/>
              </w:rPr>
              <w:t>tomat</w:t>
            </w:r>
            <w:proofErr w:type="spellEnd"/>
          </w:p>
        </w:tc>
        <w:tc>
          <w:tcPr>
            <w:tcW w:w="1701" w:type="dxa"/>
            <w:tcMar>
              <w:top w:w="80" w:type="dxa"/>
              <w:left w:w="90" w:type="dxa"/>
              <w:bottom w:w="80" w:type="dxa"/>
              <w:right w:w="90" w:type="dxa"/>
            </w:tcMar>
            <w:vAlign w:val="center"/>
          </w:tcPr>
          <w:p w14:paraId="341CF66E" w14:textId="77777777" w:rsidR="00F678CC" w:rsidRPr="00240C29" w:rsidRDefault="00F678CC" w:rsidP="00242C28">
            <w:pPr>
              <w:ind w:firstLine="0"/>
              <w:jc w:val="center"/>
              <w:rPr>
                <w:szCs w:val="24"/>
              </w:rPr>
            </w:pPr>
            <w:r w:rsidRPr="00240C29">
              <w:rPr>
                <w:szCs w:val="24"/>
              </w:rPr>
              <w:t>160/140 gr.</w:t>
            </w:r>
          </w:p>
        </w:tc>
      </w:tr>
      <w:tr w:rsidR="00F678CC" w:rsidRPr="00240C29" w14:paraId="739DE910" w14:textId="77777777">
        <w:trPr>
          <w:jc w:val="center"/>
        </w:trPr>
        <w:tc>
          <w:tcPr>
            <w:tcW w:w="850" w:type="dxa"/>
            <w:tcMar>
              <w:top w:w="80" w:type="dxa"/>
              <w:left w:w="90" w:type="dxa"/>
              <w:bottom w:w="80" w:type="dxa"/>
              <w:right w:w="90" w:type="dxa"/>
            </w:tcMar>
            <w:vAlign w:val="center"/>
          </w:tcPr>
          <w:p w14:paraId="24DB1C03"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04CE5305" w14:textId="77777777" w:rsidR="00F678CC" w:rsidRPr="00240C29" w:rsidRDefault="00F678CC" w:rsidP="00242C28">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7A539592" w14:textId="77777777" w:rsidR="00F678CC" w:rsidRPr="00240C29" w:rsidRDefault="00F678CC" w:rsidP="00242C28">
            <w:pPr>
              <w:ind w:firstLine="0"/>
              <w:jc w:val="center"/>
              <w:rPr>
                <w:szCs w:val="24"/>
              </w:rPr>
            </w:pPr>
            <w:r w:rsidRPr="00240C29">
              <w:rPr>
                <w:szCs w:val="24"/>
              </w:rPr>
              <w:t>160/140 gr.</w:t>
            </w:r>
          </w:p>
        </w:tc>
      </w:tr>
      <w:tr w:rsidR="00F678CC" w:rsidRPr="00240C29" w14:paraId="0C73236E" w14:textId="77777777">
        <w:trPr>
          <w:jc w:val="center"/>
        </w:trPr>
        <w:tc>
          <w:tcPr>
            <w:tcW w:w="850" w:type="dxa"/>
            <w:tcMar>
              <w:top w:w="80" w:type="dxa"/>
              <w:left w:w="90" w:type="dxa"/>
              <w:bottom w:w="80" w:type="dxa"/>
              <w:right w:w="90" w:type="dxa"/>
            </w:tcMar>
            <w:vAlign w:val="center"/>
          </w:tcPr>
          <w:p w14:paraId="0C0301BA"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6A65FA3C" w14:textId="77777777" w:rsidR="00F678CC" w:rsidRPr="00240C29" w:rsidRDefault="00F678CC" w:rsidP="00242C28">
            <w:pPr>
              <w:ind w:firstLine="0"/>
              <w:rPr>
                <w:szCs w:val="24"/>
              </w:rPr>
            </w:pPr>
            <w:proofErr w:type="spellStart"/>
            <w:r w:rsidRPr="00240C29">
              <w:rPr>
                <w:szCs w:val="24"/>
              </w:rPr>
              <w:t>Budinca</w:t>
            </w:r>
            <w:proofErr w:type="spellEnd"/>
            <w:r w:rsidRPr="00240C29">
              <w:rPr>
                <w:szCs w:val="24"/>
              </w:rPr>
              <w:t xml:space="preserve"> de legume</w:t>
            </w:r>
          </w:p>
        </w:tc>
        <w:tc>
          <w:tcPr>
            <w:tcW w:w="1701" w:type="dxa"/>
            <w:tcMar>
              <w:top w:w="80" w:type="dxa"/>
              <w:left w:w="90" w:type="dxa"/>
              <w:bottom w:w="80" w:type="dxa"/>
              <w:right w:w="90" w:type="dxa"/>
            </w:tcMar>
            <w:vAlign w:val="center"/>
          </w:tcPr>
          <w:p w14:paraId="653DBC71" w14:textId="77777777" w:rsidR="00F678CC" w:rsidRPr="00240C29" w:rsidRDefault="00F678CC" w:rsidP="00242C28">
            <w:pPr>
              <w:ind w:firstLine="0"/>
              <w:jc w:val="center"/>
              <w:rPr>
                <w:szCs w:val="24"/>
              </w:rPr>
            </w:pPr>
            <w:r w:rsidRPr="00240C29">
              <w:rPr>
                <w:szCs w:val="24"/>
              </w:rPr>
              <w:t>200 gr.</w:t>
            </w:r>
          </w:p>
        </w:tc>
      </w:tr>
      <w:tr w:rsidR="00F678CC" w:rsidRPr="00240C29" w14:paraId="0C134E6D" w14:textId="77777777">
        <w:trPr>
          <w:jc w:val="center"/>
        </w:trPr>
        <w:tc>
          <w:tcPr>
            <w:tcW w:w="850" w:type="dxa"/>
            <w:tcMar>
              <w:top w:w="80" w:type="dxa"/>
              <w:left w:w="90" w:type="dxa"/>
              <w:bottom w:w="80" w:type="dxa"/>
              <w:right w:w="90" w:type="dxa"/>
            </w:tcMar>
            <w:vAlign w:val="center"/>
          </w:tcPr>
          <w:p w14:paraId="3822E769"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2E1486AE" w14:textId="77777777" w:rsidR="00F678CC" w:rsidRPr="00240C29" w:rsidRDefault="00F678CC" w:rsidP="00242C28">
            <w:pPr>
              <w:ind w:firstLine="0"/>
              <w:rPr>
                <w:szCs w:val="24"/>
              </w:rPr>
            </w:pPr>
            <w:proofErr w:type="spellStart"/>
            <w:r w:rsidRPr="00240C29">
              <w:rPr>
                <w:szCs w:val="24"/>
              </w:rPr>
              <w:t>Budinca</w:t>
            </w:r>
            <w:proofErr w:type="spellEnd"/>
            <w:r w:rsidRPr="00240C29">
              <w:rPr>
                <w:szCs w:val="24"/>
              </w:rPr>
              <w:t xml:space="preserve"> de </w:t>
            </w:r>
            <w:proofErr w:type="spellStart"/>
            <w:r w:rsidRPr="00240C29">
              <w:rPr>
                <w:szCs w:val="24"/>
              </w:rPr>
              <w:t>spanac</w:t>
            </w:r>
            <w:proofErr w:type="spellEnd"/>
          </w:p>
        </w:tc>
        <w:tc>
          <w:tcPr>
            <w:tcW w:w="1701" w:type="dxa"/>
            <w:tcMar>
              <w:top w:w="80" w:type="dxa"/>
              <w:left w:w="90" w:type="dxa"/>
              <w:bottom w:w="80" w:type="dxa"/>
              <w:right w:w="90" w:type="dxa"/>
            </w:tcMar>
            <w:vAlign w:val="center"/>
          </w:tcPr>
          <w:p w14:paraId="647F8B63" w14:textId="77777777" w:rsidR="00F678CC" w:rsidRPr="00240C29" w:rsidRDefault="00F678CC" w:rsidP="00242C28">
            <w:pPr>
              <w:ind w:firstLine="0"/>
              <w:jc w:val="center"/>
              <w:rPr>
                <w:szCs w:val="24"/>
              </w:rPr>
            </w:pPr>
            <w:r w:rsidRPr="00240C29">
              <w:rPr>
                <w:szCs w:val="24"/>
              </w:rPr>
              <w:t>220 gr.</w:t>
            </w:r>
          </w:p>
        </w:tc>
      </w:tr>
      <w:tr w:rsidR="00F678CC" w:rsidRPr="00240C29" w14:paraId="31B56C98" w14:textId="77777777">
        <w:trPr>
          <w:jc w:val="center"/>
        </w:trPr>
        <w:tc>
          <w:tcPr>
            <w:tcW w:w="850" w:type="dxa"/>
            <w:tcMar>
              <w:top w:w="80" w:type="dxa"/>
              <w:left w:w="90" w:type="dxa"/>
              <w:bottom w:w="80" w:type="dxa"/>
              <w:right w:w="90" w:type="dxa"/>
            </w:tcMar>
            <w:vAlign w:val="center"/>
          </w:tcPr>
          <w:p w14:paraId="5BB46FEE" w14:textId="77777777" w:rsidR="00F678CC" w:rsidRPr="00240C29" w:rsidRDefault="00F678CC" w:rsidP="00242C28">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436F07A" w14:textId="77777777" w:rsidR="00F678CC" w:rsidRPr="00240C29" w:rsidRDefault="00F678CC" w:rsidP="00242C28">
            <w:pPr>
              <w:ind w:firstLine="0"/>
              <w:rPr>
                <w:szCs w:val="24"/>
              </w:rPr>
            </w:pPr>
            <w:proofErr w:type="spellStart"/>
            <w:r w:rsidRPr="00240C29">
              <w:rPr>
                <w:szCs w:val="24"/>
              </w:rPr>
              <w:t>Ciulama</w:t>
            </w:r>
            <w:proofErr w:type="spellEnd"/>
            <w:r w:rsidRPr="00240C29">
              <w:rPr>
                <w:szCs w:val="24"/>
              </w:rPr>
              <w:t xml:space="preserve"> de </w:t>
            </w:r>
            <w:proofErr w:type="spellStart"/>
            <w:r w:rsidRPr="00240C29">
              <w:rPr>
                <w:szCs w:val="24"/>
              </w:rPr>
              <w:t>ciuperci</w:t>
            </w:r>
            <w:proofErr w:type="spellEnd"/>
          </w:p>
        </w:tc>
        <w:tc>
          <w:tcPr>
            <w:tcW w:w="1701" w:type="dxa"/>
            <w:tcMar>
              <w:top w:w="80" w:type="dxa"/>
              <w:left w:w="90" w:type="dxa"/>
              <w:bottom w:w="80" w:type="dxa"/>
              <w:right w:w="90" w:type="dxa"/>
            </w:tcMar>
            <w:vAlign w:val="center"/>
          </w:tcPr>
          <w:p w14:paraId="3AB44B31" w14:textId="77777777" w:rsidR="00F678CC" w:rsidRPr="00240C29" w:rsidRDefault="00F678CC" w:rsidP="00242C28">
            <w:pPr>
              <w:ind w:firstLine="0"/>
              <w:jc w:val="center"/>
              <w:rPr>
                <w:szCs w:val="24"/>
              </w:rPr>
            </w:pPr>
            <w:r w:rsidRPr="00240C29">
              <w:rPr>
                <w:szCs w:val="24"/>
              </w:rPr>
              <w:t>250 gr.</w:t>
            </w:r>
          </w:p>
        </w:tc>
      </w:tr>
      <w:tr w:rsidR="00F678CC" w:rsidRPr="00240C29" w14:paraId="1659D2AA" w14:textId="77777777">
        <w:trPr>
          <w:jc w:val="center"/>
        </w:trPr>
        <w:tc>
          <w:tcPr>
            <w:tcW w:w="850" w:type="dxa"/>
            <w:tcMar>
              <w:top w:w="80" w:type="dxa"/>
              <w:left w:w="90" w:type="dxa"/>
              <w:bottom w:w="80" w:type="dxa"/>
              <w:right w:w="90" w:type="dxa"/>
            </w:tcMar>
            <w:vAlign w:val="center"/>
          </w:tcPr>
          <w:p w14:paraId="1813DC3C" w14:textId="77777777" w:rsidR="00F678CC" w:rsidRPr="00240C29" w:rsidRDefault="00F678CC" w:rsidP="00242C28">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4CF4BB8B" w14:textId="77777777" w:rsidR="00F678CC" w:rsidRPr="00240C29" w:rsidRDefault="00F678CC" w:rsidP="00242C28">
            <w:pPr>
              <w:ind w:firstLine="0"/>
              <w:rPr>
                <w:szCs w:val="24"/>
              </w:rPr>
            </w:pPr>
            <w:proofErr w:type="spellStart"/>
            <w:r w:rsidRPr="00240C29">
              <w:rPr>
                <w:szCs w:val="24"/>
              </w:rPr>
              <w:t>Ciuperci</w:t>
            </w:r>
            <w:proofErr w:type="spellEnd"/>
            <w:r w:rsidRPr="00240C29">
              <w:rPr>
                <w:szCs w:val="24"/>
              </w:rPr>
              <w:t xml:space="preserve">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63CBA3DA" w14:textId="77777777" w:rsidR="00F678CC" w:rsidRPr="00240C29" w:rsidRDefault="00F678CC" w:rsidP="00242C28">
            <w:pPr>
              <w:ind w:firstLine="0"/>
              <w:jc w:val="center"/>
              <w:rPr>
                <w:szCs w:val="24"/>
              </w:rPr>
            </w:pPr>
            <w:r w:rsidRPr="00240C29">
              <w:rPr>
                <w:szCs w:val="24"/>
              </w:rPr>
              <w:t>250 gr.</w:t>
            </w:r>
          </w:p>
        </w:tc>
      </w:tr>
      <w:tr w:rsidR="00F678CC" w:rsidRPr="00240C29" w14:paraId="299C827C" w14:textId="77777777">
        <w:trPr>
          <w:jc w:val="center"/>
        </w:trPr>
        <w:tc>
          <w:tcPr>
            <w:tcW w:w="850" w:type="dxa"/>
            <w:tcMar>
              <w:top w:w="80" w:type="dxa"/>
              <w:left w:w="90" w:type="dxa"/>
              <w:bottom w:w="80" w:type="dxa"/>
              <w:right w:w="90" w:type="dxa"/>
            </w:tcMar>
            <w:vAlign w:val="center"/>
          </w:tcPr>
          <w:p w14:paraId="0EF38FE3" w14:textId="77777777" w:rsidR="00F678CC" w:rsidRPr="00240C29" w:rsidRDefault="00F678CC" w:rsidP="00242C28">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30E3BFEC" w14:textId="5989447F" w:rsidR="00F678CC" w:rsidRPr="00240C29" w:rsidRDefault="00F678CC" w:rsidP="00242C28">
            <w:pPr>
              <w:ind w:firstLine="0"/>
              <w:rPr>
                <w:szCs w:val="24"/>
              </w:rPr>
            </w:pPr>
            <w:proofErr w:type="spellStart"/>
            <w:r w:rsidRPr="00240C29">
              <w:rPr>
                <w:szCs w:val="24"/>
              </w:rPr>
              <w:t>Conopida</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2C468D03" w14:textId="77777777" w:rsidR="00F678CC" w:rsidRPr="00240C29" w:rsidRDefault="00F678CC" w:rsidP="00242C28">
            <w:pPr>
              <w:ind w:firstLine="0"/>
              <w:jc w:val="center"/>
              <w:rPr>
                <w:szCs w:val="24"/>
              </w:rPr>
            </w:pPr>
            <w:r w:rsidRPr="00240C29">
              <w:rPr>
                <w:szCs w:val="24"/>
              </w:rPr>
              <w:t>250 gr.</w:t>
            </w:r>
          </w:p>
        </w:tc>
      </w:tr>
      <w:tr w:rsidR="00F678CC" w:rsidRPr="00240C29" w14:paraId="66DC94E6" w14:textId="77777777">
        <w:trPr>
          <w:jc w:val="center"/>
        </w:trPr>
        <w:tc>
          <w:tcPr>
            <w:tcW w:w="850" w:type="dxa"/>
            <w:tcMar>
              <w:top w:w="80" w:type="dxa"/>
              <w:left w:w="90" w:type="dxa"/>
              <w:bottom w:w="80" w:type="dxa"/>
              <w:right w:w="90" w:type="dxa"/>
            </w:tcMar>
            <w:vAlign w:val="center"/>
          </w:tcPr>
          <w:p w14:paraId="74469314" w14:textId="77777777" w:rsidR="00F678CC" w:rsidRPr="00240C29" w:rsidRDefault="00F678CC" w:rsidP="00242C28">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528563C5" w14:textId="77777777" w:rsidR="00F678CC" w:rsidRPr="00240C29" w:rsidRDefault="00F678CC" w:rsidP="00242C28">
            <w:pPr>
              <w:ind w:firstLine="0"/>
              <w:rPr>
                <w:szCs w:val="24"/>
              </w:rPr>
            </w:pPr>
            <w:proofErr w:type="spellStart"/>
            <w:r w:rsidRPr="00240C29">
              <w:rPr>
                <w:szCs w:val="24"/>
              </w:rPr>
              <w:t>Dovlecei</w:t>
            </w:r>
            <w:proofErr w:type="spellEnd"/>
            <w:r w:rsidRPr="00240C29">
              <w:rPr>
                <w:szCs w:val="24"/>
              </w:rPr>
              <w:t xml:space="preserve"> a la </w:t>
            </w:r>
            <w:proofErr w:type="spellStart"/>
            <w:r w:rsidRPr="00240C29">
              <w:rPr>
                <w:szCs w:val="24"/>
              </w:rPr>
              <w:t>grec</w:t>
            </w:r>
            <w:proofErr w:type="spellEnd"/>
          </w:p>
        </w:tc>
        <w:tc>
          <w:tcPr>
            <w:tcW w:w="1701" w:type="dxa"/>
            <w:tcMar>
              <w:top w:w="80" w:type="dxa"/>
              <w:left w:w="90" w:type="dxa"/>
              <w:bottom w:w="80" w:type="dxa"/>
              <w:right w:w="90" w:type="dxa"/>
            </w:tcMar>
            <w:vAlign w:val="center"/>
          </w:tcPr>
          <w:p w14:paraId="62515FFF" w14:textId="77777777" w:rsidR="00F678CC" w:rsidRPr="00240C29" w:rsidRDefault="00F678CC" w:rsidP="00242C28">
            <w:pPr>
              <w:ind w:firstLine="0"/>
              <w:jc w:val="center"/>
              <w:rPr>
                <w:szCs w:val="24"/>
              </w:rPr>
            </w:pPr>
            <w:r w:rsidRPr="00240C29">
              <w:rPr>
                <w:szCs w:val="24"/>
              </w:rPr>
              <w:t>250 gr.</w:t>
            </w:r>
          </w:p>
        </w:tc>
      </w:tr>
      <w:tr w:rsidR="00F678CC" w:rsidRPr="00240C29" w14:paraId="73EEC74F" w14:textId="77777777">
        <w:trPr>
          <w:jc w:val="center"/>
        </w:trPr>
        <w:tc>
          <w:tcPr>
            <w:tcW w:w="850" w:type="dxa"/>
            <w:tcMar>
              <w:top w:w="80" w:type="dxa"/>
              <w:left w:w="90" w:type="dxa"/>
              <w:bottom w:w="80" w:type="dxa"/>
              <w:right w:w="90" w:type="dxa"/>
            </w:tcMar>
            <w:vAlign w:val="center"/>
          </w:tcPr>
          <w:p w14:paraId="37491E89" w14:textId="77777777" w:rsidR="00F678CC" w:rsidRPr="00240C29" w:rsidRDefault="00F678CC" w:rsidP="00242C28">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0B254597" w14:textId="01EAEF9B" w:rsidR="00F678CC" w:rsidRPr="00240C29" w:rsidRDefault="00F678CC" w:rsidP="00242C28">
            <w:pPr>
              <w:ind w:firstLine="0"/>
              <w:rPr>
                <w:szCs w:val="24"/>
              </w:rPr>
            </w:pPr>
            <w:proofErr w:type="spellStart"/>
            <w:r w:rsidRPr="00240C29">
              <w:rPr>
                <w:szCs w:val="24"/>
              </w:rPr>
              <w:t>Dovlecei</w:t>
            </w:r>
            <w:proofErr w:type="spellEnd"/>
            <w:r w:rsidRPr="00240C29">
              <w:rPr>
                <w:szCs w:val="24"/>
              </w:rPr>
              <w:t xml:space="preserve"> cu </w:t>
            </w:r>
            <w:proofErr w:type="spellStart"/>
            <w:r w:rsidRPr="00240C29">
              <w:rPr>
                <w:szCs w:val="24"/>
              </w:rPr>
              <w:t>unt</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2FEB60D6" w14:textId="77777777" w:rsidR="00F678CC" w:rsidRPr="00240C29" w:rsidRDefault="00F678CC" w:rsidP="00242C28">
            <w:pPr>
              <w:ind w:firstLine="0"/>
              <w:jc w:val="center"/>
              <w:rPr>
                <w:szCs w:val="24"/>
              </w:rPr>
            </w:pPr>
            <w:r w:rsidRPr="00240C29">
              <w:rPr>
                <w:szCs w:val="24"/>
              </w:rPr>
              <w:t>200 gr.</w:t>
            </w:r>
          </w:p>
        </w:tc>
      </w:tr>
      <w:tr w:rsidR="00F678CC" w:rsidRPr="00240C29" w14:paraId="03C7EC34" w14:textId="77777777">
        <w:trPr>
          <w:jc w:val="center"/>
        </w:trPr>
        <w:tc>
          <w:tcPr>
            <w:tcW w:w="850" w:type="dxa"/>
            <w:tcMar>
              <w:top w:w="80" w:type="dxa"/>
              <w:left w:w="90" w:type="dxa"/>
              <w:bottom w:w="80" w:type="dxa"/>
              <w:right w:w="90" w:type="dxa"/>
            </w:tcMar>
            <w:vAlign w:val="center"/>
          </w:tcPr>
          <w:p w14:paraId="2A610C2D" w14:textId="77777777" w:rsidR="00F678CC" w:rsidRPr="00240C29" w:rsidRDefault="00F678CC" w:rsidP="00242C28">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681CD22B" w14:textId="717DA708" w:rsidR="00F678CC" w:rsidRPr="00240C29" w:rsidRDefault="00F678CC" w:rsidP="00242C28">
            <w:pPr>
              <w:ind w:firstLine="0"/>
              <w:rPr>
                <w:szCs w:val="24"/>
              </w:rPr>
            </w:pP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Pr="00240C29">
              <w:rPr>
                <w:szCs w:val="24"/>
              </w:rPr>
              <w:t xml:space="preserve"> cu </w:t>
            </w:r>
            <w:proofErr w:type="spellStart"/>
            <w:r w:rsidRPr="00240C29">
              <w:rPr>
                <w:szCs w:val="24"/>
              </w:rPr>
              <w:t>unt</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34B7A1D3" w14:textId="77777777" w:rsidR="00F678CC" w:rsidRPr="00240C29" w:rsidRDefault="00F678CC" w:rsidP="00242C28">
            <w:pPr>
              <w:ind w:firstLine="0"/>
              <w:jc w:val="center"/>
              <w:rPr>
                <w:szCs w:val="24"/>
              </w:rPr>
            </w:pPr>
            <w:r w:rsidRPr="00240C29">
              <w:rPr>
                <w:szCs w:val="24"/>
              </w:rPr>
              <w:t>270 gr.</w:t>
            </w:r>
          </w:p>
        </w:tc>
      </w:tr>
      <w:tr w:rsidR="00F678CC" w:rsidRPr="00240C29" w14:paraId="33311AD0" w14:textId="77777777">
        <w:trPr>
          <w:jc w:val="center"/>
        </w:trPr>
        <w:tc>
          <w:tcPr>
            <w:tcW w:w="850" w:type="dxa"/>
            <w:tcMar>
              <w:top w:w="80" w:type="dxa"/>
              <w:left w:w="90" w:type="dxa"/>
              <w:bottom w:w="80" w:type="dxa"/>
              <w:right w:w="90" w:type="dxa"/>
            </w:tcMar>
            <w:vAlign w:val="center"/>
          </w:tcPr>
          <w:p w14:paraId="27BD447C" w14:textId="77777777" w:rsidR="00F678CC" w:rsidRPr="00240C29" w:rsidRDefault="00F678CC" w:rsidP="00242C28">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22F9085D" w14:textId="77777777" w:rsidR="00F678CC" w:rsidRPr="00240C29" w:rsidRDefault="00F678CC" w:rsidP="00242C28">
            <w:pPr>
              <w:ind w:firstLine="0"/>
              <w:rPr>
                <w:szCs w:val="24"/>
              </w:rPr>
            </w:pPr>
            <w:proofErr w:type="spellStart"/>
            <w:r w:rsidRPr="00240C29">
              <w:rPr>
                <w:szCs w:val="24"/>
              </w:rPr>
              <w:t>Ghiveci</w:t>
            </w:r>
            <w:proofErr w:type="spellEnd"/>
            <w:r w:rsidRPr="00240C29">
              <w:rPr>
                <w:szCs w:val="24"/>
              </w:rPr>
              <w:t xml:space="preserve"> din legume </w:t>
            </w:r>
            <w:proofErr w:type="spellStart"/>
            <w:r w:rsidRPr="00240C29">
              <w:rPr>
                <w:szCs w:val="24"/>
              </w:rPr>
              <w:t>proaspete</w:t>
            </w:r>
            <w:proofErr w:type="spellEnd"/>
            <w:r w:rsidRPr="00240C29">
              <w:rPr>
                <w:szCs w:val="24"/>
              </w:rPr>
              <w:t xml:space="preserve"> </w:t>
            </w:r>
            <w:proofErr w:type="spellStart"/>
            <w:r w:rsidRPr="00240C29">
              <w:rPr>
                <w:szCs w:val="24"/>
              </w:rPr>
              <w:t>vara</w:t>
            </w:r>
            <w:proofErr w:type="spellEnd"/>
            <w:r w:rsidRPr="00240C29">
              <w:rPr>
                <w:szCs w:val="24"/>
              </w:rPr>
              <w:t>/</w:t>
            </w:r>
            <w:proofErr w:type="spellStart"/>
            <w:r w:rsidRPr="00240C29">
              <w:rPr>
                <w:szCs w:val="24"/>
              </w:rPr>
              <w:t>toamna</w:t>
            </w:r>
            <w:proofErr w:type="spellEnd"/>
          </w:p>
        </w:tc>
        <w:tc>
          <w:tcPr>
            <w:tcW w:w="1701" w:type="dxa"/>
            <w:tcMar>
              <w:top w:w="80" w:type="dxa"/>
              <w:left w:w="90" w:type="dxa"/>
              <w:bottom w:w="80" w:type="dxa"/>
              <w:right w:w="90" w:type="dxa"/>
            </w:tcMar>
            <w:vAlign w:val="center"/>
          </w:tcPr>
          <w:p w14:paraId="46C29DEB" w14:textId="77777777" w:rsidR="00F678CC" w:rsidRPr="00240C29" w:rsidRDefault="00F678CC" w:rsidP="00242C28">
            <w:pPr>
              <w:ind w:firstLine="0"/>
              <w:jc w:val="center"/>
              <w:rPr>
                <w:szCs w:val="24"/>
              </w:rPr>
            </w:pPr>
            <w:r w:rsidRPr="00240C29">
              <w:rPr>
                <w:szCs w:val="24"/>
              </w:rPr>
              <w:t>300 gr.</w:t>
            </w:r>
          </w:p>
        </w:tc>
      </w:tr>
      <w:tr w:rsidR="00F678CC" w:rsidRPr="00240C29" w14:paraId="53C0099B" w14:textId="77777777">
        <w:trPr>
          <w:jc w:val="center"/>
        </w:trPr>
        <w:tc>
          <w:tcPr>
            <w:tcW w:w="850" w:type="dxa"/>
            <w:tcMar>
              <w:top w:w="80" w:type="dxa"/>
              <w:left w:w="90" w:type="dxa"/>
              <w:bottom w:w="80" w:type="dxa"/>
              <w:right w:w="90" w:type="dxa"/>
            </w:tcMar>
            <w:vAlign w:val="center"/>
          </w:tcPr>
          <w:p w14:paraId="7DDE5A40" w14:textId="77777777" w:rsidR="00F678CC" w:rsidRPr="00240C29" w:rsidRDefault="00F678CC" w:rsidP="00242C28">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56394E66" w14:textId="77777777" w:rsidR="00F678CC" w:rsidRPr="00240C29" w:rsidRDefault="00F678CC" w:rsidP="00242C28">
            <w:pPr>
              <w:ind w:firstLine="0"/>
              <w:rPr>
                <w:szCs w:val="24"/>
              </w:rPr>
            </w:pPr>
            <w:proofErr w:type="spellStart"/>
            <w:r w:rsidRPr="00240C29">
              <w:rPr>
                <w:szCs w:val="24"/>
              </w:rPr>
              <w:t>Musaca</w:t>
            </w:r>
            <w:proofErr w:type="spellEnd"/>
            <w:r w:rsidRPr="00240C29">
              <w:rPr>
                <w:szCs w:val="24"/>
              </w:rPr>
              <w:t xml:space="preserve"> de legume cu </w:t>
            </w:r>
            <w:proofErr w:type="spellStart"/>
            <w:r w:rsidRPr="00240C29">
              <w:rPr>
                <w:szCs w:val="24"/>
              </w:rPr>
              <w:t>sos</w:t>
            </w:r>
            <w:proofErr w:type="spellEnd"/>
            <w:r w:rsidRPr="00240C29">
              <w:rPr>
                <w:szCs w:val="24"/>
              </w:rPr>
              <w:t xml:space="preserve"> </w:t>
            </w:r>
            <w:proofErr w:type="spellStart"/>
            <w:r w:rsidRPr="00240C29">
              <w:rPr>
                <w:szCs w:val="24"/>
              </w:rPr>
              <w:t>tomat</w:t>
            </w:r>
            <w:proofErr w:type="spellEnd"/>
          </w:p>
        </w:tc>
        <w:tc>
          <w:tcPr>
            <w:tcW w:w="1701" w:type="dxa"/>
            <w:tcMar>
              <w:top w:w="80" w:type="dxa"/>
              <w:left w:w="90" w:type="dxa"/>
              <w:bottom w:w="80" w:type="dxa"/>
              <w:right w:w="90" w:type="dxa"/>
            </w:tcMar>
            <w:vAlign w:val="center"/>
          </w:tcPr>
          <w:p w14:paraId="6F817059" w14:textId="77777777" w:rsidR="00F678CC" w:rsidRPr="00240C29" w:rsidRDefault="00F678CC" w:rsidP="00242C28">
            <w:pPr>
              <w:ind w:firstLine="0"/>
              <w:jc w:val="center"/>
              <w:rPr>
                <w:szCs w:val="24"/>
              </w:rPr>
            </w:pPr>
            <w:r w:rsidRPr="00240C29">
              <w:rPr>
                <w:szCs w:val="24"/>
              </w:rPr>
              <w:t>200/50 gr.</w:t>
            </w:r>
          </w:p>
        </w:tc>
      </w:tr>
      <w:tr w:rsidR="00F678CC" w:rsidRPr="00240C29" w14:paraId="401D41AD" w14:textId="77777777">
        <w:trPr>
          <w:jc w:val="center"/>
        </w:trPr>
        <w:tc>
          <w:tcPr>
            <w:tcW w:w="850" w:type="dxa"/>
            <w:tcMar>
              <w:top w:w="80" w:type="dxa"/>
              <w:left w:w="90" w:type="dxa"/>
              <w:bottom w:w="80" w:type="dxa"/>
              <w:right w:w="90" w:type="dxa"/>
            </w:tcMar>
            <w:vAlign w:val="center"/>
          </w:tcPr>
          <w:p w14:paraId="093D6225" w14:textId="77777777" w:rsidR="00F678CC" w:rsidRPr="00240C29" w:rsidRDefault="00F678CC" w:rsidP="00242C28">
            <w:pPr>
              <w:ind w:firstLine="0"/>
              <w:jc w:val="center"/>
              <w:rPr>
                <w:szCs w:val="24"/>
              </w:rPr>
            </w:pPr>
            <w:r w:rsidRPr="00240C29">
              <w:rPr>
                <w:szCs w:val="24"/>
              </w:rPr>
              <w:lastRenderedPageBreak/>
              <w:t>13</w:t>
            </w:r>
          </w:p>
        </w:tc>
        <w:tc>
          <w:tcPr>
            <w:tcW w:w="7087" w:type="dxa"/>
            <w:tcMar>
              <w:top w:w="80" w:type="dxa"/>
              <w:left w:w="90" w:type="dxa"/>
              <w:bottom w:w="80" w:type="dxa"/>
              <w:right w:w="90" w:type="dxa"/>
            </w:tcMar>
            <w:vAlign w:val="center"/>
          </w:tcPr>
          <w:p w14:paraId="12EAC8F6" w14:textId="77777777" w:rsidR="00F678CC" w:rsidRPr="00240C29" w:rsidRDefault="00F678CC" w:rsidP="00242C28">
            <w:pPr>
              <w:ind w:firstLine="0"/>
              <w:rPr>
                <w:szCs w:val="24"/>
              </w:rPr>
            </w:pPr>
            <w:proofErr w:type="spellStart"/>
            <w:r w:rsidRPr="00240C29">
              <w:rPr>
                <w:szCs w:val="24"/>
              </w:rPr>
              <w:t>Papricas</w:t>
            </w:r>
            <w:proofErr w:type="spellEnd"/>
            <w:r w:rsidRPr="00240C29">
              <w:rPr>
                <w:szCs w:val="24"/>
              </w:rPr>
              <w:t xml:space="preserve"> de </w:t>
            </w:r>
            <w:proofErr w:type="spellStart"/>
            <w:r w:rsidRPr="00240C29">
              <w:rPr>
                <w:szCs w:val="24"/>
              </w:rPr>
              <w:t>cartofi</w:t>
            </w:r>
            <w:proofErr w:type="spellEnd"/>
          </w:p>
        </w:tc>
        <w:tc>
          <w:tcPr>
            <w:tcW w:w="1701" w:type="dxa"/>
            <w:tcMar>
              <w:top w:w="80" w:type="dxa"/>
              <w:left w:w="90" w:type="dxa"/>
              <w:bottom w:w="80" w:type="dxa"/>
              <w:right w:w="90" w:type="dxa"/>
            </w:tcMar>
            <w:vAlign w:val="center"/>
          </w:tcPr>
          <w:p w14:paraId="542C3C97" w14:textId="77777777" w:rsidR="00F678CC" w:rsidRPr="00240C29" w:rsidRDefault="00F678CC" w:rsidP="00242C28">
            <w:pPr>
              <w:ind w:firstLine="0"/>
              <w:jc w:val="center"/>
              <w:rPr>
                <w:szCs w:val="24"/>
              </w:rPr>
            </w:pPr>
            <w:r w:rsidRPr="00240C29">
              <w:rPr>
                <w:szCs w:val="24"/>
              </w:rPr>
              <w:t>250 gr.</w:t>
            </w:r>
          </w:p>
        </w:tc>
      </w:tr>
      <w:tr w:rsidR="00F678CC" w:rsidRPr="00240C29" w14:paraId="62D4464B" w14:textId="77777777">
        <w:trPr>
          <w:jc w:val="center"/>
        </w:trPr>
        <w:tc>
          <w:tcPr>
            <w:tcW w:w="850" w:type="dxa"/>
            <w:tcMar>
              <w:top w:w="80" w:type="dxa"/>
              <w:left w:w="90" w:type="dxa"/>
              <w:bottom w:w="80" w:type="dxa"/>
              <w:right w:w="90" w:type="dxa"/>
            </w:tcMar>
            <w:vAlign w:val="center"/>
          </w:tcPr>
          <w:p w14:paraId="3D6D5500" w14:textId="77777777" w:rsidR="00F678CC" w:rsidRPr="00240C29" w:rsidRDefault="00F678CC" w:rsidP="00242C28">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2662C1F6" w14:textId="77777777" w:rsidR="00F678CC" w:rsidRPr="00240C29" w:rsidRDefault="00F678CC" w:rsidP="00242C28">
            <w:pPr>
              <w:ind w:firstLine="0"/>
              <w:rPr>
                <w:szCs w:val="24"/>
              </w:rPr>
            </w:pPr>
            <w:r w:rsidRPr="00240C29">
              <w:rPr>
                <w:szCs w:val="24"/>
              </w:rPr>
              <w:t xml:space="preserve">Pilaf </w:t>
            </w:r>
            <w:proofErr w:type="spellStart"/>
            <w:r w:rsidRPr="00240C29">
              <w:rPr>
                <w:szCs w:val="24"/>
              </w:rPr>
              <w:t>simplu</w:t>
            </w:r>
            <w:proofErr w:type="spellEnd"/>
            <w:r w:rsidRPr="00240C29">
              <w:rPr>
                <w:szCs w:val="24"/>
              </w:rPr>
              <w:t xml:space="preserve"> </w:t>
            </w:r>
            <w:proofErr w:type="spellStart"/>
            <w:r w:rsidRPr="00240C29">
              <w:rPr>
                <w:szCs w:val="24"/>
              </w:rPr>
              <w:t>fara</w:t>
            </w:r>
            <w:proofErr w:type="spellEnd"/>
            <w:r w:rsidRPr="00240C29">
              <w:rPr>
                <w:szCs w:val="24"/>
              </w:rPr>
              <w:t xml:space="preserve"> carne</w:t>
            </w:r>
          </w:p>
        </w:tc>
        <w:tc>
          <w:tcPr>
            <w:tcW w:w="1701" w:type="dxa"/>
            <w:tcMar>
              <w:top w:w="80" w:type="dxa"/>
              <w:left w:w="90" w:type="dxa"/>
              <w:bottom w:w="80" w:type="dxa"/>
              <w:right w:w="90" w:type="dxa"/>
            </w:tcMar>
            <w:vAlign w:val="center"/>
          </w:tcPr>
          <w:p w14:paraId="35B7AF7E" w14:textId="77777777" w:rsidR="00F678CC" w:rsidRPr="00240C29" w:rsidRDefault="00F678CC" w:rsidP="00242C28">
            <w:pPr>
              <w:ind w:firstLine="0"/>
              <w:jc w:val="center"/>
              <w:rPr>
                <w:szCs w:val="24"/>
              </w:rPr>
            </w:pPr>
            <w:r w:rsidRPr="00240C29">
              <w:rPr>
                <w:szCs w:val="24"/>
              </w:rPr>
              <w:t>250 gr.</w:t>
            </w:r>
          </w:p>
        </w:tc>
      </w:tr>
      <w:tr w:rsidR="00F678CC" w:rsidRPr="00240C29" w14:paraId="35AC45EB" w14:textId="77777777">
        <w:trPr>
          <w:jc w:val="center"/>
        </w:trPr>
        <w:tc>
          <w:tcPr>
            <w:tcW w:w="850" w:type="dxa"/>
            <w:tcMar>
              <w:top w:w="80" w:type="dxa"/>
              <w:left w:w="90" w:type="dxa"/>
              <w:bottom w:w="80" w:type="dxa"/>
              <w:right w:w="90" w:type="dxa"/>
            </w:tcMar>
            <w:vAlign w:val="center"/>
          </w:tcPr>
          <w:p w14:paraId="04999D11" w14:textId="77777777" w:rsidR="00F678CC" w:rsidRPr="00240C29" w:rsidRDefault="00F678CC" w:rsidP="00242C28">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142B4548" w14:textId="249A9538" w:rsidR="00F678CC" w:rsidRPr="00240C29" w:rsidRDefault="00F678CC" w:rsidP="00242C28">
            <w:pPr>
              <w:ind w:firstLine="0"/>
              <w:rPr>
                <w:szCs w:val="24"/>
              </w:rPr>
            </w:pPr>
            <w:proofErr w:type="spellStart"/>
            <w:r w:rsidRPr="00240C29">
              <w:rPr>
                <w:szCs w:val="24"/>
              </w:rPr>
              <w:t>Snitel</w:t>
            </w:r>
            <w:proofErr w:type="spellEnd"/>
            <w:r w:rsidRPr="00240C29">
              <w:rPr>
                <w:szCs w:val="24"/>
              </w:rPr>
              <w:t xml:space="preserve"> vegetarian cu </w:t>
            </w:r>
            <w:proofErr w:type="spellStart"/>
            <w:r w:rsidRPr="00240C29">
              <w:rPr>
                <w:szCs w:val="24"/>
              </w:rPr>
              <w:t>cartofi</w:t>
            </w:r>
            <w:proofErr w:type="spellEnd"/>
            <w:r w:rsidR="00242C28">
              <w:rPr>
                <w:szCs w:val="24"/>
              </w:rPr>
              <w:t xml:space="preserve"> </w:t>
            </w:r>
            <w:proofErr w:type="spellStart"/>
            <w:r w:rsidR="00242C28">
              <w:rPr>
                <w:color w:val="6AA84F"/>
              </w:rPr>
              <w:t>natur</w:t>
            </w:r>
            <w:proofErr w:type="spellEnd"/>
          </w:p>
        </w:tc>
        <w:tc>
          <w:tcPr>
            <w:tcW w:w="1701" w:type="dxa"/>
            <w:tcMar>
              <w:top w:w="80" w:type="dxa"/>
              <w:left w:w="90" w:type="dxa"/>
              <w:bottom w:w="80" w:type="dxa"/>
              <w:right w:w="90" w:type="dxa"/>
            </w:tcMar>
            <w:vAlign w:val="center"/>
          </w:tcPr>
          <w:p w14:paraId="5B0DA628" w14:textId="77777777" w:rsidR="00F678CC" w:rsidRPr="00240C29" w:rsidRDefault="00F678CC" w:rsidP="00242C28">
            <w:pPr>
              <w:ind w:firstLine="0"/>
              <w:jc w:val="center"/>
              <w:rPr>
                <w:szCs w:val="24"/>
              </w:rPr>
            </w:pPr>
            <w:r w:rsidRPr="00240C29">
              <w:rPr>
                <w:szCs w:val="24"/>
              </w:rPr>
              <w:t>350 gr.</w:t>
            </w:r>
          </w:p>
        </w:tc>
      </w:tr>
      <w:tr w:rsidR="00F678CC" w:rsidRPr="00240C29" w14:paraId="7F32099A" w14:textId="77777777">
        <w:trPr>
          <w:jc w:val="center"/>
        </w:trPr>
        <w:tc>
          <w:tcPr>
            <w:tcW w:w="850" w:type="dxa"/>
            <w:tcMar>
              <w:top w:w="80" w:type="dxa"/>
              <w:left w:w="90" w:type="dxa"/>
              <w:bottom w:w="80" w:type="dxa"/>
              <w:right w:w="90" w:type="dxa"/>
            </w:tcMar>
            <w:vAlign w:val="center"/>
          </w:tcPr>
          <w:p w14:paraId="2D0305BD" w14:textId="77777777" w:rsidR="00F678CC" w:rsidRPr="00240C29" w:rsidRDefault="00F678CC" w:rsidP="00242C28">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67FFF46E" w14:textId="613C66F2" w:rsidR="00F678CC" w:rsidRPr="00240C29" w:rsidRDefault="00F678CC" w:rsidP="00242C28">
            <w:pPr>
              <w:ind w:firstLine="0"/>
              <w:rPr>
                <w:szCs w:val="24"/>
              </w:rPr>
            </w:pPr>
            <w:proofErr w:type="spellStart"/>
            <w:r w:rsidRPr="00240C29">
              <w:rPr>
                <w:szCs w:val="24"/>
              </w:rPr>
              <w:t>Varza</w:t>
            </w:r>
            <w:proofErr w:type="spellEnd"/>
            <w:r w:rsidRPr="00240C29">
              <w:rPr>
                <w:szCs w:val="24"/>
              </w:rPr>
              <w:t xml:space="preserve"> a la Cluj</w:t>
            </w:r>
            <w:r w:rsidR="00242C28">
              <w:rPr>
                <w:szCs w:val="24"/>
              </w:rPr>
              <w:t xml:space="preserve">/ </w:t>
            </w:r>
            <w:proofErr w:type="spellStart"/>
            <w:r w:rsidR="00242C28">
              <w:rPr>
                <w:color w:val="6AA84F"/>
              </w:rPr>
              <w:t>varza</w:t>
            </w:r>
            <w:proofErr w:type="spellEnd"/>
            <w:r w:rsidR="00242C28">
              <w:rPr>
                <w:color w:val="6AA84F"/>
              </w:rPr>
              <w:t xml:space="preserve"> dulce </w:t>
            </w:r>
            <w:proofErr w:type="spellStart"/>
            <w:r w:rsidR="00242C28">
              <w:rPr>
                <w:color w:val="6AA84F"/>
              </w:rPr>
              <w:t>calita</w:t>
            </w:r>
            <w:proofErr w:type="spellEnd"/>
          </w:p>
        </w:tc>
        <w:tc>
          <w:tcPr>
            <w:tcW w:w="1701" w:type="dxa"/>
            <w:tcMar>
              <w:top w:w="80" w:type="dxa"/>
              <w:left w:w="90" w:type="dxa"/>
              <w:bottom w:w="80" w:type="dxa"/>
              <w:right w:w="90" w:type="dxa"/>
            </w:tcMar>
            <w:vAlign w:val="center"/>
          </w:tcPr>
          <w:p w14:paraId="615118D2" w14:textId="77777777" w:rsidR="00F678CC" w:rsidRPr="00240C29" w:rsidRDefault="00F678CC" w:rsidP="00242C28">
            <w:pPr>
              <w:ind w:firstLine="0"/>
              <w:jc w:val="center"/>
              <w:rPr>
                <w:szCs w:val="24"/>
              </w:rPr>
            </w:pPr>
            <w:r w:rsidRPr="00240C29">
              <w:rPr>
                <w:szCs w:val="24"/>
              </w:rPr>
              <w:t>350 gr.</w:t>
            </w:r>
          </w:p>
        </w:tc>
      </w:tr>
      <w:tr w:rsidR="00F678CC" w:rsidRPr="00240C29" w14:paraId="46C260F2" w14:textId="77777777">
        <w:trPr>
          <w:jc w:val="center"/>
        </w:trPr>
        <w:tc>
          <w:tcPr>
            <w:tcW w:w="850" w:type="dxa"/>
            <w:tcMar>
              <w:top w:w="80" w:type="dxa"/>
              <w:left w:w="90" w:type="dxa"/>
              <w:bottom w:w="80" w:type="dxa"/>
              <w:right w:w="90" w:type="dxa"/>
            </w:tcMar>
            <w:vAlign w:val="center"/>
          </w:tcPr>
          <w:p w14:paraId="3DA74691" w14:textId="77777777" w:rsidR="00F678CC" w:rsidRPr="00240C29" w:rsidRDefault="00F678CC" w:rsidP="00242C28">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554AF8A0" w14:textId="77777777" w:rsidR="00F678CC" w:rsidRPr="00240C29" w:rsidRDefault="00F678CC" w:rsidP="00242C28">
            <w:pPr>
              <w:ind w:firstLine="0"/>
              <w:rPr>
                <w:szCs w:val="24"/>
              </w:rPr>
            </w:pPr>
            <w:proofErr w:type="spellStart"/>
            <w:r w:rsidRPr="00240C29">
              <w:rPr>
                <w:szCs w:val="24"/>
              </w:rPr>
              <w:t>Spanac</w:t>
            </w:r>
            <w:proofErr w:type="spellEnd"/>
            <w:r w:rsidRPr="00240C29">
              <w:rPr>
                <w:szCs w:val="24"/>
              </w:rPr>
              <w:t xml:space="preserve"> cu </w:t>
            </w:r>
            <w:proofErr w:type="spellStart"/>
            <w:r w:rsidRPr="00240C29">
              <w:rPr>
                <w:szCs w:val="24"/>
              </w:rPr>
              <w:t>ciuperci</w:t>
            </w:r>
            <w:proofErr w:type="spellEnd"/>
            <w:r w:rsidRPr="00240C29">
              <w:rPr>
                <w:szCs w:val="24"/>
              </w:rPr>
              <w:t xml:space="preserve"> </w:t>
            </w:r>
            <w:proofErr w:type="spellStart"/>
            <w:r w:rsidRPr="00240C29">
              <w:rPr>
                <w:szCs w:val="24"/>
              </w:rPr>
              <w:t>gratinat</w:t>
            </w:r>
            <w:proofErr w:type="spellEnd"/>
          </w:p>
        </w:tc>
        <w:tc>
          <w:tcPr>
            <w:tcW w:w="1701" w:type="dxa"/>
            <w:tcMar>
              <w:top w:w="80" w:type="dxa"/>
              <w:left w:w="90" w:type="dxa"/>
              <w:bottom w:w="80" w:type="dxa"/>
              <w:right w:w="90" w:type="dxa"/>
            </w:tcMar>
            <w:vAlign w:val="center"/>
          </w:tcPr>
          <w:p w14:paraId="3830E4B2" w14:textId="77777777" w:rsidR="00F678CC" w:rsidRPr="00240C29" w:rsidRDefault="00F678CC" w:rsidP="00242C28">
            <w:pPr>
              <w:ind w:firstLine="0"/>
              <w:jc w:val="center"/>
              <w:rPr>
                <w:szCs w:val="24"/>
              </w:rPr>
            </w:pPr>
            <w:r w:rsidRPr="00240C29">
              <w:rPr>
                <w:szCs w:val="24"/>
              </w:rPr>
              <w:t>200 gr.</w:t>
            </w:r>
          </w:p>
        </w:tc>
      </w:tr>
      <w:tr w:rsidR="00F678CC" w:rsidRPr="00240C29" w14:paraId="7A1272E5" w14:textId="77777777">
        <w:trPr>
          <w:jc w:val="center"/>
        </w:trPr>
        <w:tc>
          <w:tcPr>
            <w:tcW w:w="850" w:type="dxa"/>
            <w:tcMar>
              <w:top w:w="80" w:type="dxa"/>
              <w:left w:w="90" w:type="dxa"/>
              <w:bottom w:w="80" w:type="dxa"/>
              <w:right w:w="90" w:type="dxa"/>
            </w:tcMar>
            <w:vAlign w:val="center"/>
          </w:tcPr>
          <w:p w14:paraId="2A0E0D6A" w14:textId="77777777" w:rsidR="00F678CC" w:rsidRPr="00240C29" w:rsidRDefault="00F678CC" w:rsidP="00242C28">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78256BC1" w14:textId="77777777" w:rsidR="00F678CC" w:rsidRPr="00240C29" w:rsidRDefault="00F678CC" w:rsidP="00242C28">
            <w:pPr>
              <w:ind w:firstLine="0"/>
              <w:rPr>
                <w:szCs w:val="24"/>
              </w:rPr>
            </w:pPr>
            <w:proofErr w:type="spellStart"/>
            <w:r w:rsidRPr="00240C29">
              <w:rPr>
                <w:szCs w:val="24"/>
              </w:rPr>
              <w:t>Sarmale</w:t>
            </w:r>
            <w:proofErr w:type="spellEnd"/>
            <w:r w:rsidRPr="00240C29">
              <w:rPr>
                <w:szCs w:val="24"/>
              </w:rPr>
              <w:t xml:space="preserve"> in </w:t>
            </w:r>
            <w:proofErr w:type="spellStart"/>
            <w:r w:rsidRPr="00240C29">
              <w:rPr>
                <w:szCs w:val="24"/>
              </w:rPr>
              <w:t>foi</w:t>
            </w:r>
            <w:proofErr w:type="spellEnd"/>
            <w:r w:rsidRPr="00240C29">
              <w:rPr>
                <w:szCs w:val="24"/>
              </w:rPr>
              <w:t xml:space="preserve"> de </w:t>
            </w:r>
            <w:proofErr w:type="spellStart"/>
            <w:r w:rsidRPr="00240C29">
              <w:rPr>
                <w:szCs w:val="24"/>
              </w:rPr>
              <w:t>varza</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4EA3B98F" w14:textId="77777777" w:rsidR="00F678CC" w:rsidRPr="00240C29" w:rsidRDefault="00F678CC" w:rsidP="00242C28">
            <w:pPr>
              <w:ind w:firstLine="0"/>
              <w:jc w:val="center"/>
              <w:rPr>
                <w:szCs w:val="24"/>
              </w:rPr>
            </w:pPr>
            <w:r w:rsidRPr="00240C29">
              <w:rPr>
                <w:szCs w:val="24"/>
              </w:rPr>
              <w:t>200/150 gr.</w:t>
            </w:r>
          </w:p>
        </w:tc>
      </w:tr>
      <w:tr w:rsidR="00F678CC" w:rsidRPr="00240C29" w14:paraId="197F3CB0" w14:textId="77777777">
        <w:trPr>
          <w:jc w:val="center"/>
        </w:trPr>
        <w:tc>
          <w:tcPr>
            <w:tcW w:w="850" w:type="dxa"/>
            <w:tcMar>
              <w:top w:w="80" w:type="dxa"/>
              <w:left w:w="90" w:type="dxa"/>
              <w:bottom w:w="80" w:type="dxa"/>
              <w:right w:w="90" w:type="dxa"/>
            </w:tcMar>
            <w:vAlign w:val="center"/>
          </w:tcPr>
          <w:p w14:paraId="30CEB420" w14:textId="77777777" w:rsidR="00F678CC" w:rsidRPr="00240C29" w:rsidRDefault="00F678CC" w:rsidP="00242C28">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04E11010" w14:textId="77777777" w:rsidR="00F678CC" w:rsidRPr="00240C29" w:rsidRDefault="00F678CC" w:rsidP="00242C28">
            <w:pPr>
              <w:ind w:firstLine="0"/>
              <w:rPr>
                <w:szCs w:val="24"/>
              </w:rPr>
            </w:pPr>
            <w:proofErr w:type="spellStart"/>
            <w:r w:rsidRPr="00240C29">
              <w:rPr>
                <w:szCs w:val="24"/>
              </w:rPr>
              <w:t>Sufleu</w:t>
            </w:r>
            <w:proofErr w:type="spellEnd"/>
            <w:r w:rsidRPr="00240C29">
              <w:rPr>
                <w:szCs w:val="24"/>
              </w:rPr>
              <w:t xml:space="preserve"> din </w:t>
            </w:r>
            <w:proofErr w:type="spellStart"/>
            <w:r w:rsidRPr="00240C29">
              <w:rPr>
                <w:szCs w:val="24"/>
              </w:rPr>
              <w:t>vinete</w:t>
            </w:r>
            <w:proofErr w:type="spellEnd"/>
          </w:p>
        </w:tc>
        <w:tc>
          <w:tcPr>
            <w:tcW w:w="1701" w:type="dxa"/>
            <w:tcMar>
              <w:top w:w="80" w:type="dxa"/>
              <w:left w:w="90" w:type="dxa"/>
              <w:bottom w:w="80" w:type="dxa"/>
              <w:right w:w="90" w:type="dxa"/>
            </w:tcMar>
            <w:vAlign w:val="center"/>
          </w:tcPr>
          <w:p w14:paraId="4931E085" w14:textId="77777777" w:rsidR="00F678CC" w:rsidRPr="00240C29" w:rsidRDefault="00F678CC" w:rsidP="00242C28">
            <w:pPr>
              <w:ind w:firstLine="0"/>
              <w:jc w:val="center"/>
              <w:rPr>
                <w:szCs w:val="24"/>
              </w:rPr>
            </w:pPr>
            <w:r w:rsidRPr="00240C29">
              <w:rPr>
                <w:szCs w:val="24"/>
              </w:rPr>
              <w:t>150 gr.</w:t>
            </w:r>
          </w:p>
        </w:tc>
      </w:tr>
      <w:tr w:rsidR="00F678CC" w:rsidRPr="00240C29" w14:paraId="0B72B277" w14:textId="77777777">
        <w:trPr>
          <w:jc w:val="center"/>
        </w:trPr>
        <w:tc>
          <w:tcPr>
            <w:tcW w:w="850" w:type="dxa"/>
            <w:tcMar>
              <w:top w:w="80" w:type="dxa"/>
              <w:left w:w="90" w:type="dxa"/>
              <w:bottom w:w="80" w:type="dxa"/>
              <w:right w:w="90" w:type="dxa"/>
            </w:tcMar>
            <w:vAlign w:val="center"/>
          </w:tcPr>
          <w:p w14:paraId="4147F4C5" w14:textId="77777777" w:rsidR="00F678CC" w:rsidRPr="00240C29" w:rsidRDefault="00F678CC" w:rsidP="00242C28">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0085F253" w14:textId="77777777" w:rsidR="00F678CC" w:rsidRPr="00240C29" w:rsidRDefault="00F678CC" w:rsidP="00242C28">
            <w:pPr>
              <w:ind w:firstLine="0"/>
              <w:rPr>
                <w:szCs w:val="24"/>
              </w:rPr>
            </w:pPr>
            <w:proofErr w:type="spellStart"/>
            <w:r w:rsidRPr="00240C29">
              <w:rPr>
                <w:szCs w:val="24"/>
              </w:rPr>
              <w:t>Taitei</w:t>
            </w:r>
            <w:proofErr w:type="spellEnd"/>
            <w:r w:rsidRPr="00240C29">
              <w:rPr>
                <w:szCs w:val="24"/>
              </w:rPr>
              <w:t xml:space="preserve"> cu </w:t>
            </w:r>
            <w:proofErr w:type="spellStart"/>
            <w:r w:rsidRPr="00240C29">
              <w:rPr>
                <w:szCs w:val="24"/>
              </w:rPr>
              <w:t>branza</w:t>
            </w:r>
            <w:proofErr w:type="spellEnd"/>
          </w:p>
        </w:tc>
        <w:tc>
          <w:tcPr>
            <w:tcW w:w="1701" w:type="dxa"/>
            <w:tcMar>
              <w:top w:w="80" w:type="dxa"/>
              <w:left w:w="90" w:type="dxa"/>
              <w:bottom w:w="80" w:type="dxa"/>
              <w:right w:w="90" w:type="dxa"/>
            </w:tcMar>
            <w:vAlign w:val="center"/>
          </w:tcPr>
          <w:p w14:paraId="2DAE1BF1" w14:textId="77777777" w:rsidR="00F678CC" w:rsidRPr="00240C29" w:rsidRDefault="00F678CC" w:rsidP="00242C28">
            <w:pPr>
              <w:ind w:firstLine="0"/>
              <w:jc w:val="center"/>
              <w:rPr>
                <w:szCs w:val="24"/>
              </w:rPr>
            </w:pPr>
            <w:r w:rsidRPr="00240C29">
              <w:rPr>
                <w:szCs w:val="24"/>
              </w:rPr>
              <w:t>250 gr.</w:t>
            </w:r>
          </w:p>
        </w:tc>
      </w:tr>
      <w:tr w:rsidR="00F678CC" w:rsidRPr="00240C29" w14:paraId="5C7E413F" w14:textId="77777777">
        <w:trPr>
          <w:jc w:val="center"/>
        </w:trPr>
        <w:tc>
          <w:tcPr>
            <w:tcW w:w="850" w:type="dxa"/>
            <w:tcMar>
              <w:top w:w="80" w:type="dxa"/>
              <w:left w:w="90" w:type="dxa"/>
              <w:bottom w:w="80" w:type="dxa"/>
              <w:right w:w="90" w:type="dxa"/>
            </w:tcMar>
            <w:vAlign w:val="center"/>
          </w:tcPr>
          <w:p w14:paraId="4A3529E7" w14:textId="77777777" w:rsidR="00F678CC" w:rsidRPr="00240C29" w:rsidRDefault="00F678CC" w:rsidP="00242C28">
            <w:pPr>
              <w:ind w:firstLine="0"/>
              <w:jc w:val="center"/>
              <w:rPr>
                <w:szCs w:val="24"/>
              </w:rPr>
            </w:pPr>
            <w:r w:rsidRPr="00240C29">
              <w:rPr>
                <w:szCs w:val="24"/>
              </w:rPr>
              <w:t>21</w:t>
            </w:r>
          </w:p>
        </w:tc>
        <w:tc>
          <w:tcPr>
            <w:tcW w:w="7087" w:type="dxa"/>
            <w:tcMar>
              <w:top w:w="80" w:type="dxa"/>
              <w:left w:w="90" w:type="dxa"/>
              <w:bottom w:w="80" w:type="dxa"/>
              <w:right w:w="90" w:type="dxa"/>
            </w:tcMar>
            <w:vAlign w:val="center"/>
          </w:tcPr>
          <w:p w14:paraId="74955A9E" w14:textId="77777777" w:rsidR="00F678CC" w:rsidRPr="00240C29" w:rsidRDefault="00F678CC" w:rsidP="00242C28">
            <w:pPr>
              <w:ind w:firstLine="0"/>
              <w:rPr>
                <w:szCs w:val="24"/>
              </w:rPr>
            </w:pPr>
            <w:proofErr w:type="spellStart"/>
            <w:r w:rsidRPr="00240C29">
              <w:rPr>
                <w:szCs w:val="24"/>
              </w:rPr>
              <w:t>Taitei</w:t>
            </w:r>
            <w:proofErr w:type="spellEnd"/>
            <w:r w:rsidRPr="00240C29">
              <w:rPr>
                <w:szCs w:val="24"/>
              </w:rPr>
              <w:t xml:space="preserve">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20C263E0" w14:textId="77777777" w:rsidR="00F678CC" w:rsidRPr="00240C29" w:rsidRDefault="00F678CC" w:rsidP="00242C28">
            <w:pPr>
              <w:ind w:firstLine="0"/>
              <w:jc w:val="center"/>
              <w:rPr>
                <w:szCs w:val="24"/>
              </w:rPr>
            </w:pPr>
            <w:r w:rsidRPr="00240C29">
              <w:rPr>
                <w:szCs w:val="24"/>
              </w:rPr>
              <w:t>300 gr.</w:t>
            </w:r>
          </w:p>
        </w:tc>
      </w:tr>
      <w:tr w:rsidR="00F678CC" w:rsidRPr="00240C29" w14:paraId="22F7541D" w14:textId="77777777">
        <w:trPr>
          <w:jc w:val="center"/>
        </w:trPr>
        <w:tc>
          <w:tcPr>
            <w:tcW w:w="850" w:type="dxa"/>
            <w:tcMar>
              <w:top w:w="80" w:type="dxa"/>
              <w:left w:w="90" w:type="dxa"/>
              <w:bottom w:w="80" w:type="dxa"/>
              <w:right w:w="90" w:type="dxa"/>
            </w:tcMar>
            <w:vAlign w:val="center"/>
          </w:tcPr>
          <w:p w14:paraId="7299E28E" w14:textId="77777777" w:rsidR="00F678CC" w:rsidRPr="00240C29" w:rsidRDefault="00F678CC" w:rsidP="00242C28">
            <w:pPr>
              <w:ind w:firstLine="0"/>
              <w:jc w:val="center"/>
              <w:rPr>
                <w:szCs w:val="24"/>
              </w:rPr>
            </w:pPr>
            <w:r w:rsidRPr="00240C29">
              <w:rPr>
                <w:szCs w:val="24"/>
              </w:rPr>
              <w:t>22</w:t>
            </w:r>
          </w:p>
        </w:tc>
        <w:tc>
          <w:tcPr>
            <w:tcW w:w="7087" w:type="dxa"/>
            <w:tcMar>
              <w:top w:w="80" w:type="dxa"/>
              <w:left w:w="90" w:type="dxa"/>
              <w:bottom w:w="80" w:type="dxa"/>
              <w:right w:w="90" w:type="dxa"/>
            </w:tcMar>
            <w:vAlign w:val="center"/>
          </w:tcPr>
          <w:p w14:paraId="1495452B"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de legume </w:t>
            </w:r>
            <w:proofErr w:type="spellStart"/>
            <w:r w:rsidRPr="00240C29">
              <w:rPr>
                <w:szCs w:val="24"/>
              </w:rPr>
              <w:t>calugareasca</w:t>
            </w:r>
            <w:proofErr w:type="spellEnd"/>
          </w:p>
        </w:tc>
        <w:tc>
          <w:tcPr>
            <w:tcW w:w="1701" w:type="dxa"/>
            <w:tcMar>
              <w:top w:w="80" w:type="dxa"/>
              <w:left w:w="90" w:type="dxa"/>
              <w:bottom w:w="80" w:type="dxa"/>
              <w:right w:w="90" w:type="dxa"/>
            </w:tcMar>
            <w:vAlign w:val="center"/>
          </w:tcPr>
          <w:p w14:paraId="3D8B4588" w14:textId="77777777" w:rsidR="00F678CC" w:rsidRPr="00240C29" w:rsidRDefault="00F678CC" w:rsidP="00242C28">
            <w:pPr>
              <w:ind w:firstLine="0"/>
              <w:jc w:val="center"/>
              <w:rPr>
                <w:szCs w:val="24"/>
              </w:rPr>
            </w:pPr>
            <w:r w:rsidRPr="00240C29">
              <w:rPr>
                <w:szCs w:val="24"/>
              </w:rPr>
              <w:t>250 gr.</w:t>
            </w:r>
          </w:p>
        </w:tc>
      </w:tr>
      <w:tr w:rsidR="00F678CC" w:rsidRPr="00240C29" w14:paraId="733F3CE0" w14:textId="77777777">
        <w:trPr>
          <w:jc w:val="center"/>
        </w:trPr>
        <w:tc>
          <w:tcPr>
            <w:tcW w:w="850" w:type="dxa"/>
            <w:tcMar>
              <w:top w:w="80" w:type="dxa"/>
              <w:left w:w="90" w:type="dxa"/>
              <w:bottom w:w="80" w:type="dxa"/>
              <w:right w:w="90" w:type="dxa"/>
            </w:tcMar>
            <w:vAlign w:val="center"/>
          </w:tcPr>
          <w:p w14:paraId="0562B0FC" w14:textId="77777777" w:rsidR="00F678CC" w:rsidRPr="00240C29" w:rsidRDefault="00F678CC" w:rsidP="00242C28">
            <w:pPr>
              <w:ind w:firstLine="0"/>
              <w:jc w:val="center"/>
              <w:rPr>
                <w:szCs w:val="24"/>
              </w:rPr>
            </w:pPr>
            <w:r w:rsidRPr="00240C29">
              <w:rPr>
                <w:szCs w:val="24"/>
              </w:rPr>
              <w:t>23</w:t>
            </w:r>
          </w:p>
        </w:tc>
        <w:tc>
          <w:tcPr>
            <w:tcW w:w="7087" w:type="dxa"/>
            <w:tcMar>
              <w:top w:w="80" w:type="dxa"/>
              <w:left w:w="90" w:type="dxa"/>
              <w:bottom w:w="80" w:type="dxa"/>
              <w:right w:w="90" w:type="dxa"/>
            </w:tcMar>
            <w:vAlign w:val="center"/>
          </w:tcPr>
          <w:p w14:paraId="362C5BDC"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dobrogeana</w:t>
            </w:r>
            <w:proofErr w:type="spellEnd"/>
          </w:p>
        </w:tc>
        <w:tc>
          <w:tcPr>
            <w:tcW w:w="1701" w:type="dxa"/>
            <w:tcMar>
              <w:top w:w="80" w:type="dxa"/>
              <w:left w:w="90" w:type="dxa"/>
              <w:bottom w:w="80" w:type="dxa"/>
              <w:right w:w="90" w:type="dxa"/>
            </w:tcMar>
            <w:vAlign w:val="center"/>
          </w:tcPr>
          <w:p w14:paraId="5ECCD61F" w14:textId="77777777" w:rsidR="00F678CC" w:rsidRPr="00240C29" w:rsidRDefault="00F678CC" w:rsidP="00242C28">
            <w:pPr>
              <w:ind w:firstLine="0"/>
              <w:jc w:val="center"/>
              <w:rPr>
                <w:szCs w:val="24"/>
              </w:rPr>
            </w:pPr>
            <w:r w:rsidRPr="00240C29">
              <w:rPr>
                <w:szCs w:val="24"/>
              </w:rPr>
              <w:t>220 gr.</w:t>
            </w:r>
          </w:p>
        </w:tc>
      </w:tr>
      <w:tr w:rsidR="00F678CC" w:rsidRPr="00240C29" w14:paraId="232E8AB6" w14:textId="77777777">
        <w:trPr>
          <w:jc w:val="center"/>
        </w:trPr>
        <w:tc>
          <w:tcPr>
            <w:tcW w:w="850" w:type="dxa"/>
            <w:tcMar>
              <w:top w:w="80" w:type="dxa"/>
              <w:left w:w="90" w:type="dxa"/>
              <w:bottom w:w="80" w:type="dxa"/>
              <w:right w:w="90" w:type="dxa"/>
            </w:tcMar>
            <w:vAlign w:val="center"/>
          </w:tcPr>
          <w:p w14:paraId="5C0F4081" w14:textId="77777777" w:rsidR="00F678CC" w:rsidRPr="00240C29" w:rsidRDefault="00F678CC" w:rsidP="00242C28">
            <w:pPr>
              <w:ind w:firstLine="0"/>
              <w:jc w:val="center"/>
              <w:rPr>
                <w:szCs w:val="24"/>
              </w:rPr>
            </w:pPr>
            <w:r w:rsidRPr="00240C29">
              <w:rPr>
                <w:szCs w:val="24"/>
              </w:rPr>
              <w:t>24</w:t>
            </w:r>
          </w:p>
        </w:tc>
        <w:tc>
          <w:tcPr>
            <w:tcW w:w="7087" w:type="dxa"/>
            <w:tcMar>
              <w:top w:w="80" w:type="dxa"/>
              <w:left w:w="90" w:type="dxa"/>
              <w:bottom w:w="80" w:type="dxa"/>
              <w:right w:w="90" w:type="dxa"/>
            </w:tcMar>
            <w:vAlign w:val="center"/>
          </w:tcPr>
          <w:p w14:paraId="502A7AB1"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olteneasca</w:t>
            </w:r>
            <w:proofErr w:type="spellEnd"/>
            <w:r w:rsidRPr="00240C29">
              <w:rPr>
                <w:szCs w:val="24"/>
              </w:rPr>
              <w:t xml:space="preserve"> de legume</w:t>
            </w:r>
          </w:p>
        </w:tc>
        <w:tc>
          <w:tcPr>
            <w:tcW w:w="1701" w:type="dxa"/>
            <w:tcMar>
              <w:top w:w="80" w:type="dxa"/>
              <w:left w:w="90" w:type="dxa"/>
              <w:bottom w:w="80" w:type="dxa"/>
              <w:right w:w="90" w:type="dxa"/>
            </w:tcMar>
            <w:vAlign w:val="center"/>
          </w:tcPr>
          <w:p w14:paraId="08B1AC60" w14:textId="77777777" w:rsidR="00F678CC" w:rsidRPr="00240C29" w:rsidRDefault="00F678CC" w:rsidP="00242C28">
            <w:pPr>
              <w:ind w:firstLine="0"/>
              <w:jc w:val="center"/>
              <w:rPr>
                <w:szCs w:val="24"/>
              </w:rPr>
            </w:pPr>
            <w:r w:rsidRPr="00240C29">
              <w:rPr>
                <w:szCs w:val="24"/>
              </w:rPr>
              <w:t>250 gr.</w:t>
            </w:r>
          </w:p>
        </w:tc>
      </w:tr>
      <w:tr w:rsidR="00242C28" w:rsidRPr="00240C29" w14:paraId="64BB65FD" w14:textId="77777777" w:rsidTr="006B3867">
        <w:trPr>
          <w:jc w:val="center"/>
        </w:trPr>
        <w:tc>
          <w:tcPr>
            <w:tcW w:w="850" w:type="dxa"/>
            <w:tcMar>
              <w:top w:w="80" w:type="dxa"/>
              <w:left w:w="90" w:type="dxa"/>
              <w:bottom w:w="80" w:type="dxa"/>
              <w:right w:w="90" w:type="dxa"/>
            </w:tcMar>
            <w:vAlign w:val="center"/>
          </w:tcPr>
          <w:p w14:paraId="55768643" w14:textId="5F4DBE05" w:rsidR="00242C28" w:rsidRPr="00240C29" w:rsidRDefault="00242C28" w:rsidP="00242C28">
            <w:pPr>
              <w:ind w:firstLine="0"/>
              <w:jc w:val="center"/>
              <w:rPr>
                <w:szCs w:val="24"/>
              </w:rPr>
            </w:pPr>
            <w:r>
              <w:rPr>
                <w:szCs w:val="24"/>
              </w:rPr>
              <w:t>25</w:t>
            </w:r>
          </w:p>
        </w:tc>
        <w:tc>
          <w:tcPr>
            <w:tcW w:w="7087" w:type="dxa"/>
            <w:tcMar>
              <w:top w:w="80" w:type="dxa"/>
              <w:left w:w="90" w:type="dxa"/>
              <w:bottom w:w="80" w:type="dxa"/>
              <w:right w:w="90" w:type="dxa"/>
            </w:tcMar>
          </w:tcPr>
          <w:p w14:paraId="3F09AE47" w14:textId="1A2D32ED" w:rsidR="00242C28" w:rsidRPr="00240C29" w:rsidRDefault="00242C28" w:rsidP="00242C28">
            <w:pPr>
              <w:ind w:firstLine="0"/>
              <w:rPr>
                <w:szCs w:val="24"/>
              </w:rPr>
            </w:pPr>
            <w:proofErr w:type="spellStart"/>
            <w:r w:rsidRPr="00F50157">
              <w:t>Piure</w:t>
            </w:r>
            <w:proofErr w:type="spellEnd"/>
            <w:r w:rsidRPr="00F50157">
              <w:t xml:space="preserve"> de </w:t>
            </w:r>
            <w:proofErr w:type="spellStart"/>
            <w:r w:rsidRPr="00F50157">
              <w:t>telina</w:t>
            </w:r>
            <w:proofErr w:type="spellEnd"/>
            <w:r w:rsidRPr="00F50157">
              <w:t xml:space="preserve">/ </w:t>
            </w:r>
            <w:proofErr w:type="spellStart"/>
            <w:r w:rsidRPr="00F50157">
              <w:t>conopida</w:t>
            </w:r>
            <w:proofErr w:type="spellEnd"/>
          </w:p>
        </w:tc>
        <w:tc>
          <w:tcPr>
            <w:tcW w:w="1701" w:type="dxa"/>
            <w:tcMar>
              <w:top w:w="80" w:type="dxa"/>
              <w:left w:w="90" w:type="dxa"/>
              <w:bottom w:w="80" w:type="dxa"/>
              <w:right w:w="90" w:type="dxa"/>
            </w:tcMar>
          </w:tcPr>
          <w:p w14:paraId="716FAFE2" w14:textId="2B09DF6C" w:rsidR="00242C28" w:rsidRPr="00240C29" w:rsidRDefault="00242C28" w:rsidP="00242C28">
            <w:pPr>
              <w:ind w:firstLine="0"/>
              <w:jc w:val="center"/>
              <w:rPr>
                <w:szCs w:val="24"/>
              </w:rPr>
            </w:pPr>
            <w:r w:rsidRPr="00F50157">
              <w:t>200 gr.</w:t>
            </w:r>
          </w:p>
        </w:tc>
      </w:tr>
      <w:tr w:rsidR="00242C28" w:rsidRPr="00240C29" w14:paraId="540B6B49" w14:textId="77777777" w:rsidTr="006B3867">
        <w:trPr>
          <w:jc w:val="center"/>
        </w:trPr>
        <w:tc>
          <w:tcPr>
            <w:tcW w:w="850" w:type="dxa"/>
            <w:tcMar>
              <w:top w:w="80" w:type="dxa"/>
              <w:left w:w="90" w:type="dxa"/>
              <w:bottom w:w="80" w:type="dxa"/>
              <w:right w:w="90" w:type="dxa"/>
            </w:tcMar>
            <w:vAlign w:val="center"/>
          </w:tcPr>
          <w:p w14:paraId="7FD328A8" w14:textId="6F28412F" w:rsidR="00242C28" w:rsidRPr="00240C29" w:rsidRDefault="00242C28" w:rsidP="00242C28">
            <w:pPr>
              <w:ind w:firstLine="0"/>
              <w:jc w:val="center"/>
              <w:rPr>
                <w:szCs w:val="24"/>
              </w:rPr>
            </w:pPr>
            <w:r>
              <w:rPr>
                <w:szCs w:val="24"/>
              </w:rPr>
              <w:t>26</w:t>
            </w:r>
          </w:p>
        </w:tc>
        <w:tc>
          <w:tcPr>
            <w:tcW w:w="7087" w:type="dxa"/>
            <w:tcMar>
              <w:top w:w="80" w:type="dxa"/>
              <w:left w:w="90" w:type="dxa"/>
              <w:bottom w:w="80" w:type="dxa"/>
              <w:right w:w="90" w:type="dxa"/>
            </w:tcMar>
          </w:tcPr>
          <w:p w14:paraId="62CBAB57" w14:textId="34CCFA2B" w:rsidR="00242C28" w:rsidRPr="00240C29" w:rsidRDefault="00242C28" w:rsidP="00242C28">
            <w:pPr>
              <w:ind w:firstLine="0"/>
              <w:rPr>
                <w:szCs w:val="24"/>
              </w:rPr>
            </w:pPr>
            <w:proofErr w:type="spellStart"/>
            <w:r w:rsidRPr="00F50157">
              <w:t>Rulada</w:t>
            </w:r>
            <w:proofErr w:type="spellEnd"/>
            <w:r w:rsidRPr="00F50157">
              <w:t xml:space="preserve"> cu </w:t>
            </w:r>
            <w:proofErr w:type="spellStart"/>
            <w:r w:rsidRPr="00F50157">
              <w:t>spanac</w:t>
            </w:r>
            <w:proofErr w:type="spellEnd"/>
          </w:p>
        </w:tc>
        <w:tc>
          <w:tcPr>
            <w:tcW w:w="1701" w:type="dxa"/>
            <w:tcMar>
              <w:top w:w="80" w:type="dxa"/>
              <w:left w:w="90" w:type="dxa"/>
              <w:bottom w:w="80" w:type="dxa"/>
              <w:right w:w="90" w:type="dxa"/>
            </w:tcMar>
          </w:tcPr>
          <w:p w14:paraId="3A79219E" w14:textId="36A6057C" w:rsidR="00242C28" w:rsidRPr="00240C29" w:rsidRDefault="00242C28" w:rsidP="00242C28">
            <w:pPr>
              <w:ind w:firstLine="0"/>
              <w:jc w:val="center"/>
              <w:rPr>
                <w:szCs w:val="24"/>
              </w:rPr>
            </w:pPr>
            <w:r w:rsidRPr="00F50157">
              <w:t>200 gr.</w:t>
            </w:r>
          </w:p>
        </w:tc>
      </w:tr>
    </w:tbl>
    <w:p w14:paraId="4B8C258F" w14:textId="77777777" w:rsidR="00F678CC" w:rsidRPr="00240C29" w:rsidRDefault="00F678CC" w:rsidP="006B3867">
      <w:pPr>
        <w:rPr>
          <w:szCs w:val="24"/>
        </w:rPr>
      </w:pPr>
    </w:p>
    <w:p w14:paraId="5A89B6B0" w14:textId="77777777" w:rsidR="00F678CC" w:rsidRPr="00240C29" w:rsidRDefault="00F678CC" w:rsidP="006B3867">
      <w:pPr>
        <w:rPr>
          <w:szCs w:val="24"/>
        </w:rPr>
      </w:pPr>
      <w:r w:rsidRPr="00240C29">
        <w:rPr>
          <w:b/>
          <w:szCs w:val="24"/>
        </w:rPr>
        <w:t>PREPARATE DIN PESTE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28C8C327" w14:textId="77777777">
        <w:trPr>
          <w:tblHeader/>
          <w:jc w:val="center"/>
        </w:trPr>
        <w:tc>
          <w:tcPr>
            <w:tcW w:w="850" w:type="dxa"/>
            <w:shd w:val="clear" w:color="auto" w:fill="D9D9D9"/>
            <w:tcMar>
              <w:top w:w="80" w:type="dxa"/>
              <w:left w:w="90" w:type="dxa"/>
              <w:bottom w:w="80" w:type="dxa"/>
              <w:right w:w="90" w:type="dxa"/>
            </w:tcMar>
            <w:vAlign w:val="center"/>
          </w:tcPr>
          <w:p w14:paraId="703272AC"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5A663089"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1D60E1F2"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65098C1B" w14:textId="77777777">
        <w:trPr>
          <w:jc w:val="center"/>
        </w:trPr>
        <w:tc>
          <w:tcPr>
            <w:tcW w:w="850" w:type="dxa"/>
            <w:tcMar>
              <w:top w:w="80" w:type="dxa"/>
              <w:left w:w="90" w:type="dxa"/>
              <w:bottom w:w="80" w:type="dxa"/>
              <w:right w:w="90" w:type="dxa"/>
            </w:tcMar>
            <w:vAlign w:val="center"/>
          </w:tcPr>
          <w:p w14:paraId="38F37886"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F637FD9" w14:textId="2DC0D3AF" w:rsidR="00F678CC" w:rsidRPr="00240C29" w:rsidRDefault="00F678CC" w:rsidP="00242C28">
            <w:pPr>
              <w:ind w:firstLine="0"/>
              <w:rPr>
                <w:szCs w:val="24"/>
              </w:rPr>
            </w:pPr>
            <w:r w:rsidRPr="00240C29">
              <w:rPr>
                <w:szCs w:val="24"/>
              </w:rPr>
              <w:t xml:space="preserve">Salata de </w:t>
            </w:r>
            <w:proofErr w:type="spellStart"/>
            <w:r w:rsidRPr="00240C29">
              <w:rPr>
                <w:szCs w:val="24"/>
              </w:rPr>
              <w:t>hamsii</w:t>
            </w:r>
            <w:proofErr w:type="spellEnd"/>
            <w:r w:rsidR="00242C28">
              <w:rPr>
                <w:szCs w:val="24"/>
              </w:rPr>
              <w:t xml:space="preserve"> / </w:t>
            </w:r>
            <w:proofErr w:type="spellStart"/>
            <w:r w:rsidR="00242C28">
              <w:rPr>
                <w:color w:val="6AA84F"/>
              </w:rPr>
              <w:t>salata</w:t>
            </w:r>
            <w:proofErr w:type="spellEnd"/>
            <w:r w:rsidR="00242C28">
              <w:rPr>
                <w:color w:val="6AA84F"/>
              </w:rPr>
              <w:t xml:space="preserve"> de ton</w:t>
            </w:r>
          </w:p>
        </w:tc>
        <w:tc>
          <w:tcPr>
            <w:tcW w:w="1701" w:type="dxa"/>
            <w:tcMar>
              <w:top w:w="80" w:type="dxa"/>
              <w:left w:w="90" w:type="dxa"/>
              <w:bottom w:w="80" w:type="dxa"/>
              <w:right w:w="90" w:type="dxa"/>
            </w:tcMar>
            <w:vAlign w:val="center"/>
          </w:tcPr>
          <w:p w14:paraId="572C997F" w14:textId="77777777" w:rsidR="00F678CC" w:rsidRPr="00240C29" w:rsidRDefault="00F678CC" w:rsidP="00242C28">
            <w:pPr>
              <w:ind w:firstLine="0"/>
              <w:jc w:val="center"/>
              <w:rPr>
                <w:szCs w:val="24"/>
              </w:rPr>
            </w:pPr>
            <w:r w:rsidRPr="00240C29">
              <w:rPr>
                <w:szCs w:val="24"/>
              </w:rPr>
              <w:t>100 gr</w:t>
            </w:r>
          </w:p>
        </w:tc>
      </w:tr>
      <w:tr w:rsidR="00F678CC" w:rsidRPr="00240C29" w14:paraId="055A44DC" w14:textId="77777777">
        <w:trPr>
          <w:jc w:val="center"/>
        </w:trPr>
        <w:tc>
          <w:tcPr>
            <w:tcW w:w="850" w:type="dxa"/>
            <w:tcMar>
              <w:top w:w="80" w:type="dxa"/>
              <w:left w:w="90" w:type="dxa"/>
              <w:bottom w:w="80" w:type="dxa"/>
              <w:right w:w="90" w:type="dxa"/>
            </w:tcMar>
            <w:vAlign w:val="center"/>
          </w:tcPr>
          <w:p w14:paraId="3A50C206"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47302E54" w14:textId="77777777" w:rsidR="00F678CC" w:rsidRPr="00240C29" w:rsidRDefault="00F678CC" w:rsidP="00242C28">
            <w:pPr>
              <w:ind w:firstLine="0"/>
              <w:rPr>
                <w:szCs w:val="24"/>
              </w:rPr>
            </w:pPr>
            <w:proofErr w:type="spellStart"/>
            <w:r w:rsidRPr="00240C29">
              <w:rPr>
                <w:szCs w:val="24"/>
              </w:rPr>
              <w:t>Ghiveci</w:t>
            </w:r>
            <w:proofErr w:type="spellEnd"/>
            <w:r w:rsidRPr="00240C29">
              <w:rPr>
                <w:szCs w:val="24"/>
              </w:rPr>
              <w:t xml:space="preserve"> de </w:t>
            </w:r>
            <w:proofErr w:type="spellStart"/>
            <w:r w:rsidRPr="00240C29">
              <w:rPr>
                <w:szCs w:val="24"/>
              </w:rPr>
              <w:t>somn</w:t>
            </w:r>
            <w:proofErr w:type="spellEnd"/>
          </w:p>
        </w:tc>
        <w:tc>
          <w:tcPr>
            <w:tcW w:w="1701" w:type="dxa"/>
            <w:tcMar>
              <w:top w:w="80" w:type="dxa"/>
              <w:left w:w="90" w:type="dxa"/>
              <w:bottom w:w="80" w:type="dxa"/>
              <w:right w:w="90" w:type="dxa"/>
            </w:tcMar>
            <w:vAlign w:val="center"/>
          </w:tcPr>
          <w:p w14:paraId="1E6E37AA" w14:textId="77777777" w:rsidR="00F678CC" w:rsidRPr="00240C29" w:rsidRDefault="00F678CC" w:rsidP="00242C28">
            <w:pPr>
              <w:ind w:firstLine="0"/>
              <w:jc w:val="center"/>
              <w:rPr>
                <w:szCs w:val="24"/>
              </w:rPr>
            </w:pPr>
            <w:r w:rsidRPr="00240C29">
              <w:rPr>
                <w:szCs w:val="24"/>
              </w:rPr>
              <w:t>90/210 gr.</w:t>
            </w:r>
          </w:p>
        </w:tc>
      </w:tr>
      <w:tr w:rsidR="00F678CC" w:rsidRPr="00240C29" w14:paraId="6EA38A82" w14:textId="77777777">
        <w:trPr>
          <w:jc w:val="center"/>
        </w:trPr>
        <w:tc>
          <w:tcPr>
            <w:tcW w:w="850" w:type="dxa"/>
            <w:tcMar>
              <w:top w:w="80" w:type="dxa"/>
              <w:left w:w="90" w:type="dxa"/>
              <w:bottom w:w="80" w:type="dxa"/>
              <w:right w:w="90" w:type="dxa"/>
            </w:tcMar>
            <w:vAlign w:val="center"/>
          </w:tcPr>
          <w:p w14:paraId="73106610"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57287237" w14:textId="77777777" w:rsidR="00F678CC" w:rsidRPr="00240C29" w:rsidRDefault="00F678CC" w:rsidP="00242C28">
            <w:pPr>
              <w:ind w:firstLine="0"/>
              <w:rPr>
                <w:szCs w:val="24"/>
              </w:rPr>
            </w:pPr>
            <w:proofErr w:type="spellStart"/>
            <w:r w:rsidRPr="00240C29">
              <w:rPr>
                <w:szCs w:val="24"/>
              </w:rPr>
              <w:t>Marinata</w:t>
            </w:r>
            <w:proofErr w:type="spellEnd"/>
            <w:r w:rsidRPr="00240C29">
              <w:rPr>
                <w:szCs w:val="24"/>
              </w:rPr>
              <w:t xml:space="preserve"> de crap</w:t>
            </w:r>
          </w:p>
        </w:tc>
        <w:tc>
          <w:tcPr>
            <w:tcW w:w="1701" w:type="dxa"/>
            <w:tcMar>
              <w:top w:w="80" w:type="dxa"/>
              <w:left w:w="90" w:type="dxa"/>
              <w:bottom w:w="80" w:type="dxa"/>
              <w:right w:w="90" w:type="dxa"/>
            </w:tcMar>
            <w:vAlign w:val="center"/>
          </w:tcPr>
          <w:p w14:paraId="45B2924E" w14:textId="77777777" w:rsidR="00F678CC" w:rsidRPr="00240C29" w:rsidRDefault="00F678CC" w:rsidP="00242C28">
            <w:pPr>
              <w:ind w:firstLine="0"/>
              <w:jc w:val="center"/>
              <w:rPr>
                <w:szCs w:val="24"/>
              </w:rPr>
            </w:pPr>
            <w:r w:rsidRPr="00240C29">
              <w:rPr>
                <w:szCs w:val="24"/>
              </w:rPr>
              <w:t>110/100 gr.</w:t>
            </w:r>
          </w:p>
        </w:tc>
      </w:tr>
      <w:tr w:rsidR="00F678CC" w:rsidRPr="00240C29" w14:paraId="2FD845BA" w14:textId="77777777">
        <w:trPr>
          <w:jc w:val="center"/>
        </w:trPr>
        <w:tc>
          <w:tcPr>
            <w:tcW w:w="850" w:type="dxa"/>
            <w:tcMar>
              <w:top w:w="80" w:type="dxa"/>
              <w:left w:w="90" w:type="dxa"/>
              <w:bottom w:w="80" w:type="dxa"/>
              <w:right w:w="90" w:type="dxa"/>
            </w:tcMar>
            <w:vAlign w:val="center"/>
          </w:tcPr>
          <w:p w14:paraId="130584B5"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55C0C162" w14:textId="77777777" w:rsidR="00F678CC" w:rsidRPr="00240C29" w:rsidRDefault="00F678CC" w:rsidP="00242C28">
            <w:pPr>
              <w:ind w:firstLine="0"/>
              <w:rPr>
                <w:szCs w:val="24"/>
              </w:rPr>
            </w:pPr>
            <w:proofErr w:type="spellStart"/>
            <w:r w:rsidRPr="00240C29">
              <w:rPr>
                <w:szCs w:val="24"/>
              </w:rPr>
              <w:t>Icre</w:t>
            </w:r>
            <w:proofErr w:type="spellEnd"/>
            <w:r w:rsidRPr="00240C29">
              <w:rPr>
                <w:szCs w:val="24"/>
              </w:rPr>
              <w:t xml:space="preserve"> de crap </w:t>
            </w:r>
            <w:proofErr w:type="spellStart"/>
            <w:r w:rsidRPr="00240C29">
              <w:rPr>
                <w:szCs w:val="24"/>
              </w:rPr>
              <w:t>sau</w:t>
            </w:r>
            <w:proofErr w:type="spellEnd"/>
            <w:r w:rsidRPr="00240C29">
              <w:rPr>
                <w:szCs w:val="24"/>
              </w:rPr>
              <w:t xml:space="preserve"> </w:t>
            </w:r>
            <w:proofErr w:type="spellStart"/>
            <w:r w:rsidRPr="00240C29">
              <w:rPr>
                <w:szCs w:val="24"/>
              </w:rPr>
              <w:t>stiuca</w:t>
            </w:r>
            <w:proofErr w:type="spellEnd"/>
          </w:p>
        </w:tc>
        <w:tc>
          <w:tcPr>
            <w:tcW w:w="1701" w:type="dxa"/>
            <w:tcMar>
              <w:top w:w="80" w:type="dxa"/>
              <w:left w:w="90" w:type="dxa"/>
              <w:bottom w:w="80" w:type="dxa"/>
              <w:right w:w="90" w:type="dxa"/>
            </w:tcMar>
            <w:vAlign w:val="center"/>
          </w:tcPr>
          <w:p w14:paraId="5EC7BE31" w14:textId="77777777" w:rsidR="00F678CC" w:rsidRPr="00240C29" w:rsidRDefault="00F678CC" w:rsidP="00242C28">
            <w:pPr>
              <w:ind w:firstLine="0"/>
              <w:jc w:val="center"/>
              <w:rPr>
                <w:szCs w:val="24"/>
              </w:rPr>
            </w:pPr>
            <w:r w:rsidRPr="00240C29">
              <w:rPr>
                <w:szCs w:val="24"/>
              </w:rPr>
              <w:t>100 gr.</w:t>
            </w:r>
          </w:p>
        </w:tc>
      </w:tr>
      <w:tr w:rsidR="00F678CC" w:rsidRPr="00240C29" w14:paraId="32DAE0F6" w14:textId="77777777">
        <w:trPr>
          <w:jc w:val="center"/>
        </w:trPr>
        <w:tc>
          <w:tcPr>
            <w:tcW w:w="850" w:type="dxa"/>
            <w:tcMar>
              <w:top w:w="80" w:type="dxa"/>
              <w:left w:w="90" w:type="dxa"/>
              <w:bottom w:w="80" w:type="dxa"/>
              <w:right w:w="90" w:type="dxa"/>
            </w:tcMar>
            <w:vAlign w:val="center"/>
          </w:tcPr>
          <w:p w14:paraId="16F7C7F1" w14:textId="77777777" w:rsidR="00F678CC" w:rsidRPr="00240C29" w:rsidRDefault="00F678CC" w:rsidP="00242C28">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ABE1416" w14:textId="77777777" w:rsidR="00F678CC" w:rsidRPr="00240C29" w:rsidRDefault="00F678CC" w:rsidP="00242C28">
            <w:pPr>
              <w:ind w:firstLine="0"/>
              <w:rPr>
                <w:szCs w:val="24"/>
              </w:rPr>
            </w:pPr>
            <w:r w:rsidRPr="00240C29">
              <w:rPr>
                <w:szCs w:val="24"/>
              </w:rPr>
              <w:t xml:space="preserve">Crap </w:t>
            </w:r>
            <w:proofErr w:type="spellStart"/>
            <w:r w:rsidRPr="00240C29">
              <w:rPr>
                <w:szCs w:val="24"/>
              </w:rPr>
              <w:t>prajit</w:t>
            </w:r>
            <w:proofErr w:type="spellEnd"/>
            <w:r w:rsidRPr="00240C29">
              <w:rPr>
                <w:szCs w:val="24"/>
              </w:rPr>
              <w:t xml:space="preserve"> (file)</w:t>
            </w:r>
          </w:p>
        </w:tc>
        <w:tc>
          <w:tcPr>
            <w:tcW w:w="1701" w:type="dxa"/>
            <w:tcMar>
              <w:top w:w="80" w:type="dxa"/>
              <w:left w:w="90" w:type="dxa"/>
              <w:bottom w:w="80" w:type="dxa"/>
              <w:right w:w="90" w:type="dxa"/>
            </w:tcMar>
            <w:vAlign w:val="center"/>
          </w:tcPr>
          <w:p w14:paraId="291557ED" w14:textId="77777777" w:rsidR="00F678CC" w:rsidRPr="00240C29" w:rsidRDefault="00F678CC" w:rsidP="00242C28">
            <w:pPr>
              <w:ind w:firstLine="0"/>
              <w:jc w:val="center"/>
              <w:rPr>
                <w:szCs w:val="24"/>
              </w:rPr>
            </w:pPr>
            <w:r w:rsidRPr="00240C29">
              <w:rPr>
                <w:szCs w:val="24"/>
              </w:rPr>
              <w:t>100 gr.</w:t>
            </w:r>
          </w:p>
        </w:tc>
      </w:tr>
      <w:tr w:rsidR="00F678CC" w:rsidRPr="00240C29" w14:paraId="0C34E490" w14:textId="77777777">
        <w:trPr>
          <w:jc w:val="center"/>
        </w:trPr>
        <w:tc>
          <w:tcPr>
            <w:tcW w:w="850" w:type="dxa"/>
            <w:tcMar>
              <w:top w:w="80" w:type="dxa"/>
              <w:left w:w="90" w:type="dxa"/>
              <w:bottom w:w="80" w:type="dxa"/>
              <w:right w:w="90" w:type="dxa"/>
            </w:tcMar>
            <w:vAlign w:val="center"/>
          </w:tcPr>
          <w:p w14:paraId="11F50A3F" w14:textId="77777777" w:rsidR="00F678CC" w:rsidRPr="00240C29" w:rsidRDefault="00F678CC" w:rsidP="00242C28">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0096D44E" w14:textId="77777777" w:rsidR="00F678CC" w:rsidRPr="00240C29" w:rsidRDefault="00F678CC" w:rsidP="00242C28">
            <w:pPr>
              <w:ind w:firstLine="0"/>
              <w:rPr>
                <w:szCs w:val="24"/>
              </w:rPr>
            </w:pPr>
            <w:proofErr w:type="spellStart"/>
            <w:r w:rsidRPr="00240C29">
              <w:rPr>
                <w:szCs w:val="24"/>
              </w:rPr>
              <w:t>Plachie</w:t>
            </w:r>
            <w:proofErr w:type="spellEnd"/>
            <w:r w:rsidRPr="00240C29">
              <w:rPr>
                <w:szCs w:val="24"/>
              </w:rPr>
              <w:t xml:space="preserve"> de crap</w:t>
            </w:r>
          </w:p>
        </w:tc>
        <w:tc>
          <w:tcPr>
            <w:tcW w:w="1701" w:type="dxa"/>
            <w:tcMar>
              <w:top w:w="80" w:type="dxa"/>
              <w:left w:w="90" w:type="dxa"/>
              <w:bottom w:w="80" w:type="dxa"/>
              <w:right w:w="90" w:type="dxa"/>
            </w:tcMar>
            <w:vAlign w:val="center"/>
          </w:tcPr>
          <w:p w14:paraId="355B5767" w14:textId="77777777" w:rsidR="00F678CC" w:rsidRPr="00240C29" w:rsidRDefault="00F678CC" w:rsidP="00242C28">
            <w:pPr>
              <w:ind w:firstLine="0"/>
              <w:jc w:val="center"/>
              <w:rPr>
                <w:szCs w:val="24"/>
              </w:rPr>
            </w:pPr>
            <w:r w:rsidRPr="00240C29">
              <w:rPr>
                <w:szCs w:val="24"/>
              </w:rPr>
              <w:t>100/200 gr.</w:t>
            </w:r>
          </w:p>
        </w:tc>
      </w:tr>
    </w:tbl>
    <w:p w14:paraId="643114A1" w14:textId="77777777" w:rsidR="00F678CC" w:rsidRPr="00240C29" w:rsidRDefault="00F678CC" w:rsidP="006B3867">
      <w:pPr>
        <w:rPr>
          <w:szCs w:val="24"/>
        </w:rPr>
      </w:pPr>
    </w:p>
    <w:p w14:paraId="49F16268" w14:textId="77777777" w:rsidR="00F678CC" w:rsidRPr="00240C29" w:rsidRDefault="00F678CC" w:rsidP="006B3867">
      <w:pPr>
        <w:rPr>
          <w:szCs w:val="24"/>
        </w:rPr>
      </w:pPr>
      <w:r w:rsidRPr="00240C29">
        <w:rPr>
          <w:b/>
          <w:szCs w:val="24"/>
        </w:rPr>
        <w:t>PREPARATE DIN LEGUME SI CARNE DE PASARE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1C07398D" w14:textId="77777777">
        <w:trPr>
          <w:tblHeader/>
          <w:jc w:val="center"/>
        </w:trPr>
        <w:tc>
          <w:tcPr>
            <w:tcW w:w="850" w:type="dxa"/>
            <w:shd w:val="clear" w:color="auto" w:fill="D9D9D9"/>
            <w:tcMar>
              <w:top w:w="80" w:type="dxa"/>
              <w:left w:w="90" w:type="dxa"/>
              <w:bottom w:w="80" w:type="dxa"/>
              <w:right w:w="90" w:type="dxa"/>
            </w:tcMar>
            <w:vAlign w:val="center"/>
          </w:tcPr>
          <w:p w14:paraId="4C58FFF4"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0D601B1F"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3AFD21D2"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ACFE55F" w14:textId="77777777">
        <w:trPr>
          <w:jc w:val="center"/>
        </w:trPr>
        <w:tc>
          <w:tcPr>
            <w:tcW w:w="850" w:type="dxa"/>
            <w:tcMar>
              <w:top w:w="80" w:type="dxa"/>
              <w:left w:w="90" w:type="dxa"/>
              <w:bottom w:w="80" w:type="dxa"/>
              <w:right w:w="90" w:type="dxa"/>
            </w:tcMar>
            <w:vAlign w:val="center"/>
          </w:tcPr>
          <w:p w14:paraId="5C379BE8"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5C64EA46" w14:textId="77777777" w:rsidR="00F678CC" w:rsidRPr="00240C29" w:rsidRDefault="00F678CC" w:rsidP="00242C28">
            <w:pPr>
              <w:ind w:firstLine="0"/>
              <w:rPr>
                <w:szCs w:val="24"/>
              </w:rPr>
            </w:pPr>
            <w:r w:rsidRPr="00240C29">
              <w:rPr>
                <w:szCs w:val="24"/>
              </w:rPr>
              <w:t xml:space="preserve">Pui la </w:t>
            </w:r>
            <w:proofErr w:type="spellStart"/>
            <w:r w:rsidRPr="00240C29">
              <w:rPr>
                <w:szCs w:val="24"/>
              </w:rPr>
              <w:t>tava</w:t>
            </w:r>
            <w:proofErr w:type="spellEnd"/>
          </w:p>
        </w:tc>
        <w:tc>
          <w:tcPr>
            <w:tcW w:w="1701" w:type="dxa"/>
            <w:tcMar>
              <w:top w:w="80" w:type="dxa"/>
              <w:left w:w="90" w:type="dxa"/>
              <w:bottom w:w="80" w:type="dxa"/>
              <w:right w:w="90" w:type="dxa"/>
            </w:tcMar>
            <w:vAlign w:val="center"/>
          </w:tcPr>
          <w:p w14:paraId="267C54DA" w14:textId="77777777" w:rsidR="00F678CC" w:rsidRPr="00240C29" w:rsidRDefault="00F678CC" w:rsidP="00242C28">
            <w:pPr>
              <w:ind w:firstLine="0"/>
              <w:jc w:val="center"/>
              <w:rPr>
                <w:szCs w:val="24"/>
              </w:rPr>
            </w:pPr>
            <w:r w:rsidRPr="00240C29">
              <w:rPr>
                <w:szCs w:val="24"/>
              </w:rPr>
              <w:t>120 gr.</w:t>
            </w:r>
          </w:p>
        </w:tc>
      </w:tr>
      <w:tr w:rsidR="00F678CC" w:rsidRPr="00240C29" w14:paraId="525DDA67" w14:textId="77777777">
        <w:trPr>
          <w:jc w:val="center"/>
        </w:trPr>
        <w:tc>
          <w:tcPr>
            <w:tcW w:w="850" w:type="dxa"/>
            <w:tcMar>
              <w:top w:w="80" w:type="dxa"/>
              <w:left w:w="90" w:type="dxa"/>
              <w:bottom w:w="80" w:type="dxa"/>
              <w:right w:w="90" w:type="dxa"/>
            </w:tcMar>
            <w:vAlign w:val="center"/>
          </w:tcPr>
          <w:p w14:paraId="649F2D80"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49A165FC" w14:textId="77777777" w:rsidR="00F678CC" w:rsidRPr="00240C29" w:rsidRDefault="00F678CC" w:rsidP="00242C28">
            <w:pPr>
              <w:ind w:firstLine="0"/>
              <w:rPr>
                <w:szCs w:val="24"/>
              </w:rPr>
            </w:pPr>
            <w:proofErr w:type="spellStart"/>
            <w:r w:rsidRPr="00240C29">
              <w:rPr>
                <w:szCs w:val="24"/>
              </w:rPr>
              <w:t>Ciulama</w:t>
            </w:r>
            <w:proofErr w:type="spellEnd"/>
            <w:r w:rsidRPr="00240C29">
              <w:rPr>
                <w:szCs w:val="24"/>
              </w:rPr>
              <w:t xml:space="preserve"> de </w:t>
            </w:r>
            <w:proofErr w:type="spellStart"/>
            <w:r w:rsidRPr="00240C29">
              <w:rPr>
                <w:szCs w:val="24"/>
              </w:rPr>
              <w:t>pasare</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4FD25042" w14:textId="77777777" w:rsidR="00F678CC" w:rsidRPr="00240C29" w:rsidRDefault="00F678CC" w:rsidP="00242C28">
            <w:pPr>
              <w:ind w:firstLine="0"/>
              <w:jc w:val="center"/>
              <w:rPr>
                <w:szCs w:val="24"/>
              </w:rPr>
            </w:pPr>
            <w:r w:rsidRPr="00240C29">
              <w:rPr>
                <w:szCs w:val="24"/>
              </w:rPr>
              <w:t>90/210/200 gr.</w:t>
            </w:r>
          </w:p>
        </w:tc>
      </w:tr>
      <w:tr w:rsidR="00F678CC" w:rsidRPr="00240C29" w14:paraId="30E8A331" w14:textId="77777777">
        <w:trPr>
          <w:jc w:val="center"/>
        </w:trPr>
        <w:tc>
          <w:tcPr>
            <w:tcW w:w="850" w:type="dxa"/>
            <w:tcMar>
              <w:top w:w="80" w:type="dxa"/>
              <w:left w:w="90" w:type="dxa"/>
              <w:bottom w:w="80" w:type="dxa"/>
              <w:right w:w="90" w:type="dxa"/>
            </w:tcMar>
            <w:vAlign w:val="center"/>
          </w:tcPr>
          <w:p w14:paraId="759086DE"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4492F09A" w14:textId="77777777" w:rsidR="00F678CC" w:rsidRPr="00240C29" w:rsidRDefault="00F678CC" w:rsidP="00242C28">
            <w:pPr>
              <w:ind w:firstLine="0"/>
              <w:rPr>
                <w:szCs w:val="24"/>
              </w:rPr>
            </w:pPr>
            <w:r w:rsidRPr="00240C29">
              <w:rPr>
                <w:szCs w:val="24"/>
              </w:rPr>
              <w:t xml:space="preserve">Pui cu </w:t>
            </w:r>
            <w:proofErr w:type="spellStart"/>
            <w:r w:rsidRPr="00240C29">
              <w:rPr>
                <w:szCs w:val="24"/>
              </w:rPr>
              <w:t>conopida</w:t>
            </w:r>
            <w:proofErr w:type="spellEnd"/>
          </w:p>
        </w:tc>
        <w:tc>
          <w:tcPr>
            <w:tcW w:w="1701" w:type="dxa"/>
            <w:tcMar>
              <w:top w:w="80" w:type="dxa"/>
              <w:left w:w="90" w:type="dxa"/>
              <w:bottom w:w="80" w:type="dxa"/>
              <w:right w:w="90" w:type="dxa"/>
            </w:tcMar>
            <w:vAlign w:val="center"/>
          </w:tcPr>
          <w:p w14:paraId="54252AD2" w14:textId="77777777" w:rsidR="00F678CC" w:rsidRPr="00240C29" w:rsidRDefault="00F678CC" w:rsidP="00242C28">
            <w:pPr>
              <w:ind w:firstLine="0"/>
              <w:jc w:val="center"/>
              <w:rPr>
                <w:szCs w:val="24"/>
              </w:rPr>
            </w:pPr>
            <w:r w:rsidRPr="00240C29">
              <w:rPr>
                <w:szCs w:val="24"/>
              </w:rPr>
              <w:t>120/120/100 gr</w:t>
            </w:r>
          </w:p>
        </w:tc>
      </w:tr>
      <w:tr w:rsidR="00F678CC" w:rsidRPr="00240C29" w14:paraId="02B79DD0" w14:textId="77777777">
        <w:trPr>
          <w:jc w:val="center"/>
        </w:trPr>
        <w:tc>
          <w:tcPr>
            <w:tcW w:w="850" w:type="dxa"/>
            <w:tcMar>
              <w:top w:w="80" w:type="dxa"/>
              <w:left w:w="90" w:type="dxa"/>
              <w:bottom w:w="80" w:type="dxa"/>
              <w:right w:w="90" w:type="dxa"/>
            </w:tcMar>
            <w:vAlign w:val="center"/>
          </w:tcPr>
          <w:p w14:paraId="67C94DAA"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30B55BCF" w14:textId="5992141D" w:rsidR="00F678CC" w:rsidRPr="00240C29" w:rsidRDefault="00F678CC" w:rsidP="00242C28">
            <w:pPr>
              <w:ind w:firstLine="0"/>
              <w:rPr>
                <w:szCs w:val="24"/>
              </w:rPr>
            </w:pPr>
            <w:r w:rsidRPr="00240C29">
              <w:rPr>
                <w:szCs w:val="24"/>
              </w:rPr>
              <w:t xml:space="preserve">Pui cu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00242C28">
              <w:t xml:space="preserve">/ </w:t>
            </w:r>
            <w:proofErr w:type="spellStart"/>
            <w:r w:rsidR="00242C28">
              <w:rPr>
                <w:color w:val="6AA84F"/>
              </w:rPr>
              <w:t>mazare</w:t>
            </w:r>
            <w:proofErr w:type="spellEnd"/>
          </w:p>
        </w:tc>
        <w:tc>
          <w:tcPr>
            <w:tcW w:w="1701" w:type="dxa"/>
            <w:tcMar>
              <w:top w:w="80" w:type="dxa"/>
              <w:left w:w="90" w:type="dxa"/>
              <w:bottom w:w="80" w:type="dxa"/>
              <w:right w:w="90" w:type="dxa"/>
            </w:tcMar>
            <w:vAlign w:val="center"/>
          </w:tcPr>
          <w:p w14:paraId="388FE100" w14:textId="77777777" w:rsidR="00F678CC" w:rsidRPr="00240C29" w:rsidRDefault="00F678CC" w:rsidP="00242C28">
            <w:pPr>
              <w:ind w:firstLine="0"/>
              <w:jc w:val="center"/>
              <w:rPr>
                <w:szCs w:val="24"/>
              </w:rPr>
            </w:pPr>
            <w:r w:rsidRPr="00240C29">
              <w:rPr>
                <w:szCs w:val="24"/>
              </w:rPr>
              <w:t>120/100/120 gr</w:t>
            </w:r>
          </w:p>
        </w:tc>
      </w:tr>
      <w:tr w:rsidR="00F678CC" w:rsidRPr="00240C29" w14:paraId="1027AAD8" w14:textId="77777777">
        <w:trPr>
          <w:jc w:val="center"/>
        </w:trPr>
        <w:tc>
          <w:tcPr>
            <w:tcW w:w="850" w:type="dxa"/>
            <w:tcMar>
              <w:top w:w="80" w:type="dxa"/>
              <w:left w:w="90" w:type="dxa"/>
              <w:bottom w:w="80" w:type="dxa"/>
              <w:right w:w="90" w:type="dxa"/>
            </w:tcMar>
            <w:vAlign w:val="center"/>
          </w:tcPr>
          <w:p w14:paraId="592DDBC0" w14:textId="77777777" w:rsidR="00F678CC" w:rsidRPr="00240C29" w:rsidRDefault="00F678CC" w:rsidP="00242C28">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4F542E84" w14:textId="77777777" w:rsidR="00F678CC" w:rsidRPr="00240C29" w:rsidRDefault="00F678CC" w:rsidP="00242C28">
            <w:pPr>
              <w:ind w:firstLine="0"/>
              <w:rPr>
                <w:szCs w:val="24"/>
              </w:rPr>
            </w:pPr>
            <w:r w:rsidRPr="00240C29">
              <w:rPr>
                <w:szCs w:val="24"/>
              </w:rPr>
              <w:t xml:space="preserve">Gasca </w:t>
            </w:r>
            <w:proofErr w:type="spellStart"/>
            <w:r w:rsidRPr="00240C29">
              <w:rPr>
                <w:szCs w:val="24"/>
              </w:rPr>
              <w:t>sau</w:t>
            </w:r>
            <w:proofErr w:type="spellEnd"/>
            <w:r w:rsidRPr="00240C29">
              <w:rPr>
                <w:szCs w:val="24"/>
              </w:rPr>
              <w:t xml:space="preserve"> rata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6B895FA8" w14:textId="77777777" w:rsidR="00F678CC" w:rsidRPr="00240C29" w:rsidRDefault="00F678CC" w:rsidP="00242C28">
            <w:pPr>
              <w:ind w:firstLine="0"/>
              <w:jc w:val="center"/>
              <w:rPr>
                <w:szCs w:val="24"/>
              </w:rPr>
            </w:pPr>
            <w:r w:rsidRPr="00240C29">
              <w:rPr>
                <w:szCs w:val="24"/>
              </w:rPr>
              <w:t>120/250 gr</w:t>
            </w:r>
          </w:p>
        </w:tc>
      </w:tr>
      <w:tr w:rsidR="00F678CC" w:rsidRPr="00240C29" w14:paraId="34331165" w14:textId="77777777">
        <w:trPr>
          <w:jc w:val="center"/>
        </w:trPr>
        <w:tc>
          <w:tcPr>
            <w:tcW w:w="850" w:type="dxa"/>
            <w:tcMar>
              <w:top w:w="80" w:type="dxa"/>
              <w:left w:w="90" w:type="dxa"/>
              <w:bottom w:w="80" w:type="dxa"/>
              <w:right w:w="90" w:type="dxa"/>
            </w:tcMar>
            <w:vAlign w:val="center"/>
          </w:tcPr>
          <w:p w14:paraId="5CD1C8DB" w14:textId="77777777" w:rsidR="00F678CC" w:rsidRPr="00240C29" w:rsidRDefault="00F678CC" w:rsidP="00242C28">
            <w:pPr>
              <w:ind w:firstLine="0"/>
              <w:jc w:val="center"/>
              <w:rPr>
                <w:szCs w:val="24"/>
              </w:rPr>
            </w:pPr>
            <w:r w:rsidRPr="00240C29">
              <w:rPr>
                <w:szCs w:val="24"/>
              </w:rPr>
              <w:lastRenderedPageBreak/>
              <w:t>6</w:t>
            </w:r>
          </w:p>
        </w:tc>
        <w:tc>
          <w:tcPr>
            <w:tcW w:w="7087" w:type="dxa"/>
            <w:tcMar>
              <w:top w:w="80" w:type="dxa"/>
              <w:left w:w="90" w:type="dxa"/>
              <w:bottom w:w="80" w:type="dxa"/>
              <w:right w:w="90" w:type="dxa"/>
            </w:tcMar>
            <w:vAlign w:val="center"/>
          </w:tcPr>
          <w:p w14:paraId="77134FB9" w14:textId="77777777" w:rsidR="00F678CC" w:rsidRPr="00240C29" w:rsidRDefault="00F678CC" w:rsidP="00242C28">
            <w:pPr>
              <w:ind w:firstLine="0"/>
              <w:rPr>
                <w:szCs w:val="24"/>
              </w:rPr>
            </w:pPr>
            <w:proofErr w:type="spellStart"/>
            <w:r w:rsidRPr="00240C29">
              <w:rPr>
                <w:szCs w:val="24"/>
              </w:rPr>
              <w:t>Pasare</w:t>
            </w:r>
            <w:proofErr w:type="spellEnd"/>
            <w:r w:rsidRPr="00240C29">
              <w:rPr>
                <w:szCs w:val="24"/>
              </w:rPr>
              <w:t xml:space="preserve"> cu legume</w:t>
            </w:r>
          </w:p>
        </w:tc>
        <w:tc>
          <w:tcPr>
            <w:tcW w:w="1701" w:type="dxa"/>
            <w:tcMar>
              <w:top w:w="80" w:type="dxa"/>
              <w:left w:w="90" w:type="dxa"/>
              <w:bottom w:w="80" w:type="dxa"/>
              <w:right w:w="90" w:type="dxa"/>
            </w:tcMar>
            <w:vAlign w:val="center"/>
          </w:tcPr>
          <w:p w14:paraId="3AE66810" w14:textId="77777777" w:rsidR="00F678CC" w:rsidRPr="00240C29" w:rsidRDefault="00F678CC" w:rsidP="00242C28">
            <w:pPr>
              <w:ind w:firstLine="0"/>
              <w:jc w:val="center"/>
              <w:rPr>
                <w:szCs w:val="24"/>
              </w:rPr>
            </w:pPr>
            <w:r w:rsidRPr="00240C29">
              <w:rPr>
                <w:szCs w:val="24"/>
              </w:rPr>
              <w:t>120/250 gr</w:t>
            </w:r>
          </w:p>
        </w:tc>
      </w:tr>
      <w:tr w:rsidR="00F678CC" w:rsidRPr="00240C29" w14:paraId="141F1D29" w14:textId="77777777">
        <w:trPr>
          <w:jc w:val="center"/>
        </w:trPr>
        <w:tc>
          <w:tcPr>
            <w:tcW w:w="850" w:type="dxa"/>
            <w:tcMar>
              <w:top w:w="80" w:type="dxa"/>
              <w:left w:w="90" w:type="dxa"/>
              <w:bottom w:w="80" w:type="dxa"/>
              <w:right w:w="90" w:type="dxa"/>
            </w:tcMar>
            <w:vAlign w:val="center"/>
          </w:tcPr>
          <w:p w14:paraId="262F1288" w14:textId="77777777" w:rsidR="00F678CC" w:rsidRPr="00240C29" w:rsidRDefault="00F678CC" w:rsidP="00242C28">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76E69FC7" w14:textId="725AA1AA" w:rsidR="00F678CC" w:rsidRPr="00240C29" w:rsidRDefault="00F678CC" w:rsidP="00242C28">
            <w:pPr>
              <w:ind w:firstLine="0"/>
              <w:rPr>
                <w:szCs w:val="24"/>
              </w:rPr>
            </w:pPr>
            <w:r w:rsidRPr="00240C29">
              <w:rPr>
                <w:szCs w:val="24"/>
              </w:rPr>
              <w:t xml:space="preserve">Gulas de </w:t>
            </w:r>
            <w:proofErr w:type="spellStart"/>
            <w:r w:rsidRPr="00240C29">
              <w:rPr>
                <w:szCs w:val="24"/>
              </w:rPr>
              <w:t>pui</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088C943A" w14:textId="77777777" w:rsidR="00F678CC" w:rsidRPr="00240C29" w:rsidRDefault="00F678CC" w:rsidP="00242C28">
            <w:pPr>
              <w:ind w:firstLine="0"/>
              <w:jc w:val="center"/>
              <w:rPr>
                <w:szCs w:val="24"/>
              </w:rPr>
            </w:pPr>
            <w:r w:rsidRPr="00240C29">
              <w:rPr>
                <w:szCs w:val="24"/>
              </w:rPr>
              <w:t>120/100 gr</w:t>
            </w:r>
          </w:p>
        </w:tc>
      </w:tr>
      <w:tr w:rsidR="00F678CC" w:rsidRPr="00240C29" w14:paraId="1F14DCE9" w14:textId="77777777">
        <w:trPr>
          <w:jc w:val="center"/>
        </w:trPr>
        <w:tc>
          <w:tcPr>
            <w:tcW w:w="850" w:type="dxa"/>
            <w:tcMar>
              <w:top w:w="80" w:type="dxa"/>
              <w:left w:w="90" w:type="dxa"/>
              <w:bottom w:w="80" w:type="dxa"/>
              <w:right w:w="90" w:type="dxa"/>
            </w:tcMar>
            <w:vAlign w:val="center"/>
          </w:tcPr>
          <w:p w14:paraId="08AE6831" w14:textId="77777777" w:rsidR="00F678CC" w:rsidRPr="00240C29" w:rsidRDefault="00F678CC" w:rsidP="00242C28">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25DFDF6B" w14:textId="77777777" w:rsidR="00F678CC" w:rsidRPr="00240C29" w:rsidRDefault="00F678CC" w:rsidP="00242C28">
            <w:pPr>
              <w:ind w:firstLine="0"/>
              <w:rPr>
                <w:szCs w:val="24"/>
              </w:rPr>
            </w:pPr>
            <w:proofErr w:type="spellStart"/>
            <w:r w:rsidRPr="00240C29">
              <w:rPr>
                <w:szCs w:val="24"/>
              </w:rPr>
              <w:t>Ostropel</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188AC784" w14:textId="77777777" w:rsidR="00F678CC" w:rsidRPr="00240C29" w:rsidRDefault="00F678CC" w:rsidP="00242C28">
            <w:pPr>
              <w:ind w:firstLine="0"/>
              <w:jc w:val="center"/>
              <w:rPr>
                <w:szCs w:val="24"/>
              </w:rPr>
            </w:pPr>
            <w:r w:rsidRPr="00240C29">
              <w:rPr>
                <w:szCs w:val="24"/>
              </w:rPr>
              <w:t>120/120/100 gr</w:t>
            </w:r>
          </w:p>
        </w:tc>
      </w:tr>
      <w:tr w:rsidR="00F678CC" w:rsidRPr="00240C29" w14:paraId="755FD312" w14:textId="77777777">
        <w:trPr>
          <w:jc w:val="center"/>
        </w:trPr>
        <w:tc>
          <w:tcPr>
            <w:tcW w:w="850" w:type="dxa"/>
            <w:tcMar>
              <w:top w:w="80" w:type="dxa"/>
              <w:left w:w="90" w:type="dxa"/>
              <w:bottom w:w="80" w:type="dxa"/>
              <w:right w:w="90" w:type="dxa"/>
            </w:tcMar>
            <w:vAlign w:val="center"/>
          </w:tcPr>
          <w:p w14:paraId="7E6B94D5" w14:textId="77777777" w:rsidR="00F678CC" w:rsidRPr="00240C29" w:rsidRDefault="00F678CC" w:rsidP="00242C28">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0039A672" w14:textId="77777777" w:rsidR="00F678CC" w:rsidRPr="00240C29" w:rsidRDefault="00F678CC" w:rsidP="00242C28">
            <w:pPr>
              <w:ind w:firstLine="0"/>
              <w:rPr>
                <w:szCs w:val="24"/>
              </w:rPr>
            </w:pPr>
            <w:proofErr w:type="spellStart"/>
            <w:r w:rsidRPr="00240C29">
              <w:rPr>
                <w:szCs w:val="24"/>
              </w:rPr>
              <w:t>Friptura</w:t>
            </w:r>
            <w:proofErr w:type="spellEnd"/>
            <w:r w:rsidRPr="00240C29">
              <w:rPr>
                <w:szCs w:val="24"/>
              </w:rPr>
              <w:t xml:space="preserve"> </w:t>
            </w:r>
            <w:proofErr w:type="spellStart"/>
            <w:r w:rsidRPr="00240C29">
              <w:rPr>
                <w:szCs w:val="24"/>
              </w:rPr>
              <w:t>inabusita</w:t>
            </w:r>
            <w:proofErr w:type="spellEnd"/>
            <w:r w:rsidRPr="00240C29">
              <w:rPr>
                <w:szCs w:val="24"/>
              </w:rPr>
              <w:t xml:space="preserve"> de </w:t>
            </w:r>
            <w:proofErr w:type="spellStart"/>
            <w:r w:rsidRPr="00240C29">
              <w:rPr>
                <w:szCs w:val="24"/>
              </w:rPr>
              <w:t>pui</w:t>
            </w:r>
            <w:proofErr w:type="spellEnd"/>
            <w:r w:rsidRPr="00240C29">
              <w:rPr>
                <w:szCs w:val="24"/>
              </w:rPr>
              <w:t xml:space="preserve"> cu </w:t>
            </w:r>
            <w:proofErr w:type="spellStart"/>
            <w:r w:rsidRPr="00240C29">
              <w:rPr>
                <w:szCs w:val="24"/>
              </w:rPr>
              <w:t>sos</w:t>
            </w:r>
            <w:proofErr w:type="spellEnd"/>
            <w:r w:rsidRPr="00240C29">
              <w:rPr>
                <w:szCs w:val="24"/>
              </w:rPr>
              <w:t xml:space="preserve"> de legume</w:t>
            </w:r>
          </w:p>
        </w:tc>
        <w:tc>
          <w:tcPr>
            <w:tcW w:w="1701" w:type="dxa"/>
            <w:tcMar>
              <w:top w:w="80" w:type="dxa"/>
              <w:left w:w="90" w:type="dxa"/>
              <w:bottom w:w="80" w:type="dxa"/>
              <w:right w:w="90" w:type="dxa"/>
            </w:tcMar>
            <w:vAlign w:val="center"/>
          </w:tcPr>
          <w:p w14:paraId="3EB308A7" w14:textId="77777777" w:rsidR="00F678CC" w:rsidRPr="00240C29" w:rsidRDefault="00F678CC" w:rsidP="00242C28">
            <w:pPr>
              <w:ind w:firstLine="0"/>
              <w:jc w:val="center"/>
              <w:rPr>
                <w:szCs w:val="24"/>
              </w:rPr>
            </w:pPr>
            <w:r w:rsidRPr="00240C29">
              <w:rPr>
                <w:szCs w:val="24"/>
              </w:rPr>
              <w:t>125/100 gr</w:t>
            </w:r>
          </w:p>
        </w:tc>
      </w:tr>
      <w:tr w:rsidR="00F678CC" w:rsidRPr="00240C29" w14:paraId="0C8F5E8E" w14:textId="77777777">
        <w:trPr>
          <w:jc w:val="center"/>
        </w:trPr>
        <w:tc>
          <w:tcPr>
            <w:tcW w:w="850" w:type="dxa"/>
            <w:tcMar>
              <w:top w:w="80" w:type="dxa"/>
              <w:left w:w="90" w:type="dxa"/>
              <w:bottom w:w="80" w:type="dxa"/>
              <w:right w:w="90" w:type="dxa"/>
            </w:tcMar>
            <w:vAlign w:val="center"/>
          </w:tcPr>
          <w:p w14:paraId="7831510C" w14:textId="77777777" w:rsidR="00F678CC" w:rsidRPr="00240C29" w:rsidRDefault="00F678CC" w:rsidP="00242C28">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16FF2EC6" w14:textId="77777777" w:rsidR="00F678CC" w:rsidRPr="00240C29" w:rsidRDefault="00F678CC" w:rsidP="00242C28">
            <w:pPr>
              <w:ind w:firstLine="0"/>
              <w:rPr>
                <w:szCs w:val="24"/>
              </w:rPr>
            </w:pPr>
            <w:r w:rsidRPr="00240C29">
              <w:rPr>
                <w:szCs w:val="24"/>
              </w:rPr>
              <w:t xml:space="preserve">Pilaf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56B22DAE" w14:textId="77777777" w:rsidR="00F678CC" w:rsidRPr="00240C29" w:rsidRDefault="00F678CC" w:rsidP="00242C28">
            <w:pPr>
              <w:ind w:firstLine="0"/>
              <w:jc w:val="center"/>
              <w:rPr>
                <w:szCs w:val="24"/>
              </w:rPr>
            </w:pPr>
            <w:r w:rsidRPr="00240C29">
              <w:rPr>
                <w:szCs w:val="24"/>
              </w:rPr>
              <w:t>120/200 gr</w:t>
            </w:r>
          </w:p>
        </w:tc>
      </w:tr>
      <w:tr w:rsidR="00F678CC" w:rsidRPr="00240C29" w14:paraId="7E0ED3F8" w14:textId="77777777">
        <w:trPr>
          <w:jc w:val="center"/>
        </w:trPr>
        <w:tc>
          <w:tcPr>
            <w:tcW w:w="850" w:type="dxa"/>
            <w:tcMar>
              <w:top w:w="80" w:type="dxa"/>
              <w:left w:w="90" w:type="dxa"/>
              <w:bottom w:w="80" w:type="dxa"/>
              <w:right w:w="90" w:type="dxa"/>
            </w:tcMar>
            <w:vAlign w:val="center"/>
          </w:tcPr>
          <w:p w14:paraId="732B281A" w14:textId="77777777" w:rsidR="00F678CC" w:rsidRPr="00240C29" w:rsidRDefault="00F678CC" w:rsidP="00242C28">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59AE6854" w14:textId="77777777" w:rsidR="00F678CC" w:rsidRPr="00240C29" w:rsidRDefault="00F678CC" w:rsidP="00242C28">
            <w:pPr>
              <w:ind w:firstLine="0"/>
              <w:rPr>
                <w:szCs w:val="24"/>
              </w:rPr>
            </w:pPr>
            <w:r w:rsidRPr="00240C29">
              <w:rPr>
                <w:szCs w:val="24"/>
              </w:rPr>
              <w:t xml:space="preserve">Pui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12E53429" w14:textId="77777777" w:rsidR="00F678CC" w:rsidRPr="00240C29" w:rsidRDefault="00F678CC" w:rsidP="00242C28">
            <w:pPr>
              <w:ind w:firstLine="0"/>
              <w:jc w:val="center"/>
              <w:rPr>
                <w:szCs w:val="24"/>
              </w:rPr>
            </w:pPr>
            <w:r w:rsidRPr="00240C29">
              <w:rPr>
                <w:szCs w:val="24"/>
              </w:rPr>
              <w:t>120/230 gr</w:t>
            </w:r>
          </w:p>
        </w:tc>
      </w:tr>
      <w:tr w:rsidR="00F678CC" w:rsidRPr="00240C29" w14:paraId="31B5BC62" w14:textId="77777777">
        <w:trPr>
          <w:jc w:val="center"/>
        </w:trPr>
        <w:tc>
          <w:tcPr>
            <w:tcW w:w="850" w:type="dxa"/>
            <w:tcMar>
              <w:top w:w="80" w:type="dxa"/>
              <w:left w:w="90" w:type="dxa"/>
              <w:bottom w:w="80" w:type="dxa"/>
              <w:right w:w="90" w:type="dxa"/>
            </w:tcMar>
            <w:vAlign w:val="center"/>
          </w:tcPr>
          <w:p w14:paraId="19E6D173" w14:textId="77777777" w:rsidR="00F678CC" w:rsidRPr="00240C29" w:rsidRDefault="00F678CC" w:rsidP="00242C28">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46FDE219" w14:textId="77777777" w:rsidR="00F678CC" w:rsidRPr="00240C29" w:rsidRDefault="00F678CC" w:rsidP="00242C28">
            <w:pPr>
              <w:ind w:firstLine="0"/>
              <w:rPr>
                <w:szCs w:val="24"/>
              </w:rPr>
            </w:pPr>
            <w:r w:rsidRPr="00240C29">
              <w:rPr>
                <w:szCs w:val="24"/>
              </w:rPr>
              <w:t xml:space="preserve">Pui cu </w:t>
            </w:r>
            <w:proofErr w:type="spellStart"/>
            <w:r w:rsidRPr="00240C29">
              <w:rPr>
                <w:szCs w:val="24"/>
              </w:rPr>
              <w:t>mujdei</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14D7B133" w14:textId="77777777" w:rsidR="00F678CC" w:rsidRPr="00240C29" w:rsidRDefault="00F678CC" w:rsidP="00242C28">
            <w:pPr>
              <w:ind w:firstLine="0"/>
              <w:jc w:val="center"/>
              <w:rPr>
                <w:szCs w:val="24"/>
              </w:rPr>
            </w:pPr>
            <w:r w:rsidRPr="00240C29">
              <w:rPr>
                <w:szCs w:val="24"/>
              </w:rPr>
              <w:t>150/100/200 gr</w:t>
            </w:r>
          </w:p>
        </w:tc>
      </w:tr>
      <w:tr w:rsidR="00F678CC" w:rsidRPr="00240C29" w14:paraId="17A9E6A5" w14:textId="77777777">
        <w:trPr>
          <w:jc w:val="center"/>
        </w:trPr>
        <w:tc>
          <w:tcPr>
            <w:tcW w:w="850" w:type="dxa"/>
            <w:tcMar>
              <w:top w:w="80" w:type="dxa"/>
              <w:left w:w="90" w:type="dxa"/>
              <w:bottom w:w="80" w:type="dxa"/>
              <w:right w:w="90" w:type="dxa"/>
            </w:tcMar>
            <w:vAlign w:val="center"/>
          </w:tcPr>
          <w:p w14:paraId="2408C0B0" w14:textId="77777777" w:rsidR="00F678CC" w:rsidRPr="00240C29" w:rsidRDefault="00F678CC" w:rsidP="00242C28">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7ED4E58B" w14:textId="2561512B" w:rsidR="00F678CC" w:rsidRPr="00240C29" w:rsidRDefault="00F678CC" w:rsidP="00242C28">
            <w:pPr>
              <w:ind w:firstLine="0"/>
              <w:rPr>
                <w:szCs w:val="24"/>
              </w:rPr>
            </w:pPr>
            <w:r w:rsidRPr="00240C29">
              <w:rPr>
                <w:szCs w:val="24"/>
              </w:rPr>
              <w:t xml:space="preserve">Pui </w:t>
            </w:r>
            <w:proofErr w:type="spellStart"/>
            <w:r w:rsidRPr="00240C29">
              <w:rPr>
                <w:szCs w:val="24"/>
              </w:rPr>
              <w:t>sote</w:t>
            </w:r>
            <w:proofErr w:type="spellEnd"/>
            <w:r w:rsidRPr="00240C29">
              <w:rPr>
                <w:szCs w:val="24"/>
              </w:rPr>
              <w:t xml:space="preserve"> cu </w:t>
            </w:r>
            <w:proofErr w:type="spellStart"/>
            <w:r w:rsidRPr="00240C29">
              <w:rPr>
                <w:szCs w:val="24"/>
              </w:rPr>
              <w:t>galuste</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4876FBE2" w14:textId="77777777" w:rsidR="00F678CC" w:rsidRPr="00240C29" w:rsidRDefault="00F678CC" w:rsidP="00242C28">
            <w:pPr>
              <w:ind w:firstLine="0"/>
              <w:jc w:val="center"/>
              <w:rPr>
                <w:szCs w:val="24"/>
              </w:rPr>
            </w:pPr>
            <w:r w:rsidRPr="00240C29">
              <w:rPr>
                <w:szCs w:val="24"/>
              </w:rPr>
              <w:t>90/100/100 gr</w:t>
            </w:r>
          </w:p>
        </w:tc>
      </w:tr>
      <w:tr w:rsidR="00F678CC" w:rsidRPr="00240C29" w14:paraId="221452D9" w14:textId="77777777">
        <w:trPr>
          <w:jc w:val="center"/>
        </w:trPr>
        <w:tc>
          <w:tcPr>
            <w:tcW w:w="850" w:type="dxa"/>
            <w:tcMar>
              <w:top w:w="80" w:type="dxa"/>
              <w:left w:w="90" w:type="dxa"/>
              <w:bottom w:w="80" w:type="dxa"/>
              <w:right w:w="90" w:type="dxa"/>
            </w:tcMar>
            <w:vAlign w:val="center"/>
          </w:tcPr>
          <w:p w14:paraId="6C01FDBD" w14:textId="77777777" w:rsidR="00F678CC" w:rsidRPr="00240C29" w:rsidRDefault="00F678CC" w:rsidP="00242C28">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23702589"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de </w:t>
            </w:r>
            <w:proofErr w:type="spellStart"/>
            <w:r w:rsidRPr="00240C29">
              <w:rPr>
                <w:szCs w:val="24"/>
              </w:rPr>
              <w:t>pasare</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205CC593" w14:textId="77777777" w:rsidR="00F678CC" w:rsidRPr="00240C29" w:rsidRDefault="00F678CC" w:rsidP="00242C28">
            <w:pPr>
              <w:ind w:firstLine="0"/>
              <w:jc w:val="center"/>
              <w:rPr>
                <w:szCs w:val="24"/>
              </w:rPr>
            </w:pPr>
            <w:r w:rsidRPr="00240C29">
              <w:rPr>
                <w:szCs w:val="24"/>
              </w:rPr>
              <w:t>120/200/200 gr</w:t>
            </w:r>
          </w:p>
        </w:tc>
      </w:tr>
      <w:tr w:rsidR="00F678CC" w:rsidRPr="00240C29" w14:paraId="0A7C1136" w14:textId="77777777">
        <w:trPr>
          <w:jc w:val="center"/>
        </w:trPr>
        <w:tc>
          <w:tcPr>
            <w:tcW w:w="850" w:type="dxa"/>
            <w:tcMar>
              <w:top w:w="80" w:type="dxa"/>
              <w:left w:w="90" w:type="dxa"/>
              <w:bottom w:w="80" w:type="dxa"/>
              <w:right w:w="90" w:type="dxa"/>
            </w:tcMar>
            <w:vAlign w:val="center"/>
          </w:tcPr>
          <w:p w14:paraId="00BB1C63" w14:textId="77777777" w:rsidR="00F678CC" w:rsidRPr="00240C29" w:rsidRDefault="00F678CC" w:rsidP="00242C28">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253CB55E" w14:textId="77777777" w:rsidR="00F678CC" w:rsidRPr="00240C29" w:rsidRDefault="00F678CC" w:rsidP="00242C28">
            <w:pPr>
              <w:ind w:firstLine="0"/>
              <w:rPr>
                <w:szCs w:val="24"/>
              </w:rPr>
            </w:pPr>
            <w:r w:rsidRPr="00240C29">
              <w:rPr>
                <w:szCs w:val="24"/>
              </w:rPr>
              <w:t xml:space="preserve">Pui cu </w:t>
            </w:r>
            <w:proofErr w:type="spellStart"/>
            <w:r w:rsidRPr="00240C29">
              <w:rPr>
                <w:szCs w:val="24"/>
              </w:rPr>
              <w:t>ciuperci</w:t>
            </w:r>
            <w:proofErr w:type="spellEnd"/>
          </w:p>
        </w:tc>
        <w:tc>
          <w:tcPr>
            <w:tcW w:w="1701" w:type="dxa"/>
            <w:tcMar>
              <w:top w:w="80" w:type="dxa"/>
              <w:left w:w="90" w:type="dxa"/>
              <w:bottom w:w="80" w:type="dxa"/>
              <w:right w:w="90" w:type="dxa"/>
            </w:tcMar>
            <w:vAlign w:val="center"/>
          </w:tcPr>
          <w:p w14:paraId="2506A1DB" w14:textId="77777777" w:rsidR="00F678CC" w:rsidRPr="00240C29" w:rsidRDefault="00F678CC" w:rsidP="00242C28">
            <w:pPr>
              <w:ind w:firstLine="0"/>
              <w:jc w:val="center"/>
              <w:rPr>
                <w:szCs w:val="24"/>
              </w:rPr>
            </w:pPr>
            <w:r w:rsidRPr="00240C29">
              <w:rPr>
                <w:szCs w:val="24"/>
              </w:rPr>
              <w:t>120/150 gr</w:t>
            </w:r>
          </w:p>
        </w:tc>
      </w:tr>
      <w:tr w:rsidR="00F678CC" w:rsidRPr="00240C29" w14:paraId="703C8354" w14:textId="77777777">
        <w:trPr>
          <w:jc w:val="center"/>
        </w:trPr>
        <w:tc>
          <w:tcPr>
            <w:tcW w:w="850" w:type="dxa"/>
            <w:tcMar>
              <w:top w:w="80" w:type="dxa"/>
              <w:left w:w="90" w:type="dxa"/>
              <w:bottom w:w="80" w:type="dxa"/>
              <w:right w:w="90" w:type="dxa"/>
            </w:tcMar>
            <w:vAlign w:val="center"/>
          </w:tcPr>
          <w:p w14:paraId="54ACFAC0" w14:textId="77777777" w:rsidR="00F678CC" w:rsidRPr="00240C29" w:rsidRDefault="00F678CC" w:rsidP="00242C28">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0B1C8DCE" w14:textId="77777777" w:rsidR="00F678CC" w:rsidRPr="00240C29" w:rsidRDefault="00F678CC" w:rsidP="00242C28">
            <w:pPr>
              <w:ind w:firstLine="0"/>
              <w:rPr>
                <w:szCs w:val="24"/>
              </w:rPr>
            </w:pPr>
            <w:r w:rsidRPr="00240C29">
              <w:rPr>
                <w:szCs w:val="24"/>
              </w:rPr>
              <w:t xml:space="preserve">Pui cu </w:t>
            </w:r>
            <w:proofErr w:type="spellStart"/>
            <w:r w:rsidRPr="00240C29">
              <w:rPr>
                <w:szCs w:val="24"/>
              </w:rPr>
              <w:t>vinete</w:t>
            </w:r>
            <w:proofErr w:type="spellEnd"/>
          </w:p>
        </w:tc>
        <w:tc>
          <w:tcPr>
            <w:tcW w:w="1701" w:type="dxa"/>
            <w:tcMar>
              <w:top w:w="80" w:type="dxa"/>
              <w:left w:w="90" w:type="dxa"/>
              <w:bottom w:w="80" w:type="dxa"/>
              <w:right w:w="90" w:type="dxa"/>
            </w:tcMar>
            <w:vAlign w:val="center"/>
          </w:tcPr>
          <w:p w14:paraId="6178BECC" w14:textId="77777777" w:rsidR="00F678CC" w:rsidRPr="00240C29" w:rsidRDefault="00F678CC" w:rsidP="00242C28">
            <w:pPr>
              <w:ind w:firstLine="0"/>
              <w:jc w:val="center"/>
              <w:rPr>
                <w:szCs w:val="24"/>
              </w:rPr>
            </w:pPr>
            <w:r w:rsidRPr="00240C29">
              <w:rPr>
                <w:szCs w:val="24"/>
              </w:rPr>
              <w:t>120/120/100 gr</w:t>
            </w:r>
          </w:p>
        </w:tc>
      </w:tr>
      <w:tr w:rsidR="00F678CC" w:rsidRPr="00240C29" w14:paraId="71B61C78" w14:textId="77777777">
        <w:trPr>
          <w:jc w:val="center"/>
        </w:trPr>
        <w:tc>
          <w:tcPr>
            <w:tcW w:w="850" w:type="dxa"/>
            <w:tcMar>
              <w:top w:w="80" w:type="dxa"/>
              <w:left w:w="90" w:type="dxa"/>
              <w:bottom w:w="80" w:type="dxa"/>
              <w:right w:w="90" w:type="dxa"/>
            </w:tcMar>
            <w:vAlign w:val="center"/>
          </w:tcPr>
          <w:p w14:paraId="5C872AF2" w14:textId="77777777" w:rsidR="00F678CC" w:rsidRPr="00240C29" w:rsidRDefault="00F678CC" w:rsidP="00242C28">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48876273" w14:textId="77777777" w:rsidR="00F678CC" w:rsidRPr="00240C29" w:rsidRDefault="00F678CC" w:rsidP="00242C28">
            <w:pPr>
              <w:ind w:firstLine="0"/>
              <w:rPr>
                <w:szCs w:val="24"/>
              </w:rPr>
            </w:pPr>
            <w:r w:rsidRPr="00240C29">
              <w:rPr>
                <w:szCs w:val="24"/>
              </w:rPr>
              <w:t>Pui pane</w:t>
            </w:r>
          </w:p>
        </w:tc>
        <w:tc>
          <w:tcPr>
            <w:tcW w:w="1701" w:type="dxa"/>
            <w:tcMar>
              <w:top w:w="80" w:type="dxa"/>
              <w:left w:w="90" w:type="dxa"/>
              <w:bottom w:w="80" w:type="dxa"/>
              <w:right w:w="90" w:type="dxa"/>
            </w:tcMar>
            <w:vAlign w:val="center"/>
          </w:tcPr>
          <w:p w14:paraId="0CD8BC22" w14:textId="77777777" w:rsidR="00F678CC" w:rsidRPr="00240C29" w:rsidRDefault="00F678CC" w:rsidP="00242C28">
            <w:pPr>
              <w:ind w:firstLine="0"/>
              <w:jc w:val="center"/>
              <w:rPr>
                <w:szCs w:val="24"/>
              </w:rPr>
            </w:pPr>
            <w:r w:rsidRPr="00240C29">
              <w:rPr>
                <w:szCs w:val="24"/>
              </w:rPr>
              <w:t>150 gr</w:t>
            </w:r>
          </w:p>
        </w:tc>
      </w:tr>
      <w:tr w:rsidR="00F678CC" w:rsidRPr="00240C29" w14:paraId="190B1787" w14:textId="77777777">
        <w:trPr>
          <w:jc w:val="center"/>
        </w:trPr>
        <w:tc>
          <w:tcPr>
            <w:tcW w:w="850" w:type="dxa"/>
            <w:tcMar>
              <w:top w:w="80" w:type="dxa"/>
              <w:left w:w="90" w:type="dxa"/>
              <w:bottom w:w="80" w:type="dxa"/>
              <w:right w:w="90" w:type="dxa"/>
            </w:tcMar>
            <w:vAlign w:val="center"/>
          </w:tcPr>
          <w:p w14:paraId="726F29AB" w14:textId="77777777" w:rsidR="00F678CC" w:rsidRPr="00240C29" w:rsidRDefault="00F678CC" w:rsidP="00242C28">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2D9E6B8D" w14:textId="77777777" w:rsidR="00F678CC" w:rsidRPr="00240C29" w:rsidRDefault="00F678CC" w:rsidP="00242C28">
            <w:pPr>
              <w:ind w:firstLine="0"/>
              <w:rPr>
                <w:szCs w:val="24"/>
              </w:rPr>
            </w:pPr>
            <w:proofErr w:type="spellStart"/>
            <w:r w:rsidRPr="00240C29">
              <w:rPr>
                <w:szCs w:val="24"/>
              </w:rPr>
              <w:t>Piept</w:t>
            </w:r>
            <w:proofErr w:type="spellEnd"/>
            <w:r w:rsidRPr="00240C29">
              <w:rPr>
                <w:szCs w:val="24"/>
              </w:rPr>
              <w:t xml:space="preserve"> </w:t>
            </w:r>
            <w:proofErr w:type="spellStart"/>
            <w:r w:rsidRPr="00240C29">
              <w:rPr>
                <w:szCs w:val="24"/>
              </w:rPr>
              <w:t>pasare</w:t>
            </w:r>
            <w:proofErr w:type="spellEnd"/>
            <w:r w:rsidRPr="00240C29">
              <w:rPr>
                <w:szCs w:val="24"/>
              </w:rPr>
              <w:t xml:space="preserve"> pane</w:t>
            </w:r>
          </w:p>
        </w:tc>
        <w:tc>
          <w:tcPr>
            <w:tcW w:w="1701" w:type="dxa"/>
            <w:tcMar>
              <w:top w:w="80" w:type="dxa"/>
              <w:left w:w="90" w:type="dxa"/>
              <w:bottom w:w="80" w:type="dxa"/>
              <w:right w:w="90" w:type="dxa"/>
            </w:tcMar>
            <w:vAlign w:val="center"/>
          </w:tcPr>
          <w:p w14:paraId="3190BF63" w14:textId="77777777" w:rsidR="00F678CC" w:rsidRPr="00240C29" w:rsidRDefault="00F678CC" w:rsidP="00242C28">
            <w:pPr>
              <w:ind w:firstLine="0"/>
              <w:jc w:val="center"/>
              <w:rPr>
                <w:szCs w:val="24"/>
              </w:rPr>
            </w:pPr>
            <w:r w:rsidRPr="00240C29">
              <w:rPr>
                <w:szCs w:val="24"/>
              </w:rPr>
              <w:t>150 gr</w:t>
            </w:r>
          </w:p>
        </w:tc>
      </w:tr>
      <w:tr w:rsidR="00F678CC" w:rsidRPr="00240C29" w14:paraId="39448B20" w14:textId="77777777">
        <w:trPr>
          <w:jc w:val="center"/>
        </w:trPr>
        <w:tc>
          <w:tcPr>
            <w:tcW w:w="850" w:type="dxa"/>
            <w:tcMar>
              <w:top w:w="80" w:type="dxa"/>
              <w:left w:w="90" w:type="dxa"/>
              <w:bottom w:w="80" w:type="dxa"/>
              <w:right w:w="90" w:type="dxa"/>
            </w:tcMar>
            <w:vAlign w:val="center"/>
          </w:tcPr>
          <w:p w14:paraId="5992525C" w14:textId="77777777" w:rsidR="00F678CC" w:rsidRPr="00240C29" w:rsidRDefault="00F678CC" w:rsidP="00242C28">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5D6E75BA" w14:textId="77777777" w:rsidR="00F678CC" w:rsidRPr="00240C29" w:rsidRDefault="00F678CC" w:rsidP="00242C28">
            <w:pPr>
              <w:ind w:firstLine="0"/>
              <w:rPr>
                <w:szCs w:val="24"/>
              </w:rPr>
            </w:pPr>
            <w:r w:rsidRPr="00240C29">
              <w:rPr>
                <w:szCs w:val="24"/>
              </w:rPr>
              <w:t xml:space="preserve">Pui cu </w:t>
            </w:r>
            <w:proofErr w:type="spellStart"/>
            <w:r w:rsidRPr="00240C29">
              <w:rPr>
                <w:szCs w:val="24"/>
              </w:rPr>
              <w:t>bame</w:t>
            </w:r>
            <w:proofErr w:type="spellEnd"/>
          </w:p>
        </w:tc>
        <w:tc>
          <w:tcPr>
            <w:tcW w:w="1701" w:type="dxa"/>
            <w:tcMar>
              <w:top w:w="80" w:type="dxa"/>
              <w:left w:w="90" w:type="dxa"/>
              <w:bottom w:w="80" w:type="dxa"/>
              <w:right w:w="90" w:type="dxa"/>
            </w:tcMar>
            <w:vAlign w:val="center"/>
          </w:tcPr>
          <w:p w14:paraId="71A74665" w14:textId="77777777" w:rsidR="00F678CC" w:rsidRPr="00240C29" w:rsidRDefault="00F678CC" w:rsidP="00242C28">
            <w:pPr>
              <w:ind w:firstLine="0"/>
              <w:jc w:val="center"/>
              <w:rPr>
                <w:szCs w:val="24"/>
              </w:rPr>
            </w:pPr>
            <w:r w:rsidRPr="00240C29">
              <w:rPr>
                <w:szCs w:val="24"/>
              </w:rPr>
              <w:t>120/100/130 gr</w:t>
            </w:r>
          </w:p>
        </w:tc>
      </w:tr>
      <w:tr w:rsidR="00F678CC" w:rsidRPr="00240C29" w14:paraId="06F295A7" w14:textId="77777777">
        <w:trPr>
          <w:jc w:val="center"/>
        </w:trPr>
        <w:tc>
          <w:tcPr>
            <w:tcW w:w="850" w:type="dxa"/>
            <w:tcMar>
              <w:top w:w="80" w:type="dxa"/>
              <w:left w:w="90" w:type="dxa"/>
              <w:bottom w:w="80" w:type="dxa"/>
              <w:right w:w="90" w:type="dxa"/>
            </w:tcMar>
            <w:vAlign w:val="center"/>
          </w:tcPr>
          <w:p w14:paraId="159A1CF9" w14:textId="77777777" w:rsidR="00F678CC" w:rsidRPr="00240C29" w:rsidRDefault="00F678CC" w:rsidP="00242C28">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545647D5" w14:textId="77777777" w:rsidR="00F678CC" w:rsidRPr="00240C29" w:rsidRDefault="00F678CC" w:rsidP="00242C28">
            <w:pPr>
              <w:ind w:firstLine="0"/>
              <w:rPr>
                <w:szCs w:val="24"/>
              </w:rPr>
            </w:pPr>
            <w:proofErr w:type="spellStart"/>
            <w:r w:rsidRPr="00240C29">
              <w:rPr>
                <w:szCs w:val="24"/>
              </w:rPr>
              <w:t>Snitel</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0D0EAC3F" w14:textId="77777777" w:rsidR="00F678CC" w:rsidRPr="00240C29" w:rsidRDefault="00F678CC" w:rsidP="00242C28">
            <w:pPr>
              <w:ind w:firstLine="0"/>
              <w:jc w:val="center"/>
              <w:rPr>
                <w:szCs w:val="24"/>
              </w:rPr>
            </w:pPr>
            <w:r w:rsidRPr="00240C29">
              <w:rPr>
                <w:szCs w:val="24"/>
              </w:rPr>
              <w:t>100 gr</w:t>
            </w:r>
          </w:p>
        </w:tc>
      </w:tr>
      <w:tr w:rsidR="00F678CC" w:rsidRPr="00240C29" w14:paraId="293657DC" w14:textId="77777777">
        <w:trPr>
          <w:jc w:val="center"/>
        </w:trPr>
        <w:tc>
          <w:tcPr>
            <w:tcW w:w="850" w:type="dxa"/>
            <w:tcMar>
              <w:top w:w="80" w:type="dxa"/>
              <w:left w:w="90" w:type="dxa"/>
              <w:bottom w:w="80" w:type="dxa"/>
              <w:right w:w="90" w:type="dxa"/>
            </w:tcMar>
            <w:vAlign w:val="center"/>
          </w:tcPr>
          <w:p w14:paraId="2363D3F4" w14:textId="77777777" w:rsidR="00F678CC" w:rsidRPr="00240C29" w:rsidRDefault="00F678CC" w:rsidP="00242C28">
            <w:pPr>
              <w:ind w:firstLine="0"/>
              <w:jc w:val="center"/>
              <w:rPr>
                <w:szCs w:val="24"/>
              </w:rPr>
            </w:pPr>
            <w:r w:rsidRPr="00240C29">
              <w:rPr>
                <w:szCs w:val="24"/>
              </w:rPr>
              <w:t>21</w:t>
            </w:r>
          </w:p>
        </w:tc>
        <w:tc>
          <w:tcPr>
            <w:tcW w:w="7087" w:type="dxa"/>
            <w:tcMar>
              <w:top w:w="80" w:type="dxa"/>
              <w:left w:w="90" w:type="dxa"/>
              <w:bottom w:w="80" w:type="dxa"/>
              <w:right w:w="90" w:type="dxa"/>
            </w:tcMar>
            <w:vAlign w:val="center"/>
          </w:tcPr>
          <w:p w14:paraId="47C6F887" w14:textId="77777777" w:rsidR="00F678CC" w:rsidRPr="00240C29" w:rsidRDefault="00F678CC" w:rsidP="00242C28">
            <w:pPr>
              <w:ind w:firstLine="0"/>
              <w:rPr>
                <w:szCs w:val="24"/>
              </w:rPr>
            </w:pPr>
            <w:proofErr w:type="spellStart"/>
            <w:r w:rsidRPr="00240C29">
              <w:rPr>
                <w:szCs w:val="24"/>
              </w:rPr>
              <w:t>Pasare</w:t>
            </w:r>
            <w:proofErr w:type="spellEnd"/>
            <w:r w:rsidRPr="00240C29">
              <w:rPr>
                <w:szCs w:val="24"/>
              </w:rPr>
              <w:t xml:space="preserve"> cu </w:t>
            </w:r>
            <w:proofErr w:type="spellStart"/>
            <w:r w:rsidRPr="00240C29">
              <w:rPr>
                <w:szCs w:val="24"/>
              </w:rPr>
              <w:t>sos</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3739386C" w14:textId="77777777" w:rsidR="00F678CC" w:rsidRPr="00240C29" w:rsidRDefault="00F678CC" w:rsidP="00242C28">
            <w:pPr>
              <w:ind w:firstLine="0"/>
              <w:jc w:val="center"/>
              <w:rPr>
                <w:szCs w:val="24"/>
              </w:rPr>
            </w:pPr>
            <w:r w:rsidRPr="00240C29">
              <w:rPr>
                <w:szCs w:val="24"/>
              </w:rPr>
              <w:t>120/230 gr</w:t>
            </w:r>
          </w:p>
        </w:tc>
      </w:tr>
      <w:tr w:rsidR="00F678CC" w:rsidRPr="00240C29" w14:paraId="6B60B9D2" w14:textId="77777777">
        <w:trPr>
          <w:jc w:val="center"/>
        </w:trPr>
        <w:tc>
          <w:tcPr>
            <w:tcW w:w="850" w:type="dxa"/>
            <w:tcMar>
              <w:top w:w="80" w:type="dxa"/>
              <w:left w:w="90" w:type="dxa"/>
              <w:bottom w:w="80" w:type="dxa"/>
              <w:right w:w="90" w:type="dxa"/>
            </w:tcMar>
            <w:vAlign w:val="center"/>
          </w:tcPr>
          <w:p w14:paraId="24D5577C" w14:textId="77777777" w:rsidR="00F678CC" w:rsidRPr="00240C29" w:rsidRDefault="00F678CC" w:rsidP="00242C28">
            <w:pPr>
              <w:ind w:firstLine="0"/>
              <w:jc w:val="center"/>
              <w:rPr>
                <w:szCs w:val="24"/>
              </w:rPr>
            </w:pPr>
            <w:r w:rsidRPr="00240C29">
              <w:rPr>
                <w:szCs w:val="24"/>
              </w:rPr>
              <w:t>22</w:t>
            </w:r>
          </w:p>
        </w:tc>
        <w:tc>
          <w:tcPr>
            <w:tcW w:w="7087" w:type="dxa"/>
            <w:tcMar>
              <w:top w:w="80" w:type="dxa"/>
              <w:left w:w="90" w:type="dxa"/>
              <w:bottom w:w="80" w:type="dxa"/>
              <w:right w:w="90" w:type="dxa"/>
            </w:tcMar>
            <w:vAlign w:val="center"/>
          </w:tcPr>
          <w:p w14:paraId="2789EB3E" w14:textId="77777777" w:rsidR="00F678CC" w:rsidRPr="00240C29" w:rsidRDefault="00F678CC" w:rsidP="00242C28">
            <w:pPr>
              <w:ind w:firstLine="0"/>
              <w:rPr>
                <w:szCs w:val="24"/>
              </w:rPr>
            </w:pPr>
            <w:proofErr w:type="spellStart"/>
            <w:r w:rsidRPr="00240C29">
              <w:rPr>
                <w:szCs w:val="24"/>
              </w:rPr>
              <w:t>Rizoto</w:t>
            </w:r>
            <w:proofErr w:type="spellEnd"/>
            <w:r w:rsidRPr="00240C29">
              <w:rPr>
                <w:szCs w:val="24"/>
              </w:rPr>
              <w:t xml:space="preserve"> cu </w:t>
            </w:r>
            <w:proofErr w:type="spellStart"/>
            <w:r w:rsidRPr="00240C29">
              <w:rPr>
                <w:szCs w:val="24"/>
              </w:rPr>
              <w:t>ficatei</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71127007" w14:textId="77777777" w:rsidR="00F678CC" w:rsidRPr="00240C29" w:rsidRDefault="00F678CC" w:rsidP="00242C28">
            <w:pPr>
              <w:ind w:firstLine="0"/>
              <w:jc w:val="center"/>
              <w:rPr>
                <w:szCs w:val="24"/>
              </w:rPr>
            </w:pPr>
            <w:r w:rsidRPr="00240C29">
              <w:rPr>
                <w:szCs w:val="24"/>
              </w:rPr>
              <w:t>200/60/15/100 gr</w:t>
            </w:r>
          </w:p>
        </w:tc>
      </w:tr>
      <w:tr w:rsidR="00F678CC" w:rsidRPr="00240C29" w14:paraId="0167BA02" w14:textId="77777777">
        <w:trPr>
          <w:jc w:val="center"/>
        </w:trPr>
        <w:tc>
          <w:tcPr>
            <w:tcW w:w="850" w:type="dxa"/>
            <w:tcMar>
              <w:top w:w="80" w:type="dxa"/>
              <w:left w:w="90" w:type="dxa"/>
              <w:bottom w:w="80" w:type="dxa"/>
              <w:right w:w="90" w:type="dxa"/>
            </w:tcMar>
            <w:vAlign w:val="center"/>
          </w:tcPr>
          <w:p w14:paraId="78C5A219" w14:textId="77777777" w:rsidR="00F678CC" w:rsidRPr="00240C29" w:rsidRDefault="00F678CC" w:rsidP="00242C28">
            <w:pPr>
              <w:ind w:firstLine="0"/>
              <w:jc w:val="center"/>
              <w:rPr>
                <w:szCs w:val="24"/>
              </w:rPr>
            </w:pPr>
            <w:r w:rsidRPr="00240C29">
              <w:rPr>
                <w:szCs w:val="24"/>
              </w:rPr>
              <w:t>23</w:t>
            </w:r>
          </w:p>
        </w:tc>
        <w:tc>
          <w:tcPr>
            <w:tcW w:w="7087" w:type="dxa"/>
            <w:tcMar>
              <w:top w:w="80" w:type="dxa"/>
              <w:left w:w="90" w:type="dxa"/>
              <w:bottom w:w="80" w:type="dxa"/>
              <w:right w:w="90" w:type="dxa"/>
            </w:tcMar>
            <w:vAlign w:val="center"/>
          </w:tcPr>
          <w:p w14:paraId="50E8A02D" w14:textId="77777777" w:rsidR="00F678CC" w:rsidRPr="00240C29" w:rsidRDefault="00F678CC" w:rsidP="00242C28">
            <w:pPr>
              <w:ind w:firstLine="0"/>
              <w:rPr>
                <w:szCs w:val="24"/>
              </w:rPr>
            </w:pPr>
            <w:proofErr w:type="spellStart"/>
            <w:r w:rsidRPr="00240C29">
              <w:rPr>
                <w:szCs w:val="24"/>
              </w:rPr>
              <w:t>Sarmale</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0755CB5F" w14:textId="77777777" w:rsidR="00F678CC" w:rsidRPr="00240C29" w:rsidRDefault="00F678CC" w:rsidP="00242C28">
            <w:pPr>
              <w:ind w:firstLine="0"/>
              <w:jc w:val="center"/>
              <w:rPr>
                <w:szCs w:val="24"/>
              </w:rPr>
            </w:pPr>
            <w:r w:rsidRPr="00240C29">
              <w:rPr>
                <w:szCs w:val="24"/>
              </w:rPr>
              <w:t>220/280 gr</w:t>
            </w:r>
          </w:p>
        </w:tc>
      </w:tr>
      <w:tr w:rsidR="00242C28" w:rsidRPr="00240C29" w14:paraId="03C842BF" w14:textId="77777777" w:rsidTr="006B3867">
        <w:trPr>
          <w:jc w:val="center"/>
        </w:trPr>
        <w:tc>
          <w:tcPr>
            <w:tcW w:w="850" w:type="dxa"/>
            <w:tcMar>
              <w:top w:w="80" w:type="dxa"/>
              <w:left w:w="90" w:type="dxa"/>
              <w:bottom w:w="80" w:type="dxa"/>
              <w:right w:w="90" w:type="dxa"/>
            </w:tcMar>
            <w:vAlign w:val="center"/>
          </w:tcPr>
          <w:p w14:paraId="49371B49" w14:textId="45217C2B" w:rsidR="00242C28" w:rsidRPr="00240C29" w:rsidRDefault="00242C28" w:rsidP="00242C28">
            <w:pPr>
              <w:ind w:firstLine="0"/>
              <w:jc w:val="center"/>
              <w:rPr>
                <w:szCs w:val="24"/>
              </w:rPr>
            </w:pPr>
            <w:r>
              <w:rPr>
                <w:szCs w:val="24"/>
              </w:rPr>
              <w:t>24</w:t>
            </w:r>
          </w:p>
        </w:tc>
        <w:tc>
          <w:tcPr>
            <w:tcW w:w="7087" w:type="dxa"/>
            <w:tcMar>
              <w:top w:w="80" w:type="dxa"/>
              <w:left w:w="90" w:type="dxa"/>
              <w:bottom w:w="80" w:type="dxa"/>
              <w:right w:w="90" w:type="dxa"/>
            </w:tcMar>
          </w:tcPr>
          <w:p w14:paraId="621E89D9" w14:textId="7781C70E" w:rsidR="00242C28" w:rsidRPr="00240C29" w:rsidRDefault="00242C28" w:rsidP="00242C28">
            <w:pPr>
              <w:ind w:firstLine="0"/>
              <w:rPr>
                <w:szCs w:val="24"/>
              </w:rPr>
            </w:pPr>
            <w:proofErr w:type="spellStart"/>
            <w:r w:rsidRPr="004E3083">
              <w:t>Rulada</w:t>
            </w:r>
            <w:proofErr w:type="spellEnd"/>
            <w:r w:rsidRPr="004E3083">
              <w:t xml:space="preserve"> pui cu </w:t>
            </w:r>
            <w:proofErr w:type="spellStart"/>
            <w:r w:rsidRPr="004E3083">
              <w:t>spanac</w:t>
            </w:r>
            <w:proofErr w:type="spellEnd"/>
          </w:p>
        </w:tc>
        <w:tc>
          <w:tcPr>
            <w:tcW w:w="1701" w:type="dxa"/>
            <w:tcMar>
              <w:top w:w="80" w:type="dxa"/>
              <w:left w:w="90" w:type="dxa"/>
              <w:bottom w:w="80" w:type="dxa"/>
              <w:right w:w="90" w:type="dxa"/>
            </w:tcMar>
          </w:tcPr>
          <w:p w14:paraId="489B2ADD" w14:textId="48BE5048" w:rsidR="00242C28" w:rsidRPr="00240C29" w:rsidRDefault="00242C28" w:rsidP="00242C28">
            <w:pPr>
              <w:ind w:firstLine="0"/>
              <w:jc w:val="center"/>
              <w:rPr>
                <w:szCs w:val="24"/>
              </w:rPr>
            </w:pPr>
            <w:r w:rsidRPr="004E3083">
              <w:t>200 gr.</w:t>
            </w:r>
          </w:p>
        </w:tc>
      </w:tr>
    </w:tbl>
    <w:p w14:paraId="03577E93" w14:textId="77777777" w:rsidR="00F678CC" w:rsidRPr="00240C29" w:rsidRDefault="00F678CC" w:rsidP="006B3867">
      <w:pPr>
        <w:rPr>
          <w:szCs w:val="24"/>
        </w:rPr>
      </w:pPr>
    </w:p>
    <w:p w14:paraId="4E9F8872" w14:textId="77777777" w:rsidR="00F678CC" w:rsidRPr="00240C29" w:rsidRDefault="00F678CC" w:rsidP="006B3867">
      <w:pPr>
        <w:rPr>
          <w:szCs w:val="24"/>
        </w:rPr>
      </w:pPr>
      <w:r w:rsidRPr="00240C29">
        <w:rPr>
          <w:b/>
          <w:szCs w:val="24"/>
        </w:rPr>
        <w:t>PREPARATE DIN LEGUME SI CARNE DE VACA</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33FF58DD" w14:textId="77777777">
        <w:trPr>
          <w:tblHeader/>
          <w:jc w:val="center"/>
        </w:trPr>
        <w:tc>
          <w:tcPr>
            <w:tcW w:w="850" w:type="dxa"/>
            <w:shd w:val="clear" w:color="auto" w:fill="D9D9D9"/>
            <w:tcMar>
              <w:top w:w="80" w:type="dxa"/>
              <w:left w:w="90" w:type="dxa"/>
              <w:bottom w:w="80" w:type="dxa"/>
              <w:right w:w="90" w:type="dxa"/>
            </w:tcMar>
            <w:vAlign w:val="center"/>
          </w:tcPr>
          <w:p w14:paraId="594267D8"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6396AFAB"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26DE2A09"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6AA40472" w14:textId="77777777">
        <w:trPr>
          <w:jc w:val="center"/>
        </w:trPr>
        <w:tc>
          <w:tcPr>
            <w:tcW w:w="850" w:type="dxa"/>
            <w:tcMar>
              <w:top w:w="80" w:type="dxa"/>
              <w:left w:w="90" w:type="dxa"/>
              <w:bottom w:w="80" w:type="dxa"/>
              <w:right w:w="90" w:type="dxa"/>
            </w:tcMar>
            <w:vAlign w:val="center"/>
          </w:tcPr>
          <w:p w14:paraId="6600D599"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490F3B14" w14:textId="77777777" w:rsidR="00F678CC" w:rsidRPr="00240C29" w:rsidRDefault="00F678CC" w:rsidP="00242C28">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carne</w:t>
            </w:r>
          </w:p>
        </w:tc>
        <w:tc>
          <w:tcPr>
            <w:tcW w:w="1701" w:type="dxa"/>
            <w:tcMar>
              <w:top w:w="80" w:type="dxa"/>
              <w:left w:w="90" w:type="dxa"/>
              <w:bottom w:w="80" w:type="dxa"/>
              <w:right w:w="90" w:type="dxa"/>
            </w:tcMar>
            <w:vAlign w:val="center"/>
          </w:tcPr>
          <w:p w14:paraId="685A48B4" w14:textId="77777777" w:rsidR="00F678CC" w:rsidRPr="00240C29" w:rsidRDefault="00F678CC" w:rsidP="00242C28">
            <w:pPr>
              <w:ind w:firstLine="0"/>
              <w:jc w:val="center"/>
              <w:rPr>
                <w:szCs w:val="24"/>
              </w:rPr>
            </w:pPr>
            <w:r w:rsidRPr="00240C29">
              <w:rPr>
                <w:szCs w:val="24"/>
              </w:rPr>
              <w:t>165/100/20 gr</w:t>
            </w:r>
          </w:p>
        </w:tc>
      </w:tr>
      <w:tr w:rsidR="00F678CC" w:rsidRPr="00240C29" w14:paraId="6670A140" w14:textId="77777777">
        <w:trPr>
          <w:jc w:val="center"/>
        </w:trPr>
        <w:tc>
          <w:tcPr>
            <w:tcW w:w="850" w:type="dxa"/>
            <w:tcMar>
              <w:top w:w="80" w:type="dxa"/>
              <w:left w:w="90" w:type="dxa"/>
              <w:bottom w:w="80" w:type="dxa"/>
              <w:right w:w="90" w:type="dxa"/>
            </w:tcMar>
            <w:vAlign w:val="center"/>
          </w:tcPr>
          <w:p w14:paraId="314B6833"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34E93DC0" w14:textId="77777777" w:rsidR="00F678CC" w:rsidRPr="00240C29" w:rsidRDefault="00F678CC" w:rsidP="00242C28">
            <w:pPr>
              <w:ind w:firstLine="0"/>
              <w:rPr>
                <w:szCs w:val="24"/>
              </w:rPr>
            </w:pPr>
            <w:proofErr w:type="spellStart"/>
            <w:r w:rsidRPr="00240C29">
              <w:rPr>
                <w:szCs w:val="24"/>
              </w:rPr>
              <w:t>Chiftelute</w:t>
            </w:r>
            <w:proofErr w:type="spellEnd"/>
            <w:r w:rsidRPr="00240C29">
              <w:rPr>
                <w:szCs w:val="24"/>
              </w:rPr>
              <w:t xml:space="preserve"> marinate</w:t>
            </w:r>
          </w:p>
        </w:tc>
        <w:tc>
          <w:tcPr>
            <w:tcW w:w="1701" w:type="dxa"/>
            <w:tcMar>
              <w:top w:w="80" w:type="dxa"/>
              <w:left w:w="90" w:type="dxa"/>
              <w:bottom w:w="80" w:type="dxa"/>
              <w:right w:w="90" w:type="dxa"/>
            </w:tcMar>
            <w:vAlign w:val="center"/>
          </w:tcPr>
          <w:p w14:paraId="72F2C4B1" w14:textId="77777777" w:rsidR="00F678CC" w:rsidRPr="00240C29" w:rsidRDefault="00F678CC" w:rsidP="00242C28">
            <w:pPr>
              <w:ind w:firstLine="0"/>
              <w:jc w:val="center"/>
              <w:rPr>
                <w:szCs w:val="24"/>
              </w:rPr>
            </w:pPr>
            <w:r w:rsidRPr="00240C29">
              <w:rPr>
                <w:szCs w:val="24"/>
              </w:rPr>
              <w:t>140/140 gr</w:t>
            </w:r>
          </w:p>
        </w:tc>
      </w:tr>
      <w:tr w:rsidR="00F678CC" w:rsidRPr="00240C29" w14:paraId="12E39625" w14:textId="77777777">
        <w:trPr>
          <w:jc w:val="center"/>
        </w:trPr>
        <w:tc>
          <w:tcPr>
            <w:tcW w:w="850" w:type="dxa"/>
            <w:tcMar>
              <w:top w:w="80" w:type="dxa"/>
              <w:left w:w="90" w:type="dxa"/>
              <w:bottom w:w="80" w:type="dxa"/>
              <w:right w:w="90" w:type="dxa"/>
            </w:tcMar>
            <w:vAlign w:val="center"/>
          </w:tcPr>
          <w:p w14:paraId="09E70445"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7E9B93BE" w14:textId="77777777" w:rsidR="00F678CC" w:rsidRPr="00240C29" w:rsidRDefault="00F678CC" w:rsidP="00242C28">
            <w:pPr>
              <w:ind w:firstLine="0"/>
              <w:rPr>
                <w:szCs w:val="24"/>
              </w:rPr>
            </w:pPr>
            <w:proofErr w:type="spellStart"/>
            <w:r w:rsidRPr="00240C29">
              <w:rPr>
                <w:szCs w:val="24"/>
              </w:rPr>
              <w:t>Vacuta</w:t>
            </w:r>
            <w:proofErr w:type="spellEnd"/>
            <w:r w:rsidRPr="00240C29">
              <w:rPr>
                <w:szCs w:val="24"/>
              </w:rPr>
              <w:t xml:space="preserve"> cu legume</w:t>
            </w:r>
          </w:p>
        </w:tc>
        <w:tc>
          <w:tcPr>
            <w:tcW w:w="1701" w:type="dxa"/>
            <w:tcMar>
              <w:top w:w="80" w:type="dxa"/>
              <w:left w:w="90" w:type="dxa"/>
              <w:bottom w:w="80" w:type="dxa"/>
              <w:right w:w="90" w:type="dxa"/>
            </w:tcMar>
            <w:vAlign w:val="center"/>
          </w:tcPr>
          <w:p w14:paraId="317FE792" w14:textId="77777777" w:rsidR="00F678CC" w:rsidRPr="00240C29" w:rsidRDefault="00F678CC" w:rsidP="00242C28">
            <w:pPr>
              <w:ind w:firstLine="0"/>
              <w:jc w:val="center"/>
              <w:rPr>
                <w:szCs w:val="24"/>
              </w:rPr>
            </w:pPr>
            <w:r w:rsidRPr="00240C29">
              <w:rPr>
                <w:szCs w:val="24"/>
              </w:rPr>
              <w:t>60/200/70 gr</w:t>
            </w:r>
          </w:p>
        </w:tc>
      </w:tr>
      <w:tr w:rsidR="00F678CC" w:rsidRPr="00240C29" w14:paraId="789B970C" w14:textId="77777777">
        <w:trPr>
          <w:jc w:val="center"/>
        </w:trPr>
        <w:tc>
          <w:tcPr>
            <w:tcW w:w="850" w:type="dxa"/>
            <w:tcMar>
              <w:top w:w="80" w:type="dxa"/>
              <w:left w:w="90" w:type="dxa"/>
              <w:bottom w:w="80" w:type="dxa"/>
              <w:right w:w="90" w:type="dxa"/>
            </w:tcMar>
            <w:vAlign w:val="center"/>
          </w:tcPr>
          <w:p w14:paraId="4003D592"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6E250A7E" w14:textId="78E95D7D" w:rsidR="00F678CC" w:rsidRPr="00240C29" w:rsidRDefault="00F678CC" w:rsidP="00242C28">
            <w:pPr>
              <w:ind w:firstLine="0"/>
              <w:rPr>
                <w:szCs w:val="24"/>
              </w:rPr>
            </w:pPr>
            <w:proofErr w:type="spellStart"/>
            <w:r w:rsidRPr="00240C29">
              <w:rPr>
                <w:szCs w:val="24"/>
              </w:rPr>
              <w:t>Chiftelute</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1E10766B" w14:textId="77777777" w:rsidR="00F678CC" w:rsidRPr="00240C29" w:rsidRDefault="00F678CC" w:rsidP="00242C28">
            <w:pPr>
              <w:ind w:firstLine="0"/>
              <w:jc w:val="center"/>
              <w:rPr>
                <w:szCs w:val="24"/>
              </w:rPr>
            </w:pPr>
            <w:r w:rsidRPr="00240C29">
              <w:rPr>
                <w:szCs w:val="24"/>
              </w:rPr>
              <w:t>140/140 gr</w:t>
            </w:r>
          </w:p>
        </w:tc>
      </w:tr>
      <w:tr w:rsidR="00F678CC" w:rsidRPr="00240C29" w14:paraId="3AFEEFE7" w14:textId="77777777">
        <w:trPr>
          <w:jc w:val="center"/>
        </w:trPr>
        <w:tc>
          <w:tcPr>
            <w:tcW w:w="850" w:type="dxa"/>
            <w:tcMar>
              <w:top w:w="80" w:type="dxa"/>
              <w:left w:w="90" w:type="dxa"/>
              <w:bottom w:w="80" w:type="dxa"/>
              <w:right w:w="90" w:type="dxa"/>
            </w:tcMar>
            <w:vAlign w:val="center"/>
          </w:tcPr>
          <w:p w14:paraId="03FE9FB3" w14:textId="77777777" w:rsidR="00F678CC" w:rsidRPr="00240C29" w:rsidRDefault="00F678CC" w:rsidP="00242C28">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5A413EB6" w14:textId="29F6F870" w:rsidR="00F678CC" w:rsidRPr="00240C29" w:rsidRDefault="00F678CC" w:rsidP="00242C28">
            <w:pPr>
              <w:ind w:firstLine="0"/>
              <w:rPr>
                <w:szCs w:val="24"/>
              </w:rPr>
            </w:pPr>
            <w:proofErr w:type="spellStart"/>
            <w:r w:rsidRPr="00240C29">
              <w:rPr>
                <w:szCs w:val="24"/>
              </w:rPr>
              <w:t>Dovlecei</w:t>
            </w:r>
            <w:proofErr w:type="spellEnd"/>
            <w:r w:rsidRPr="00240C29">
              <w:rPr>
                <w:szCs w:val="24"/>
              </w:rPr>
              <w:t xml:space="preserve"> </w:t>
            </w:r>
            <w:proofErr w:type="spellStart"/>
            <w:r w:rsidRPr="00240C29">
              <w:rPr>
                <w:szCs w:val="24"/>
              </w:rPr>
              <w:t>umpluti</w:t>
            </w:r>
            <w:proofErr w:type="spellEnd"/>
            <w:r w:rsidRPr="00240C29">
              <w:rPr>
                <w:szCs w:val="24"/>
              </w:rPr>
              <w:t xml:space="preserve"> cu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140FBE29" w14:textId="77777777" w:rsidR="00F678CC" w:rsidRPr="00240C29" w:rsidRDefault="00F678CC" w:rsidP="00242C28">
            <w:pPr>
              <w:ind w:firstLine="0"/>
              <w:jc w:val="center"/>
              <w:rPr>
                <w:szCs w:val="24"/>
              </w:rPr>
            </w:pPr>
            <w:r w:rsidRPr="00240C29">
              <w:rPr>
                <w:szCs w:val="24"/>
              </w:rPr>
              <w:t>160/100/20 gr</w:t>
            </w:r>
          </w:p>
        </w:tc>
      </w:tr>
      <w:tr w:rsidR="00F678CC" w:rsidRPr="00240C29" w14:paraId="4844EF9A" w14:textId="77777777">
        <w:trPr>
          <w:jc w:val="center"/>
        </w:trPr>
        <w:tc>
          <w:tcPr>
            <w:tcW w:w="850" w:type="dxa"/>
            <w:tcMar>
              <w:top w:w="80" w:type="dxa"/>
              <w:left w:w="90" w:type="dxa"/>
              <w:bottom w:w="80" w:type="dxa"/>
              <w:right w:w="90" w:type="dxa"/>
            </w:tcMar>
            <w:vAlign w:val="center"/>
          </w:tcPr>
          <w:p w14:paraId="614655EB" w14:textId="77777777" w:rsidR="00F678CC" w:rsidRPr="00240C29" w:rsidRDefault="00F678CC" w:rsidP="00242C28">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625B12E1" w14:textId="77777777" w:rsidR="00F678CC" w:rsidRPr="00240C29" w:rsidRDefault="00F678CC" w:rsidP="00242C28">
            <w:pPr>
              <w:ind w:firstLine="0"/>
              <w:rPr>
                <w:szCs w:val="24"/>
              </w:rPr>
            </w:pPr>
            <w:proofErr w:type="spellStart"/>
            <w:r w:rsidRPr="00240C29">
              <w:rPr>
                <w:szCs w:val="24"/>
              </w:rPr>
              <w:t>Vacuta</w:t>
            </w:r>
            <w:proofErr w:type="spellEnd"/>
            <w:r w:rsidRPr="00240C29">
              <w:rPr>
                <w:szCs w:val="24"/>
              </w:rPr>
              <w:t xml:space="preserve"> cu </w:t>
            </w: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p>
        </w:tc>
        <w:tc>
          <w:tcPr>
            <w:tcW w:w="1701" w:type="dxa"/>
            <w:tcMar>
              <w:top w:w="80" w:type="dxa"/>
              <w:left w:w="90" w:type="dxa"/>
              <w:bottom w:w="80" w:type="dxa"/>
              <w:right w:w="90" w:type="dxa"/>
            </w:tcMar>
            <w:vAlign w:val="center"/>
          </w:tcPr>
          <w:p w14:paraId="5AF01AE7" w14:textId="77777777" w:rsidR="00F678CC" w:rsidRPr="00240C29" w:rsidRDefault="00F678CC" w:rsidP="00242C28">
            <w:pPr>
              <w:ind w:firstLine="0"/>
              <w:jc w:val="center"/>
              <w:rPr>
                <w:szCs w:val="24"/>
              </w:rPr>
            </w:pPr>
            <w:r w:rsidRPr="00240C29">
              <w:rPr>
                <w:szCs w:val="24"/>
              </w:rPr>
              <w:t>60/100/140 gr</w:t>
            </w:r>
          </w:p>
        </w:tc>
      </w:tr>
      <w:tr w:rsidR="00F678CC" w:rsidRPr="00240C29" w14:paraId="28E5D2DD" w14:textId="77777777">
        <w:trPr>
          <w:jc w:val="center"/>
        </w:trPr>
        <w:tc>
          <w:tcPr>
            <w:tcW w:w="850" w:type="dxa"/>
            <w:tcMar>
              <w:top w:w="80" w:type="dxa"/>
              <w:left w:w="90" w:type="dxa"/>
              <w:bottom w:w="80" w:type="dxa"/>
              <w:right w:w="90" w:type="dxa"/>
            </w:tcMar>
            <w:vAlign w:val="center"/>
          </w:tcPr>
          <w:p w14:paraId="17A8BF10" w14:textId="77777777" w:rsidR="00F678CC" w:rsidRPr="00240C29" w:rsidRDefault="00F678CC" w:rsidP="00242C28">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3FB693AB" w14:textId="77777777" w:rsidR="00F678CC" w:rsidRPr="00240C29" w:rsidRDefault="00F678CC" w:rsidP="00242C28">
            <w:pPr>
              <w:ind w:firstLine="0"/>
              <w:rPr>
                <w:szCs w:val="24"/>
              </w:rPr>
            </w:pPr>
            <w:proofErr w:type="spellStart"/>
            <w:r w:rsidRPr="00240C29">
              <w:rPr>
                <w:szCs w:val="24"/>
              </w:rPr>
              <w:t>Vacuta</w:t>
            </w:r>
            <w:proofErr w:type="spellEnd"/>
            <w:r w:rsidRPr="00240C29">
              <w:rPr>
                <w:szCs w:val="24"/>
              </w:rPr>
              <w:t xml:space="preserve"> cu </w:t>
            </w:r>
            <w:proofErr w:type="spellStart"/>
            <w:r w:rsidRPr="00240C29">
              <w:rPr>
                <w:szCs w:val="24"/>
              </w:rPr>
              <w:t>rosii</w:t>
            </w:r>
            <w:proofErr w:type="spellEnd"/>
          </w:p>
        </w:tc>
        <w:tc>
          <w:tcPr>
            <w:tcW w:w="1701" w:type="dxa"/>
            <w:tcMar>
              <w:top w:w="80" w:type="dxa"/>
              <w:left w:w="90" w:type="dxa"/>
              <w:bottom w:w="80" w:type="dxa"/>
              <w:right w:w="90" w:type="dxa"/>
            </w:tcMar>
            <w:vAlign w:val="center"/>
          </w:tcPr>
          <w:p w14:paraId="5A4BCC34" w14:textId="77777777" w:rsidR="00F678CC" w:rsidRPr="00240C29" w:rsidRDefault="00F678CC" w:rsidP="00242C28">
            <w:pPr>
              <w:ind w:firstLine="0"/>
              <w:jc w:val="center"/>
              <w:rPr>
                <w:szCs w:val="24"/>
              </w:rPr>
            </w:pPr>
            <w:r w:rsidRPr="00240C29">
              <w:rPr>
                <w:szCs w:val="24"/>
              </w:rPr>
              <w:t>60/250 gr</w:t>
            </w:r>
          </w:p>
        </w:tc>
      </w:tr>
      <w:tr w:rsidR="00F678CC" w:rsidRPr="00240C29" w14:paraId="355D7BAA" w14:textId="77777777">
        <w:trPr>
          <w:jc w:val="center"/>
        </w:trPr>
        <w:tc>
          <w:tcPr>
            <w:tcW w:w="850" w:type="dxa"/>
            <w:tcMar>
              <w:top w:w="80" w:type="dxa"/>
              <w:left w:w="90" w:type="dxa"/>
              <w:bottom w:w="80" w:type="dxa"/>
              <w:right w:w="90" w:type="dxa"/>
            </w:tcMar>
            <w:vAlign w:val="center"/>
          </w:tcPr>
          <w:p w14:paraId="13D73850" w14:textId="77777777" w:rsidR="00F678CC" w:rsidRPr="00240C29" w:rsidRDefault="00F678CC" w:rsidP="00242C28">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4298083D" w14:textId="77777777" w:rsidR="00F678CC" w:rsidRPr="00240C29" w:rsidRDefault="00F678CC" w:rsidP="00242C28">
            <w:pPr>
              <w:ind w:firstLine="0"/>
              <w:rPr>
                <w:szCs w:val="24"/>
              </w:rPr>
            </w:pPr>
            <w:proofErr w:type="spellStart"/>
            <w:r w:rsidRPr="00240C29">
              <w:rPr>
                <w:szCs w:val="24"/>
              </w:rPr>
              <w:t>Ghiveci</w:t>
            </w:r>
            <w:proofErr w:type="spellEnd"/>
            <w:r w:rsidRPr="00240C29">
              <w:rPr>
                <w:szCs w:val="24"/>
              </w:rPr>
              <w:t xml:space="preserve"> national cu legume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5D80E852" w14:textId="77777777" w:rsidR="00F678CC" w:rsidRPr="00240C29" w:rsidRDefault="00F678CC" w:rsidP="00242C28">
            <w:pPr>
              <w:ind w:firstLine="0"/>
              <w:jc w:val="center"/>
              <w:rPr>
                <w:szCs w:val="24"/>
              </w:rPr>
            </w:pPr>
            <w:r w:rsidRPr="00240C29">
              <w:rPr>
                <w:szCs w:val="24"/>
              </w:rPr>
              <w:t>235/65 gr</w:t>
            </w:r>
          </w:p>
        </w:tc>
      </w:tr>
      <w:tr w:rsidR="00F678CC" w:rsidRPr="00240C29" w14:paraId="2EFAFD1B" w14:textId="77777777">
        <w:trPr>
          <w:jc w:val="center"/>
        </w:trPr>
        <w:tc>
          <w:tcPr>
            <w:tcW w:w="850" w:type="dxa"/>
            <w:tcMar>
              <w:top w:w="80" w:type="dxa"/>
              <w:left w:w="90" w:type="dxa"/>
              <w:bottom w:w="80" w:type="dxa"/>
              <w:right w:w="90" w:type="dxa"/>
            </w:tcMar>
            <w:vAlign w:val="center"/>
          </w:tcPr>
          <w:p w14:paraId="5E5DF57C" w14:textId="77777777" w:rsidR="00F678CC" w:rsidRPr="00240C29" w:rsidRDefault="00F678CC" w:rsidP="00242C28">
            <w:pPr>
              <w:ind w:firstLine="0"/>
              <w:jc w:val="center"/>
              <w:rPr>
                <w:szCs w:val="24"/>
              </w:rPr>
            </w:pPr>
            <w:r w:rsidRPr="00240C29">
              <w:rPr>
                <w:szCs w:val="24"/>
              </w:rPr>
              <w:lastRenderedPageBreak/>
              <w:t>9</w:t>
            </w:r>
          </w:p>
        </w:tc>
        <w:tc>
          <w:tcPr>
            <w:tcW w:w="7087" w:type="dxa"/>
            <w:tcMar>
              <w:top w:w="80" w:type="dxa"/>
              <w:left w:w="90" w:type="dxa"/>
              <w:bottom w:w="80" w:type="dxa"/>
              <w:right w:w="90" w:type="dxa"/>
            </w:tcMar>
            <w:vAlign w:val="center"/>
          </w:tcPr>
          <w:p w14:paraId="559F6FE3" w14:textId="77777777" w:rsidR="00F678CC" w:rsidRPr="00240C29" w:rsidRDefault="00F678CC" w:rsidP="00242C28">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dovlecei</w:t>
            </w:r>
            <w:proofErr w:type="spellEnd"/>
          </w:p>
        </w:tc>
        <w:tc>
          <w:tcPr>
            <w:tcW w:w="1701" w:type="dxa"/>
            <w:tcMar>
              <w:top w:w="80" w:type="dxa"/>
              <w:left w:w="90" w:type="dxa"/>
              <w:bottom w:w="80" w:type="dxa"/>
              <w:right w:w="90" w:type="dxa"/>
            </w:tcMar>
            <w:vAlign w:val="center"/>
          </w:tcPr>
          <w:p w14:paraId="60942923" w14:textId="77777777" w:rsidR="00F678CC" w:rsidRPr="00240C29" w:rsidRDefault="00F678CC" w:rsidP="00242C28">
            <w:pPr>
              <w:ind w:firstLine="0"/>
              <w:jc w:val="center"/>
              <w:rPr>
                <w:szCs w:val="24"/>
              </w:rPr>
            </w:pPr>
            <w:r w:rsidRPr="00240C29">
              <w:rPr>
                <w:szCs w:val="24"/>
              </w:rPr>
              <w:t>250/80 gr</w:t>
            </w:r>
          </w:p>
        </w:tc>
      </w:tr>
      <w:tr w:rsidR="00F678CC" w:rsidRPr="00240C29" w14:paraId="183F4549" w14:textId="77777777">
        <w:trPr>
          <w:jc w:val="center"/>
        </w:trPr>
        <w:tc>
          <w:tcPr>
            <w:tcW w:w="850" w:type="dxa"/>
            <w:tcMar>
              <w:top w:w="80" w:type="dxa"/>
              <w:left w:w="90" w:type="dxa"/>
              <w:bottom w:w="80" w:type="dxa"/>
              <w:right w:w="90" w:type="dxa"/>
            </w:tcMar>
            <w:vAlign w:val="center"/>
          </w:tcPr>
          <w:p w14:paraId="6DCCC308" w14:textId="77777777" w:rsidR="00F678CC" w:rsidRPr="00240C29" w:rsidRDefault="00F678CC" w:rsidP="00242C28">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6362FC05" w14:textId="77777777" w:rsidR="00F678CC" w:rsidRPr="00240C29" w:rsidRDefault="00F678CC" w:rsidP="00242C28">
            <w:pPr>
              <w:ind w:firstLine="0"/>
              <w:rPr>
                <w:szCs w:val="24"/>
              </w:rPr>
            </w:pPr>
            <w:proofErr w:type="spellStart"/>
            <w:r w:rsidRPr="00240C29">
              <w:rPr>
                <w:szCs w:val="24"/>
              </w:rPr>
              <w:t>Ostropel</w:t>
            </w:r>
            <w:proofErr w:type="spellEnd"/>
            <w:r w:rsidRPr="00240C29">
              <w:rPr>
                <w:szCs w:val="24"/>
              </w:rPr>
              <w:t xml:space="preserve"> de </w:t>
            </w:r>
            <w:proofErr w:type="spellStart"/>
            <w:r w:rsidRPr="00240C29">
              <w:rPr>
                <w:szCs w:val="24"/>
              </w:rPr>
              <w:t>vacuta</w:t>
            </w:r>
            <w:proofErr w:type="spellEnd"/>
          </w:p>
        </w:tc>
        <w:tc>
          <w:tcPr>
            <w:tcW w:w="1701" w:type="dxa"/>
            <w:tcMar>
              <w:top w:w="80" w:type="dxa"/>
              <w:left w:w="90" w:type="dxa"/>
              <w:bottom w:w="80" w:type="dxa"/>
              <w:right w:w="90" w:type="dxa"/>
            </w:tcMar>
            <w:vAlign w:val="center"/>
          </w:tcPr>
          <w:p w14:paraId="676B3E3B" w14:textId="77777777" w:rsidR="00F678CC" w:rsidRPr="00240C29" w:rsidRDefault="00F678CC" w:rsidP="00242C28">
            <w:pPr>
              <w:ind w:firstLine="0"/>
              <w:jc w:val="center"/>
              <w:rPr>
                <w:szCs w:val="24"/>
              </w:rPr>
            </w:pPr>
            <w:r w:rsidRPr="00240C29">
              <w:rPr>
                <w:szCs w:val="24"/>
              </w:rPr>
              <w:t>60/120/100 gr</w:t>
            </w:r>
          </w:p>
        </w:tc>
      </w:tr>
      <w:tr w:rsidR="00F678CC" w:rsidRPr="00240C29" w14:paraId="4E6AEAD9" w14:textId="77777777">
        <w:trPr>
          <w:jc w:val="center"/>
        </w:trPr>
        <w:tc>
          <w:tcPr>
            <w:tcW w:w="850" w:type="dxa"/>
            <w:tcMar>
              <w:top w:w="80" w:type="dxa"/>
              <w:left w:w="90" w:type="dxa"/>
              <w:bottom w:w="80" w:type="dxa"/>
              <w:right w:w="90" w:type="dxa"/>
            </w:tcMar>
            <w:vAlign w:val="center"/>
          </w:tcPr>
          <w:p w14:paraId="4E51D1EB" w14:textId="77777777" w:rsidR="00F678CC" w:rsidRPr="00240C29" w:rsidRDefault="00F678CC" w:rsidP="00242C28">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33EEFA64" w14:textId="77777777" w:rsidR="00F678CC" w:rsidRPr="00240C29" w:rsidRDefault="00F678CC" w:rsidP="00242C28">
            <w:pPr>
              <w:ind w:firstLine="0"/>
              <w:rPr>
                <w:szCs w:val="24"/>
              </w:rPr>
            </w:pPr>
            <w:proofErr w:type="spellStart"/>
            <w:r w:rsidRPr="00240C29">
              <w:rPr>
                <w:szCs w:val="24"/>
              </w:rPr>
              <w:t>Snitel</w:t>
            </w:r>
            <w:proofErr w:type="spellEnd"/>
            <w:r w:rsidRPr="00240C29">
              <w:rPr>
                <w:szCs w:val="24"/>
              </w:rPr>
              <w:t xml:space="preserve"> de </w:t>
            </w:r>
            <w:proofErr w:type="spellStart"/>
            <w:r w:rsidRPr="00240C29">
              <w:rPr>
                <w:szCs w:val="24"/>
              </w:rPr>
              <w:t>vaca</w:t>
            </w:r>
            <w:proofErr w:type="spellEnd"/>
            <w:r w:rsidRPr="00240C29">
              <w:rPr>
                <w:szCs w:val="24"/>
              </w:rPr>
              <w:t xml:space="preserve"> cu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720895E2" w14:textId="77777777" w:rsidR="00F678CC" w:rsidRPr="00240C29" w:rsidRDefault="00F678CC" w:rsidP="00242C28">
            <w:pPr>
              <w:ind w:firstLine="0"/>
              <w:jc w:val="center"/>
              <w:rPr>
                <w:szCs w:val="24"/>
              </w:rPr>
            </w:pPr>
            <w:r w:rsidRPr="00240C29">
              <w:rPr>
                <w:szCs w:val="24"/>
              </w:rPr>
              <w:t>70/50/100 gr</w:t>
            </w:r>
          </w:p>
        </w:tc>
      </w:tr>
      <w:tr w:rsidR="00F678CC" w:rsidRPr="00240C29" w14:paraId="083FD3CB" w14:textId="77777777">
        <w:trPr>
          <w:jc w:val="center"/>
        </w:trPr>
        <w:tc>
          <w:tcPr>
            <w:tcW w:w="850" w:type="dxa"/>
            <w:tcMar>
              <w:top w:w="80" w:type="dxa"/>
              <w:left w:w="90" w:type="dxa"/>
              <w:bottom w:w="80" w:type="dxa"/>
              <w:right w:w="90" w:type="dxa"/>
            </w:tcMar>
            <w:vAlign w:val="center"/>
          </w:tcPr>
          <w:p w14:paraId="76C06876" w14:textId="77777777" w:rsidR="00F678CC" w:rsidRPr="00240C29" w:rsidRDefault="00F678CC" w:rsidP="00242C28">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4E746AB5" w14:textId="77777777" w:rsidR="00F678CC" w:rsidRPr="00240C29" w:rsidRDefault="00F678CC" w:rsidP="00242C28">
            <w:pPr>
              <w:ind w:firstLine="0"/>
              <w:rPr>
                <w:szCs w:val="24"/>
              </w:rPr>
            </w:pPr>
            <w:r w:rsidRPr="00240C29">
              <w:rPr>
                <w:szCs w:val="24"/>
              </w:rPr>
              <w:t xml:space="preserve">Pilaf cu carne de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632E74B3" w14:textId="77777777" w:rsidR="00F678CC" w:rsidRPr="00240C29" w:rsidRDefault="00F678CC" w:rsidP="00242C28">
            <w:pPr>
              <w:ind w:firstLine="0"/>
              <w:jc w:val="center"/>
              <w:rPr>
                <w:szCs w:val="24"/>
              </w:rPr>
            </w:pPr>
            <w:r w:rsidRPr="00240C29">
              <w:rPr>
                <w:szCs w:val="24"/>
              </w:rPr>
              <w:t>60/200 gr</w:t>
            </w:r>
          </w:p>
        </w:tc>
      </w:tr>
      <w:tr w:rsidR="00F678CC" w:rsidRPr="00240C29" w14:paraId="66B7F554" w14:textId="77777777">
        <w:trPr>
          <w:jc w:val="center"/>
        </w:trPr>
        <w:tc>
          <w:tcPr>
            <w:tcW w:w="850" w:type="dxa"/>
            <w:tcMar>
              <w:top w:w="80" w:type="dxa"/>
              <w:left w:w="90" w:type="dxa"/>
              <w:bottom w:w="80" w:type="dxa"/>
              <w:right w:w="90" w:type="dxa"/>
            </w:tcMar>
            <w:vAlign w:val="center"/>
          </w:tcPr>
          <w:p w14:paraId="13ACC148" w14:textId="77777777" w:rsidR="00F678CC" w:rsidRPr="00240C29" w:rsidRDefault="00F678CC" w:rsidP="00242C28">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657F92EA"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taraneasca</w:t>
            </w:r>
            <w:proofErr w:type="spellEnd"/>
          </w:p>
        </w:tc>
        <w:tc>
          <w:tcPr>
            <w:tcW w:w="1701" w:type="dxa"/>
            <w:tcMar>
              <w:top w:w="80" w:type="dxa"/>
              <w:left w:w="90" w:type="dxa"/>
              <w:bottom w:w="80" w:type="dxa"/>
              <w:right w:w="90" w:type="dxa"/>
            </w:tcMar>
            <w:vAlign w:val="center"/>
          </w:tcPr>
          <w:p w14:paraId="6A33F7D7" w14:textId="77777777" w:rsidR="00F678CC" w:rsidRPr="00240C29" w:rsidRDefault="00F678CC" w:rsidP="00242C28">
            <w:pPr>
              <w:ind w:firstLine="0"/>
              <w:jc w:val="center"/>
              <w:rPr>
                <w:szCs w:val="24"/>
              </w:rPr>
            </w:pPr>
            <w:r w:rsidRPr="00240C29">
              <w:rPr>
                <w:szCs w:val="24"/>
              </w:rPr>
              <w:t>70/270 gr</w:t>
            </w:r>
          </w:p>
        </w:tc>
      </w:tr>
      <w:tr w:rsidR="00F678CC" w:rsidRPr="00240C29" w14:paraId="2BBD723C" w14:textId="77777777">
        <w:trPr>
          <w:jc w:val="center"/>
        </w:trPr>
        <w:tc>
          <w:tcPr>
            <w:tcW w:w="850" w:type="dxa"/>
            <w:tcMar>
              <w:top w:w="80" w:type="dxa"/>
              <w:left w:w="90" w:type="dxa"/>
              <w:bottom w:w="80" w:type="dxa"/>
              <w:right w:w="90" w:type="dxa"/>
            </w:tcMar>
            <w:vAlign w:val="center"/>
          </w:tcPr>
          <w:p w14:paraId="3A4B8BE1" w14:textId="77777777" w:rsidR="00F678CC" w:rsidRPr="00240C29" w:rsidRDefault="00F678CC" w:rsidP="00242C28">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7F4213F2" w14:textId="77777777" w:rsidR="00F678CC" w:rsidRPr="00240C29" w:rsidRDefault="00F678CC" w:rsidP="00242C28">
            <w:pPr>
              <w:ind w:firstLine="0"/>
              <w:rPr>
                <w:szCs w:val="24"/>
              </w:rPr>
            </w:pPr>
            <w:proofErr w:type="spellStart"/>
            <w:r w:rsidRPr="00240C29">
              <w:rPr>
                <w:szCs w:val="24"/>
              </w:rPr>
              <w:t>Piept</w:t>
            </w:r>
            <w:proofErr w:type="spellEnd"/>
            <w:r w:rsidRPr="00240C29">
              <w:rPr>
                <w:szCs w:val="24"/>
              </w:rPr>
              <w:t xml:space="preserve"> de </w:t>
            </w:r>
            <w:proofErr w:type="spellStart"/>
            <w:r w:rsidRPr="00240C29">
              <w:rPr>
                <w:szCs w:val="24"/>
              </w:rPr>
              <w:t>vacuta</w:t>
            </w:r>
            <w:proofErr w:type="spellEnd"/>
            <w:r w:rsidRPr="00240C29">
              <w:rPr>
                <w:szCs w:val="24"/>
              </w:rPr>
              <w:t xml:space="preserve">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2504299F" w14:textId="77777777" w:rsidR="00F678CC" w:rsidRPr="00240C29" w:rsidRDefault="00F678CC" w:rsidP="00242C28">
            <w:pPr>
              <w:ind w:firstLine="0"/>
              <w:jc w:val="center"/>
              <w:rPr>
                <w:szCs w:val="24"/>
              </w:rPr>
            </w:pPr>
            <w:r w:rsidRPr="00240C29">
              <w:rPr>
                <w:szCs w:val="24"/>
              </w:rPr>
              <w:t>75/250 gr</w:t>
            </w:r>
          </w:p>
        </w:tc>
      </w:tr>
      <w:tr w:rsidR="00F678CC" w:rsidRPr="00240C29" w14:paraId="7CE98504" w14:textId="77777777">
        <w:trPr>
          <w:jc w:val="center"/>
        </w:trPr>
        <w:tc>
          <w:tcPr>
            <w:tcW w:w="850" w:type="dxa"/>
            <w:tcMar>
              <w:top w:w="80" w:type="dxa"/>
              <w:left w:w="90" w:type="dxa"/>
              <w:bottom w:w="80" w:type="dxa"/>
              <w:right w:w="90" w:type="dxa"/>
            </w:tcMar>
            <w:vAlign w:val="center"/>
          </w:tcPr>
          <w:p w14:paraId="1DD4277D" w14:textId="77777777" w:rsidR="00F678CC" w:rsidRPr="00240C29" w:rsidRDefault="00F678CC" w:rsidP="00242C28">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6EFBA905" w14:textId="77777777" w:rsidR="00F678CC" w:rsidRPr="00240C29" w:rsidRDefault="00F678CC" w:rsidP="00242C28">
            <w:pPr>
              <w:ind w:firstLine="0"/>
              <w:rPr>
                <w:szCs w:val="24"/>
              </w:rPr>
            </w:pPr>
            <w:r w:rsidRPr="00240C29">
              <w:rPr>
                <w:szCs w:val="24"/>
              </w:rPr>
              <w:t xml:space="preserve">Limba cu </w:t>
            </w:r>
            <w:proofErr w:type="spellStart"/>
            <w:r w:rsidRPr="00240C29">
              <w:rPr>
                <w:szCs w:val="24"/>
              </w:rPr>
              <w:t>masline</w:t>
            </w:r>
            <w:proofErr w:type="spellEnd"/>
          </w:p>
        </w:tc>
        <w:tc>
          <w:tcPr>
            <w:tcW w:w="1701" w:type="dxa"/>
            <w:tcMar>
              <w:top w:w="80" w:type="dxa"/>
              <w:left w:w="90" w:type="dxa"/>
              <w:bottom w:w="80" w:type="dxa"/>
              <w:right w:w="90" w:type="dxa"/>
            </w:tcMar>
            <w:vAlign w:val="center"/>
          </w:tcPr>
          <w:p w14:paraId="47901103" w14:textId="77777777" w:rsidR="00F678CC" w:rsidRPr="00240C29" w:rsidRDefault="00F678CC" w:rsidP="00242C28">
            <w:pPr>
              <w:ind w:firstLine="0"/>
              <w:jc w:val="center"/>
              <w:rPr>
                <w:szCs w:val="24"/>
              </w:rPr>
            </w:pPr>
            <w:r w:rsidRPr="00240C29">
              <w:rPr>
                <w:szCs w:val="24"/>
              </w:rPr>
              <w:t>90/25/185 gr</w:t>
            </w:r>
          </w:p>
        </w:tc>
      </w:tr>
      <w:tr w:rsidR="00F678CC" w:rsidRPr="00240C29" w14:paraId="4148F265" w14:textId="77777777">
        <w:trPr>
          <w:jc w:val="center"/>
        </w:trPr>
        <w:tc>
          <w:tcPr>
            <w:tcW w:w="850" w:type="dxa"/>
            <w:tcMar>
              <w:top w:w="80" w:type="dxa"/>
              <w:left w:w="90" w:type="dxa"/>
              <w:bottom w:w="80" w:type="dxa"/>
              <w:right w:w="90" w:type="dxa"/>
            </w:tcMar>
            <w:vAlign w:val="center"/>
          </w:tcPr>
          <w:p w14:paraId="25A0DDFF" w14:textId="77777777" w:rsidR="00F678CC" w:rsidRPr="00240C29" w:rsidRDefault="00F678CC" w:rsidP="00242C28">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277136B6" w14:textId="77777777" w:rsidR="00F678CC" w:rsidRPr="00240C29" w:rsidRDefault="00F678CC" w:rsidP="00242C28">
            <w:pPr>
              <w:ind w:firstLine="0"/>
              <w:rPr>
                <w:szCs w:val="24"/>
              </w:rPr>
            </w:pPr>
            <w:proofErr w:type="spellStart"/>
            <w:r w:rsidRPr="00240C29">
              <w:rPr>
                <w:szCs w:val="24"/>
              </w:rPr>
              <w:t>Papricas</w:t>
            </w:r>
            <w:proofErr w:type="spellEnd"/>
            <w:r w:rsidRPr="00240C29">
              <w:rPr>
                <w:szCs w:val="24"/>
              </w:rPr>
              <w:t xml:space="preserve"> de </w:t>
            </w:r>
            <w:proofErr w:type="spellStart"/>
            <w:r w:rsidRPr="00240C29">
              <w:rPr>
                <w:szCs w:val="24"/>
              </w:rPr>
              <w:t>vacuta</w:t>
            </w:r>
            <w:proofErr w:type="spellEnd"/>
            <w:r w:rsidRPr="00240C29">
              <w:rPr>
                <w:szCs w:val="24"/>
              </w:rPr>
              <w:t xml:space="preserve"> cu </w:t>
            </w:r>
            <w:proofErr w:type="spellStart"/>
            <w:r w:rsidRPr="00240C29">
              <w:rPr>
                <w:szCs w:val="24"/>
              </w:rPr>
              <w:t>galusti</w:t>
            </w:r>
            <w:proofErr w:type="spellEnd"/>
          </w:p>
        </w:tc>
        <w:tc>
          <w:tcPr>
            <w:tcW w:w="1701" w:type="dxa"/>
            <w:tcMar>
              <w:top w:w="80" w:type="dxa"/>
              <w:left w:w="90" w:type="dxa"/>
              <w:bottom w:w="80" w:type="dxa"/>
              <w:right w:w="90" w:type="dxa"/>
            </w:tcMar>
            <w:vAlign w:val="center"/>
          </w:tcPr>
          <w:p w14:paraId="3D4CAB00" w14:textId="77777777" w:rsidR="00F678CC" w:rsidRPr="00240C29" w:rsidRDefault="00F678CC" w:rsidP="00242C28">
            <w:pPr>
              <w:ind w:firstLine="0"/>
              <w:jc w:val="center"/>
              <w:rPr>
                <w:szCs w:val="24"/>
              </w:rPr>
            </w:pPr>
            <w:r w:rsidRPr="00240C29">
              <w:rPr>
                <w:szCs w:val="24"/>
              </w:rPr>
              <w:t>60/100/100 gr</w:t>
            </w:r>
          </w:p>
        </w:tc>
      </w:tr>
    </w:tbl>
    <w:p w14:paraId="2687ECE7" w14:textId="77777777" w:rsidR="00F678CC" w:rsidRPr="00240C29" w:rsidRDefault="00F678CC" w:rsidP="006B3867">
      <w:pPr>
        <w:rPr>
          <w:szCs w:val="24"/>
        </w:rPr>
      </w:pPr>
    </w:p>
    <w:p w14:paraId="47981616" w14:textId="77777777" w:rsidR="00F678CC" w:rsidRPr="00240C29" w:rsidRDefault="00F678CC" w:rsidP="006B3867">
      <w:pPr>
        <w:rPr>
          <w:szCs w:val="24"/>
        </w:rPr>
      </w:pPr>
      <w:r w:rsidRPr="00240C29">
        <w:rPr>
          <w:b/>
          <w:szCs w:val="24"/>
        </w:rPr>
        <w:t>PREPARATE DIN CARNE DE MIEL</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18DC77F6" w14:textId="77777777">
        <w:trPr>
          <w:tblHeader/>
          <w:jc w:val="center"/>
        </w:trPr>
        <w:tc>
          <w:tcPr>
            <w:tcW w:w="850" w:type="dxa"/>
            <w:shd w:val="clear" w:color="auto" w:fill="D9D9D9"/>
            <w:tcMar>
              <w:top w:w="80" w:type="dxa"/>
              <w:left w:w="90" w:type="dxa"/>
              <w:bottom w:w="80" w:type="dxa"/>
              <w:right w:w="90" w:type="dxa"/>
            </w:tcMar>
            <w:vAlign w:val="center"/>
          </w:tcPr>
          <w:p w14:paraId="30941E5D"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D5D9D7E"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4B6FBE18"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2D2D897E" w14:textId="77777777">
        <w:trPr>
          <w:jc w:val="center"/>
        </w:trPr>
        <w:tc>
          <w:tcPr>
            <w:tcW w:w="850" w:type="dxa"/>
            <w:tcMar>
              <w:top w:w="80" w:type="dxa"/>
              <w:left w:w="90" w:type="dxa"/>
              <w:bottom w:w="80" w:type="dxa"/>
              <w:right w:w="90" w:type="dxa"/>
            </w:tcMar>
            <w:vAlign w:val="center"/>
          </w:tcPr>
          <w:p w14:paraId="5CF2D8A7"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B6E7906" w14:textId="77777777" w:rsidR="00F678CC" w:rsidRPr="00240C29" w:rsidRDefault="00F678CC" w:rsidP="00242C28">
            <w:pPr>
              <w:ind w:firstLine="0"/>
              <w:rPr>
                <w:szCs w:val="24"/>
              </w:rPr>
            </w:pPr>
            <w:proofErr w:type="spellStart"/>
            <w:r w:rsidRPr="00240C29">
              <w:rPr>
                <w:szCs w:val="24"/>
              </w:rPr>
              <w:t>Stufat</w:t>
            </w:r>
            <w:proofErr w:type="spellEnd"/>
            <w:r w:rsidRPr="00240C29">
              <w:rPr>
                <w:szCs w:val="24"/>
              </w:rPr>
              <w:t xml:space="preserve">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0825CCC6" w14:textId="77777777" w:rsidR="00F678CC" w:rsidRPr="00240C29" w:rsidRDefault="00F678CC" w:rsidP="00242C28">
            <w:pPr>
              <w:ind w:firstLine="0"/>
              <w:jc w:val="center"/>
              <w:rPr>
                <w:szCs w:val="24"/>
              </w:rPr>
            </w:pPr>
            <w:r w:rsidRPr="00240C29">
              <w:rPr>
                <w:szCs w:val="24"/>
              </w:rPr>
              <w:t>120/180/60 gr</w:t>
            </w:r>
          </w:p>
        </w:tc>
      </w:tr>
      <w:tr w:rsidR="00F678CC" w:rsidRPr="00240C29" w14:paraId="0E3B0FFB" w14:textId="77777777">
        <w:trPr>
          <w:jc w:val="center"/>
        </w:trPr>
        <w:tc>
          <w:tcPr>
            <w:tcW w:w="850" w:type="dxa"/>
            <w:tcMar>
              <w:top w:w="80" w:type="dxa"/>
              <w:left w:w="90" w:type="dxa"/>
              <w:bottom w:w="80" w:type="dxa"/>
              <w:right w:w="90" w:type="dxa"/>
            </w:tcMar>
            <w:vAlign w:val="center"/>
          </w:tcPr>
          <w:p w14:paraId="47007E24"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78F3FCF9"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433CCAC0" w14:textId="77777777" w:rsidR="00F678CC" w:rsidRPr="00240C29" w:rsidRDefault="00F678CC" w:rsidP="00242C28">
            <w:pPr>
              <w:ind w:firstLine="0"/>
              <w:jc w:val="center"/>
              <w:rPr>
                <w:szCs w:val="24"/>
              </w:rPr>
            </w:pPr>
            <w:r w:rsidRPr="00240C29">
              <w:rPr>
                <w:szCs w:val="24"/>
              </w:rPr>
              <w:t>120/180/gr</w:t>
            </w:r>
          </w:p>
        </w:tc>
      </w:tr>
      <w:tr w:rsidR="00F678CC" w:rsidRPr="00240C29" w14:paraId="1B25E2D3" w14:textId="77777777">
        <w:trPr>
          <w:jc w:val="center"/>
        </w:trPr>
        <w:tc>
          <w:tcPr>
            <w:tcW w:w="850" w:type="dxa"/>
            <w:tcMar>
              <w:top w:w="80" w:type="dxa"/>
              <w:left w:w="90" w:type="dxa"/>
              <w:bottom w:w="80" w:type="dxa"/>
              <w:right w:w="90" w:type="dxa"/>
            </w:tcMar>
            <w:vAlign w:val="center"/>
          </w:tcPr>
          <w:p w14:paraId="0AE0B6B3"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69CDB270" w14:textId="77777777" w:rsidR="00F678CC" w:rsidRPr="00240C29" w:rsidRDefault="00F678CC" w:rsidP="00242C28">
            <w:pPr>
              <w:ind w:firstLine="0"/>
              <w:rPr>
                <w:szCs w:val="24"/>
              </w:rPr>
            </w:pPr>
            <w:r w:rsidRPr="00240C29">
              <w:rPr>
                <w:szCs w:val="24"/>
              </w:rPr>
              <w:t xml:space="preserve">Miel cu </w:t>
            </w:r>
            <w:proofErr w:type="spellStart"/>
            <w:r w:rsidRPr="00240C29">
              <w:rPr>
                <w:szCs w:val="24"/>
              </w:rPr>
              <w:t>spanac</w:t>
            </w:r>
            <w:proofErr w:type="spellEnd"/>
          </w:p>
        </w:tc>
        <w:tc>
          <w:tcPr>
            <w:tcW w:w="1701" w:type="dxa"/>
            <w:tcMar>
              <w:top w:w="80" w:type="dxa"/>
              <w:left w:w="90" w:type="dxa"/>
              <w:bottom w:w="80" w:type="dxa"/>
              <w:right w:w="90" w:type="dxa"/>
            </w:tcMar>
            <w:vAlign w:val="center"/>
          </w:tcPr>
          <w:p w14:paraId="1343627C" w14:textId="77777777" w:rsidR="00F678CC" w:rsidRPr="00240C29" w:rsidRDefault="00F678CC" w:rsidP="00242C28">
            <w:pPr>
              <w:ind w:firstLine="0"/>
              <w:jc w:val="center"/>
              <w:rPr>
                <w:szCs w:val="24"/>
              </w:rPr>
            </w:pPr>
            <w:r w:rsidRPr="00240C29">
              <w:rPr>
                <w:szCs w:val="24"/>
              </w:rPr>
              <w:t>120/180 gr</w:t>
            </w:r>
          </w:p>
        </w:tc>
      </w:tr>
      <w:tr w:rsidR="00F678CC" w:rsidRPr="00240C29" w14:paraId="46A98592" w14:textId="77777777">
        <w:trPr>
          <w:jc w:val="center"/>
        </w:trPr>
        <w:tc>
          <w:tcPr>
            <w:tcW w:w="850" w:type="dxa"/>
            <w:tcMar>
              <w:top w:w="80" w:type="dxa"/>
              <w:left w:w="90" w:type="dxa"/>
              <w:bottom w:w="80" w:type="dxa"/>
              <w:right w:w="90" w:type="dxa"/>
            </w:tcMar>
            <w:vAlign w:val="center"/>
          </w:tcPr>
          <w:p w14:paraId="177B7FD6"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7E3FDA5" w14:textId="77777777" w:rsidR="00F678CC" w:rsidRPr="00240C29" w:rsidRDefault="00F678CC" w:rsidP="00242C28">
            <w:pPr>
              <w:ind w:firstLine="0"/>
              <w:rPr>
                <w:szCs w:val="24"/>
              </w:rPr>
            </w:pPr>
            <w:r w:rsidRPr="00240C29">
              <w:rPr>
                <w:szCs w:val="24"/>
              </w:rPr>
              <w:t xml:space="preserve">Drob de </w:t>
            </w:r>
            <w:proofErr w:type="spellStart"/>
            <w:r w:rsidRPr="00240C29">
              <w:rPr>
                <w:szCs w:val="24"/>
              </w:rPr>
              <w:t>miel</w:t>
            </w:r>
            <w:proofErr w:type="spellEnd"/>
          </w:p>
        </w:tc>
        <w:tc>
          <w:tcPr>
            <w:tcW w:w="1701" w:type="dxa"/>
            <w:tcMar>
              <w:top w:w="80" w:type="dxa"/>
              <w:left w:w="90" w:type="dxa"/>
              <w:bottom w:w="80" w:type="dxa"/>
              <w:right w:w="90" w:type="dxa"/>
            </w:tcMar>
            <w:vAlign w:val="center"/>
          </w:tcPr>
          <w:p w14:paraId="00869908" w14:textId="77777777" w:rsidR="00F678CC" w:rsidRPr="00240C29" w:rsidRDefault="00F678CC" w:rsidP="00242C28">
            <w:pPr>
              <w:ind w:firstLine="0"/>
              <w:jc w:val="center"/>
              <w:rPr>
                <w:szCs w:val="24"/>
              </w:rPr>
            </w:pPr>
            <w:r w:rsidRPr="00240C29">
              <w:rPr>
                <w:szCs w:val="24"/>
              </w:rPr>
              <w:t>200 gr</w:t>
            </w:r>
          </w:p>
        </w:tc>
      </w:tr>
    </w:tbl>
    <w:p w14:paraId="70761EAF" w14:textId="77777777" w:rsidR="00F678CC" w:rsidRPr="00240C29" w:rsidRDefault="00F678CC" w:rsidP="006B3867">
      <w:pPr>
        <w:rPr>
          <w:szCs w:val="24"/>
        </w:rPr>
      </w:pPr>
    </w:p>
    <w:p w14:paraId="7E841369" w14:textId="77777777" w:rsidR="00F678CC" w:rsidRPr="00240C29" w:rsidRDefault="00F678CC" w:rsidP="006B3867">
      <w:pPr>
        <w:rPr>
          <w:szCs w:val="24"/>
        </w:rPr>
      </w:pPr>
      <w:r w:rsidRPr="00240C29">
        <w:rPr>
          <w:b/>
          <w:szCs w:val="24"/>
        </w:rPr>
        <w:t>PREPARATE DIN LEGUME SI CARNE DE PORC</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468F8B93" w14:textId="77777777">
        <w:trPr>
          <w:tblHeader/>
          <w:jc w:val="center"/>
        </w:trPr>
        <w:tc>
          <w:tcPr>
            <w:tcW w:w="850" w:type="dxa"/>
            <w:shd w:val="clear" w:color="auto" w:fill="D9D9D9"/>
            <w:tcMar>
              <w:top w:w="80" w:type="dxa"/>
              <w:left w:w="90" w:type="dxa"/>
              <w:bottom w:w="80" w:type="dxa"/>
              <w:right w:w="90" w:type="dxa"/>
            </w:tcMar>
            <w:vAlign w:val="center"/>
          </w:tcPr>
          <w:p w14:paraId="2BE99C74"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C23EAFA"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48FA54AF"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C75A5EF" w14:textId="77777777">
        <w:trPr>
          <w:jc w:val="center"/>
        </w:trPr>
        <w:tc>
          <w:tcPr>
            <w:tcW w:w="850" w:type="dxa"/>
            <w:tcMar>
              <w:top w:w="80" w:type="dxa"/>
              <w:left w:w="90" w:type="dxa"/>
              <w:bottom w:w="80" w:type="dxa"/>
              <w:right w:w="90" w:type="dxa"/>
            </w:tcMar>
            <w:vAlign w:val="center"/>
          </w:tcPr>
          <w:p w14:paraId="0BEA639E"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39FC5660" w14:textId="77777777" w:rsidR="00F678CC" w:rsidRPr="00240C29" w:rsidRDefault="00F678CC" w:rsidP="00242C28">
            <w:pPr>
              <w:ind w:firstLine="0"/>
              <w:rPr>
                <w:szCs w:val="24"/>
              </w:rPr>
            </w:pPr>
            <w:proofErr w:type="spellStart"/>
            <w:r w:rsidRPr="00240C29">
              <w:rPr>
                <w:szCs w:val="24"/>
              </w:rPr>
              <w:t>Mancare</w:t>
            </w:r>
            <w:proofErr w:type="spellEnd"/>
            <w:r w:rsidRPr="00240C29">
              <w:rPr>
                <w:szCs w:val="24"/>
              </w:rPr>
              <w:t xml:space="preserve"> de </w:t>
            </w:r>
            <w:proofErr w:type="spellStart"/>
            <w:r w:rsidRPr="00240C29">
              <w:rPr>
                <w:szCs w:val="24"/>
              </w:rPr>
              <w:t>cartofi</w:t>
            </w:r>
            <w:proofErr w:type="spellEnd"/>
            <w:r w:rsidRPr="00240C29">
              <w:rPr>
                <w:szCs w:val="24"/>
              </w:rPr>
              <w:t xml:space="preserve"> cu </w:t>
            </w:r>
            <w:proofErr w:type="spellStart"/>
            <w:r w:rsidRPr="00240C29">
              <w:rPr>
                <w:szCs w:val="24"/>
              </w:rPr>
              <w:t>friptura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08A80A3" w14:textId="77777777" w:rsidR="00F678CC" w:rsidRPr="00240C29" w:rsidRDefault="00F678CC" w:rsidP="00242C28">
            <w:pPr>
              <w:ind w:firstLine="0"/>
              <w:jc w:val="center"/>
              <w:rPr>
                <w:szCs w:val="24"/>
              </w:rPr>
            </w:pPr>
            <w:r w:rsidRPr="00240C29">
              <w:rPr>
                <w:szCs w:val="24"/>
              </w:rPr>
              <w:t>200/50 gr</w:t>
            </w:r>
          </w:p>
        </w:tc>
      </w:tr>
      <w:tr w:rsidR="00F678CC" w:rsidRPr="00240C29" w14:paraId="669E9A08" w14:textId="77777777">
        <w:trPr>
          <w:jc w:val="center"/>
        </w:trPr>
        <w:tc>
          <w:tcPr>
            <w:tcW w:w="850" w:type="dxa"/>
            <w:tcMar>
              <w:top w:w="80" w:type="dxa"/>
              <w:left w:w="90" w:type="dxa"/>
              <w:bottom w:w="80" w:type="dxa"/>
              <w:right w:w="90" w:type="dxa"/>
            </w:tcMar>
            <w:vAlign w:val="center"/>
          </w:tcPr>
          <w:p w14:paraId="486BAEEB"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66225931" w14:textId="64428B16" w:rsidR="00F678CC" w:rsidRPr="00240C29" w:rsidRDefault="00F678CC" w:rsidP="00242C28">
            <w:pPr>
              <w:ind w:firstLine="0"/>
              <w:rPr>
                <w:szCs w:val="24"/>
              </w:rPr>
            </w:pPr>
            <w:proofErr w:type="spellStart"/>
            <w:r w:rsidRPr="00240C29">
              <w:rPr>
                <w:szCs w:val="24"/>
              </w:rPr>
              <w:t>Ficat</w:t>
            </w:r>
            <w:proofErr w:type="spellEnd"/>
            <w:r w:rsidRPr="00240C29">
              <w:rPr>
                <w:szCs w:val="24"/>
              </w:rPr>
              <w:t xml:space="preserve"> de </w:t>
            </w:r>
            <w:proofErr w:type="spellStart"/>
            <w:r w:rsidRPr="00240C29">
              <w:rPr>
                <w:szCs w:val="24"/>
              </w:rPr>
              <w:t>porc</w:t>
            </w:r>
            <w:proofErr w:type="spellEnd"/>
            <w:r w:rsidRPr="00240C29">
              <w:rPr>
                <w:szCs w:val="24"/>
              </w:rPr>
              <w:t xml:space="preserve"> cu </w:t>
            </w:r>
            <w:proofErr w:type="spellStart"/>
            <w:r w:rsidRPr="00240C29">
              <w:rPr>
                <w:szCs w:val="24"/>
              </w:rPr>
              <w:t>sos</w:t>
            </w:r>
            <w:proofErr w:type="spellEnd"/>
            <w:r w:rsidRPr="00240C29">
              <w:rPr>
                <w:szCs w:val="24"/>
              </w:rPr>
              <w:t xml:space="preserve"> de </w:t>
            </w:r>
            <w:proofErr w:type="spellStart"/>
            <w:r w:rsidRPr="00240C29">
              <w:rPr>
                <w:szCs w:val="24"/>
              </w:rPr>
              <w:t>smantana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00242C28">
              <w:rPr>
                <w:color w:val="6AA84F"/>
              </w:rPr>
              <w:t>cartofi</w:t>
            </w:r>
            <w:proofErr w:type="spellEnd"/>
            <w:r w:rsidR="00242C28">
              <w:rPr>
                <w:color w:val="6AA84F"/>
              </w:rPr>
              <w:t xml:space="preserve"> la </w:t>
            </w:r>
            <w:proofErr w:type="spellStart"/>
            <w:r w:rsidR="00242C28">
              <w:rPr>
                <w:color w:val="6AA84F"/>
              </w:rPr>
              <w:t>tava</w:t>
            </w:r>
            <w:proofErr w:type="spellEnd"/>
            <w:r w:rsidR="00242C28">
              <w:rPr>
                <w:color w:val="6AA84F"/>
              </w:rPr>
              <w:t>/</w:t>
            </w:r>
            <w:proofErr w:type="spellStart"/>
            <w:r w:rsidR="00242C28">
              <w:rPr>
                <w:color w:val="6AA84F"/>
              </w:rPr>
              <w:t>piure</w:t>
            </w:r>
            <w:proofErr w:type="spellEnd"/>
            <w:r w:rsidR="00242C28">
              <w:rPr>
                <w:color w:val="6AA84F"/>
              </w:rPr>
              <w:t>/</w:t>
            </w:r>
            <w:proofErr w:type="spellStart"/>
            <w:r w:rsidR="00242C28">
              <w:rPr>
                <w:color w:val="6AA84F"/>
              </w:rPr>
              <w:t>natur</w:t>
            </w:r>
            <w:proofErr w:type="spellEnd"/>
          </w:p>
        </w:tc>
        <w:tc>
          <w:tcPr>
            <w:tcW w:w="1701" w:type="dxa"/>
            <w:tcMar>
              <w:top w:w="80" w:type="dxa"/>
              <w:left w:w="90" w:type="dxa"/>
              <w:bottom w:w="80" w:type="dxa"/>
              <w:right w:w="90" w:type="dxa"/>
            </w:tcMar>
            <w:vAlign w:val="center"/>
          </w:tcPr>
          <w:p w14:paraId="4EC49540" w14:textId="77777777" w:rsidR="00F678CC" w:rsidRPr="00240C29" w:rsidRDefault="00F678CC" w:rsidP="00242C28">
            <w:pPr>
              <w:ind w:firstLine="0"/>
              <w:jc w:val="center"/>
              <w:rPr>
                <w:szCs w:val="24"/>
              </w:rPr>
            </w:pPr>
            <w:r w:rsidRPr="00240C29">
              <w:rPr>
                <w:szCs w:val="24"/>
              </w:rPr>
              <w:t>100/110/90 gr</w:t>
            </w:r>
          </w:p>
        </w:tc>
      </w:tr>
      <w:tr w:rsidR="00F678CC" w:rsidRPr="00240C29" w14:paraId="698CE175" w14:textId="77777777">
        <w:trPr>
          <w:jc w:val="center"/>
        </w:trPr>
        <w:tc>
          <w:tcPr>
            <w:tcW w:w="850" w:type="dxa"/>
            <w:tcMar>
              <w:top w:w="80" w:type="dxa"/>
              <w:left w:w="90" w:type="dxa"/>
              <w:bottom w:w="80" w:type="dxa"/>
              <w:right w:w="90" w:type="dxa"/>
            </w:tcMar>
            <w:vAlign w:val="center"/>
          </w:tcPr>
          <w:p w14:paraId="6D880051"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15811458" w14:textId="33EE3B23" w:rsidR="00F678CC" w:rsidRPr="00240C29" w:rsidRDefault="00F678CC" w:rsidP="00242C28">
            <w:pPr>
              <w:ind w:firstLine="0"/>
              <w:rPr>
                <w:szCs w:val="24"/>
              </w:rPr>
            </w:pPr>
            <w:proofErr w:type="spellStart"/>
            <w:r w:rsidRPr="00240C29">
              <w:rPr>
                <w:szCs w:val="24"/>
              </w:rPr>
              <w:t>Perisoare</w:t>
            </w:r>
            <w:proofErr w:type="spellEnd"/>
            <w:r w:rsidRPr="00240C29">
              <w:rPr>
                <w:szCs w:val="24"/>
              </w:rPr>
              <w:t xml:space="preserve"> cu </w:t>
            </w:r>
            <w:proofErr w:type="spellStart"/>
            <w:r w:rsidRPr="00240C29">
              <w:rPr>
                <w:szCs w:val="24"/>
              </w:rPr>
              <w:t>verdeata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13F6439F" w14:textId="77777777" w:rsidR="00F678CC" w:rsidRPr="00240C29" w:rsidRDefault="00F678CC" w:rsidP="00242C28">
            <w:pPr>
              <w:ind w:firstLine="0"/>
              <w:jc w:val="center"/>
              <w:rPr>
                <w:szCs w:val="24"/>
              </w:rPr>
            </w:pPr>
            <w:r w:rsidRPr="00240C29">
              <w:rPr>
                <w:szCs w:val="24"/>
              </w:rPr>
              <w:t>130/80/50 gr</w:t>
            </w:r>
          </w:p>
        </w:tc>
      </w:tr>
      <w:tr w:rsidR="00F678CC" w:rsidRPr="00240C29" w14:paraId="34E4765E" w14:textId="77777777">
        <w:trPr>
          <w:jc w:val="center"/>
        </w:trPr>
        <w:tc>
          <w:tcPr>
            <w:tcW w:w="850" w:type="dxa"/>
            <w:tcMar>
              <w:top w:w="80" w:type="dxa"/>
              <w:left w:w="90" w:type="dxa"/>
              <w:bottom w:w="80" w:type="dxa"/>
              <w:right w:w="90" w:type="dxa"/>
            </w:tcMar>
            <w:vAlign w:val="center"/>
          </w:tcPr>
          <w:p w14:paraId="5CB23645"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3BD8DD11" w14:textId="77777777" w:rsidR="00F678CC" w:rsidRPr="00240C29" w:rsidRDefault="00F678CC" w:rsidP="00242C28">
            <w:pPr>
              <w:ind w:firstLine="0"/>
              <w:rPr>
                <w:szCs w:val="24"/>
              </w:rPr>
            </w:pPr>
            <w:proofErr w:type="spellStart"/>
            <w:r w:rsidRPr="00240C29">
              <w:rPr>
                <w:szCs w:val="24"/>
              </w:rPr>
              <w:t>Parjoale</w:t>
            </w:r>
            <w:proofErr w:type="spellEnd"/>
            <w:r w:rsidRPr="00240C29">
              <w:rPr>
                <w:szCs w:val="24"/>
              </w:rPr>
              <w:t xml:space="preserve"> </w:t>
            </w:r>
            <w:proofErr w:type="spellStart"/>
            <w:r w:rsidRPr="00240C29">
              <w:rPr>
                <w:szCs w:val="24"/>
              </w:rPr>
              <w:t>speciale</w:t>
            </w:r>
            <w:proofErr w:type="spellEnd"/>
            <w:r w:rsidRPr="00240C29">
              <w:rPr>
                <w:szCs w:val="24"/>
              </w:rPr>
              <w:t xml:space="preserve"> din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09A5B384" w14:textId="77777777" w:rsidR="00F678CC" w:rsidRPr="00240C29" w:rsidRDefault="00F678CC" w:rsidP="00242C28">
            <w:pPr>
              <w:ind w:firstLine="0"/>
              <w:jc w:val="center"/>
              <w:rPr>
                <w:szCs w:val="24"/>
              </w:rPr>
            </w:pPr>
            <w:r w:rsidRPr="00240C29">
              <w:rPr>
                <w:szCs w:val="24"/>
              </w:rPr>
              <w:t>120 gr</w:t>
            </w:r>
          </w:p>
        </w:tc>
      </w:tr>
      <w:tr w:rsidR="00F678CC" w:rsidRPr="00240C29" w14:paraId="68F59A18" w14:textId="77777777">
        <w:trPr>
          <w:jc w:val="center"/>
        </w:trPr>
        <w:tc>
          <w:tcPr>
            <w:tcW w:w="850" w:type="dxa"/>
            <w:tcMar>
              <w:top w:w="80" w:type="dxa"/>
              <w:left w:w="90" w:type="dxa"/>
              <w:bottom w:w="80" w:type="dxa"/>
              <w:right w:w="90" w:type="dxa"/>
            </w:tcMar>
            <w:vAlign w:val="center"/>
          </w:tcPr>
          <w:p w14:paraId="3B9DBC74" w14:textId="77777777" w:rsidR="00F678CC" w:rsidRPr="00240C29" w:rsidRDefault="00F678CC" w:rsidP="00242C28">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2D5392D9" w14:textId="77777777" w:rsidR="00F678CC" w:rsidRPr="00240C29" w:rsidRDefault="00F678CC" w:rsidP="00242C28">
            <w:pPr>
              <w:ind w:firstLine="0"/>
              <w:rPr>
                <w:szCs w:val="24"/>
              </w:rPr>
            </w:pPr>
            <w:proofErr w:type="spellStart"/>
            <w:r w:rsidRPr="00240C29">
              <w:rPr>
                <w:szCs w:val="24"/>
              </w:rPr>
              <w:t>Sarmale</w:t>
            </w:r>
            <w:proofErr w:type="spellEnd"/>
            <w:r w:rsidRPr="00240C29">
              <w:rPr>
                <w:szCs w:val="24"/>
              </w:rPr>
              <w:t xml:space="preserve"> din carne de </w:t>
            </w:r>
            <w:proofErr w:type="spellStart"/>
            <w:r w:rsidRPr="00240C29">
              <w:rPr>
                <w:szCs w:val="24"/>
              </w:rPr>
              <w:t>porc</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7A35471A" w14:textId="77777777" w:rsidR="00F678CC" w:rsidRPr="00240C29" w:rsidRDefault="00F678CC" w:rsidP="00242C28">
            <w:pPr>
              <w:ind w:firstLine="0"/>
              <w:jc w:val="center"/>
              <w:rPr>
                <w:szCs w:val="24"/>
              </w:rPr>
            </w:pPr>
            <w:r w:rsidRPr="00240C29">
              <w:rPr>
                <w:szCs w:val="24"/>
              </w:rPr>
              <w:t>500 gr</w:t>
            </w:r>
          </w:p>
        </w:tc>
      </w:tr>
      <w:tr w:rsidR="00F678CC" w:rsidRPr="00240C29" w14:paraId="5E37B68F" w14:textId="77777777">
        <w:trPr>
          <w:jc w:val="center"/>
        </w:trPr>
        <w:tc>
          <w:tcPr>
            <w:tcW w:w="850" w:type="dxa"/>
            <w:tcMar>
              <w:top w:w="80" w:type="dxa"/>
              <w:left w:w="90" w:type="dxa"/>
              <w:bottom w:w="80" w:type="dxa"/>
              <w:right w:w="90" w:type="dxa"/>
            </w:tcMar>
            <w:vAlign w:val="center"/>
          </w:tcPr>
          <w:p w14:paraId="3125690E" w14:textId="77777777" w:rsidR="00F678CC" w:rsidRPr="00240C29" w:rsidRDefault="00F678CC" w:rsidP="00242C28">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033C0BDE" w14:textId="77777777" w:rsidR="00F678CC" w:rsidRPr="00240C29" w:rsidRDefault="00F678CC" w:rsidP="00242C28">
            <w:pPr>
              <w:ind w:firstLine="0"/>
              <w:rPr>
                <w:szCs w:val="24"/>
              </w:rPr>
            </w:pPr>
            <w:proofErr w:type="spellStart"/>
            <w:r w:rsidRPr="00240C29">
              <w:rPr>
                <w:szCs w:val="24"/>
              </w:rPr>
              <w:t>Snitel</w:t>
            </w:r>
            <w:proofErr w:type="spellEnd"/>
            <w:r w:rsidRPr="00240C29">
              <w:rPr>
                <w:szCs w:val="24"/>
              </w:rPr>
              <w:t xml:space="preserve"> pane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319FE598" w14:textId="77777777" w:rsidR="00F678CC" w:rsidRPr="00240C29" w:rsidRDefault="00F678CC" w:rsidP="00242C28">
            <w:pPr>
              <w:ind w:firstLine="0"/>
              <w:jc w:val="center"/>
              <w:rPr>
                <w:szCs w:val="24"/>
              </w:rPr>
            </w:pPr>
            <w:r w:rsidRPr="00240C29">
              <w:rPr>
                <w:szCs w:val="24"/>
              </w:rPr>
              <w:t>60 gr</w:t>
            </w:r>
          </w:p>
        </w:tc>
      </w:tr>
      <w:tr w:rsidR="00F678CC" w:rsidRPr="00240C29" w14:paraId="26BA43C6" w14:textId="77777777">
        <w:trPr>
          <w:jc w:val="center"/>
        </w:trPr>
        <w:tc>
          <w:tcPr>
            <w:tcW w:w="850" w:type="dxa"/>
            <w:tcMar>
              <w:top w:w="80" w:type="dxa"/>
              <w:left w:w="90" w:type="dxa"/>
              <w:bottom w:w="80" w:type="dxa"/>
              <w:right w:w="90" w:type="dxa"/>
            </w:tcMar>
            <w:vAlign w:val="center"/>
          </w:tcPr>
          <w:p w14:paraId="1A638197" w14:textId="77777777" w:rsidR="00F678CC" w:rsidRPr="00240C29" w:rsidRDefault="00F678CC" w:rsidP="00242C28">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766F3812" w14:textId="77777777" w:rsidR="00F678CC" w:rsidRPr="00240C29" w:rsidRDefault="00F678CC" w:rsidP="00242C28">
            <w:pPr>
              <w:ind w:firstLine="0"/>
              <w:rPr>
                <w:szCs w:val="24"/>
              </w:rPr>
            </w:pPr>
            <w:proofErr w:type="spellStart"/>
            <w:r w:rsidRPr="00240C29">
              <w:rPr>
                <w:szCs w:val="24"/>
              </w:rPr>
              <w:t>Snitel</w:t>
            </w:r>
            <w:proofErr w:type="spellEnd"/>
            <w:r w:rsidRPr="00240C29">
              <w:rPr>
                <w:szCs w:val="24"/>
              </w:rPr>
              <w:t xml:space="preserve"> </w:t>
            </w:r>
            <w:proofErr w:type="spellStart"/>
            <w:r w:rsidRPr="00240C29">
              <w:rPr>
                <w:szCs w:val="24"/>
              </w:rPr>
              <w:t>parizian</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3C70FEA" w14:textId="77777777" w:rsidR="00F678CC" w:rsidRPr="00240C29" w:rsidRDefault="00F678CC" w:rsidP="00242C28">
            <w:pPr>
              <w:ind w:firstLine="0"/>
              <w:jc w:val="center"/>
              <w:rPr>
                <w:szCs w:val="24"/>
              </w:rPr>
            </w:pPr>
            <w:r w:rsidRPr="00240C29">
              <w:rPr>
                <w:szCs w:val="24"/>
              </w:rPr>
              <w:t>60 gr</w:t>
            </w:r>
          </w:p>
        </w:tc>
      </w:tr>
      <w:tr w:rsidR="00F678CC" w:rsidRPr="00240C29" w14:paraId="37387773" w14:textId="77777777">
        <w:trPr>
          <w:jc w:val="center"/>
        </w:trPr>
        <w:tc>
          <w:tcPr>
            <w:tcW w:w="850" w:type="dxa"/>
            <w:tcMar>
              <w:top w:w="80" w:type="dxa"/>
              <w:left w:w="90" w:type="dxa"/>
              <w:bottom w:w="80" w:type="dxa"/>
              <w:right w:w="90" w:type="dxa"/>
            </w:tcMar>
            <w:vAlign w:val="center"/>
          </w:tcPr>
          <w:p w14:paraId="52C6CC82" w14:textId="77777777" w:rsidR="00F678CC" w:rsidRPr="00240C29" w:rsidRDefault="00F678CC" w:rsidP="00242C28">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2FA07F4E"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w:t>
            </w:r>
            <w:proofErr w:type="spellStart"/>
            <w:r w:rsidRPr="00240C29">
              <w:rPr>
                <w:szCs w:val="24"/>
              </w:rPr>
              <w:t>macelareasca</w:t>
            </w:r>
            <w:proofErr w:type="spellEnd"/>
          </w:p>
        </w:tc>
        <w:tc>
          <w:tcPr>
            <w:tcW w:w="1701" w:type="dxa"/>
            <w:tcMar>
              <w:top w:w="80" w:type="dxa"/>
              <w:left w:w="90" w:type="dxa"/>
              <w:bottom w:w="80" w:type="dxa"/>
              <w:right w:w="90" w:type="dxa"/>
            </w:tcMar>
            <w:vAlign w:val="center"/>
          </w:tcPr>
          <w:p w14:paraId="3B409247" w14:textId="77777777" w:rsidR="00F678CC" w:rsidRPr="00240C29" w:rsidRDefault="00F678CC" w:rsidP="00242C28">
            <w:pPr>
              <w:ind w:firstLine="0"/>
              <w:jc w:val="center"/>
              <w:rPr>
                <w:szCs w:val="24"/>
              </w:rPr>
            </w:pPr>
            <w:r w:rsidRPr="00240C29">
              <w:rPr>
                <w:szCs w:val="24"/>
              </w:rPr>
              <w:t>70/130/80 gr</w:t>
            </w:r>
          </w:p>
        </w:tc>
      </w:tr>
      <w:tr w:rsidR="00F678CC" w:rsidRPr="00240C29" w14:paraId="51978040" w14:textId="77777777">
        <w:trPr>
          <w:jc w:val="center"/>
        </w:trPr>
        <w:tc>
          <w:tcPr>
            <w:tcW w:w="850" w:type="dxa"/>
            <w:tcMar>
              <w:top w:w="80" w:type="dxa"/>
              <w:left w:w="90" w:type="dxa"/>
              <w:bottom w:w="80" w:type="dxa"/>
              <w:right w:w="90" w:type="dxa"/>
            </w:tcMar>
            <w:vAlign w:val="center"/>
          </w:tcPr>
          <w:p w14:paraId="0C4B3F76" w14:textId="77777777" w:rsidR="00F678CC" w:rsidRPr="00240C29" w:rsidRDefault="00F678CC" w:rsidP="00242C28">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3DCE4CB0" w14:textId="77777777" w:rsidR="00F678CC" w:rsidRPr="00240C29" w:rsidRDefault="00F678CC" w:rsidP="00242C28">
            <w:pPr>
              <w:ind w:firstLine="0"/>
              <w:rPr>
                <w:szCs w:val="24"/>
              </w:rPr>
            </w:pPr>
            <w:proofErr w:type="spellStart"/>
            <w:r w:rsidRPr="00240C29">
              <w:rPr>
                <w:szCs w:val="24"/>
              </w:rPr>
              <w:t>Varza</w:t>
            </w:r>
            <w:proofErr w:type="spellEnd"/>
            <w:r w:rsidRPr="00240C29">
              <w:rPr>
                <w:szCs w:val="24"/>
              </w:rPr>
              <w:t xml:space="preserve"> cu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E60C5F8" w14:textId="77777777" w:rsidR="00F678CC" w:rsidRPr="00240C29" w:rsidRDefault="00F678CC" w:rsidP="00242C28">
            <w:pPr>
              <w:ind w:firstLine="0"/>
              <w:jc w:val="center"/>
              <w:rPr>
                <w:szCs w:val="24"/>
              </w:rPr>
            </w:pPr>
            <w:r w:rsidRPr="00240C29">
              <w:rPr>
                <w:szCs w:val="24"/>
              </w:rPr>
              <w:t>70/210/gr</w:t>
            </w:r>
          </w:p>
        </w:tc>
      </w:tr>
      <w:tr w:rsidR="00F678CC" w:rsidRPr="00240C29" w14:paraId="11F8DCFB" w14:textId="77777777">
        <w:trPr>
          <w:jc w:val="center"/>
        </w:trPr>
        <w:tc>
          <w:tcPr>
            <w:tcW w:w="850" w:type="dxa"/>
            <w:tcMar>
              <w:top w:w="80" w:type="dxa"/>
              <w:left w:w="90" w:type="dxa"/>
              <w:bottom w:w="80" w:type="dxa"/>
              <w:right w:w="90" w:type="dxa"/>
            </w:tcMar>
            <w:vAlign w:val="center"/>
          </w:tcPr>
          <w:p w14:paraId="3C200A31" w14:textId="77777777" w:rsidR="00F678CC" w:rsidRPr="00240C29" w:rsidRDefault="00F678CC" w:rsidP="00242C28">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3433C5B4" w14:textId="77777777" w:rsidR="00F678CC" w:rsidRPr="00240C29" w:rsidRDefault="00F678CC" w:rsidP="00242C28">
            <w:pPr>
              <w:ind w:firstLine="0"/>
              <w:rPr>
                <w:szCs w:val="24"/>
              </w:rPr>
            </w:pPr>
            <w:proofErr w:type="spellStart"/>
            <w:r w:rsidRPr="00240C29">
              <w:rPr>
                <w:szCs w:val="24"/>
              </w:rPr>
              <w:t>Mancare</w:t>
            </w:r>
            <w:proofErr w:type="spellEnd"/>
            <w:r w:rsidRPr="00240C29">
              <w:rPr>
                <w:szCs w:val="24"/>
              </w:rPr>
              <w:t xml:space="preserve"> de </w:t>
            </w:r>
            <w:proofErr w:type="spellStart"/>
            <w:r w:rsidRPr="00240C29">
              <w:rPr>
                <w:szCs w:val="24"/>
              </w:rPr>
              <w:t>spanac</w:t>
            </w:r>
            <w:proofErr w:type="spellEnd"/>
            <w:r w:rsidRPr="00240C29">
              <w:rPr>
                <w:szCs w:val="24"/>
              </w:rPr>
              <w:t xml:space="preserve"> cu </w:t>
            </w:r>
            <w:proofErr w:type="spellStart"/>
            <w:r w:rsidRPr="00240C29">
              <w:rPr>
                <w:szCs w:val="24"/>
              </w:rPr>
              <w:t>friptura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4134644E" w14:textId="77777777" w:rsidR="00F678CC" w:rsidRPr="00240C29" w:rsidRDefault="00F678CC" w:rsidP="00242C28">
            <w:pPr>
              <w:ind w:firstLine="0"/>
              <w:jc w:val="center"/>
              <w:rPr>
                <w:szCs w:val="24"/>
              </w:rPr>
            </w:pPr>
            <w:r w:rsidRPr="00240C29">
              <w:rPr>
                <w:szCs w:val="24"/>
              </w:rPr>
              <w:t>160/50 gr</w:t>
            </w:r>
          </w:p>
        </w:tc>
      </w:tr>
      <w:tr w:rsidR="00F678CC" w:rsidRPr="00240C29" w14:paraId="17F85689" w14:textId="77777777">
        <w:trPr>
          <w:jc w:val="center"/>
        </w:trPr>
        <w:tc>
          <w:tcPr>
            <w:tcW w:w="850" w:type="dxa"/>
            <w:tcMar>
              <w:top w:w="80" w:type="dxa"/>
              <w:left w:w="90" w:type="dxa"/>
              <w:bottom w:w="80" w:type="dxa"/>
              <w:right w:w="90" w:type="dxa"/>
            </w:tcMar>
            <w:vAlign w:val="center"/>
          </w:tcPr>
          <w:p w14:paraId="13423817" w14:textId="77777777" w:rsidR="00F678CC" w:rsidRPr="00240C29" w:rsidRDefault="00F678CC" w:rsidP="00242C28">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6E6E98F4" w14:textId="77777777" w:rsidR="00F678CC" w:rsidRPr="00240C29" w:rsidRDefault="00F678CC" w:rsidP="00242C28">
            <w:pPr>
              <w:ind w:firstLine="0"/>
              <w:rPr>
                <w:szCs w:val="24"/>
              </w:rPr>
            </w:pPr>
            <w:proofErr w:type="spellStart"/>
            <w:r w:rsidRPr="00240C29">
              <w:rPr>
                <w:szCs w:val="24"/>
              </w:rPr>
              <w:t>Ardei</w:t>
            </w:r>
            <w:proofErr w:type="spellEnd"/>
            <w:r w:rsidRPr="00240C29">
              <w:rPr>
                <w:szCs w:val="24"/>
              </w:rPr>
              <w:t xml:space="preserve"> </w:t>
            </w:r>
            <w:proofErr w:type="spellStart"/>
            <w:r w:rsidRPr="00240C29">
              <w:rPr>
                <w:szCs w:val="24"/>
              </w:rPr>
              <w:t>umpluti</w:t>
            </w:r>
            <w:proofErr w:type="spellEnd"/>
            <w:r w:rsidRPr="00240C29">
              <w:rPr>
                <w:szCs w:val="24"/>
              </w:rPr>
              <w:t xml:space="preserve"> cu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3EEB73D" w14:textId="77777777" w:rsidR="00F678CC" w:rsidRPr="00240C29" w:rsidRDefault="00F678CC" w:rsidP="00242C28">
            <w:pPr>
              <w:ind w:firstLine="0"/>
              <w:jc w:val="center"/>
              <w:rPr>
                <w:szCs w:val="24"/>
              </w:rPr>
            </w:pPr>
            <w:r w:rsidRPr="00240C29">
              <w:rPr>
                <w:szCs w:val="24"/>
              </w:rPr>
              <w:t>175/100/25 gr</w:t>
            </w:r>
          </w:p>
        </w:tc>
      </w:tr>
      <w:tr w:rsidR="00F678CC" w:rsidRPr="00240C29" w14:paraId="61DB19F5" w14:textId="77777777">
        <w:trPr>
          <w:jc w:val="center"/>
        </w:trPr>
        <w:tc>
          <w:tcPr>
            <w:tcW w:w="850" w:type="dxa"/>
            <w:tcMar>
              <w:top w:w="80" w:type="dxa"/>
              <w:left w:w="90" w:type="dxa"/>
              <w:bottom w:w="80" w:type="dxa"/>
              <w:right w:w="90" w:type="dxa"/>
            </w:tcMar>
            <w:vAlign w:val="center"/>
          </w:tcPr>
          <w:p w14:paraId="2D1C822A" w14:textId="77777777" w:rsidR="00F678CC" w:rsidRPr="00240C29" w:rsidRDefault="00F678CC" w:rsidP="00242C28">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39BA482B" w14:textId="77777777" w:rsidR="00F678CC" w:rsidRPr="00240C29" w:rsidRDefault="00F678CC" w:rsidP="00242C28">
            <w:pPr>
              <w:ind w:firstLine="0"/>
              <w:rPr>
                <w:szCs w:val="24"/>
              </w:rPr>
            </w:pPr>
            <w:proofErr w:type="spellStart"/>
            <w:r w:rsidRPr="00240C29">
              <w:rPr>
                <w:szCs w:val="24"/>
              </w:rPr>
              <w:t>Porc</w:t>
            </w:r>
            <w:proofErr w:type="spellEnd"/>
            <w:r w:rsidRPr="00240C29">
              <w:rPr>
                <w:szCs w:val="24"/>
              </w:rPr>
              <w:t xml:space="preserve"> cu </w:t>
            </w:r>
            <w:proofErr w:type="spellStart"/>
            <w:r w:rsidRPr="00240C29">
              <w:rPr>
                <w:szCs w:val="24"/>
              </w:rPr>
              <w:t>ciuperci</w:t>
            </w:r>
            <w:proofErr w:type="spellEnd"/>
          </w:p>
        </w:tc>
        <w:tc>
          <w:tcPr>
            <w:tcW w:w="1701" w:type="dxa"/>
            <w:tcMar>
              <w:top w:w="80" w:type="dxa"/>
              <w:left w:w="90" w:type="dxa"/>
              <w:bottom w:w="80" w:type="dxa"/>
              <w:right w:w="90" w:type="dxa"/>
            </w:tcMar>
            <w:vAlign w:val="center"/>
          </w:tcPr>
          <w:p w14:paraId="3A6F7B54" w14:textId="77777777" w:rsidR="00F678CC" w:rsidRPr="00240C29" w:rsidRDefault="00F678CC" w:rsidP="00242C28">
            <w:pPr>
              <w:ind w:firstLine="0"/>
              <w:jc w:val="center"/>
              <w:rPr>
                <w:szCs w:val="24"/>
              </w:rPr>
            </w:pPr>
            <w:r w:rsidRPr="00240C29">
              <w:rPr>
                <w:szCs w:val="24"/>
              </w:rPr>
              <w:t>60/75/120 gr</w:t>
            </w:r>
          </w:p>
        </w:tc>
      </w:tr>
      <w:tr w:rsidR="00F678CC" w:rsidRPr="00240C29" w14:paraId="7179F26C" w14:textId="77777777">
        <w:trPr>
          <w:jc w:val="center"/>
        </w:trPr>
        <w:tc>
          <w:tcPr>
            <w:tcW w:w="850" w:type="dxa"/>
            <w:tcMar>
              <w:top w:w="80" w:type="dxa"/>
              <w:left w:w="90" w:type="dxa"/>
              <w:bottom w:w="80" w:type="dxa"/>
              <w:right w:w="90" w:type="dxa"/>
            </w:tcMar>
            <w:vAlign w:val="center"/>
          </w:tcPr>
          <w:p w14:paraId="2D7FC10B" w14:textId="77777777" w:rsidR="00F678CC" w:rsidRPr="00240C29" w:rsidRDefault="00F678CC" w:rsidP="00242C28">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191D9233" w14:textId="77777777" w:rsidR="00F678CC" w:rsidRPr="00240C29" w:rsidRDefault="00F678CC" w:rsidP="00242C28">
            <w:pPr>
              <w:ind w:firstLine="0"/>
              <w:rPr>
                <w:szCs w:val="24"/>
              </w:rPr>
            </w:pPr>
            <w:proofErr w:type="spellStart"/>
            <w:r w:rsidRPr="00240C29">
              <w:rPr>
                <w:szCs w:val="24"/>
              </w:rPr>
              <w:t>Cotlet</w:t>
            </w:r>
            <w:proofErr w:type="spellEnd"/>
            <w:r w:rsidRPr="00240C29">
              <w:rPr>
                <w:szCs w:val="24"/>
              </w:rPr>
              <w:t xml:space="preserve"> de </w:t>
            </w:r>
            <w:proofErr w:type="spellStart"/>
            <w:r w:rsidRPr="00240C29">
              <w:rPr>
                <w:szCs w:val="24"/>
              </w:rPr>
              <w:t>porc</w:t>
            </w:r>
            <w:proofErr w:type="spellEnd"/>
            <w:r w:rsidRPr="00240C29">
              <w:rPr>
                <w:szCs w:val="24"/>
              </w:rPr>
              <w:t xml:space="preserve"> cu </w:t>
            </w:r>
            <w:proofErr w:type="spellStart"/>
            <w:r w:rsidRPr="00240C29">
              <w:rPr>
                <w:szCs w:val="24"/>
              </w:rPr>
              <w:t>cartofi</w:t>
            </w:r>
            <w:proofErr w:type="spellEnd"/>
            <w:r w:rsidRPr="00240C29">
              <w:rPr>
                <w:szCs w:val="24"/>
              </w:rPr>
              <w:t xml:space="preserve"> </w:t>
            </w:r>
            <w:proofErr w:type="spellStart"/>
            <w:r w:rsidRPr="00240C29">
              <w:rPr>
                <w:szCs w:val="24"/>
              </w:rPr>
              <w:t>gratinati</w:t>
            </w:r>
            <w:proofErr w:type="spellEnd"/>
          </w:p>
        </w:tc>
        <w:tc>
          <w:tcPr>
            <w:tcW w:w="1701" w:type="dxa"/>
            <w:tcMar>
              <w:top w:w="80" w:type="dxa"/>
              <w:left w:w="90" w:type="dxa"/>
              <w:bottom w:w="80" w:type="dxa"/>
              <w:right w:w="90" w:type="dxa"/>
            </w:tcMar>
            <w:vAlign w:val="center"/>
          </w:tcPr>
          <w:p w14:paraId="1E7E61C8" w14:textId="77777777" w:rsidR="00F678CC" w:rsidRPr="00240C29" w:rsidRDefault="00F678CC" w:rsidP="00242C28">
            <w:pPr>
              <w:ind w:firstLine="0"/>
              <w:jc w:val="center"/>
              <w:rPr>
                <w:szCs w:val="24"/>
              </w:rPr>
            </w:pPr>
            <w:r w:rsidRPr="00240C29">
              <w:rPr>
                <w:szCs w:val="24"/>
              </w:rPr>
              <w:t>100/130/25 gr</w:t>
            </w:r>
          </w:p>
        </w:tc>
      </w:tr>
      <w:tr w:rsidR="00F678CC" w:rsidRPr="00240C29" w14:paraId="496056F0" w14:textId="77777777">
        <w:trPr>
          <w:jc w:val="center"/>
        </w:trPr>
        <w:tc>
          <w:tcPr>
            <w:tcW w:w="850" w:type="dxa"/>
            <w:tcMar>
              <w:top w:w="80" w:type="dxa"/>
              <w:left w:w="90" w:type="dxa"/>
              <w:bottom w:w="80" w:type="dxa"/>
              <w:right w:w="90" w:type="dxa"/>
            </w:tcMar>
            <w:vAlign w:val="center"/>
          </w:tcPr>
          <w:p w14:paraId="6E55FEFC" w14:textId="77777777" w:rsidR="00F678CC" w:rsidRPr="00240C29" w:rsidRDefault="00F678CC" w:rsidP="00242C28">
            <w:pPr>
              <w:ind w:firstLine="0"/>
              <w:jc w:val="center"/>
              <w:rPr>
                <w:szCs w:val="24"/>
              </w:rPr>
            </w:pPr>
            <w:r w:rsidRPr="00240C29">
              <w:rPr>
                <w:szCs w:val="24"/>
              </w:rPr>
              <w:lastRenderedPageBreak/>
              <w:t>14</w:t>
            </w:r>
          </w:p>
        </w:tc>
        <w:tc>
          <w:tcPr>
            <w:tcW w:w="7087" w:type="dxa"/>
            <w:tcMar>
              <w:top w:w="80" w:type="dxa"/>
              <w:left w:w="90" w:type="dxa"/>
              <w:bottom w:w="80" w:type="dxa"/>
              <w:right w:w="90" w:type="dxa"/>
            </w:tcMar>
            <w:vAlign w:val="center"/>
          </w:tcPr>
          <w:p w14:paraId="7423FD29" w14:textId="77777777" w:rsidR="00F678CC" w:rsidRPr="00240C29" w:rsidRDefault="00F678CC" w:rsidP="00242C28">
            <w:pPr>
              <w:ind w:firstLine="0"/>
              <w:rPr>
                <w:szCs w:val="24"/>
              </w:rPr>
            </w:pPr>
            <w:proofErr w:type="spellStart"/>
            <w:r w:rsidRPr="00240C29">
              <w:rPr>
                <w:szCs w:val="24"/>
              </w:rPr>
              <w:t>Tocana</w:t>
            </w:r>
            <w:proofErr w:type="spellEnd"/>
            <w:r w:rsidRPr="00240C29">
              <w:rPr>
                <w:szCs w:val="24"/>
              </w:rPr>
              <w:t xml:space="preserv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23B3F23A" w14:textId="77777777" w:rsidR="00F678CC" w:rsidRPr="00240C29" w:rsidRDefault="00F678CC" w:rsidP="00242C28">
            <w:pPr>
              <w:ind w:firstLine="0"/>
              <w:jc w:val="center"/>
              <w:rPr>
                <w:szCs w:val="24"/>
              </w:rPr>
            </w:pPr>
            <w:r w:rsidRPr="00240C29">
              <w:rPr>
                <w:szCs w:val="24"/>
              </w:rPr>
              <w:t>70/170 gr</w:t>
            </w:r>
          </w:p>
        </w:tc>
      </w:tr>
      <w:tr w:rsidR="00F678CC" w:rsidRPr="00240C29" w14:paraId="656CFC52" w14:textId="77777777">
        <w:trPr>
          <w:jc w:val="center"/>
        </w:trPr>
        <w:tc>
          <w:tcPr>
            <w:tcW w:w="850" w:type="dxa"/>
            <w:tcMar>
              <w:top w:w="80" w:type="dxa"/>
              <w:left w:w="90" w:type="dxa"/>
              <w:bottom w:w="80" w:type="dxa"/>
              <w:right w:w="90" w:type="dxa"/>
            </w:tcMar>
            <w:vAlign w:val="center"/>
          </w:tcPr>
          <w:p w14:paraId="0FF4140D" w14:textId="77777777" w:rsidR="00F678CC" w:rsidRPr="00240C29" w:rsidRDefault="00F678CC" w:rsidP="00242C28">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21B1E88D" w14:textId="77777777" w:rsidR="00F678CC" w:rsidRPr="00240C29" w:rsidRDefault="00F678CC" w:rsidP="00242C28">
            <w:pPr>
              <w:ind w:firstLine="0"/>
              <w:rPr>
                <w:szCs w:val="24"/>
              </w:rPr>
            </w:pPr>
            <w:r w:rsidRPr="00240C29">
              <w:rPr>
                <w:szCs w:val="24"/>
              </w:rPr>
              <w:t xml:space="preserve">Ciolan de </w:t>
            </w:r>
            <w:proofErr w:type="spellStart"/>
            <w:r w:rsidRPr="00240C29">
              <w:rPr>
                <w:szCs w:val="24"/>
              </w:rPr>
              <w:t>porc</w:t>
            </w:r>
            <w:proofErr w:type="spellEnd"/>
            <w:r w:rsidRPr="00240C29">
              <w:rPr>
                <w:szCs w:val="24"/>
              </w:rPr>
              <w:t xml:space="preserve"> cu </w:t>
            </w:r>
            <w:proofErr w:type="spellStart"/>
            <w:r w:rsidRPr="00240C29">
              <w:rPr>
                <w:szCs w:val="24"/>
              </w:rPr>
              <w:t>varza</w:t>
            </w:r>
            <w:proofErr w:type="spellEnd"/>
          </w:p>
        </w:tc>
        <w:tc>
          <w:tcPr>
            <w:tcW w:w="1701" w:type="dxa"/>
            <w:tcMar>
              <w:top w:w="80" w:type="dxa"/>
              <w:left w:w="90" w:type="dxa"/>
              <w:bottom w:w="80" w:type="dxa"/>
              <w:right w:w="90" w:type="dxa"/>
            </w:tcMar>
            <w:vAlign w:val="center"/>
          </w:tcPr>
          <w:p w14:paraId="41333B0B" w14:textId="77777777" w:rsidR="00F678CC" w:rsidRPr="00240C29" w:rsidRDefault="00F678CC" w:rsidP="00242C28">
            <w:pPr>
              <w:ind w:firstLine="0"/>
              <w:jc w:val="center"/>
              <w:rPr>
                <w:szCs w:val="24"/>
              </w:rPr>
            </w:pPr>
            <w:r w:rsidRPr="00240C29">
              <w:rPr>
                <w:szCs w:val="24"/>
              </w:rPr>
              <w:t>200/250 gr</w:t>
            </w:r>
          </w:p>
        </w:tc>
      </w:tr>
      <w:tr w:rsidR="00F678CC" w:rsidRPr="00240C29" w14:paraId="4132D3D4" w14:textId="77777777">
        <w:trPr>
          <w:jc w:val="center"/>
        </w:trPr>
        <w:tc>
          <w:tcPr>
            <w:tcW w:w="850" w:type="dxa"/>
            <w:tcMar>
              <w:top w:w="80" w:type="dxa"/>
              <w:left w:w="90" w:type="dxa"/>
              <w:bottom w:w="80" w:type="dxa"/>
              <w:right w:w="90" w:type="dxa"/>
            </w:tcMar>
            <w:vAlign w:val="center"/>
          </w:tcPr>
          <w:p w14:paraId="2118C223" w14:textId="77777777" w:rsidR="00F678CC" w:rsidRPr="00240C29" w:rsidRDefault="00F678CC" w:rsidP="00242C28">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4DDC8537" w14:textId="77777777" w:rsidR="00F678CC" w:rsidRPr="00240C29" w:rsidRDefault="00F678CC" w:rsidP="00242C28">
            <w:pPr>
              <w:ind w:firstLine="0"/>
              <w:rPr>
                <w:szCs w:val="24"/>
              </w:rPr>
            </w:pPr>
            <w:r w:rsidRPr="00240C29">
              <w:rPr>
                <w:szCs w:val="24"/>
              </w:rPr>
              <w:t xml:space="preserve">Pilaf cu carne de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1FEF7A48" w14:textId="77777777" w:rsidR="00F678CC" w:rsidRPr="00240C29" w:rsidRDefault="00F678CC" w:rsidP="00242C28">
            <w:pPr>
              <w:ind w:firstLine="0"/>
              <w:jc w:val="center"/>
              <w:rPr>
                <w:szCs w:val="24"/>
              </w:rPr>
            </w:pPr>
            <w:r w:rsidRPr="00240C29">
              <w:rPr>
                <w:szCs w:val="24"/>
              </w:rPr>
              <w:t>65/200 gr</w:t>
            </w:r>
          </w:p>
        </w:tc>
      </w:tr>
    </w:tbl>
    <w:p w14:paraId="55F54448" w14:textId="77777777" w:rsidR="00F678CC" w:rsidRPr="00240C29" w:rsidRDefault="00F678CC" w:rsidP="006B3867">
      <w:pPr>
        <w:rPr>
          <w:szCs w:val="24"/>
        </w:rPr>
      </w:pPr>
    </w:p>
    <w:p w14:paraId="3D4956F2" w14:textId="77777777" w:rsidR="00F678CC" w:rsidRPr="00240C29" w:rsidRDefault="00F678CC" w:rsidP="006B3867">
      <w:pPr>
        <w:rPr>
          <w:szCs w:val="24"/>
        </w:rPr>
      </w:pPr>
      <w:r w:rsidRPr="00240C29">
        <w:rPr>
          <w:b/>
          <w:szCs w:val="24"/>
        </w:rPr>
        <w:t>PREPARATE DIN CARNE TOCATA</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3630F7B7" w14:textId="77777777">
        <w:trPr>
          <w:tblHeader/>
          <w:jc w:val="center"/>
        </w:trPr>
        <w:tc>
          <w:tcPr>
            <w:tcW w:w="850" w:type="dxa"/>
            <w:shd w:val="clear" w:color="auto" w:fill="D9D9D9"/>
            <w:tcMar>
              <w:top w:w="80" w:type="dxa"/>
              <w:left w:w="90" w:type="dxa"/>
              <w:bottom w:w="80" w:type="dxa"/>
              <w:right w:w="90" w:type="dxa"/>
            </w:tcMar>
            <w:vAlign w:val="center"/>
          </w:tcPr>
          <w:p w14:paraId="4199651F"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4C91C9F"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225BC8BE"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EFCB2C6" w14:textId="77777777">
        <w:trPr>
          <w:jc w:val="center"/>
        </w:trPr>
        <w:tc>
          <w:tcPr>
            <w:tcW w:w="850" w:type="dxa"/>
            <w:tcMar>
              <w:top w:w="80" w:type="dxa"/>
              <w:left w:w="90" w:type="dxa"/>
              <w:bottom w:w="80" w:type="dxa"/>
              <w:right w:w="90" w:type="dxa"/>
            </w:tcMar>
            <w:vAlign w:val="center"/>
          </w:tcPr>
          <w:p w14:paraId="0F9C0764"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FD44DFC" w14:textId="77777777" w:rsidR="00F678CC" w:rsidRPr="00240C29" w:rsidRDefault="00F678CC" w:rsidP="00242C28">
            <w:pPr>
              <w:ind w:firstLine="0"/>
              <w:rPr>
                <w:szCs w:val="24"/>
              </w:rPr>
            </w:pPr>
            <w:proofErr w:type="spellStart"/>
            <w:r w:rsidRPr="00240C29">
              <w:rPr>
                <w:szCs w:val="24"/>
              </w:rPr>
              <w:t>Chiftelute</w:t>
            </w:r>
            <w:proofErr w:type="spellEnd"/>
            <w:r w:rsidRPr="00240C29">
              <w:rPr>
                <w:szCs w:val="24"/>
              </w:rPr>
              <w:t xml:space="preserve"> cu </w:t>
            </w:r>
            <w:proofErr w:type="spellStart"/>
            <w:r w:rsidRPr="00240C29">
              <w:rPr>
                <w:szCs w:val="24"/>
              </w:rPr>
              <w:t>marar</w:t>
            </w:r>
            <w:proofErr w:type="spellEnd"/>
          </w:p>
        </w:tc>
        <w:tc>
          <w:tcPr>
            <w:tcW w:w="1701" w:type="dxa"/>
            <w:tcMar>
              <w:top w:w="80" w:type="dxa"/>
              <w:left w:w="90" w:type="dxa"/>
              <w:bottom w:w="80" w:type="dxa"/>
              <w:right w:w="90" w:type="dxa"/>
            </w:tcMar>
            <w:vAlign w:val="center"/>
          </w:tcPr>
          <w:p w14:paraId="3EC0A167" w14:textId="77777777" w:rsidR="00F678CC" w:rsidRPr="00240C29" w:rsidRDefault="00F678CC" w:rsidP="00242C28">
            <w:pPr>
              <w:ind w:firstLine="0"/>
              <w:jc w:val="center"/>
              <w:rPr>
                <w:szCs w:val="24"/>
              </w:rPr>
            </w:pPr>
            <w:r w:rsidRPr="00240C29">
              <w:rPr>
                <w:szCs w:val="24"/>
              </w:rPr>
              <w:t>140/140 gr</w:t>
            </w:r>
          </w:p>
        </w:tc>
      </w:tr>
      <w:tr w:rsidR="00F678CC" w:rsidRPr="00240C29" w14:paraId="3AE8D06C" w14:textId="77777777">
        <w:trPr>
          <w:jc w:val="center"/>
        </w:trPr>
        <w:tc>
          <w:tcPr>
            <w:tcW w:w="850" w:type="dxa"/>
            <w:tcMar>
              <w:top w:w="80" w:type="dxa"/>
              <w:left w:w="90" w:type="dxa"/>
              <w:bottom w:w="80" w:type="dxa"/>
              <w:right w:w="90" w:type="dxa"/>
            </w:tcMar>
            <w:vAlign w:val="center"/>
          </w:tcPr>
          <w:p w14:paraId="3F634546"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5E656545" w14:textId="582452DD" w:rsidR="00F678CC" w:rsidRPr="00240C29" w:rsidRDefault="00F678CC" w:rsidP="00242C28">
            <w:pPr>
              <w:ind w:firstLine="0"/>
              <w:rPr>
                <w:szCs w:val="24"/>
              </w:rPr>
            </w:pPr>
            <w:proofErr w:type="spellStart"/>
            <w:r w:rsidRPr="00240C29">
              <w:rPr>
                <w:szCs w:val="24"/>
              </w:rPr>
              <w:t>Perisoare</w:t>
            </w:r>
            <w:proofErr w:type="spellEnd"/>
            <w:r w:rsidRPr="00240C29">
              <w:rPr>
                <w:szCs w:val="24"/>
              </w:rPr>
              <w:t xml:space="preserve"> cu </w:t>
            </w:r>
            <w:proofErr w:type="spellStart"/>
            <w:r w:rsidRPr="00240C29">
              <w:rPr>
                <w:szCs w:val="24"/>
              </w:rPr>
              <w:t>verdeata</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72EAF5E9" w14:textId="77777777" w:rsidR="00F678CC" w:rsidRPr="00240C29" w:rsidRDefault="00F678CC" w:rsidP="00242C28">
            <w:pPr>
              <w:ind w:firstLine="0"/>
              <w:jc w:val="center"/>
              <w:rPr>
                <w:szCs w:val="24"/>
              </w:rPr>
            </w:pPr>
            <w:r w:rsidRPr="00240C29">
              <w:rPr>
                <w:szCs w:val="24"/>
              </w:rPr>
              <w:t>140/150/25 gr</w:t>
            </w:r>
          </w:p>
        </w:tc>
      </w:tr>
      <w:tr w:rsidR="00F678CC" w:rsidRPr="00240C29" w14:paraId="38599102" w14:textId="77777777">
        <w:trPr>
          <w:jc w:val="center"/>
        </w:trPr>
        <w:tc>
          <w:tcPr>
            <w:tcW w:w="850" w:type="dxa"/>
            <w:tcMar>
              <w:top w:w="80" w:type="dxa"/>
              <w:left w:w="90" w:type="dxa"/>
              <w:bottom w:w="80" w:type="dxa"/>
              <w:right w:w="90" w:type="dxa"/>
            </w:tcMar>
            <w:vAlign w:val="center"/>
          </w:tcPr>
          <w:p w14:paraId="1090A4EA"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18136B25" w14:textId="77777777" w:rsidR="00F678CC" w:rsidRPr="00240C29" w:rsidRDefault="00F678CC" w:rsidP="00242C28">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dovlecei</w:t>
            </w:r>
            <w:proofErr w:type="spellEnd"/>
          </w:p>
        </w:tc>
        <w:tc>
          <w:tcPr>
            <w:tcW w:w="1701" w:type="dxa"/>
            <w:tcMar>
              <w:top w:w="80" w:type="dxa"/>
              <w:left w:w="90" w:type="dxa"/>
              <w:bottom w:w="80" w:type="dxa"/>
              <w:right w:w="90" w:type="dxa"/>
            </w:tcMar>
            <w:vAlign w:val="center"/>
          </w:tcPr>
          <w:p w14:paraId="3C021E84" w14:textId="77777777" w:rsidR="00F678CC" w:rsidRPr="00240C29" w:rsidRDefault="00F678CC" w:rsidP="00242C28">
            <w:pPr>
              <w:ind w:firstLine="0"/>
              <w:jc w:val="center"/>
              <w:rPr>
                <w:szCs w:val="24"/>
              </w:rPr>
            </w:pPr>
            <w:r w:rsidRPr="00240C29">
              <w:rPr>
                <w:szCs w:val="24"/>
              </w:rPr>
              <w:t>250/80 gr</w:t>
            </w:r>
          </w:p>
        </w:tc>
      </w:tr>
      <w:tr w:rsidR="00F678CC" w:rsidRPr="00240C29" w14:paraId="3D3652E4" w14:textId="77777777">
        <w:trPr>
          <w:jc w:val="center"/>
        </w:trPr>
        <w:tc>
          <w:tcPr>
            <w:tcW w:w="850" w:type="dxa"/>
            <w:tcMar>
              <w:top w:w="80" w:type="dxa"/>
              <w:left w:w="90" w:type="dxa"/>
              <w:bottom w:w="80" w:type="dxa"/>
              <w:right w:w="90" w:type="dxa"/>
            </w:tcMar>
            <w:vAlign w:val="center"/>
          </w:tcPr>
          <w:p w14:paraId="5F1CD882"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0AAEACF" w14:textId="77777777" w:rsidR="00F678CC" w:rsidRPr="00240C29" w:rsidRDefault="00F678CC" w:rsidP="00242C28">
            <w:pPr>
              <w:ind w:firstLine="0"/>
              <w:rPr>
                <w:szCs w:val="24"/>
              </w:rPr>
            </w:pPr>
            <w:proofErr w:type="spellStart"/>
            <w:r w:rsidRPr="00240C29">
              <w:rPr>
                <w:szCs w:val="24"/>
              </w:rPr>
              <w:t>Musaca</w:t>
            </w:r>
            <w:proofErr w:type="spellEnd"/>
            <w:r w:rsidRPr="00240C29">
              <w:rPr>
                <w:szCs w:val="24"/>
              </w:rPr>
              <w:t xml:space="preserve"> de </w:t>
            </w:r>
            <w:proofErr w:type="spellStart"/>
            <w:r w:rsidRPr="00240C29">
              <w:rPr>
                <w:szCs w:val="24"/>
              </w:rPr>
              <w:t>vinete</w:t>
            </w:r>
            <w:proofErr w:type="spellEnd"/>
          </w:p>
        </w:tc>
        <w:tc>
          <w:tcPr>
            <w:tcW w:w="1701" w:type="dxa"/>
            <w:tcMar>
              <w:top w:w="80" w:type="dxa"/>
              <w:left w:w="90" w:type="dxa"/>
              <w:bottom w:w="80" w:type="dxa"/>
              <w:right w:w="90" w:type="dxa"/>
            </w:tcMar>
            <w:vAlign w:val="center"/>
          </w:tcPr>
          <w:p w14:paraId="67FF0381" w14:textId="77777777" w:rsidR="00F678CC" w:rsidRPr="00240C29" w:rsidRDefault="00F678CC" w:rsidP="00242C28">
            <w:pPr>
              <w:ind w:firstLine="0"/>
              <w:jc w:val="center"/>
              <w:rPr>
                <w:szCs w:val="24"/>
              </w:rPr>
            </w:pPr>
            <w:r w:rsidRPr="00240C29">
              <w:rPr>
                <w:szCs w:val="24"/>
              </w:rPr>
              <w:t>250/80 gr</w:t>
            </w:r>
          </w:p>
        </w:tc>
      </w:tr>
      <w:tr w:rsidR="00F678CC" w:rsidRPr="00240C29" w14:paraId="6EC2B397" w14:textId="77777777">
        <w:trPr>
          <w:jc w:val="center"/>
        </w:trPr>
        <w:tc>
          <w:tcPr>
            <w:tcW w:w="850" w:type="dxa"/>
            <w:tcMar>
              <w:top w:w="80" w:type="dxa"/>
              <w:left w:w="90" w:type="dxa"/>
              <w:bottom w:w="80" w:type="dxa"/>
              <w:right w:w="90" w:type="dxa"/>
            </w:tcMar>
            <w:vAlign w:val="center"/>
          </w:tcPr>
          <w:p w14:paraId="6816C54D" w14:textId="77777777" w:rsidR="00F678CC" w:rsidRPr="00240C29" w:rsidRDefault="00F678CC" w:rsidP="00242C28">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4C9BF7F5" w14:textId="6F7A6381" w:rsidR="00F678CC" w:rsidRPr="00240C29" w:rsidRDefault="00F678CC" w:rsidP="00242C28">
            <w:pPr>
              <w:ind w:firstLine="0"/>
              <w:rPr>
                <w:szCs w:val="24"/>
              </w:rPr>
            </w:pPr>
            <w:proofErr w:type="spellStart"/>
            <w:r w:rsidRPr="00240C29">
              <w:rPr>
                <w:szCs w:val="24"/>
              </w:rPr>
              <w:t>Dovlecei</w:t>
            </w:r>
            <w:proofErr w:type="spellEnd"/>
            <w:r w:rsidRPr="00240C29">
              <w:rPr>
                <w:szCs w:val="24"/>
              </w:rPr>
              <w:t xml:space="preserve"> </w:t>
            </w:r>
            <w:proofErr w:type="spellStart"/>
            <w:r w:rsidRPr="00240C29">
              <w:rPr>
                <w:szCs w:val="24"/>
              </w:rPr>
              <w:t>umpluti</w:t>
            </w:r>
            <w:proofErr w:type="spellEnd"/>
            <w:r w:rsidRPr="00240C29">
              <w:rPr>
                <w:szCs w:val="24"/>
              </w:rPr>
              <w:t xml:space="preserve"> cu </w:t>
            </w:r>
            <w:proofErr w:type="spellStart"/>
            <w:r w:rsidR="00242C28">
              <w:rPr>
                <w:color w:val="6AA84F"/>
              </w:rPr>
              <w:t>iaurt</w:t>
            </w:r>
            <w:proofErr w:type="spellEnd"/>
          </w:p>
        </w:tc>
        <w:tc>
          <w:tcPr>
            <w:tcW w:w="1701" w:type="dxa"/>
            <w:tcMar>
              <w:top w:w="80" w:type="dxa"/>
              <w:left w:w="90" w:type="dxa"/>
              <w:bottom w:w="80" w:type="dxa"/>
              <w:right w:w="90" w:type="dxa"/>
            </w:tcMar>
            <w:vAlign w:val="center"/>
          </w:tcPr>
          <w:p w14:paraId="16845BCE" w14:textId="77777777" w:rsidR="00F678CC" w:rsidRPr="00240C29" w:rsidRDefault="00F678CC" w:rsidP="00242C28">
            <w:pPr>
              <w:ind w:firstLine="0"/>
              <w:jc w:val="center"/>
              <w:rPr>
                <w:szCs w:val="24"/>
              </w:rPr>
            </w:pPr>
            <w:r w:rsidRPr="00240C29">
              <w:rPr>
                <w:szCs w:val="24"/>
              </w:rPr>
              <w:t>160/100/20 gr</w:t>
            </w:r>
          </w:p>
        </w:tc>
      </w:tr>
      <w:tr w:rsidR="00F678CC" w:rsidRPr="00240C29" w14:paraId="5BFB4AD3" w14:textId="77777777">
        <w:trPr>
          <w:jc w:val="center"/>
        </w:trPr>
        <w:tc>
          <w:tcPr>
            <w:tcW w:w="850" w:type="dxa"/>
            <w:tcMar>
              <w:top w:w="80" w:type="dxa"/>
              <w:left w:w="90" w:type="dxa"/>
              <w:bottom w:w="80" w:type="dxa"/>
              <w:right w:w="90" w:type="dxa"/>
            </w:tcMar>
            <w:vAlign w:val="center"/>
          </w:tcPr>
          <w:p w14:paraId="3E70AC2E" w14:textId="77777777" w:rsidR="00F678CC" w:rsidRPr="00240C29" w:rsidRDefault="00F678CC" w:rsidP="00242C28">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038A3229" w14:textId="77777777" w:rsidR="00F678CC" w:rsidRPr="00240C29" w:rsidRDefault="00F678CC" w:rsidP="00242C28">
            <w:pPr>
              <w:ind w:firstLine="0"/>
              <w:rPr>
                <w:szCs w:val="24"/>
              </w:rPr>
            </w:pPr>
            <w:proofErr w:type="spellStart"/>
            <w:r w:rsidRPr="00240C29">
              <w:rPr>
                <w:szCs w:val="24"/>
              </w:rPr>
              <w:t>Parjoale</w:t>
            </w:r>
            <w:proofErr w:type="spellEnd"/>
            <w:r w:rsidRPr="00240C29">
              <w:rPr>
                <w:szCs w:val="24"/>
              </w:rPr>
              <w:t xml:space="preserve"> </w:t>
            </w:r>
            <w:proofErr w:type="spellStart"/>
            <w:r w:rsidRPr="00240C29">
              <w:rPr>
                <w:szCs w:val="24"/>
              </w:rPr>
              <w:t>moldovenesti</w:t>
            </w:r>
            <w:proofErr w:type="spellEnd"/>
          </w:p>
        </w:tc>
        <w:tc>
          <w:tcPr>
            <w:tcW w:w="1701" w:type="dxa"/>
            <w:tcMar>
              <w:top w:w="80" w:type="dxa"/>
              <w:left w:w="90" w:type="dxa"/>
              <w:bottom w:w="80" w:type="dxa"/>
              <w:right w:w="90" w:type="dxa"/>
            </w:tcMar>
            <w:vAlign w:val="center"/>
          </w:tcPr>
          <w:p w14:paraId="67B31360" w14:textId="77777777" w:rsidR="00F678CC" w:rsidRPr="00240C29" w:rsidRDefault="00F678CC" w:rsidP="00242C28">
            <w:pPr>
              <w:ind w:firstLine="0"/>
              <w:jc w:val="center"/>
              <w:rPr>
                <w:szCs w:val="24"/>
              </w:rPr>
            </w:pPr>
            <w:r w:rsidRPr="00240C29">
              <w:rPr>
                <w:szCs w:val="24"/>
              </w:rPr>
              <w:t>110 gr.</w:t>
            </w:r>
          </w:p>
        </w:tc>
      </w:tr>
      <w:tr w:rsidR="00F678CC" w:rsidRPr="00240C29" w14:paraId="42123EB7" w14:textId="77777777">
        <w:trPr>
          <w:jc w:val="center"/>
        </w:trPr>
        <w:tc>
          <w:tcPr>
            <w:tcW w:w="850" w:type="dxa"/>
            <w:tcMar>
              <w:top w:w="80" w:type="dxa"/>
              <w:left w:w="90" w:type="dxa"/>
              <w:bottom w:w="80" w:type="dxa"/>
              <w:right w:w="90" w:type="dxa"/>
            </w:tcMar>
            <w:vAlign w:val="center"/>
          </w:tcPr>
          <w:p w14:paraId="527271A5" w14:textId="77777777" w:rsidR="00F678CC" w:rsidRPr="00240C29" w:rsidRDefault="00F678CC" w:rsidP="00242C28">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0B7E9D7D" w14:textId="77777777" w:rsidR="00F678CC" w:rsidRPr="00240C29" w:rsidRDefault="00F678CC" w:rsidP="00242C28">
            <w:pPr>
              <w:ind w:firstLine="0"/>
              <w:rPr>
                <w:szCs w:val="24"/>
              </w:rPr>
            </w:pPr>
            <w:r w:rsidRPr="00240C29">
              <w:rPr>
                <w:szCs w:val="24"/>
              </w:rPr>
              <w:t>Carnati</w:t>
            </w:r>
          </w:p>
        </w:tc>
        <w:tc>
          <w:tcPr>
            <w:tcW w:w="1701" w:type="dxa"/>
            <w:tcMar>
              <w:top w:w="80" w:type="dxa"/>
              <w:left w:w="90" w:type="dxa"/>
              <w:bottom w:w="80" w:type="dxa"/>
              <w:right w:w="90" w:type="dxa"/>
            </w:tcMar>
            <w:vAlign w:val="center"/>
          </w:tcPr>
          <w:p w14:paraId="136C7005" w14:textId="77777777" w:rsidR="00F678CC" w:rsidRPr="00240C29" w:rsidRDefault="00F678CC" w:rsidP="00242C28">
            <w:pPr>
              <w:ind w:firstLine="0"/>
              <w:jc w:val="center"/>
              <w:rPr>
                <w:szCs w:val="24"/>
              </w:rPr>
            </w:pPr>
            <w:r w:rsidRPr="00240C29">
              <w:rPr>
                <w:szCs w:val="24"/>
              </w:rPr>
              <w:t>100 gr</w:t>
            </w:r>
          </w:p>
        </w:tc>
      </w:tr>
    </w:tbl>
    <w:p w14:paraId="50FCD695" w14:textId="77777777" w:rsidR="00F678CC" w:rsidRPr="00240C29" w:rsidRDefault="00F678CC" w:rsidP="006B3867">
      <w:pPr>
        <w:rPr>
          <w:szCs w:val="24"/>
        </w:rPr>
      </w:pPr>
    </w:p>
    <w:p w14:paraId="0EC105BF" w14:textId="77777777" w:rsidR="00F678CC" w:rsidRPr="00240C29" w:rsidRDefault="00F678CC" w:rsidP="006B3867">
      <w:pPr>
        <w:rPr>
          <w:szCs w:val="24"/>
        </w:rPr>
      </w:pPr>
      <w:r w:rsidRPr="00240C29">
        <w:rPr>
          <w:b/>
          <w:szCs w:val="24"/>
        </w:rPr>
        <w:t>SALATE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6DE72319" w14:textId="77777777">
        <w:trPr>
          <w:tblHeader/>
          <w:jc w:val="center"/>
        </w:trPr>
        <w:tc>
          <w:tcPr>
            <w:tcW w:w="850" w:type="dxa"/>
            <w:shd w:val="clear" w:color="auto" w:fill="D9D9D9"/>
            <w:tcMar>
              <w:top w:w="80" w:type="dxa"/>
              <w:left w:w="90" w:type="dxa"/>
              <w:bottom w:w="80" w:type="dxa"/>
              <w:right w:w="90" w:type="dxa"/>
            </w:tcMar>
            <w:vAlign w:val="center"/>
          </w:tcPr>
          <w:p w14:paraId="1E062E48"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6E2A34FA"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643F5D32"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271209C7" w14:textId="77777777">
        <w:trPr>
          <w:jc w:val="center"/>
        </w:trPr>
        <w:tc>
          <w:tcPr>
            <w:tcW w:w="850" w:type="dxa"/>
            <w:tcMar>
              <w:top w:w="80" w:type="dxa"/>
              <w:left w:w="90" w:type="dxa"/>
              <w:bottom w:w="80" w:type="dxa"/>
              <w:right w:w="90" w:type="dxa"/>
            </w:tcMar>
            <w:vAlign w:val="center"/>
          </w:tcPr>
          <w:p w14:paraId="573A716A"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781DC8BF" w14:textId="77777777" w:rsidR="00F678CC" w:rsidRPr="00240C29" w:rsidRDefault="00F678CC" w:rsidP="00242C28">
            <w:pPr>
              <w:ind w:firstLine="0"/>
              <w:rPr>
                <w:szCs w:val="24"/>
              </w:rPr>
            </w:pPr>
            <w:r w:rsidRPr="00240C29">
              <w:rPr>
                <w:szCs w:val="24"/>
              </w:rPr>
              <w:t xml:space="preserve">Salata </w:t>
            </w:r>
            <w:proofErr w:type="spellStart"/>
            <w:r w:rsidRPr="00240C29">
              <w:rPr>
                <w:szCs w:val="24"/>
              </w:rPr>
              <w:t>asortata</w:t>
            </w:r>
            <w:proofErr w:type="spellEnd"/>
            <w:r w:rsidRPr="00240C29">
              <w:rPr>
                <w:szCs w:val="24"/>
              </w:rPr>
              <w:t xml:space="preserve"> de </w:t>
            </w:r>
            <w:proofErr w:type="spellStart"/>
            <w:r w:rsidRPr="00240C29">
              <w:rPr>
                <w:szCs w:val="24"/>
              </w:rPr>
              <w:t>castraveti</w:t>
            </w:r>
            <w:proofErr w:type="spellEnd"/>
            <w:r w:rsidRPr="00240C29">
              <w:rPr>
                <w:szCs w:val="24"/>
              </w:rPr>
              <w:t xml:space="preserve"> cu </w:t>
            </w:r>
            <w:proofErr w:type="spellStart"/>
            <w:r w:rsidRPr="00240C29">
              <w:rPr>
                <w:szCs w:val="24"/>
              </w:rPr>
              <w:t>rosii</w:t>
            </w:r>
            <w:proofErr w:type="spellEnd"/>
            <w:r w:rsidRPr="00240C29">
              <w:rPr>
                <w:szCs w:val="24"/>
              </w:rPr>
              <w:t xml:space="preserve"> </w:t>
            </w:r>
            <w:proofErr w:type="spellStart"/>
            <w:r w:rsidRPr="00240C29">
              <w:rPr>
                <w:szCs w:val="24"/>
              </w:rPr>
              <w:t>si</w:t>
            </w:r>
            <w:proofErr w:type="spellEnd"/>
            <w:r w:rsidRPr="00240C29">
              <w:rPr>
                <w:szCs w:val="24"/>
              </w:rPr>
              <w:t xml:space="preserve"> </w:t>
            </w:r>
            <w:proofErr w:type="spellStart"/>
            <w:r w:rsidRPr="00240C29">
              <w:rPr>
                <w:szCs w:val="24"/>
              </w:rPr>
              <w:t>ceapa</w:t>
            </w:r>
            <w:proofErr w:type="spellEnd"/>
          </w:p>
        </w:tc>
        <w:tc>
          <w:tcPr>
            <w:tcW w:w="1701" w:type="dxa"/>
            <w:tcMar>
              <w:top w:w="80" w:type="dxa"/>
              <w:left w:w="90" w:type="dxa"/>
              <w:bottom w:w="80" w:type="dxa"/>
              <w:right w:w="90" w:type="dxa"/>
            </w:tcMar>
            <w:vAlign w:val="center"/>
          </w:tcPr>
          <w:p w14:paraId="29AB2E0A" w14:textId="77777777" w:rsidR="00F678CC" w:rsidRPr="00240C29" w:rsidRDefault="00F678CC" w:rsidP="00242C28">
            <w:pPr>
              <w:ind w:firstLine="0"/>
              <w:jc w:val="center"/>
              <w:rPr>
                <w:szCs w:val="24"/>
              </w:rPr>
            </w:pPr>
            <w:r w:rsidRPr="00240C29">
              <w:rPr>
                <w:szCs w:val="24"/>
              </w:rPr>
              <w:t>170 gr</w:t>
            </w:r>
          </w:p>
        </w:tc>
      </w:tr>
      <w:tr w:rsidR="00F678CC" w:rsidRPr="00240C29" w14:paraId="562F8F4F" w14:textId="77777777">
        <w:trPr>
          <w:jc w:val="center"/>
        </w:trPr>
        <w:tc>
          <w:tcPr>
            <w:tcW w:w="850" w:type="dxa"/>
            <w:tcMar>
              <w:top w:w="80" w:type="dxa"/>
              <w:left w:w="90" w:type="dxa"/>
              <w:bottom w:w="80" w:type="dxa"/>
              <w:right w:w="90" w:type="dxa"/>
            </w:tcMar>
            <w:vAlign w:val="center"/>
          </w:tcPr>
          <w:p w14:paraId="7A0DF074"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03CE9831" w14:textId="77777777" w:rsidR="00F678CC" w:rsidRPr="00240C29" w:rsidRDefault="00F678CC" w:rsidP="00242C28">
            <w:pPr>
              <w:ind w:firstLine="0"/>
              <w:rPr>
                <w:szCs w:val="24"/>
              </w:rPr>
            </w:pPr>
            <w:r w:rsidRPr="00240C29">
              <w:rPr>
                <w:szCs w:val="24"/>
              </w:rPr>
              <w:t xml:space="preserve">Salata de </w:t>
            </w:r>
            <w:proofErr w:type="spellStart"/>
            <w:r w:rsidRPr="00240C29">
              <w:rPr>
                <w:szCs w:val="24"/>
              </w:rPr>
              <w:t>castraveti</w:t>
            </w:r>
            <w:proofErr w:type="spellEnd"/>
            <w:r w:rsidRPr="00240C29">
              <w:rPr>
                <w:szCs w:val="24"/>
              </w:rPr>
              <w:t xml:space="preserve"> </w:t>
            </w:r>
            <w:proofErr w:type="spellStart"/>
            <w:r w:rsidRPr="00240C29">
              <w:rPr>
                <w:szCs w:val="24"/>
              </w:rPr>
              <w:t>verzi</w:t>
            </w:r>
            <w:proofErr w:type="spellEnd"/>
          </w:p>
        </w:tc>
        <w:tc>
          <w:tcPr>
            <w:tcW w:w="1701" w:type="dxa"/>
            <w:tcMar>
              <w:top w:w="80" w:type="dxa"/>
              <w:left w:w="90" w:type="dxa"/>
              <w:bottom w:w="80" w:type="dxa"/>
              <w:right w:w="90" w:type="dxa"/>
            </w:tcMar>
            <w:vAlign w:val="center"/>
          </w:tcPr>
          <w:p w14:paraId="27B141A1" w14:textId="77777777" w:rsidR="00F678CC" w:rsidRPr="00240C29" w:rsidRDefault="00F678CC" w:rsidP="00242C28">
            <w:pPr>
              <w:ind w:firstLine="0"/>
              <w:jc w:val="center"/>
              <w:rPr>
                <w:szCs w:val="24"/>
              </w:rPr>
            </w:pPr>
            <w:r w:rsidRPr="00240C29">
              <w:rPr>
                <w:szCs w:val="24"/>
              </w:rPr>
              <w:t>130 gr</w:t>
            </w:r>
          </w:p>
        </w:tc>
      </w:tr>
      <w:tr w:rsidR="00F678CC" w:rsidRPr="00240C29" w14:paraId="525D6189" w14:textId="77777777">
        <w:trPr>
          <w:jc w:val="center"/>
        </w:trPr>
        <w:tc>
          <w:tcPr>
            <w:tcW w:w="850" w:type="dxa"/>
            <w:tcMar>
              <w:top w:w="80" w:type="dxa"/>
              <w:left w:w="90" w:type="dxa"/>
              <w:bottom w:w="80" w:type="dxa"/>
              <w:right w:w="90" w:type="dxa"/>
            </w:tcMar>
            <w:vAlign w:val="center"/>
          </w:tcPr>
          <w:p w14:paraId="7999B106"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18291F87" w14:textId="77777777" w:rsidR="00F678CC" w:rsidRPr="00240C29" w:rsidRDefault="00F678CC" w:rsidP="00242C28">
            <w:pPr>
              <w:ind w:firstLine="0"/>
              <w:rPr>
                <w:szCs w:val="24"/>
              </w:rPr>
            </w:pPr>
            <w:r w:rsidRPr="00240C29">
              <w:rPr>
                <w:szCs w:val="24"/>
              </w:rPr>
              <w:t xml:space="preserve">Salata de </w:t>
            </w:r>
            <w:proofErr w:type="spellStart"/>
            <w:r w:rsidRPr="00240C29">
              <w:rPr>
                <w:szCs w:val="24"/>
              </w:rPr>
              <w:t>sfecla</w:t>
            </w:r>
            <w:proofErr w:type="spellEnd"/>
          </w:p>
        </w:tc>
        <w:tc>
          <w:tcPr>
            <w:tcW w:w="1701" w:type="dxa"/>
            <w:tcMar>
              <w:top w:w="80" w:type="dxa"/>
              <w:left w:w="90" w:type="dxa"/>
              <w:bottom w:w="80" w:type="dxa"/>
              <w:right w:w="90" w:type="dxa"/>
            </w:tcMar>
            <w:vAlign w:val="center"/>
          </w:tcPr>
          <w:p w14:paraId="7CAB4AB1" w14:textId="77777777" w:rsidR="00F678CC" w:rsidRPr="00240C29" w:rsidRDefault="00F678CC" w:rsidP="00242C28">
            <w:pPr>
              <w:ind w:firstLine="0"/>
              <w:jc w:val="center"/>
              <w:rPr>
                <w:szCs w:val="24"/>
              </w:rPr>
            </w:pPr>
            <w:r w:rsidRPr="00240C29">
              <w:rPr>
                <w:szCs w:val="24"/>
              </w:rPr>
              <w:t>150 gr</w:t>
            </w:r>
          </w:p>
        </w:tc>
      </w:tr>
      <w:tr w:rsidR="00F678CC" w:rsidRPr="00240C29" w14:paraId="7A6CEA1A" w14:textId="77777777">
        <w:trPr>
          <w:jc w:val="center"/>
        </w:trPr>
        <w:tc>
          <w:tcPr>
            <w:tcW w:w="850" w:type="dxa"/>
            <w:tcMar>
              <w:top w:w="80" w:type="dxa"/>
              <w:left w:w="90" w:type="dxa"/>
              <w:bottom w:w="80" w:type="dxa"/>
              <w:right w:w="90" w:type="dxa"/>
            </w:tcMar>
            <w:vAlign w:val="center"/>
          </w:tcPr>
          <w:p w14:paraId="63739AB6"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65031F11" w14:textId="77777777" w:rsidR="00F678CC" w:rsidRPr="00240C29" w:rsidRDefault="00F678CC" w:rsidP="00242C28">
            <w:pPr>
              <w:ind w:firstLine="0"/>
              <w:rPr>
                <w:szCs w:val="24"/>
              </w:rPr>
            </w:pPr>
            <w:r w:rsidRPr="00240C29">
              <w:rPr>
                <w:szCs w:val="24"/>
              </w:rPr>
              <w:t xml:space="preserve">Salata de </w:t>
            </w:r>
            <w:proofErr w:type="spellStart"/>
            <w:r w:rsidRPr="00240C29">
              <w:rPr>
                <w:szCs w:val="24"/>
              </w:rPr>
              <w:t>varza</w:t>
            </w:r>
            <w:proofErr w:type="spellEnd"/>
            <w:r w:rsidRPr="00240C29">
              <w:rPr>
                <w:szCs w:val="24"/>
              </w:rPr>
              <w:t xml:space="preserve"> alba </w:t>
            </w:r>
            <w:proofErr w:type="spellStart"/>
            <w:r w:rsidRPr="00240C29">
              <w:rPr>
                <w:szCs w:val="24"/>
              </w:rPr>
              <w:t>proaspata</w:t>
            </w:r>
            <w:proofErr w:type="spellEnd"/>
          </w:p>
        </w:tc>
        <w:tc>
          <w:tcPr>
            <w:tcW w:w="1701" w:type="dxa"/>
            <w:tcMar>
              <w:top w:w="80" w:type="dxa"/>
              <w:left w:w="90" w:type="dxa"/>
              <w:bottom w:w="80" w:type="dxa"/>
              <w:right w:w="90" w:type="dxa"/>
            </w:tcMar>
            <w:vAlign w:val="center"/>
          </w:tcPr>
          <w:p w14:paraId="43CBBF0B" w14:textId="77777777" w:rsidR="00F678CC" w:rsidRPr="00240C29" w:rsidRDefault="00F678CC" w:rsidP="00242C28">
            <w:pPr>
              <w:ind w:firstLine="0"/>
              <w:jc w:val="center"/>
              <w:rPr>
                <w:szCs w:val="24"/>
              </w:rPr>
            </w:pPr>
            <w:r w:rsidRPr="00240C29">
              <w:rPr>
                <w:szCs w:val="24"/>
              </w:rPr>
              <w:t>150 gr</w:t>
            </w:r>
          </w:p>
        </w:tc>
      </w:tr>
      <w:tr w:rsidR="00F678CC" w:rsidRPr="00240C29" w14:paraId="29759E18" w14:textId="77777777">
        <w:trPr>
          <w:jc w:val="center"/>
        </w:trPr>
        <w:tc>
          <w:tcPr>
            <w:tcW w:w="850" w:type="dxa"/>
            <w:tcMar>
              <w:top w:w="80" w:type="dxa"/>
              <w:left w:w="90" w:type="dxa"/>
              <w:bottom w:w="80" w:type="dxa"/>
              <w:right w:w="90" w:type="dxa"/>
            </w:tcMar>
            <w:vAlign w:val="center"/>
          </w:tcPr>
          <w:p w14:paraId="3F5DD0DF" w14:textId="77777777" w:rsidR="00F678CC" w:rsidRPr="00240C29" w:rsidRDefault="00F678CC" w:rsidP="00242C28">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0D22C45F" w14:textId="77777777" w:rsidR="00F678CC" w:rsidRPr="00240C29" w:rsidRDefault="00F678CC" w:rsidP="00242C28">
            <w:pPr>
              <w:ind w:firstLine="0"/>
              <w:rPr>
                <w:szCs w:val="24"/>
              </w:rPr>
            </w:pPr>
            <w:r w:rsidRPr="00240C29">
              <w:rPr>
                <w:szCs w:val="24"/>
              </w:rPr>
              <w:t xml:space="preserve">Salata de </w:t>
            </w:r>
            <w:proofErr w:type="spellStart"/>
            <w:r w:rsidRPr="00240C29">
              <w:rPr>
                <w:szCs w:val="24"/>
              </w:rPr>
              <w:t>varza</w:t>
            </w:r>
            <w:proofErr w:type="spellEnd"/>
            <w:r w:rsidRPr="00240C29">
              <w:rPr>
                <w:szCs w:val="24"/>
              </w:rPr>
              <w:t xml:space="preserve"> </w:t>
            </w:r>
            <w:proofErr w:type="spellStart"/>
            <w:r w:rsidRPr="00240C29">
              <w:rPr>
                <w:szCs w:val="24"/>
              </w:rPr>
              <w:t>rosie</w:t>
            </w:r>
            <w:proofErr w:type="spellEnd"/>
          </w:p>
        </w:tc>
        <w:tc>
          <w:tcPr>
            <w:tcW w:w="1701" w:type="dxa"/>
            <w:tcMar>
              <w:top w:w="80" w:type="dxa"/>
              <w:left w:w="90" w:type="dxa"/>
              <w:bottom w:w="80" w:type="dxa"/>
              <w:right w:w="90" w:type="dxa"/>
            </w:tcMar>
            <w:vAlign w:val="center"/>
          </w:tcPr>
          <w:p w14:paraId="09D41D53" w14:textId="77777777" w:rsidR="00F678CC" w:rsidRPr="00240C29" w:rsidRDefault="00F678CC" w:rsidP="00242C28">
            <w:pPr>
              <w:ind w:firstLine="0"/>
              <w:jc w:val="center"/>
              <w:rPr>
                <w:szCs w:val="24"/>
              </w:rPr>
            </w:pPr>
            <w:r w:rsidRPr="00240C29">
              <w:rPr>
                <w:szCs w:val="24"/>
              </w:rPr>
              <w:t>150 gr</w:t>
            </w:r>
          </w:p>
        </w:tc>
      </w:tr>
      <w:tr w:rsidR="00F678CC" w:rsidRPr="00240C29" w14:paraId="4897CF8E" w14:textId="77777777">
        <w:trPr>
          <w:jc w:val="center"/>
        </w:trPr>
        <w:tc>
          <w:tcPr>
            <w:tcW w:w="850" w:type="dxa"/>
            <w:tcMar>
              <w:top w:w="80" w:type="dxa"/>
              <w:left w:w="90" w:type="dxa"/>
              <w:bottom w:w="80" w:type="dxa"/>
              <w:right w:w="90" w:type="dxa"/>
            </w:tcMar>
            <w:vAlign w:val="center"/>
          </w:tcPr>
          <w:p w14:paraId="203EC740" w14:textId="77777777" w:rsidR="00F678CC" w:rsidRPr="00240C29" w:rsidRDefault="00F678CC" w:rsidP="00242C28">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236EB57F" w14:textId="77777777" w:rsidR="00F678CC" w:rsidRPr="00240C29" w:rsidRDefault="00F678CC" w:rsidP="00242C28">
            <w:pPr>
              <w:ind w:firstLine="0"/>
              <w:rPr>
                <w:szCs w:val="24"/>
              </w:rPr>
            </w:pPr>
            <w:r w:rsidRPr="00240C29">
              <w:rPr>
                <w:szCs w:val="24"/>
              </w:rPr>
              <w:t xml:space="preserve">Salata </w:t>
            </w:r>
            <w:proofErr w:type="spellStart"/>
            <w:r w:rsidRPr="00240C29">
              <w:rPr>
                <w:szCs w:val="24"/>
              </w:rPr>
              <w:t>verde</w:t>
            </w:r>
            <w:proofErr w:type="spellEnd"/>
          </w:p>
        </w:tc>
        <w:tc>
          <w:tcPr>
            <w:tcW w:w="1701" w:type="dxa"/>
            <w:tcMar>
              <w:top w:w="80" w:type="dxa"/>
              <w:left w:w="90" w:type="dxa"/>
              <w:bottom w:w="80" w:type="dxa"/>
              <w:right w:w="90" w:type="dxa"/>
            </w:tcMar>
            <w:vAlign w:val="center"/>
          </w:tcPr>
          <w:p w14:paraId="69359B68" w14:textId="77777777" w:rsidR="00F678CC" w:rsidRPr="00240C29" w:rsidRDefault="00F678CC" w:rsidP="00242C28">
            <w:pPr>
              <w:ind w:firstLine="0"/>
              <w:jc w:val="center"/>
              <w:rPr>
                <w:szCs w:val="24"/>
              </w:rPr>
            </w:pPr>
            <w:r w:rsidRPr="00240C29">
              <w:rPr>
                <w:szCs w:val="24"/>
              </w:rPr>
              <w:t>150 gr</w:t>
            </w:r>
          </w:p>
        </w:tc>
      </w:tr>
      <w:tr w:rsidR="00F678CC" w:rsidRPr="00240C29" w14:paraId="57471FE4" w14:textId="77777777">
        <w:trPr>
          <w:jc w:val="center"/>
        </w:trPr>
        <w:tc>
          <w:tcPr>
            <w:tcW w:w="850" w:type="dxa"/>
            <w:tcMar>
              <w:top w:w="80" w:type="dxa"/>
              <w:left w:w="90" w:type="dxa"/>
              <w:bottom w:w="80" w:type="dxa"/>
              <w:right w:w="90" w:type="dxa"/>
            </w:tcMar>
            <w:vAlign w:val="center"/>
          </w:tcPr>
          <w:p w14:paraId="03024E36" w14:textId="77777777" w:rsidR="00F678CC" w:rsidRPr="00240C29" w:rsidRDefault="00F678CC" w:rsidP="00242C28">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0A7F1602" w14:textId="77777777" w:rsidR="00F678CC" w:rsidRPr="00240C29" w:rsidRDefault="00F678CC" w:rsidP="00242C28">
            <w:pPr>
              <w:ind w:firstLine="0"/>
              <w:rPr>
                <w:szCs w:val="24"/>
              </w:rPr>
            </w:pPr>
            <w:r w:rsidRPr="00240C29">
              <w:rPr>
                <w:szCs w:val="24"/>
              </w:rPr>
              <w:t xml:space="preserve">Salata de </w:t>
            </w:r>
            <w:proofErr w:type="spellStart"/>
            <w:r w:rsidRPr="00240C29">
              <w:rPr>
                <w:szCs w:val="24"/>
              </w:rPr>
              <w:t>vinete</w:t>
            </w:r>
            <w:proofErr w:type="spellEnd"/>
          </w:p>
        </w:tc>
        <w:tc>
          <w:tcPr>
            <w:tcW w:w="1701" w:type="dxa"/>
            <w:tcMar>
              <w:top w:w="80" w:type="dxa"/>
              <w:left w:w="90" w:type="dxa"/>
              <w:bottom w:w="80" w:type="dxa"/>
              <w:right w:w="90" w:type="dxa"/>
            </w:tcMar>
            <w:vAlign w:val="center"/>
          </w:tcPr>
          <w:p w14:paraId="487BFA88" w14:textId="77777777" w:rsidR="00F678CC" w:rsidRPr="00240C29" w:rsidRDefault="00F678CC" w:rsidP="00242C28">
            <w:pPr>
              <w:ind w:firstLine="0"/>
              <w:jc w:val="center"/>
              <w:rPr>
                <w:szCs w:val="24"/>
              </w:rPr>
            </w:pPr>
            <w:r w:rsidRPr="00240C29">
              <w:rPr>
                <w:szCs w:val="24"/>
              </w:rPr>
              <w:t>100 gr</w:t>
            </w:r>
          </w:p>
        </w:tc>
      </w:tr>
      <w:tr w:rsidR="00F678CC" w:rsidRPr="00240C29" w14:paraId="476B3A04" w14:textId="77777777">
        <w:trPr>
          <w:jc w:val="center"/>
        </w:trPr>
        <w:tc>
          <w:tcPr>
            <w:tcW w:w="850" w:type="dxa"/>
            <w:tcMar>
              <w:top w:w="80" w:type="dxa"/>
              <w:left w:w="90" w:type="dxa"/>
              <w:bottom w:w="80" w:type="dxa"/>
              <w:right w:w="90" w:type="dxa"/>
            </w:tcMar>
            <w:vAlign w:val="center"/>
          </w:tcPr>
          <w:p w14:paraId="5E9F5F58" w14:textId="77777777" w:rsidR="00F678CC" w:rsidRPr="00240C29" w:rsidRDefault="00F678CC" w:rsidP="00242C28">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231993EE" w14:textId="77777777" w:rsidR="00F678CC" w:rsidRPr="00240C29" w:rsidRDefault="00F678CC" w:rsidP="00242C28">
            <w:pPr>
              <w:ind w:firstLine="0"/>
              <w:rPr>
                <w:szCs w:val="24"/>
              </w:rPr>
            </w:pPr>
            <w:r w:rsidRPr="00240C29">
              <w:rPr>
                <w:szCs w:val="24"/>
              </w:rPr>
              <w:t>Salata boeuf</w:t>
            </w:r>
          </w:p>
        </w:tc>
        <w:tc>
          <w:tcPr>
            <w:tcW w:w="1701" w:type="dxa"/>
            <w:tcMar>
              <w:top w:w="80" w:type="dxa"/>
              <w:left w:w="90" w:type="dxa"/>
              <w:bottom w:w="80" w:type="dxa"/>
              <w:right w:w="90" w:type="dxa"/>
            </w:tcMar>
            <w:vAlign w:val="center"/>
          </w:tcPr>
          <w:p w14:paraId="274CC696" w14:textId="77777777" w:rsidR="00F678CC" w:rsidRPr="00240C29" w:rsidRDefault="00F678CC" w:rsidP="00242C28">
            <w:pPr>
              <w:ind w:firstLine="0"/>
              <w:jc w:val="center"/>
              <w:rPr>
                <w:szCs w:val="24"/>
              </w:rPr>
            </w:pPr>
            <w:r w:rsidRPr="00240C29">
              <w:rPr>
                <w:szCs w:val="24"/>
              </w:rPr>
              <w:t>200 gr</w:t>
            </w:r>
          </w:p>
        </w:tc>
      </w:tr>
      <w:tr w:rsidR="00F678CC" w:rsidRPr="00240C29" w14:paraId="23FE06F4" w14:textId="77777777">
        <w:trPr>
          <w:jc w:val="center"/>
        </w:trPr>
        <w:tc>
          <w:tcPr>
            <w:tcW w:w="850" w:type="dxa"/>
            <w:tcMar>
              <w:top w:w="80" w:type="dxa"/>
              <w:left w:w="90" w:type="dxa"/>
              <w:bottom w:w="80" w:type="dxa"/>
              <w:right w:w="90" w:type="dxa"/>
            </w:tcMar>
            <w:vAlign w:val="center"/>
          </w:tcPr>
          <w:p w14:paraId="779D76E7" w14:textId="77777777" w:rsidR="00F678CC" w:rsidRPr="00240C29" w:rsidRDefault="00F678CC" w:rsidP="00242C28">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6EE778BF" w14:textId="77777777" w:rsidR="00F678CC" w:rsidRPr="00240C29" w:rsidRDefault="00F678CC" w:rsidP="00242C28">
            <w:pPr>
              <w:ind w:firstLine="0"/>
              <w:rPr>
                <w:szCs w:val="24"/>
              </w:rPr>
            </w:pPr>
            <w:r w:rsidRPr="00240C29">
              <w:rPr>
                <w:szCs w:val="24"/>
              </w:rPr>
              <w:t xml:space="preserve">Salata de </w:t>
            </w:r>
            <w:proofErr w:type="spellStart"/>
            <w:r w:rsidRPr="00240C29">
              <w:rPr>
                <w:szCs w:val="24"/>
              </w:rPr>
              <w:t>ardei</w:t>
            </w:r>
            <w:proofErr w:type="spellEnd"/>
            <w:r w:rsidRPr="00240C29">
              <w:rPr>
                <w:szCs w:val="24"/>
              </w:rPr>
              <w:t xml:space="preserve"> </w:t>
            </w:r>
            <w:proofErr w:type="spellStart"/>
            <w:r w:rsidRPr="00240C29">
              <w:rPr>
                <w:szCs w:val="24"/>
              </w:rPr>
              <w:t>copt</w:t>
            </w:r>
            <w:proofErr w:type="spellEnd"/>
          </w:p>
        </w:tc>
        <w:tc>
          <w:tcPr>
            <w:tcW w:w="1701" w:type="dxa"/>
            <w:tcMar>
              <w:top w:w="80" w:type="dxa"/>
              <w:left w:w="90" w:type="dxa"/>
              <w:bottom w:w="80" w:type="dxa"/>
              <w:right w:w="90" w:type="dxa"/>
            </w:tcMar>
            <w:vAlign w:val="center"/>
          </w:tcPr>
          <w:p w14:paraId="411028E7" w14:textId="77777777" w:rsidR="00F678CC" w:rsidRPr="00240C29" w:rsidRDefault="00F678CC" w:rsidP="00242C28">
            <w:pPr>
              <w:ind w:firstLine="0"/>
              <w:jc w:val="center"/>
              <w:rPr>
                <w:szCs w:val="24"/>
              </w:rPr>
            </w:pPr>
            <w:r w:rsidRPr="00240C29">
              <w:rPr>
                <w:szCs w:val="24"/>
              </w:rPr>
              <w:t>100 gr</w:t>
            </w:r>
          </w:p>
        </w:tc>
      </w:tr>
    </w:tbl>
    <w:p w14:paraId="635D7ABB" w14:textId="77777777" w:rsidR="00F678CC" w:rsidRPr="00240C29" w:rsidRDefault="00F678CC" w:rsidP="006B3867">
      <w:pPr>
        <w:rPr>
          <w:szCs w:val="24"/>
        </w:rPr>
      </w:pPr>
    </w:p>
    <w:p w14:paraId="143A4BB3" w14:textId="77777777" w:rsidR="00F678CC" w:rsidRPr="00240C29" w:rsidRDefault="00F678CC" w:rsidP="006B3867">
      <w:pPr>
        <w:rPr>
          <w:szCs w:val="24"/>
        </w:rPr>
      </w:pPr>
      <w:r w:rsidRPr="00240C29">
        <w:rPr>
          <w:b/>
          <w:szCs w:val="24"/>
        </w:rPr>
        <w:t>DULCIURI DE BUCATARIE SI PRODUSE DE PATISERIE</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2F00B105" w14:textId="77777777">
        <w:trPr>
          <w:tblHeader/>
          <w:jc w:val="center"/>
        </w:trPr>
        <w:tc>
          <w:tcPr>
            <w:tcW w:w="850" w:type="dxa"/>
            <w:shd w:val="clear" w:color="auto" w:fill="D9D9D9"/>
            <w:tcMar>
              <w:top w:w="80" w:type="dxa"/>
              <w:left w:w="90" w:type="dxa"/>
              <w:bottom w:w="80" w:type="dxa"/>
              <w:right w:w="90" w:type="dxa"/>
            </w:tcMar>
            <w:vAlign w:val="center"/>
          </w:tcPr>
          <w:p w14:paraId="1B76DDDB"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A29ED81"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75894A9F"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79540845" w14:textId="77777777">
        <w:trPr>
          <w:jc w:val="center"/>
        </w:trPr>
        <w:tc>
          <w:tcPr>
            <w:tcW w:w="850" w:type="dxa"/>
            <w:tcMar>
              <w:top w:w="80" w:type="dxa"/>
              <w:left w:w="90" w:type="dxa"/>
              <w:bottom w:w="80" w:type="dxa"/>
              <w:right w:w="90" w:type="dxa"/>
            </w:tcMar>
            <w:vAlign w:val="center"/>
          </w:tcPr>
          <w:p w14:paraId="4893DF03"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6BDF59E4" w14:textId="77777777" w:rsidR="00F678CC" w:rsidRPr="00240C29" w:rsidRDefault="00F678CC" w:rsidP="00242C28">
            <w:pPr>
              <w:ind w:firstLine="0"/>
              <w:rPr>
                <w:szCs w:val="24"/>
              </w:rPr>
            </w:pPr>
            <w:proofErr w:type="spellStart"/>
            <w:r w:rsidRPr="00240C29">
              <w:rPr>
                <w:szCs w:val="24"/>
              </w:rPr>
              <w:t>Fructe</w:t>
            </w:r>
            <w:proofErr w:type="spellEnd"/>
            <w:r w:rsidRPr="00240C29">
              <w:rPr>
                <w:szCs w:val="24"/>
              </w:rPr>
              <w:t xml:space="preserve"> </w:t>
            </w:r>
            <w:proofErr w:type="spellStart"/>
            <w:r w:rsidRPr="00240C29">
              <w:rPr>
                <w:szCs w:val="24"/>
              </w:rPr>
              <w:t>proaspete</w:t>
            </w:r>
            <w:proofErr w:type="spellEnd"/>
          </w:p>
        </w:tc>
        <w:tc>
          <w:tcPr>
            <w:tcW w:w="1701" w:type="dxa"/>
            <w:tcMar>
              <w:top w:w="80" w:type="dxa"/>
              <w:left w:w="90" w:type="dxa"/>
              <w:bottom w:w="80" w:type="dxa"/>
              <w:right w:w="90" w:type="dxa"/>
            </w:tcMar>
            <w:vAlign w:val="center"/>
          </w:tcPr>
          <w:p w14:paraId="72887DEE" w14:textId="77777777" w:rsidR="00F678CC" w:rsidRPr="00240C29" w:rsidRDefault="00F678CC" w:rsidP="00242C28">
            <w:pPr>
              <w:ind w:firstLine="0"/>
              <w:jc w:val="center"/>
              <w:rPr>
                <w:szCs w:val="24"/>
              </w:rPr>
            </w:pPr>
            <w:r w:rsidRPr="00240C29">
              <w:rPr>
                <w:szCs w:val="24"/>
              </w:rPr>
              <w:t>100 gr</w:t>
            </w:r>
          </w:p>
        </w:tc>
      </w:tr>
      <w:tr w:rsidR="00F678CC" w:rsidRPr="00240C29" w14:paraId="3E349C7E" w14:textId="77777777">
        <w:trPr>
          <w:jc w:val="center"/>
        </w:trPr>
        <w:tc>
          <w:tcPr>
            <w:tcW w:w="850" w:type="dxa"/>
            <w:tcMar>
              <w:top w:w="80" w:type="dxa"/>
              <w:left w:w="90" w:type="dxa"/>
              <w:bottom w:w="80" w:type="dxa"/>
              <w:right w:w="90" w:type="dxa"/>
            </w:tcMar>
            <w:vAlign w:val="center"/>
          </w:tcPr>
          <w:p w14:paraId="27CE462A"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2F667FEB" w14:textId="77777777" w:rsidR="00F678CC" w:rsidRPr="00240C29" w:rsidRDefault="00F678CC" w:rsidP="00242C28">
            <w:pPr>
              <w:ind w:firstLine="0"/>
              <w:rPr>
                <w:szCs w:val="24"/>
              </w:rPr>
            </w:pPr>
            <w:r w:rsidRPr="00240C29">
              <w:rPr>
                <w:szCs w:val="24"/>
              </w:rPr>
              <w:t xml:space="preserve">Apa </w:t>
            </w:r>
            <w:proofErr w:type="spellStart"/>
            <w:r w:rsidRPr="00240C29">
              <w:rPr>
                <w:szCs w:val="24"/>
              </w:rPr>
              <w:t>minerala</w:t>
            </w:r>
            <w:proofErr w:type="spellEnd"/>
          </w:p>
        </w:tc>
        <w:tc>
          <w:tcPr>
            <w:tcW w:w="1701" w:type="dxa"/>
            <w:tcMar>
              <w:top w:w="80" w:type="dxa"/>
              <w:left w:w="90" w:type="dxa"/>
              <w:bottom w:w="80" w:type="dxa"/>
              <w:right w:w="90" w:type="dxa"/>
            </w:tcMar>
            <w:vAlign w:val="center"/>
          </w:tcPr>
          <w:p w14:paraId="0A4618DD" w14:textId="77777777" w:rsidR="00F678CC" w:rsidRPr="00240C29" w:rsidRDefault="00F678CC" w:rsidP="00242C28">
            <w:pPr>
              <w:ind w:firstLine="0"/>
              <w:jc w:val="center"/>
              <w:rPr>
                <w:szCs w:val="24"/>
              </w:rPr>
            </w:pPr>
            <w:r w:rsidRPr="00240C29">
              <w:rPr>
                <w:szCs w:val="24"/>
              </w:rPr>
              <w:t>250 gr</w:t>
            </w:r>
          </w:p>
        </w:tc>
      </w:tr>
      <w:tr w:rsidR="00242C28" w:rsidRPr="00240C29" w14:paraId="1FB0F239" w14:textId="77777777" w:rsidTr="006B3867">
        <w:trPr>
          <w:jc w:val="center"/>
        </w:trPr>
        <w:tc>
          <w:tcPr>
            <w:tcW w:w="850" w:type="dxa"/>
            <w:tcMar>
              <w:top w:w="80" w:type="dxa"/>
              <w:left w:w="90" w:type="dxa"/>
              <w:bottom w:w="80" w:type="dxa"/>
              <w:right w:w="90" w:type="dxa"/>
            </w:tcMar>
            <w:vAlign w:val="center"/>
          </w:tcPr>
          <w:p w14:paraId="1BEA26C6" w14:textId="77777777" w:rsidR="00242C28" w:rsidRPr="00240C29" w:rsidRDefault="00242C28" w:rsidP="00242C28">
            <w:pPr>
              <w:ind w:firstLine="0"/>
              <w:jc w:val="center"/>
              <w:rPr>
                <w:szCs w:val="24"/>
              </w:rPr>
            </w:pPr>
          </w:p>
        </w:tc>
        <w:tc>
          <w:tcPr>
            <w:tcW w:w="7087" w:type="dxa"/>
            <w:tcMar>
              <w:top w:w="80" w:type="dxa"/>
              <w:left w:w="90" w:type="dxa"/>
              <w:bottom w:w="80" w:type="dxa"/>
              <w:right w:w="90" w:type="dxa"/>
            </w:tcMar>
          </w:tcPr>
          <w:p w14:paraId="00DE2E4F" w14:textId="2F1A8FD2" w:rsidR="00242C28" w:rsidRPr="00240C29" w:rsidRDefault="00242C28" w:rsidP="00242C28">
            <w:pPr>
              <w:ind w:firstLine="0"/>
              <w:rPr>
                <w:szCs w:val="24"/>
              </w:rPr>
            </w:pPr>
            <w:r w:rsidRPr="00426B4A">
              <w:t xml:space="preserve">Placinta cu </w:t>
            </w:r>
            <w:proofErr w:type="spellStart"/>
            <w:r w:rsidRPr="00426B4A">
              <w:t>branza</w:t>
            </w:r>
            <w:proofErr w:type="spellEnd"/>
            <w:r w:rsidRPr="00426B4A">
              <w:t xml:space="preserve"> </w:t>
            </w:r>
            <w:proofErr w:type="spellStart"/>
            <w:r w:rsidRPr="00426B4A">
              <w:t>slaba</w:t>
            </w:r>
            <w:proofErr w:type="spellEnd"/>
            <w:r w:rsidRPr="00426B4A">
              <w:t xml:space="preserve"> </w:t>
            </w:r>
            <w:proofErr w:type="spellStart"/>
            <w:r w:rsidRPr="00426B4A">
              <w:t>si</w:t>
            </w:r>
            <w:proofErr w:type="spellEnd"/>
            <w:r w:rsidRPr="00426B4A">
              <w:t xml:space="preserve">/ </w:t>
            </w:r>
            <w:proofErr w:type="spellStart"/>
            <w:r w:rsidRPr="00426B4A">
              <w:t>spanac</w:t>
            </w:r>
            <w:proofErr w:type="spellEnd"/>
          </w:p>
        </w:tc>
        <w:tc>
          <w:tcPr>
            <w:tcW w:w="1701" w:type="dxa"/>
            <w:tcMar>
              <w:top w:w="80" w:type="dxa"/>
              <w:left w:w="90" w:type="dxa"/>
              <w:bottom w:w="80" w:type="dxa"/>
              <w:right w:w="90" w:type="dxa"/>
            </w:tcMar>
          </w:tcPr>
          <w:p w14:paraId="66A33EE6" w14:textId="290C37F1" w:rsidR="00242C28" w:rsidRPr="00240C29" w:rsidRDefault="00242C28" w:rsidP="00242C28">
            <w:pPr>
              <w:ind w:firstLine="0"/>
              <w:jc w:val="center"/>
              <w:rPr>
                <w:szCs w:val="24"/>
              </w:rPr>
            </w:pPr>
            <w:r w:rsidRPr="00426B4A">
              <w:t>120 gr</w:t>
            </w:r>
          </w:p>
        </w:tc>
      </w:tr>
      <w:tr w:rsidR="00242C28" w:rsidRPr="00240C29" w14:paraId="6CBF8DAA" w14:textId="77777777" w:rsidTr="006B3867">
        <w:trPr>
          <w:jc w:val="center"/>
        </w:trPr>
        <w:tc>
          <w:tcPr>
            <w:tcW w:w="850" w:type="dxa"/>
            <w:tcMar>
              <w:top w:w="80" w:type="dxa"/>
              <w:left w:w="90" w:type="dxa"/>
              <w:bottom w:w="80" w:type="dxa"/>
              <w:right w:w="90" w:type="dxa"/>
            </w:tcMar>
            <w:vAlign w:val="center"/>
          </w:tcPr>
          <w:p w14:paraId="7B06E846" w14:textId="77777777" w:rsidR="00242C28" w:rsidRPr="00240C29" w:rsidRDefault="00242C28" w:rsidP="00242C28">
            <w:pPr>
              <w:ind w:firstLine="0"/>
              <w:jc w:val="center"/>
              <w:rPr>
                <w:szCs w:val="24"/>
              </w:rPr>
            </w:pPr>
          </w:p>
        </w:tc>
        <w:tc>
          <w:tcPr>
            <w:tcW w:w="7087" w:type="dxa"/>
            <w:tcMar>
              <w:top w:w="80" w:type="dxa"/>
              <w:left w:w="90" w:type="dxa"/>
              <w:bottom w:w="80" w:type="dxa"/>
              <w:right w:w="90" w:type="dxa"/>
            </w:tcMar>
          </w:tcPr>
          <w:p w14:paraId="5309D178" w14:textId="54CAEB6C" w:rsidR="00242C28" w:rsidRPr="00240C29" w:rsidRDefault="00242C28" w:rsidP="00242C28">
            <w:pPr>
              <w:ind w:firstLine="0"/>
              <w:rPr>
                <w:szCs w:val="24"/>
              </w:rPr>
            </w:pPr>
            <w:proofErr w:type="spellStart"/>
            <w:r w:rsidRPr="00426B4A">
              <w:t>Chec</w:t>
            </w:r>
            <w:proofErr w:type="spellEnd"/>
            <w:r w:rsidRPr="00426B4A">
              <w:t>/</w:t>
            </w:r>
            <w:proofErr w:type="spellStart"/>
            <w:r w:rsidRPr="00426B4A">
              <w:t>briose</w:t>
            </w:r>
            <w:proofErr w:type="spellEnd"/>
            <w:r w:rsidRPr="00426B4A">
              <w:t xml:space="preserve"> cu </w:t>
            </w:r>
            <w:proofErr w:type="spellStart"/>
            <w:r w:rsidRPr="00426B4A">
              <w:t>faina</w:t>
            </w:r>
            <w:proofErr w:type="spellEnd"/>
            <w:r w:rsidRPr="00426B4A">
              <w:t xml:space="preserve"> </w:t>
            </w:r>
            <w:proofErr w:type="spellStart"/>
            <w:r w:rsidRPr="00426B4A">
              <w:t>integrala</w:t>
            </w:r>
            <w:proofErr w:type="spellEnd"/>
            <w:r w:rsidRPr="00426B4A">
              <w:t xml:space="preserve"> </w:t>
            </w:r>
            <w:proofErr w:type="spellStart"/>
            <w:r w:rsidRPr="00426B4A">
              <w:t>si</w:t>
            </w:r>
            <w:proofErr w:type="spellEnd"/>
            <w:r w:rsidRPr="00426B4A">
              <w:t xml:space="preserve"> </w:t>
            </w:r>
            <w:proofErr w:type="spellStart"/>
            <w:r w:rsidRPr="00426B4A">
              <w:t>fructe</w:t>
            </w:r>
            <w:proofErr w:type="spellEnd"/>
            <w:r w:rsidRPr="00426B4A">
              <w:t xml:space="preserve"> de </w:t>
            </w:r>
            <w:proofErr w:type="spellStart"/>
            <w:r w:rsidRPr="00426B4A">
              <w:t>padure</w:t>
            </w:r>
            <w:proofErr w:type="spellEnd"/>
          </w:p>
        </w:tc>
        <w:tc>
          <w:tcPr>
            <w:tcW w:w="1701" w:type="dxa"/>
            <w:tcMar>
              <w:top w:w="80" w:type="dxa"/>
              <w:left w:w="90" w:type="dxa"/>
              <w:bottom w:w="80" w:type="dxa"/>
              <w:right w:w="90" w:type="dxa"/>
            </w:tcMar>
          </w:tcPr>
          <w:p w14:paraId="3AB5D52A" w14:textId="07B66408" w:rsidR="00242C28" w:rsidRPr="00240C29" w:rsidRDefault="00242C28" w:rsidP="00242C28">
            <w:pPr>
              <w:ind w:firstLine="0"/>
              <w:jc w:val="center"/>
              <w:rPr>
                <w:szCs w:val="24"/>
              </w:rPr>
            </w:pPr>
            <w:r w:rsidRPr="00426B4A">
              <w:t>80 gr</w:t>
            </w:r>
          </w:p>
        </w:tc>
      </w:tr>
    </w:tbl>
    <w:p w14:paraId="03646F2F" w14:textId="77777777" w:rsidR="00F678CC" w:rsidRPr="00240C29" w:rsidRDefault="00F678CC" w:rsidP="006B3867">
      <w:pPr>
        <w:rPr>
          <w:szCs w:val="24"/>
        </w:rPr>
      </w:pPr>
    </w:p>
    <w:p w14:paraId="3F0A16A5" w14:textId="77777777" w:rsidR="00F678CC" w:rsidRPr="00240C29" w:rsidRDefault="00F678CC" w:rsidP="006B3867">
      <w:pPr>
        <w:rPr>
          <w:szCs w:val="24"/>
        </w:rPr>
      </w:pPr>
      <w:r w:rsidRPr="00240C29">
        <w:rPr>
          <w:b/>
          <w:szCs w:val="24"/>
        </w:rPr>
        <w:t>GARNITURI</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17759E5F" w14:textId="77777777">
        <w:trPr>
          <w:tblHeader/>
          <w:jc w:val="center"/>
        </w:trPr>
        <w:tc>
          <w:tcPr>
            <w:tcW w:w="850" w:type="dxa"/>
            <w:shd w:val="clear" w:color="auto" w:fill="D9D9D9"/>
            <w:tcMar>
              <w:top w:w="80" w:type="dxa"/>
              <w:left w:w="90" w:type="dxa"/>
              <w:bottom w:w="80" w:type="dxa"/>
              <w:right w:w="90" w:type="dxa"/>
            </w:tcMar>
            <w:vAlign w:val="center"/>
          </w:tcPr>
          <w:p w14:paraId="0113971B" w14:textId="77777777" w:rsidR="00F678CC" w:rsidRPr="00240C29" w:rsidRDefault="00F678CC" w:rsidP="00242C28">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67988E25" w14:textId="77777777" w:rsidR="00F678CC" w:rsidRPr="00240C29" w:rsidRDefault="00F678CC" w:rsidP="00242C28">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62920924" w14:textId="77777777" w:rsidR="00F678CC" w:rsidRPr="00240C29" w:rsidRDefault="00F678CC" w:rsidP="00242C28">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2E0187CF" w14:textId="77777777">
        <w:trPr>
          <w:jc w:val="center"/>
        </w:trPr>
        <w:tc>
          <w:tcPr>
            <w:tcW w:w="850" w:type="dxa"/>
            <w:tcMar>
              <w:top w:w="80" w:type="dxa"/>
              <w:left w:w="90" w:type="dxa"/>
              <w:bottom w:w="80" w:type="dxa"/>
              <w:right w:w="90" w:type="dxa"/>
            </w:tcMar>
            <w:vAlign w:val="center"/>
          </w:tcPr>
          <w:p w14:paraId="16495265" w14:textId="77777777" w:rsidR="00F678CC" w:rsidRPr="00240C29" w:rsidRDefault="00F678CC" w:rsidP="00242C28">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15EAA2CB" w14:textId="77777777" w:rsidR="00F678CC" w:rsidRPr="00240C29" w:rsidRDefault="00F678CC" w:rsidP="00242C28">
            <w:pPr>
              <w:ind w:firstLine="0"/>
              <w:rPr>
                <w:szCs w:val="24"/>
              </w:rPr>
            </w:pPr>
            <w:proofErr w:type="spellStart"/>
            <w:r w:rsidRPr="00240C29">
              <w:rPr>
                <w:szCs w:val="24"/>
              </w:rPr>
              <w:t>Fasole</w:t>
            </w:r>
            <w:proofErr w:type="spellEnd"/>
            <w:r w:rsidRPr="00240C29">
              <w:rPr>
                <w:szCs w:val="24"/>
              </w:rPr>
              <w:t xml:space="preserve"> </w:t>
            </w:r>
            <w:proofErr w:type="spellStart"/>
            <w:r w:rsidRPr="00240C29">
              <w:rPr>
                <w:szCs w:val="24"/>
              </w:rPr>
              <w:t>verde</w:t>
            </w:r>
            <w:proofErr w:type="spellEnd"/>
            <w:r w:rsidRPr="00240C29">
              <w:rPr>
                <w:szCs w:val="24"/>
              </w:rPr>
              <w:t xml:space="preserve"> </w:t>
            </w:r>
            <w:proofErr w:type="spellStart"/>
            <w:r w:rsidRPr="00240C29">
              <w:rPr>
                <w:szCs w:val="24"/>
              </w:rPr>
              <w:t>sote</w:t>
            </w:r>
            <w:proofErr w:type="spellEnd"/>
          </w:p>
        </w:tc>
        <w:tc>
          <w:tcPr>
            <w:tcW w:w="1701" w:type="dxa"/>
            <w:tcMar>
              <w:top w:w="80" w:type="dxa"/>
              <w:left w:w="90" w:type="dxa"/>
              <w:bottom w:w="80" w:type="dxa"/>
              <w:right w:w="90" w:type="dxa"/>
            </w:tcMar>
            <w:vAlign w:val="center"/>
          </w:tcPr>
          <w:p w14:paraId="6573FEC4" w14:textId="77777777" w:rsidR="00F678CC" w:rsidRPr="00240C29" w:rsidRDefault="00F678CC" w:rsidP="00242C28">
            <w:pPr>
              <w:ind w:firstLine="0"/>
              <w:jc w:val="center"/>
              <w:rPr>
                <w:szCs w:val="24"/>
              </w:rPr>
            </w:pPr>
            <w:r w:rsidRPr="00240C29">
              <w:rPr>
                <w:szCs w:val="24"/>
              </w:rPr>
              <w:t>75 gr</w:t>
            </w:r>
          </w:p>
        </w:tc>
      </w:tr>
      <w:tr w:rsidR="00F678CC" w:rsidRPr="00240C29" w14:paraId="400CE1ED" w14:textId="77777777">
        <w:trPr>
          <w:jc w:val="center"/>
        </w:trPr>
        <w:tc>
          <w:tcPr>
            <w:tcW w:w="850" w:type="dxa"/>
            <w:tcMar>
              <w:top w:w="80" w:type="dxa"/>
              <w:left w:w="90" w:type="dxa"/>
              <w:bottom w:w="80" w:type="dxa"/>
              <w:right w:w="90" w:type="dxa"/>
            </w:tcMar>
            <w:vAlign w:val="center"/>
          </w:tcPr>
          <w:p w14:paraId="0BC3EB8A" w14:textId="77777777" w:rsidR="00F678CC" w:rsidRPr="00240C29" w:rsidRDefault="00F678CC" w:rsidP="00242C28">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762FD0B7" w14:textId="77777777" w:rsidR="00F678CC" w:rsidRPr="00240C29" w:rsidRDefault="00F678CC" w:rsidP="00242C28">
            <w:pPr>
              <w:ind w:firstLine="0"/>
              <w:rPr>
                <w:szCs w:val="24"/>
              </w:rPr>
            </w:pPr>
            <w:proofErr w:type="spellStart"/>
            <w:r w:rsidRPr="00240C29">
              <w:rPr>
                <w:szCs w:val="24"/>
              </w:rPr>
              <w:t>Morcovi</w:t>
            </w:r>
            <w:proofErr w:type="spellEnd"/>
            <w:r w:rsidRPr="00240C29">
              <w:rPr>
                <w:szCs w:val="24"/>
              </w:rPr>
              <w:t xml:space="preserve"> </w:t>
            </w:r>
            <w:proofErr w:type="spellStart"/>
            <w:r w:rsidRPr="00240C29">
              <w:rPr>
                <w:szCs w:val="24"/>
              </w:rPr>
              <w:t>sote</w:t>
            </w:r>
            <w:proofErr w:type="spellEnd"/>
          </w:p>
        </w:tc>
        <w:tc>
          <w:tcPr>
            <w:tcW w:w="1701" w:type="dxa"/>
            <w:tcMar>
              <w:top w:w="80" w:type="dxa"/>
              <w:left w:w="90" w:type="dxa"/>
              <w:bottom w:w="80" w:type="dxa"/>
              <w:right w:w="90" w:type="dxa"/>
            </w:tcMar>
            <w:vAlign w:val="center"/>
          </w:tcPr>
          <w:p w14:paraId="2366F68A" w14:textId="77777777" w:rsidR="00F678CC" w:rsidRPr="00240C29" w:rsidRDefault="00F678CC" w:rsidP="00242C28">
            <w:pPr>
              <w:ind w:firstLine="0"/>
              <w:jc w:val="center"/>
              <w:rPr>
                <w:szCs w:val="24"/>
              </w:rPr>
            </w:pPr>
            <w:r w:rsidRPr="00240C29">
              <w:rPr>
                <w:szCs w:val="24"/>
              </w:rPr>
              <w:t>100 gr</w:t>
            </w:r>
          </w:p>
        </w:tc>
      </w:tr>
      <w:tr w:rsidR="00F678CC" w:rsidRPr="00240C29" w14:paraId="4915D00F" w14:textId="77777777">
        <w:trPr>
          <w:jc w:val="center"/>
        </w:trPr>
        <w:tc>
          <w:tcPr>
            <w:tcW w:w="850" w:type="dxa"/>
            <w:tcMar>
              <w:top w:w="80" w:type="dxa"/>
              <w:left w:w="90" w:type="dxa"/>
              <w:bottom w:w="80" w:type="dxa"/>
              <w:right w:w="90" w:type="dxa"/>
            </w:tcMar>
            <w:vAlign w:val="center"/>
          </w:tcPr>
          <w:p w14:paraId="49441A1D" w14:textId="77777777" w:rsidR="00F678CC" w:rsidRPr="00240C29" w:rsidRDefault="00F678CC" w:rsidP="00242C28">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54AA9C48" w14:textId="77777777" w:rsidR="00F678CC" w:rsidRPr="00240C29" w:rsidRDefault="00F678CC" w:rsidP="00242C28">
            <w:pPr>
              <w:ind w:firstLine="0"/>
              <w:rPr>
                <w:szCs w:val="24"/>
              </w:rPr>
            </w:pPr>
            <w:r w:rsidRPr="00240C29">
              <w:rPr>
                <w:szCs w:val="24"/>
              </w:rPr>
              <w:t xml:space="preserve">Pilaf </w:t>
            </w:r>
            <w:proofErr w:type="spellStart"/>
            <w:r w:rsidRPr="00240C29">
              <w:rPr>
                <w:szCs w:val="24"/>
              </w:rPr>
              <w:t>simplu</w:t>
            </w:r>
            <w:proofErr w:type="spellEnd"/>
            <w:r w:rsidRPr="00240C29">
              <w:rPr>
                <w:szCs w:val="24"/>
              </w:rPr>
              <w:t xml:space="preserve"> de </w:t>
            </w:r>
            <w:proofErr w:type="spellStart"/>
            <w:r w:rsidRPr="00240C29">
              <w:rPr>
                <w:szCs w:val="24"/>
              </w:rPr>
              <w:t>orez</w:t>
            </w:r>
            <w:proofErr w:type="spellEnd"/>
          </w:p>
        </w:tc>
        <w:tc>
          <w:tcPr>
            <w:tcW w:w="1701" w:type="dxa"/>
            <w:tcMar>
              <w:top w:w="80" w:type="dxa"/>
              <w:left w:w="90" w:type="dxa"/>
              <w:bottom w:w="80" w:type="dxa"/>
              <w:right w:w="90" w:type="dxa"/>
            </w:tcMar>
            <w:vAlign w:val="center"/>
          </w:tcPr>
          <w:p w14:paraId="303A5684" w14:textId="77777777" w:rsidR="00F678CC" w:rsidRPr="00240C29" w:rsidRDefault="00F678CC" w:rsidP="00242C28">
            <w:pPr>
              <w:ind w:firstLine="0"/>
              <w:jc w:val="center"/>
              <w:rPr>
                <w:szCs w:val="24"/>
              </w:rPr>
            </w:pPr>
            <w:r w:rsidRPr="00240C29">
              <w:rPr>
                <w:szCs w:val="24"/>
              </w:rPr>
              <w:t>100 gr</w:t>
            </w:r>
          </w:p>
        </w:tc>
      </w:tr>
      <w:tr w:rsidR="00F678CC" w:rsidRPr="00240C29" w14:paraId="0F2A04F1" w14:textId="77777777">
        <w:trPr>
          <w:jc w:val="center"/>
        </w:trPr>
        <w:tc>
          <w:tcPr>
            <w:tcW w:w="850" w:type="dxa"/>
            <w:tcMar>
              <w:top w:w="80" w:type="dxa"/>
              <w:left w:w="90" w:type="dxa"/>
              <w:bottom w:w="80" w:type="dxa"/>
              <w:right w:w="90" w:type="dxa"/>
            </w:tcMar>
            <w:vAlign w:val="center"/>
          </w:tcPr>
          <w:p w14:paraId="64DB9B93" w14:textId="77777777" w:rsidR="00F678CC" w:rsidRPr="00240C29" w:rsidRDefault="00F678CC" w:rsidP="00242C28">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57EC4538" w14:textId="779C3118" w:rsidR="00F678CC" w:rsidRPr="00240C29" w:rsidRDefault="00F678CC" w:rsidP="00242C28">
            <w:pPr>
              <w:ind w:firstLine="0"/>
              <w:rPr>
                <w:szCs w:val="24"/>
              </w:rPr>
            </w:pPr>
            <w:proofErr w:type="spellStart"/>
            <w:r w:rsidRPr="00240C29">
              <w:rPr>
                <w:szCs w:val="24"/>
              </w:rPr>
              <w:t>Varza</w:t>
            </w:r>
            <w:proofErr w:type="spellEnd"/>
            <w:r w:rsidRPr="00240C29">
              <w:rPr>
                <w:szCs w:val="24"/>
              </w:rPr>
              <w:t xml:space="preserve"> </w:t>
            </w:r>
            <w:proofErr w:type="spellStart"/>
            <w:r w:rsidRPr="00240C29">
              <w:rPr>
                <w:szCs w:val="24"/>
              </w:rPr>
              <w:t>calita</w:t>
            </w:r>
            <w:proofErr w:type="spellEnd"/>
            <w:r w:rsidR="00242C28">
              <w:rPr>
                <w:szCs w:val="24"/>
              </w:rPr>
              <w:t xml:space="preserve"> </w:t>
            </w:r>
            <w:r w:rsidR="00242C28">
              <w:rPr>
                <w:color w:val="6AA84F"/>
              </w:rPr>
              <w:t>dulce</w:t>
            </w:r>
          </w:p>
        </w:tc>
        <w:tc>
          <w:tcPr>
            <w:tcW w:w="1701" w:type="dxa"/>
            <w:tcMar>
              <w:top w:w="80" w:type="dxa"/>
              <w:left w:w="90" w:type="dxa"/>
              <w:bottom w:w="80" w:type="dxa"/>
              <w:right w:w="90" w:type="dxa"/>
            </w:tcMar>
            <w:vAlign w:val="center"/>
          </w:tcPr>
          <w:p w14:paraId="1E2867FD" w14:textId="77777777" w:rsidR="00F678CC" w:rsidRPr="00240C29" w:rsidRDefault="00F678CC" w:rsidP="00242C28">
            <w:pPr>
              <w:ind w:firstLine="0"/>
              <w:jc w:val="center"/>
              <w:rPr>
                <w:szCs w:val="24"/>
              </w:rPr>
            </w:pPr>
            <w:r w:rsidRPr="00240C29">
              <w:rPr>
                <w:szCs w:val="24"/>
              </w:rPr>
              <w:t>100 gr</w:t>
            </w:r>
          </w:p>
        </w:tc>
      </w:tr>
    </w:tbl>
    <w:p w14:paraId="5A0C5596" w14:textId="77777777" w:rsidR="00F678CC" w:rsidRPr="00240C29" w:rsidRDefault="00F678CC" w:rsidP="006B3867">
      <w:pPr>
        <w:rPr>
          <w:szCs w:val="24"/>
        </w:rPr>
      </w:pPr>
    </w:p>
    <w:p w14:paraId="263C32A3" w14:textId="77777777" w:rsidR="00F678CC" w:rsidRPr="00240C29" w:rsidRDefault="00F678CC" w:rsidP="006B3867">
      <w:pPr>
        <w:rPr>
          <w:szCs w:val="24"/>
        </w:rPr>
      </w:pPr>
      <w:r w:rsidRPr="00240C29">
        <w:rPr>
          <w:b/>
          <w:szCs w:val="24"/>
        </w:rPr>
        <w:t>PRODUSE MIC DEJUN</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6F75A2AD" w14:textId="77777777">
        <w:trPr>
          <w:tblHeader/>
          <w:jc w:val="center"/>
        </w:trPr>
        <w:tc>
          <w:tcPr>
            <w:tcW w:w="850" w:type="dxa"/>
            <w:shd w:val="clear" w:color="auto" w:fill="D9D9D9"/>
            <w:tcMar>
              <w:top w:w="80" w:type="dxa"/>
              <w:left w:w="90" w:type="dxa"/>
              <w:bottom w:w="80" w:type="dxa"/>
              <w:right w:w="90" w:type="dxa"/>
            </w:tcMar>
            <w:vAlign w:val="center"/>
          </w:tcPr>
          <w:p w14:paraId="6E6F5434" w14:textId="77777777" w:rsidR="00F678CC" w:rsidRPr="00240C29" w:rsidRDefault="00F678CC" w:rsidP="004B15D2">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3FFE498C" w14:textId="77777777" w:rsidR="00F678CC" w:rsidRPr="00240C29" w:rsidRDefault="00F678CC" w:rsidP="004B15D2">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1958670A" w14:textId="77777777" w:rsidR="00F678CC" w:rsidRPr="00240C29" w:rsidRDefault="00F678CC" w:rsidP="004B15D2">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6611631B" w14:textId="77777777">
        <w:trPr>
          <w:jc w:val="center"/>
        </w:trPr>
        <w:tc>
          <w:tcPr>
            <w:tcW w:w="850" w:type="dxa"/>
            <w:tcMar>
              <w:top w:w="80" w:type="dxa"/>
              <w:left w:w="90" w:type="dxa"/>
              <w:bottom w:w="80" w:type="dxa"/>
              <w:right w:w="90" w:type="dxa"/>
            </w:tcMar>
            <w:vAlign w:val="center"/>
          </w:tcPr>
          <w:p w14:paraId="0EEEC1F5" w14:textId="77777777" w:rsidR="00F678CC" w:rsidRPr="00240C29" w:rsidRDefault="00F678CC" w:rsidP="004B15D2">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78939843" w14:textId="77777777" w:rsidR="00F678CC" w:rsidRPr="00240C29" w:rsidRDefault="00F678CC" w:rsidP="004B15D2">
            <w:pPr>
              <w:ind w:firstLine="0"/>
              <w:rPr>
                <w:szCs w:val="24"/>
              </w:rPr>
            </w:pPr>
            <w:r w:rsidRPr="00240C29">
              <w:rPr>
                <w:szCs w:val="24"/>
              </w:rPr>
              <w:t>Branza dulce</w:t>
            </w:r>
          </w:p>
        </w:tc>
        <w:tc>
          <w:tcPr>
            <w:tcW w:w="1701" w:type="dxa"/>
            <w:tcMar>
              <w:top w:w="80" w:type="dxa"/>
              <w:left w:w="90" w:type="dxa"/>
              <w:bottom w:w="80" w:type="dxa"/>
              <w:right w:w="90" w:type="dxa"/>
            </w:tcMar>
            <w:vAlign w:val="center"/>
          </w:tcPr>
          <w:p w14:paraId="51452E63" w14:textId="77777777" w:rsidR="00F678CC" w:rsidRPr="00240C29" w:rsidRDefault="00F678CC" w:rsidP="004B15D2">
            <w:pPr>
              <w:ind w:firstLine="0"/>
              <w:jc w:val="center"/>
              <w:rPr>
                <w:szCs w:val="24"/>
              </w:rPr>
            </w:pPr>
            <w:r w:rsidRPr="00240C29">
              <w:rPr>
                <w:szCs w:val="24"/>
              </w:rPr>
              <w:t>50 gr</w:t>
            </w:r>
          </w:p>
        </w:tc>
      </w:tr>
      <w:tr w:rsidR="00F678CC" w:rsidRPr="00240C29" w14:paraId="76A00497" w14:textId="77777777">
        <w:trPr>
          <w:jc w:val="center"/>
        </w:trPr>
        <w:tc>
          <w:tcPr>
            <w:tcW w:w="850" w:type="dxa"/>
            <w:tcMar>
              <w:top w:w="80" w:type="dxa"/>
              <w:left w:w="90" w:type="dxa"/>
              <w:bottom w:w="80" w:type="dxa"/>
              <w:right w:w="90" w:type="dxa"/>
            </w:tcMar>
            <w:vAlign w:val="center"/>
          </w:tcPr>
          <w:p w14:paraId="4413E62A" w14:textId="77777777" w:rsidR="00F678CC" w:rsidRPr="00240C29" w:rsidRDefault="00F678CC" w:rsidP="004B15D2">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4A71AD8D" w14:textId="77777777" w:rsidR="00F678CC" w:rsidRPr="00240C29" w:rsidRDefault="00F678CC" w:rsidP="004B15D2">
            <w:pPr>
              <w:ind w:firstLine="0"/>
              <w:rPr>
                <w:szCs w:val="24"/>
              </w:rPr>
            </w:pPr>
            <w:r w:rsidRPr="00240C29">
              <w:rPr>
                <w:szCs w:val="24"/>
              </w:rPr>
              <w:t xml:space="preserve">Branza </w:t>
            </w:r>
            <w:proofErr w:type="spellStart"/>
            <w:r w:rsidRPr="00240C29">
              <w:rPr>
                <w:szCs w:val="24"/>
              </w:rPr>
              <w:t>topita</w:t>
            </w:r>
            <w:proofErr w:type="spellEnd"/>
          </w:p>
        </w:tc>
        <w:tc>
          <w:tcPr>
            <w:tcW w:w="1701" w:type="dxa"/>
            <w:tcMar>
              <w:top w:w="80" w:type="dxa"/>
              <w:left w:w="90" w:type="dxa"/>
              <w:bottom w:w="80" w:type="dxa"/>
              <w:right w:w="90" w:type="dxa"/>
            </w:tcMar>
            <w:vAlign w:val="center"/>
          </w:tcPr>
          <w:p w14:paraId="061BE154" w14:textId="77777777" w:rsidR="00F678CC" w:rsidRPr="00240C29" w:rsidRDefault="00F678CC" w:rsidP="004B15D2">
            <w:pPr>
              <w:ind w:firstLine="0"/>
              <w:jc w:val="center"/>
              <w:rPr>
                <w:szCs w:val="24"/>
              </w:rPr>
            </w:pPr>
            <w:r w:rsidRPr="00240C29">
              <w:rPr>
                <w:szCs w:val="24"/>
              </w:rPr>
              <w:t>20 gr</w:t>
            </w:r>
          </w:p>
        </w:tc>
      </w:tr>
      <w:tr w:rsidR="00F678CC" w:rsidRPr="00240C29" w14:paraId="12FEFDEA" w14:textId="77777777">
        <w:trPr>
          <w:jc w:val="center"/>
        </w:trPr>
        <w:tc>
          <w:tcPr>
            <w:tcW w:w="850" w:type="dxa"/>
            <w:tcMar>
              <w:top w:w="80" w:type="dxa"/>
              <w:left w:w="90" w:type="dxa"/>
              <w:bottom w:w="80" w:type="dxa"/>
              <w:right w:w="90" w:type="dxa"/>
            </w:tcMar>
            <w:vAlign w:val="center"/>
          </w:tcPr>
          <w:p w14:paraId="73DD1415" w14:textId="77777777" w:rsidR="00F678CC" w:rsidRPr="00240C29" w:rsidRDefault="00F678CC" w:rsidP="004B15D2">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035853F5" w14:textId="43608444" w:rsidR="00F678CC" w:rsidRPr="00240C29" w:rsidRDefault="00F678CC" w:rsidP="004B15D2">
            <w:pPr>
              <w:ind w:firstLine="0"/>
              <w:rPr>
                <w:szCs w:val="24"/>
              </w:rPr>
            </w:pPr>
            <w:r w:rsidRPr="00240C29">
              <w:rPr>
                <w:szCs w:val="24"/>
              </w:rPr>
              <w:t xml:space="preserve">Cacao cu </w:t>
            </w:r>
            <w:proofErr w:type="spellStart"/>
            <w:r w:rsidRPr="00240C29">
              <w:rPr>
                <w:szCs w:val="24"/>
              </w:rPr>
              <w:t>lapte</w:t>
            </w:r>
            <w:proofErr w:type="spellEnd"/>
            <w:r w:rsidR="004B15D2" w:rsidRPr="004B15D2">
              <w:rPr>
                <w:szCs w:val="24"/>
                <w:lang w:val="en"/>
              </w:rPr>
              <w:t xml:space="preserve">/ cereale/ </w:t>
            </w:r>
            <w:proofErr w:type="spellStart"/>
            <w:r w:rsidR="004B15D2" w:rsidRPr="004B15D2">
              <w:rPr>
                <w:szCs w:val="24"/>
                <w:lang w:val="en"/>
              </w:rPr>
              <w:t>fulgi</w:t>
            </w:r>
            <w:proofErr w:type="spellEnd"/>
            <w:r w:rsidR="004B15D2" w:rsidRPr="004B15D2">
              <w:rPr>
                <w:szCs w:val="24"/>
                <w:lang w:val="en"/>
              </w:rPr>
              <w:t xml:space="preserve"> de </w:t>
            </w:r>
            <w:proofErr w:type="spellStart"/>
            <w:r w:rsidR="004B15D2" w:rsidRPr="004B15D2">
              <w:rPr>
                <w:szCs w:val="24"/>
                <w:lang w:val="en"/>
              </w:rPr>
              <w:t>ovaz</w:t>
            </w:r>
            <w:proofErr w:type="spellEnd"/>
          </w:p>
        </w:tc>
        <w:tc>
          <w:tcPr>
            <w:tcW w:w="1701" w:type="dxa"/>
            <w:tcMar>
              <w:top w:w="80" w:type="dxa"/>
              <w:left w:w="90" w:type="dxa"/>
              <w:bottom w:w="80" w:type="dxa"/>
              <w:right w:w="90" w:type="dxa"/>
            </w:tcMar>
            <w:vAlign w:val="center"/>
          </w:tcPr>
          <w:p w14:paraId="6E9987E3" w14:textId="77777777" w:rsidR="00F678CC" w:rsidRPr="00240C29" w:rsidRDefault="00F678CC" w:rsidP="004B15D2">
            <w:pPr>
              <w:ind w:firstLine="0"/>
              <w:jc w:val="center"/>
              <w:rPr>
                <w:szCs w:val="24"/>
              </w:rPr>
            </w:pPr>
            <w:r w:rsidRPr="00240C29">
              <w:rPr>
                <w:szCs w:val="24"/>
              </w:rPr>
              <w:t>200 ml</w:t>
            </w:r>
          </w:p>
        </w:tc>
      </w:tr>
      <w:tr w:rsidR="00F678CC" w:rsidRPr="00240C29" w14:paraId="786F2454" w14:textId="77777777">
        <w:trPr>
          <w:jc w:val="center"/>
        </w:trPr>
        <w:tc>
          <w:tcPr>
            <w:tcW w:w="850" w:type="dxa"/>
            <w:tcMar>
              <w:top w:w="80" w:type="dxa"/>
              <w:left w:w="90" w:type="dxa"/>
              <w:bottom w:w="80" w:type="dxa"/>
              <w:right w:w="90" w:type="dxa"/>
            </w:tcMar>
            <w:vAlign w:val="center"/>
          </w:tcPr>
          <w:p w14:paraId="5B5FA397" w14:textId="77777777" w:rsidR="00F678CC" w:rsidRPr="00240C29" w:rsidRDefault="00F678CC" w:rsidP="004B15D2">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F13D0C9" w14:textId="77777777" w:rsidR="00F678CC" w:rsidRPr="00240C29" w:rsidRDefault="00F678CC" w:rsidP="004B15D2">
            <w:pPr>
              <w:ind w:firstLine="0"/>
              <w:rPr>
                <w:szCs w:val="24"/>
              </w:rPr>
            </w:pPr>
            <w:proofErr w:type="spellStart"/>
            <w:r w:rsidRPr="00240C29">
              <w:rPr>
                <w:szCs w:val="24"/>
              </w:rPr>
              <w:t>Cascaval</w:t>
            </w:r>
            <w:proofErr w:type="spellEnd"/>
          </w:p>
        </w:tc>
        <w:tc>
          <w:tcPr>
            <w:tcW w:w="1701" w:type="dxa"/>
            <w:tcMar>
              <w:top w:w="80" w:type="dxa"/>
              <w:left w:w="90" w:type="dxa"/>
              <w:bottom w:w="80" w:type="dxa"/>
              <w:right w:w="90" w:type="dxa"/>
            </w:tcMar>
            <w:vAlign w:val="center"/>
          </w:tcPr>
          <w:p w14:paraId="363DB5AB" w14:textId="77777777" w:rsidR="00F678CC" w:rsidRPr="00240C29" w:rsidRDefault="00F678CC" w:rsidP="004B15D2">
            <w:pPr>
              <w:ind w:firstLine="0"/>
              <w:jc w:val="center"/>
              <w:rPr>
                <w:szCs w:val="24"/>
              </w:rPr>
            </w:pPr>
            <w:r w:rsidRPr="00240C29">
              <w:rPr>
                <w:szCs w:val="24"/>
              </w:rPr>
              <w:t>40 gr</w:t>
            </w:r>
          </w:p>
        </w:tc>
      </w:tr>
      <w:tr w:rsidR="00F678CC" w:rsidRPr="00240C29" w14:paraId="4BDE5A19" w14:textId="77777777">
        <w:trPr>
          <w:jc w:val="center"/>
        </w:trPr>
        <w:tc>
          <w:tcPr>
            <w:tcW w:w="850" w:type="dxa"/>
            <w:tcMar>
              <w:top w:w="80" w:type="dxa"/>
              <w:left w:w="90" w:type="dxa"/>
              <w:bottom w:w="80" w:type="dxa"/>
              <w:right w:w="90" w:type="dxa"/>
            </w:tcMar>
            <w:vAlign w:val="center"/>
          </w:tcPr>
          <w:p w14:paraId="5AD1A818" w14:textId="77777777" w:rsidR="00F678CC" w:rsidRPr="00240C29" w:rsidRDefault="00F678CC" w:rsidP="004B15D2">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382A8B0B" w14:textId="77777777" w:rsidR="00F678CC" w:rsidRPr="00240C29" w:rsidRDefault="00F678CC" w:rsidP="004B15D2">
            <w:pPr>
              <w:ind w:firstLine="0"/>
              <w:rPr>
                <w:szCs w:val="24"/>
              </w:rPr>
            </w:pPr>
            <w:proofErr w:type="spellStart"/>
            <w:r w:rsidRPr="00240C29">
              <w:rPr>
                <w:szCs w:val="24"/>
              </w:rPr>
              <w:t>Ceai</w:t>
            </w:r>
            <w:proofErr w:type="spellEnd"/>
            <w:r w:rsidRPr="00240C29">
              <w:rPr>
                <w:szCs w:val="24"/>
              </w:rPr>
              <w:t xml:space="preserve"> </w:t>
            </w:r>
            <w:proofErr w:type="spellStart"/>
            <w:r w:rsidRPr="00240C29">
              <w:rPr>
                <w:szCs w:val="24"/>
              </w:rPr>
              <w:t>fructe</w:t>
            </w:r>
            <w:proofErr w:type="spellEnd"/>
            <w:r w:rsidRPr="00240C29">
              <w:rPr>
                <w:szCs w:val="24"/>
              </w:rPr>
              <w:t>/</w:t>
            </w:r>
            <w:proofErr w:type="spellStart"/>
            <w:r w:rsidRPr="00240C29">
              <w:rPr>
                <w:szCs w:val="24"/>
              </w:rPr>
              <w:t>plante</w:t>
            </w:r>
            <w:proofErr w:type="spellEnd"/>
          </w:p>
        </w:tc>
        <w:tc>
          <w:tcPr>
            <w:tcW w:w="1701" w:type="dxa"/>
            <w:tcMar>
              <w:top w:w="80" w:type="dxa"/>
              <w:left w:w="90" w:type="dxa"/>
              <w:bottom w:w="80" w:type="dxa"/>
              <w:right w:w="90" w:type="dxa"/>
            </w:tcMar>
            <w:vAlign w:val="center"/>
          </w:tcPr>
          <w:p w14:paraId="5324F52B" w14:textId="77777777" w:rsidR="00F678CC" w:rsidRPr="00240C29" w:rsidRDefault="00F678CC" w:rsidP="004B15D2">
            <w:pPr>
              <w:ind w:firstLine="0"/>
              <w:jc w:val="center"/>
              <w:rPr>
                <w:szCs w:val="24"/>
              </w:rPr>
            </w:pPr>
            <w:r w:rsidRPr="00240C29">
              <w:rPr>
                <w:szCs w:val="24"/>
              </w:rPr>
              <w:t>200 ml</w:t>
            </w:r>
          </w:p>
        </w:tc>
      </w:tr>
      <w:tr w:rsidR="00F678CC" w:rsidRPr="00240C29" w14:paraId="11AD5232" w14:textId="77777777">
        <w:trPr>
          <w:jc w:val="center"/>
        </w:trPr>
        <w:tc>
          <w:tcPr>
            <w:tcW w:w="850" w:type="dxa"/>
            <w:tcMar>
              <w:top w:w="80" w:type="dxa"/>
              <w:left w:w="90" w:type="dxa"/>
              <w:bottom w:w="80" w:type="dxa"/>
              <w:right w:w="90" w:type="dxa"/>
            </w:tcMar>
            <w:vAlign w:val="center"/>
          </w:tcPr>
          <w:p w14:paraId="2C334501" w14:textId="77777777" w:rsidR="00F678CC" w:rsidRPr="00240C29" w:rsidRDefault="00F678CC" w:rsidP="004B15D2">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45EAFB9F" w14:textId="0C362DE2" w:rsidR="00F678CC" w:rsidRPr="00240C29" w:rsidRDefault="00F678CC" w:rsidP="004B15D2">
            <w:pPr>
              <w:ind w:firstLine="0"/>
              <w:rPr>
                <w:szCs w:val="24"/>
              </w:rPr>
            </w:pPr>
            <w:proofErr w:type="spellStart"/>
            <w:r w:rsidRPr="00240C29">
              <w:rPr>
                <w:szCs w:val="24"/>
              </w:rPr>
              <w:t>Iaurt</w:t>
            </w:r>
            <w:proofErr w:type="spellEnd"/>
            <w:r w:rsidR="004B15D2">
              <w:rPr>
                <w:szCs w:val="24"/>
              </w:rPr>
              <w:t xml:space="preserve"> </w:t>
            </w:r>
            <w:r w:rsidR="004B15D2">
              <w:t xml:space="preserve">/ </w:t>
            </w:r>
            <w:proofErr w:type="spellStart"/>
            <w:r w:rsidR="004B15D2">
              <w:rPr>
                <w:color w:val="6AA84F"/>
              </w:rPr>
              <w:t>chefir</w:t>
            </w:r>
            <w:proofErr w:type="spellEnd"/>
          </w:p>
        </w:tc>
        <w:tc>
          <w:tcPr>
            <w:tcW w:w="1701" w:type="dxa"/>
            <w:tcMar>
              <w:top w:w="80" w:type="dxa"/>
              <w:left w:w="90" w:type="dxa"/>
              <w:bottom w:w="80" w:type="dxa"/>
              <w:right w:w="90" w:type="dxa"/>
            </w:tcMar>
            <w:vAlign w:val="center"/>
          </w:tcPr>
          <w:p w14:paraId="62C3EECE" w14:textId="77777777" w:rsidR="00F678CC" w:rsidRPr="00240C29" w:rsidRDefault="00F678CC" w:rsidP="004B15D2">
            <w:pPr>
              <w:ind w:firstLine="0"/>
              <w:jc w:val="center"/>
              <w:rPr>
                <w:szCs w:val="24"/>
              </w:rPr>
            </w:pPr>
            <w:r w:rsidRPr="00240C29">
              <w:rPr>
                <w:szCs w:val="24"/>
              </w:rPr>
              <w:t>100 gr</w:t>
            </w:r>
          </w:p>
        </w:tc>
      </w:tr>
      <w:tr w:rsidR="00F678CC" w:rsidRPr="00240C29" w14:paraId="666DC9FD" w14:textId="77777777">
        <w:trPr>
          <w:jc w:val="center"/>
        </w:trPr>
        <w:tc>
          <w:tcPr>
            <w:tcW w:w="850" w:type="dxa"/>
            <w:tcMar>
              <w:top w:w="80" w:type="dxa"/>
              <w:left w:w="90" w:type="dxa"/>
              <w:bottom w:w="80" w:type="dxa"/>
              <w:right w:w="90" w:type="dxa"/>
            </w:tcMar>
            <w:vAlign w:val="center"/>
          </w:tcPr>
          <w:p w14:paraId="4136F738" w14:textId="77777777" w:rsidR="00F678CC" w:rsidRPr="00240C29" w:rsidRDefault="00F678CC" w:rsidP="004B15D2">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74B6FBE1" w14:textId="77777777" w:rsidR="00F678CC" w:rsidRPr="00240C29" w:rsidRDefault="00F678CC" w:rsidP="004B15D2">
            <w:pPr>
              <w:ind w:firstLine="0"/>
              <w:rPr>
                <w:szCs w:val="24"/>
              </w:rPr>
            </w:pPr>
            <w:proofErr w:type="spellStart"/>
            <w:r w:rsidRPr="00240C29">
              <w:rPr>
                <w:szCs w:val="24"/>
              </w:rPr>
              <w:t>Lapte</w:t>
            </w:r>
            <w:proofErr w:type="spellEnd"/>
          </w:p>
        </w:tc>
        <w:tc>
          <w:tcPr>
            <w:tcW w:w="1701" w:type="dxa"/>
            <w:tcMar>
              <w:top w:w="80" w:type="dxa"/>
              <w:left w:w="90" w:type="dxa"/>
              <w:bottom w:w="80" w:type="dxa"/>
              <w:right w:w="90" w:type="dxa"/>
            </w:tcMar>
            <w:vAlign w:val="center"/>
          </w:tcPr>
          <w:p w14:paraId="2AE9CD18" w14:textId="77777777" w:rsidR="00F678CC" w:rsidRPr="00240C29" w:rsidRDefault="00F678CC" w:rsidP="004B15D2">
            <w:pPr>
              <w:ind w:firstLine="0"/>
              <w:jc w:val="center"/>
              <w:rPr>
                <w:szCs w:val="24"/>
              </w:rPr>
            </w:pPr>
            <w:r w:rsidRPr="00240C29">
              <w:rPr>
                <w:szCs w:val="24"/>
              </w:rPr>
              <w:t>250 ml</w:t>
            </w:r>
          </w:p>
        </w:tc>
      </w:tr>
      <w:tr w:rsidR="00F678CC" w:rsidRPr="00240C29" w14:paraId="01BF4223" w14:textId="77777777">
        <w:trPr>
          <w:jc w:val="center"/>
        </w:trPr>
        <w:tc>
          <w:tcPr>
            <w:tcW w:w="850" w:type="dxa"/>
            <w:tcMar>
              <w:top w:w="80" w:type="dxa"/>
              <w:left w:w="90" w:type="dxa"/>
              <w:bottom w:w="80" w:type="dxa"/>
              <w:right w:w="90" w:type="dxa"/>
            </w:tcMar>
            <w:vAlign w:val="center"/>
          </w:tcPr>
          <w:p w14:paraId="1CEAD890" w14:textId="77777777" w:rsidR="00F678CC" w:rsidRPr="00240C29" w:rsidRDefault="00F678CC" w:rsidP="004B15D2">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7882C422" w14:textId="77777777" w:rsidR="00F678CC" w:rsidRPr="00240C29" w:rsidRDefault="00F678CC" w:rsidP="004B15D2">
            <w:pPr>
              <w:ind w:firstLine="0"/>
              <w:rPr>
                <w:szCs w:val="24"/>
              </w:rPr>
            </w:pPr>
            <w:r w:rsidRPr="00240C29">
              <w:rPr>
                <w:szCs w:val="24"/>
              </w:rPr>
              <w:t>Lebar</w:t>
            </w:r>
          </w:p>
        </w:tc>
        <w:tc>
          <w:tcPr>
            <w:tcW w:w="1701" w:type="dxa"/>
            <w:tcMar>
              <w:top w:w="80" w:type="dxa"/>
              <w:left w:w="90" w:type="dxa"/>
              <w:bottom w:w="80" w:type="dxa"/>
              <w:right w:w="90" w:type="dxa"/>
            </w:tcMar>
            <w:vAlign w:val="center"/>
          </w:tcPr>
          <w:p w14:paraId="4BAB328E" w14:textId="77777777" w:rsidR="00F678CC" w:rsidRPr="00240C29" w:rsidRDefault="00F678CC" w:rsidP="004B15D2">
            <w:pPr>
              <w:ind w:firstLine="0"/>
              <w:jc w:val="center"/>
              <w:rPr>
                <w:szCs w:val="24"/>
              </w:rPr>
            </w:pPr>
            <w:r w:rsidRPr="00240C29">
              <w:rPr>
                <w:szCs w:val="24"/>
              </w:rPr>
              <w:t>100 gr</w:t>
            </w:r>
          </w:p>
        </w:tc>
      </w:tr>
      <w:tr w:rsidR="00F678CC" w:rsidRPr="00240C29" w14:paraId="2E83E44E" w14:textId="77777777">
        <w:trPr>
          <w:jc w:val="center"/>
        </w:trPr>
        <w:tc>
          <w:tcPr>
            <w:tcW w:w="850" w:type="dxa"/>
            <w:tcMar>
              <w:top w:w="80" w:type="dxa"/>
              <w:left w:w="90" w:type="dxa"/>
              <w:bottom w:w="80" w:type="dxa"/>
              <w:right w:w="90" w:type="dxa"/>
            </w:tcMar>
            <w:vAlign w:val="center"/>
          </w:tcPr>
          <w:p w14:paraId="2158F64F" w14:textId="77777777" w:rsidR="00F678CC" w:rsidRPr="00240C29" w:rsidRDefault="00F678CC" w:rsidP="004B15D2">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6CEDF403" w14:textId="77777777" w:rsidR="00F678CC" w:rsidRPr="00240C29" w:rsidRDefault="00F678CC" w:rsidP="004B15D2">
            <w:pPr>
              <w:ind w:firstLine="0"/>
              <w:rPr>
                <w:szCs w:val="24"/>
              </w:rPr>
            </w:pPr>
            <w:proofErr w:type="spellStart"/>
            <w:r w:rsidRPr="00240C29">
              <w:rPr>
                <w:szCs w:val="24"/>
              </w:rPr>
              <w:t>Margarina</w:t>
            </w:r>
            <w:proofErr w:type="spellEnd"/>
          </w:p>
        </w:tc>
        <w:tc>
          <w:tcPr>
            <w:tcW w:w="1701" w:type="dxa"/>
            <w:tcMar>
              <w:top w:w="80" w:type="dxa"/>
              <w:left w:w="90" w:type="dxa"/>
              <w:bottom w:w="80" w:type="dxa"/>
              <w:right w:w="90" w:type="dxa"/>
            </w:tcMar>
            <w:vAlign w:val="center"/>
          </w:tcPr>
          <w:p w14:paraId="7FB71A96" w14:textId="77777777" w:rsidR="00F678CC" w:rsidRPr="00240C29" w:rsidRDefault="00F678CC" w:rsidP="004B15D2">
            <w:pPr>
              <w:ind w:firstLine="0"/>
              <w:jc w:val="center"/>
              <w:rPr>
                <w:szCs w:val="24"/>
              </w:rPr>
            </w:pPr>
            <w:r w:rsidRPr="00240C29">
              <w:rPr>
                <w:szCs w:val="24"/>
              </w:rPr>
              <w:t>40 gr</w:t>
            </w:r>
          </w:p>
        </w:tc>
      </w:tr>
      <w:tr w:rsidR="00F678CC" w:rsidRPr="00240C29" w14:paraId="6A7240E4" w14:textId="77777777">
        <w:trPr>
          <w:jc w:val="center"/>
        </w:trPr>
        <w:tc>
          <w:tcPr>
            <w:tcW w:w="850" w:type="dxa"/>
            <w:tcMar>
              <w:top w:w="80" w:type="dxa"/>
              <w:left w:w="90" w:type="dxa"/>
              <w:bottom w:w="80" w:type="dxa"/>
              <w:right w:w="90" w:type="dxa"/>
            </w:tcMar>
            <w:vAlign w:val="center"/>
          </w:tcPr>
          <w:p w14:paraId="14DA48E6" w14:textId="77777777" w:rsidR="00F678CC" w:rsidRPr="00240C29" w:rsidRDefault="00F678CC" w:rsidP="004B15D2">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152B5AC0" w14:textId="77777777" w:rsidR="00F678CC" w:rsidRPr="00240C29" w:rsidRDefault="00F678CC" w:rsidP="004B15D2">
            <w:pPr>
              <w:ind w:firstLine="0"/>
              <w:rPr>
                <w:szCs w:val="24"/>
              </w:rPr>
            </w:pPr>
            <w:r w:rsidRPr="00240C29">
              <w:rPr>
                <w:szCs w:val="24"/>
              </w:rPr>
              <w:t xml:space="preserve">Parizer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3B453E42" w14:textId="77777777" w:rsidR="00F678CC" w:rsidRPr="00240C29" w:rsidRDefault="00F678CC" w:rsidP="004B15D2">
            <w:pPr>
              <w:ind w:firstLine="0"/>
              <w:jc w:val="center"/>
              <w:rPr>
                <w:szCs w:val="24"/>
              </w:rPr>
            </w:pPr>
            <w:r w:rsidRPr="00240C29">
              <w:rPr>
                <w:szCs w:val="24"/>
              </w:rPr>
              <w:t>100 gr</w:t>
            </w:r>
          </w:p>
        </w:tc>
      </w:tr>
      <w:tr w:rsidR="00F678CC" w:rsidRPr="00240C29" w14:paraId="7905F3EF" w14:textId="77777777">
        <w:trPr>
          <w:jc w:val="center"/>
        </w:trPr>
        <w:tc>
          <w:tcPr>
            <w:tcW w:w="850" w:type="dxa"/>
            <w:tcMar>
              <w:top w:w="80" w:type="dxa"/>
              <w:left w:w="90" w:type="dxa"/>
              <w:bottom w:w="80" w:type="dxa"/>
              <w:right w:w="90" w:type="dxa"/>
            </w:tcMar>
            <w:vAlign w:val="center"/>
          </w:tcPr>
          <w:p w14:paraId="3C305FA4" w14:textId="77777777" w:rsidR="00F678CC" w:rsidRPr="00240C29" w:rsidRDefault="00F678CC" w:rsidP="004B15D2">
            <w:pPr>
              <w:ind w:firstLine="0"/>
              <w:jc w:val="center"/>
              <w:rPr>
                <w:szCs w:val="24"/>
              </w:rPr>
            </w:pPr>
            <w:r w:rsidRPr="00240C29">
              <w:rPr>
                <w:szCs w:val="24"/>
              </w:rPr>
              <w:t>11</w:t>
            </w:r>
          </w:p>
        </w:tc>
        <w:tc>
          <w:tcPr>
            <w:tcW w:w="7087" w:type="dxa"/>
            <w:tcMar>
              <w:top w:w="80" w:type="dxa"/>
              <w:left w:w="90" w:type="dxa"/>
              <w:bottom w:w="80" w:type="dxa"/>
              <w:right w:w="90" w:type="dxa"/>
            </w:tcMar>
            <w:vAlign w:val="center"/>
          </w:tcPr>
          <w:p w14:paraId="26D1F73D" w14:textId="77777777" w:rsidR="00F678CC" w:rsidRPr="00240C29" w:rsidRDefault="00F678CC" w:rsidP="004B15D2">
            <w:pPr>
              <w:ind w:firstLine="0"/>
              <w:rPr>
                <w:szCs w:val="24"/>
              </w:rPr>
            </w:pPr>
            <w:r w:rsidRPr="00240C29">
              <w:rPr>
                <w:szCs w:val="24"/>
              </w:rPr>
              <w:t xml:space="preserve">Pate </w:t>
            </w:r>
            <w:proofErr w:type="spellStart"/>
            <w:r w:rsidRPr="00240C29">
              <w:rPr>
                <w:szCs w:val="24"/>
              </w:rPr>
              <w:t>ficat</w:t>
            </w:r>
            <w:proofErr w:type="spellEnd"/>
            <w:r w:rsidRPr="00240C29">
              <w:rPr>
                <w:szCs w:val="24"/>
              </w:rPr>
              <w:t xml:space="preserv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60069EC6" w14:textId="77777777" w:rsidR="00F678CC" w:rsidRPr="00240C29" w:rsidRDefault="00F678CC" w:rsidP="004B15D2">
            <w:pPr>
              <w:ind w:firstLine="0"/>
              <w:jc w:val="center"/>
              <w:rPr>
                <w:szCs w:val="24"/>
              </w:rPr>
            </w:pPr>
            <w:r w:rsidRPr="00240C29">
              <w:rPr>
                <w:szCs w:val="24"/>
              </w:rPr>
              <w:t>40 gr</w:t>
            </w:r>
          </w:p>
        </w:tc>
      </w:tr>
      <w:tr w:rsidR="00F678CC" w:rsidRPr="00240C29" w14:paraId="63EB0A96" w14:textId="77777777">
        <w:trPr>
          <w:jc w:val="center"/>
        </w:trPr>
        <w:tc>
          <w:tcPr>
            <w:tcW w:w="850" w:type="dxa"/>
            <w:tcMar>
              <w:top w:w="80" w:type="dxa"/>
              <w:left w:w="90" w:type="dxa"/>
              <w:bottom w:w="80" w:type="dxa"/>
              <w:right w:w="90" w:type="dxa"/>
            </w:tcMar>
            <w:vAlign w:val="center"/>
          </w:tcPr>
          <w:p w14:paraId="746C0824" w14:textId="77777777" w:rsidR="00F678CC" w:rsidRPr="00240C29" w:rsidRDefault="00F678CC" w:rsidP="004B15D2">
            <w:pPr>
              <w:ind w:firstLine="0"/>
              <w:jc w:val="center"/>
              <w:rPr>
                <w:szCs w:val="24"/>
              </w:rPr>
            </w:pPr>
            <w:r w:rsidRPr="00240C29">
              <w:rPr>
                <w:szCs w:val="24"/>
              </w:rPr>
              <w:t>12</w:t>
            </w:r>
          </w:p>
        </w:tc>
        <w:tc>
          <w:tcPr>
            <w:tcW w:w="7087" w:type="dxa"/>
            <w:tcMar>
              <w:top w:w="80" w:type="dxa"/>
              <w:left w:w="90" w:type="dxa"/>
              <w:bottom w:w="80" w:type="dxa"/>
              <w:right w:w="90" w:type="dxa"/>
            </w:tcMar>
            <w:vAlign w:val="center"/>
          </w:tcPr>
          <w:p w14:paraId="6F8131B4" w14:textId="77777777" w:rsidR="00F678CC" w:rsidRPr="00240C29" w:rsidRDefault="00F678CC" w:rsidP="004B15D2">
            <w:pPr>
              <w:ind w:firstLine="0"/>
              <w:rPr>
                <w:szCs w:val="24"/>
              </w:rPr>
            </w:pPr>
            <w:proofErr w:type="spellStart"/>
            <w:r w:rsidRPr="00240C29">
              <w:rPr>
                <w:szCs w:val="24"/>
              </w:rPr>
              <w:t>Rosii</w:t>
            </w:r>
            <w:proofErr w:type="spellEnd"/>
          </w:p>
        </w:tc>
        <w:tc>
          <w:tcPr>
            <w:tcW w:w="1701" w:type="dxa"/>
            <w:tcMar>
              <w:top w:w="80" w:type="dxa"/>
              <w:left w:w="90" w:type="dxa"/>
              <w:bottom w:w="80" w:type="dxa"/>
              <w:right w:w="90" w:type="dxa"/>
            </w:tcMar>
            <w:vAlign w:val="center"/>
          </w:tcPr>
          <w:p w14:paraId="4A5CC47F" w14:textId="77777777" w:rsidR="00F678CC" w:rsidRPr="00240C29" w:rsidRDefault="00F678CC" w:rsidP="004B15D2">
            <w:pPr>
              <w:ind w:firstLine="0"/>
              <w:jc w:val="center"/>
              <w:rPr>
                <w:szCs w:val="24"/>
              </w:rPr>
            </w:pPr>
            <w:r w:rsidRPr="00240C29">
              <w:rPr>
                <w:szCs w:val="24"/>
              </w:rPr>
              <w:t>100 gr</w:t>
            </w:r>
          </w:p>
        </w:tc>
      </w:tr>
      <w:tr w:rsidR="00F678CC" w:rsidRPr="00240C29" w14:paraId="05D8F5B7" w14:textId="77777777">
        <w:trPr>
          <w:jc w:val="center"/>
        </w:trPr>
        <w:tc>
          <w:tcPr>
            <w:tcW w:w="850" w:type="dxa"/>
            <w:tcMar>
              <w:top w:w="80" w:type="dxa"/>
              <w:left w:w="90" w:type="dxa"/>
              <w:bottom w:w="80" w:type="dxa"/>
              <w:right w:w="90" w:type="dxa"/>
            </w:tcMar>
            <w:vAlign w:val="center"/>
          </w:tcPr>
          <w:p w14:paraId="4B01FD26" w14:textId="77777777" w:rsidR="00F678CC" w:rsidRPr="00240C29" w:rsidRDefault="00F678CC" w:rsidP="004B15D2">
            <w:pPr>
              <w:ind w:firstLine="0"/>
              <w:jc w:val="center"/>
              <w:rPr>
                <w:szCs w:val="24"/>
              </w:rPr>
            </w:pPr>
            <w:r w:rsidRPr="00240C29">
              <w:rPr>
                <w:szCs w:val="24"/>
              </w:rPr>
              <w:t>13</w:t>
            </w:r>
          </w:p>
        </w:tc>
        <w:tc>
          <w:tcPr>
            <w:tcW w:w="7087" w:type="dxa"/>
            <w:tcMar>
              <w:top w:w="80" w:type="dxa"/>
              <w:left w:w="90" w:type="dxa"/>
              <w:bottom w:w="80" w:type="dxa"/>
              <w:right w:w="90" w:type="dxa"/>
            </w:tcMar>
            <w:vAlign w:val="center"/>
          </w:tcPr>
          <w:p w14:paraId="265980C9" w14:textId="77777777" w:rsidR="00F678CC" w:rsidRPr="00240C29" w:rsidRDefault="00F678CC" w:rsidP="004B15D2">
            <w:pPr>
              <w:ind w:firstLine="0"/>
              <w:rPr>
                <w:szCs w:val="24"/>
              </w:rPr>
            </w:pPr>
            <w:r w:rsidRPr="00240C29">
              <w:rPr>
                <w:szCs w:val="24"/>
              </w:rPr>
              <w:t>Toba</w:t>
            </w:r>
          </w:p>
        </w:tc>
        <w:tc>
          <w:tcPr>
            <w:tcW w:w="1701" w:type="dxa"/>
            <w:tcMar>
              <w:top w:w="80" w:type="dxa"/>
              <w:left w:w="90" w:type="dxa"/>
              <w:bottom w:w="80" w:type="dxa"/>
              <w:right w:w="90" w:type="dxa"/>
            </w:tcMar>
            <w:vAlign w:val="center"/>
          </w:tcPr>
          <w:p w14:paraId="52AE5AA9" w14:textId="77777777" w:rsidR="00F678CC" w:rsidRPr="00240C29" w:rsidRDefault="00F678CC" w:rsidP="004B15D2">
            <w:pPr>
              <w:ind w:firstLine="0"/>
              <w:jc w:val="center"/>
              <w:rPr>
                <w:szCs w:val="24"/>
              </w:rPr>
            </w:pPr>
            <w:r w:rsidRPr="00240C29">
              <w:rPr>
                <w:szCs w:val="24"/>
              </w:rPr>
              <w:t>100 gr</w:t>
            </w:r>
          </w:p>
        </w:tc>
      </w:tr>
      <w:tr w:rsidR="00F678CC" w:rsidRPr="00240C29" w14:paraId="1232F554" w14:textId="77777777">
        <w:trPr>
          <w:jc w:val="center"/>
        </w:trPr>
        <w:tc>
          <w:tcPr>
            <w:tcW w:w="850" w:type="dxa"/>
            <w:tcMar>
              <w:top w:w="80" w:type="dxa"/>
              <w:left w:w="90" w:type="dxa"/>
              <w:bottom w:w="80" w:type="dxa"/>
              <w:right w:w="90" w:type="dxa"/>
            </w:tcMar>
            <w:vAlign w:val="center"/>
          </w:tcPr>
          <w:p w14:paraId="6F572BAB" w14:textId="77777777" w:rsidR="00F678CC" w:rsidRPr="00240C29" w:rsidRDefault="00F678CC" w:rsidP="004B15D2">
            <w:pPr>
              <w:ind w:firstLine="0"/>
              <w:jc w:val="center"/>
              <w:rPr>
                <w:szCs w:val="24"/>
              </w:rPr>
            </w:pPr>
            <w:r w:rsidRPr="00240C29">
              <w:rPr>
                <w:szCs w:val="24"/>
              </w:rPr>
              <w:t>14</w:t>
            </w:r>
          </w:p>
        </w:tc>
        <w:tc>
          <w:tcPr>
            <w:tcW w:w="7087" w:type="dxa"/>
            <w:tcMar>
              <w:top w:w="80" w:type="dxa"/>
              <w:left w:w="90" w:type="dxa"/>
              <w:bottom w:w="80" w:type="dxa"/>
              <w:right w:w="90" w:type="dxa"/>
            </w:tcMar>
            <w:vAlign w:val="center"/>
          </w:tcPr>
          <w:p w14:paraId="7E33362E" w14:textId="77777777" w:rsidR="00F678CC" w:rsidRPr="00240C29" w:rsidRDefault="00F678CC" w:rsidP="004B15D2">
            <w:pPr>
              <w:ind w:firstLine="0"/>
              <w:rPr>
                <w:szCs w:val="24"/>
              </w:rPr>
            </w:pPr>
            <w:r w:rsidRPr="00240C29">
              <w:rPr>
                <w:szCs w:val="24"/>
              </w:rPr>
              <w:t xml:space="preserve">Salam </w:t>
            </w:r>
            <w:proofErr w:type="spellStart"/>
            <w:r w:rsidRPr="00240C29">
              <w:rPr>
                <w:szCs w:val="24"/>
              </w:rPr>
              <w:t>porc</w:t>
            </w:r>
            <w:proofErr w:type="spellEnd"/>
          </w:p>
        </w:tc>
        <w:tc>
          <w:tcPr>
            <w:tcW w:w="1701" w:type="dxa"/>
            <w:tcMar>
              <w:top w:w="80" w:type="dxa"/>
              <w:left w:w="90" w:type="dxa"/>
              <w:bottom w:w="80" w:type="dxa"/>
              <w:right w:w="90" w:type="dxa"/>
            </w:tcMar>
            <w:vAlign w:val="center"/>
          </w:tcPr>
          <w:p w14:paraId="0DB274AE" w14:textId="77777777" w:rsidR="00F678CC" w:rsidRPr="00240C29" w:rsidRDefault="00F678CC" w:rsidP="004B15D2">
            <w:pPr>
              <w:ind w:firstLine="0"/>
              <w:jc w:val="center"/>
              <w:rPr>
                <w:szCs w:val="24"/>
              </w:rPr>
            </w:pPr>
            <w:r w:rsidRPr="00240C29">
              <w:rPr>
                <w:szCs w:val="24"/>
              </w:rPr>
              <w:t>100 gr</w:t>
            </w:r>
          </w:p>
        </w:tc>
      </w:tr>
      <w:tr w:rsidR="00F678CC" w:rsidRPr="00240C29" w14:paraId="538A2EEF" w14:textId="77777777">
        <w:trPr>
          <w:jc w:val="center"/>
        </w:trPr>
        <w:tc>
          <w:tcPr>
            <w:tcW w:w="850" w:type="dxa"/>
            <w:tcMar>
              <w:top w:w="80" w:type="dxa"/>
              <w:left w:w="90" w:type="dxa"/>
              <w:bottom w:w="80" w:type="dxa"/>
              <w:right w:w="90" w:type="dxa"/>
            </w:tcMar>
            <w:vAlign w:val="center"/>
          </w:tcPr>
          <w:p w14:paraId="47FA613F" w14:textId="77777777" w:rsidR="00F678CC" w:rsidRPr="00240C29" w:rsidRDefault="00F678CC" w:rsidP="004B15D2">
            <w:pPr>
              <w:ind w:firstLine="0"/>
              <w:jc w:val="center"/>
              <w:rPr>
                <w:szCs w:val="24"/>
              </w:rPr>
            </w:pPr>
            <w:r w:rsidRPr="00240C29">
              <w:rPr>
                <w:szCs w:val="24"/>
              </w:rPr>
              <w:t>15</w:t>
            </w:r>
          </w:p>
        </w:tc>
        <w:tc>
          <w:tcPr>
            <w:tcW w:w="7087" w:type="dxa"/>
            <w:tcMar>
              <w:top w:w="80" w:type="dxa"/>
              <w:left w:w="90" w:type="dxa"/>
              <w:bottom w:w="80" w:type="dxa"/>
              <w:right w:w="90" w:type="dxa"/>
            </w:tcMar>
            <w:vAlign w:val="center"/>
          </w:tcPr>
          <w:p w14:paraId="6B717D88" w14:textId="5452A6E8" w:rsidR="00F678CC" w:rsidRPr="00240C29" w:rsidRDefault="00F678CC" w:rsidP="004B15D2">
            <w:pPr>
              <w:ind w:firstLine="0"/>
              <w:rPr>
                <w:szCs w:val="24"/>
              </w:rPr>
            </w:pPr>
            <w:proofErr w:type="spellStart"/>
            <w:r w:rsidRPr="00240C29">
              <w:rPr>
                <w:szCs w:val="24"/>
              </w:rPr>
              <w:t>Sunca</w:t>
            </w:r>
            <w:proofErr w:type="spellEnd"/>
            <w:r w:rsidRPr="00240C29">
              <w:rPr>
                <w:szCs w:val="24"/>
              </w:rPr>
              <w:t xml:space="preserve"> </w:t>
            </w:r>
            <w:proofErr w:type="spellStart"/>
            <w:r w:rsidRPr="00240C29">
              <w:rPr>
                <w:szCs w:val="24"/>
              </w:rPr>
              <w:t>presata</w:t>
            </w:r>
            <w:proofErr w:type="spellEnd"/>
            <w:r w:rsidRPr="00240C29">
              <w:rPr>
                <w:szCs w:val="24"/>
              </w:rPr>
              <w:t xml:space="preserve"> </w:t>
            </w:r>
            <w:proofErr w:type="spellStart"/>
            <w:r w:rsidRPr="00240C29">
              <w:rPr>
                <w:szCs w:val="24"/>
              </w:rPr>
              <w:t>pasare</w:t>
            </w:r>
            <w:proofErr w:type="spellEnd"/>
            <w:r w:rsidR="004B15D2">
              <w:rPr>
                <w:szCs w:val="24"/>
              </w:rPr>
              <w:t xml:space="preserve"> </w:t>
            </w:r>
            <w:r w:rsidR="004B15D2">
              <w:t xml:space="preserve">/ </w:t>
            </w:r>
            <w:proofErr w:type="spellStart"/>
            <w:r w:rsidR="004B15D2">
              <w:t>r</w:t>
            </w:r>
            <w:r w:rsidR="004B15D2">
              <w:rPr>
                <w:color w:val="6AA84F"/>
              </w:rPr>
              <w:t>ulada</w:t>
            </w:r>
            <w:proofErr w:type="spellEnd"/>
            <w:r w:rsidR="004B15D2">
              <w:rPr>
                <w:color w:val="6AA84F"/>
              </w:rPr>
              <w:t xml:space="preserve"> </w:t>
            </w:r>
            <w:proofErr w:type="spellStart"/>
            <w:r w:rsidR="004B15D2">
              <w:rPr>
                <w:color w:val="6AA84F"/>
              </w:rPr>
              <w:t>pasare</w:t>
            </w:r>
            <w:proofErr w:type="spellEnd"/>
            <w:r w:rsidR="004B15D2">
              <w:rPr>
                <w:color w:val="6AA84F"/>
              </w:rPr>
              <w:t xml:space="preserve">/ </w:t>
            </w:r>
            <w:proofErr w:type="spellStart"/>
            <w:r w:rsidR="004B15D2">
              <w:rPr>
                <w:color w:val="6AA84F"/>
              </w:rPr>
              <w:t>salam</w:t>
            </w:r>
            <w:proofErr w:type="spellEnd"/>
            <w:r w:rsidR="004B15D2">
              <w:rPr>
                <w:color w:val="6AA84F"/>
              </w:rPr>
              <w:t xml:space="preserve"> </w:t>
            </w:r>
            <w:proofErr w:type="spellStart"/>
            <w:r w:rsidR="004B15D2">
              <w:rPr>
                <w:color w:val="6AA84F"/>
              </w:rPr>
              <w:t>pasare</w:t>
            </w:r>
            <w:proofErr w:type="spellEnd"/>
          </w:p>
        </w:tc>
        <w:tc>
          <w:tcPr>
            <w:tcW w:w="1701" w:type="dxa"/>
            <w:tcMar>
              <w:top w:w="80" w:type="dxa"/>
              <w:left w:w="90" w:type="dxa"/>
              <w:bottom w:w="80" w:type="dxa"/>
              <w:right w:w="90" w:type="dxa"/>
            </w:tcMar>
            <w:vAlign w:val="center"/>
          </w:tcPr>
          <w:p w14:paraId="7BE9CDD4" w14:textId="77777777" w:rsidR="00F678CC" w:rsidRPr="00240C29" w:rsidRDefault="00F678CC" w:rsidP="004B15D2">
            <w:pPr>
              <w:ind w:firstLine="0"/>
              <w:jc w:val="center"/>
              <w:rPr>
                <w:szCs w:val="24"/>
              </w:rPr>
            </w:pPr>
            <w:r w:rsidRPr="00240C29">
              <w:rPr>
                <w:szCs w:val="24"/>
              </w:rPr>
              <w:t>100 gr</w:t>
            </w:r>
          </w:p>
        </w:tc>
      </w:tr>
      <w:tr w:rsidR="00F678CC" w:rsidRPr="00240C29" w14:paraId="51601316" w14:textId="77777777">
        <w:trPr>
          <w:jc w:val="center"/>
        </w:trPr>
        <w:tc>
          <w:tcPr>
            <w:tcW w:w="850" w:type="dxa"/>
            <w:tcMar>
              <w:top w:w="80" w:type="dxa"/>
              <w:left w:w="90" w:type="dxa"/>
              <w:bottom w:w="80" w:type="dxa"/>
              <w:right w:w="90" w:type="dxa"/>
            </w:tcMar>
            <w:vAlign w:val="center"/>
          </w:tcPr>
          <w:p w14:paraId="77375678" w14:textId="77777777" w:rsidR="00F678CC" w:rsidRPr="00240C29" w:rsidRDefault="00F678CC" w:rsidP="004B15D2">
            <w:pPr>
              <w:ind w:firstLine="0"/>
              <w:jc w:val="center"/>
              <w:rPr>
                <w:szCs w:val="24"/>
              </w:rPr>
            </w:pPr>
            <w:r w:rsidRPr="00240C29">
              <w:rPr>
                <w:szCs w:val="24"/>
              </w:rPr>
              <w:t>16</w:t>
            </w:r>
          </w:p>
        </w:tc>
        <w:tc>
          <w:tcPr>
            <w:tcW w:w="7087" w:type="dxa"/>
            <w:tcMar>
              <w:top w:w="80" w:type="dxa"/>
              <w:left w:w="90" w:type="dxa"/>
              <w:bottom w:w="80" w:type="dxa"/>
              <w:right w:w="90" w:type="dxa"/>
            </w:tcMar>
            <w:vAlign w:val="center"/>
          </w:tcPr>
          <w:p w14:paraId="20FD3D05" w14:textId="77777777" w:rsidR="00F678CC" w:rsidRPr="00240C29" w:rsidRDefault="00F678CC" w:rsidP="004B15D2">
            <w:pPr>
              <w:ind w:firstLine="0"/>
              <w:rPr>
                <w:szCs w:val="24"/>
              </w:rPr>
            </w:pPr>
            <w:proofErr w:type="spellStart"/>
            <w:r w:rsidRPr="00240C29">
              <w:rPr>
                <w:szCs w:val="24"/>
              </w:rPr>
              <w:t>Unt</w:t>
            </w:r>
            <w:proofErr w:type="spellEnd"/>
          </w:p>
        </w:tc>
        <w:tc>
          <w:tcPr>
            <w:tcW w:w="1701" w:type="dxa"/>
            <w:tcMar>
              <w:top w:w="80" w:type="dxa"/>
              <w:left w:w="90" w:type="dxa"/>
              <w:bottom w:w="80" w:type="dxa"/>
              <w:right w:w="90" w:type="dxa"/>
            </w:tcMar>
            <w:vAlign w:val="center"/>
          </w:tcPr>
          <w:p w14:paraId="2E1AB35F" w14:textId="77777777" w:rsidR="00F678CC" w:rsidRPr="00240C29" w:rsidRDefault="00F678CC" w:rsidP="004B15D2">
            <w:pPr>
              <w:ind w:firstLine="0"/>
              <w:jc w:val="center"/>
              <w:rPr>
                <w:szCs w:val="24"/>
              </w:rPr>
            </w:pPr>
            <w:r w:rsidRPr="00240C29">
              <w:rPr>
                <w:szCs w:val="24"/>
              </w:rPr>
              <w:t>40 gr</w:t>
            </w:r>
          </w:p>
        </w:tc>
      </w:tr>
      <w:tr w:rsidR="00F678CC" w:rsidRPr="00240C29" w14:paraId="77C8399E" w14:textId="77777777">
        <w:trPr>
          <w:jc w:val="center"/>
        </w:trPr>
        <w:tc>
          <w:tcPr>
            <w:tcW w:w="850" w:type="dxa"/>
            <w:tcMar>
              <w:top w:w="80" w:type="dxa"/>
              <w:left w:w="90" w:type="dxa"/>
              <w:bottom w:w="80" w:type="dxa"/>
              <w:right w:w="90" w:type="dxa"/>
            </w:tcMar>
            <w:vAlign w:val="center"/>
          </w:tcPr>
          <w:p w14:paraId="6DC90915" w14:textId="77777777" w:rsidR="00F678CC" w:rsidRPr="00240C29" w:rsidRDefault="00F678CC" w:rsidP="004B15D2">
            <w:pPr>
              <w:ind w:firstLine="0"/>
              <w:jc w:val="center"/>
              <w:rPr>
                <w:szCs w:val="24"/>
              </w:rPr>
            </w:pPr>
            <w:r w:rsidRPr="00240C29">
              <w:rPr>
                <w:szCs w:val="24"/>
              </w:rPr>
              <w:t>17</w:t>
            </w:r>
          </w:p>
        </w:tc>
        <w:tc>
          <w:tcPr>
            <w:tcW w:w="7087" w:type="dxa"/>
            <w:tcMar>
              <w:top w:w="80" w:type="dxa"/>
              <w:left w:w="90" w:type="dxa"/>
              <w:bottom w:w="80" w:type="dxa"/>
              <w:right w:w="90" w:type="dxa"/>
            </w:tcMar>
            <w:vAlign w:val="center"/>
          </w:tcPr>
          <w:p w14:paraId="546E5F84" w14:textId="77777777" w:rsidR="00F678CC" w:rsidRPr="00240C29" w:rsidRDefault="00F678CC" w:rsidP="004B15D2">
            <w:pPr>
              <w:ind w:firstLine="0"/>
              <w:rPr>
                <w:szCs w:val="24"/>
              </w:rPr>
            </w:pPr>
            <w:proofErr w:type="spellStart"/>
            <w:r w:rsidRPr="00240C29">
              <w:rPr>
                <w:szCs w:val="24"/>
              </w:rPr>
              <w:t>Telemea</w:t>
            </w:r>
            <w:proofErr w:type="spellEnd"/>
            <w:r w:rsidRPr="00240C29">
              <w:rPr>
                <w:szCs w:val="24"/>
              </w:rPr>
              <w:t xml:space="preserve"> </w:t>
            </w:r>
            <w:proofErr w:type="spellStart"/>
            <w:r w:rsidRPr="00240C29">
              <w:rPr>
                <w:szCs w:val="24"/>
              </w:rPr>
              <w:t>vaca</w:t>
            </w:r>
            <w:proofErr w:type="spellEnd"/>
          </w:p>
        </w:tc>
        <w:tc>
          <w:tcPr>
            <w:tcW w:w="1701" w:type="dxa"/>
            <w:tcMar>
              <w:top w:w="80" w:type="dxa"/>
              <w:left w:w="90" w:type="dxa"/>
              <w:bottom w:w="80" w:type="dxa"/>
              <w:right w:w="90" w:type="dxa"/>
            </w:tcMar>
            <w:vAlign w:val="center"/>
          </w:tcPr>
          <w:p w14:paraId="29533295" w14:textId="77777777" w:rsidR="00F678CC" w:rsidRPr="00240C29" w:rsidRDefault="00F678CC" w:rsidP="004B15D2">
            <w:pPr>
              <w:ind w:firstLine="0"/>
              <w:jc w:val="center"/>
              <w:rPr>
                <w:szCs w:val="24"/>
              </w:rPr>
            </w:pPr>
            <w:r w:rsidRPr="00240C29">
              <w:rPr>
                <w:szCs w:val="24"/>
              </w:rPr>
              <w:t>100 gr</w:t>
            </w:r>
          </w:p>
        </w:tc>
      </w:tr>
      <w:tr w:rsidR="00F678CC" w:rsidRPr="00240C29" w14:paraId="331A999D" w14:textId="77777777">
        <w:trPr>
          <w:jc w:val="center"/>
        </w:trPr>
        <w:tc>
          <w:tcPr>
            <w:tcW w:w="850" w:type="dxa"/>
            <w:tcMar>
              <w:top w:w="80" w:type="dxa"/>
              <w:left w:w="90" w:type="dxa"/>
              <w:bottom w:w="80" w:type="dxa"/>
              <w:right w:w="90" w:type="dxa"/>
            </w:tcMar>
            <w:vAlign w:val="center"/>
          </w:tcPr>
          <w:p w14:paraId="57576B24" w14:textId="77777777" w:rsidR="00F678CC" w:rsidRPr="00240C29" w:rsidRDefault="00F678CC" w:rsidP="004B15D2">
            <w:pPr>
              <w:ind w:firstLine="0"/>
              <w:jc w:val="center"/>
              <w:rPr>
                <w:szCs w:val="24"/>
              </w:rPr>
            </w:pPr>
            <w:r w:rsidRPr="00240C29">
              <w:rPr>
                <w:szCs w:val="24"/>
              </w:rPr>
              <w:t>18</w:t>
            </w:r>
          </w:p>
        </w:tc>
        <w:tc>
          <w:tcPr>
            <w:tcW w:w="7087" w:type="dxa"/>
            <w:tcMar>
              <w:top w:w="80" w:type="dxa"/>
              <w:left w:w="90" w:type="dxa"/>
              <w:bottom w:w="80" w:type="dxa"/>
              <w:right w:w="90" w:type="dxa"/>
            </w:tcMar>
            <w:vAlign w:val="center"/>
          </w:tcPr>
          <w:p w14:paraId="4FB630F3" w14:textId="77777777" w:rsidR="00F678CC" w:rsidRPr="00240C29" w:rsidRDefault="00F678CC" w:rsidP="004B15D2">
            <w:pPr>
              <w:ind w:firstLine="0"/>
              <w:rPr>
                <w:szCs w:val="24"/>
              </w:rPr>
            </w:pPr>
            <w:proofErr w:type="spellStart"/>
            <w:r w:rsidRPr="00240C29">
              <w:rPr>
                <w:szCs w:val="24"/>
              </w:rPr>
              <w:t>Zacusca</w:t>
            </w:r>
            <w:proofErr w:type="spellEnd"/>
          </w:p>
        </w:tc>
        <w:tc>
          <w:tcPr>
            <w:tcW w:w="1701" w:type="dxa"/>
            <w:tcMar>
              <w:top w:w="80" w:type="dxa"/>
              <w:left w:w="90" w:type="dxa"/>
              <w:bottom w:w="80" w:type="dxa"/>
              <w:right w:w="90" w:type="dxa"/>
            </w:tcMar>
            <w:vAlign w:val="center"/>
          </w:tcPr>
          <w:p w14:paraId="1B80B132" w14:textId="77777777" w:rsidR="00F678CC" w:rsidRPr="00240C29" w:rsidRDefault="00F678CC" w:rsidP="004B15D2">
            <w:pPr>
              <w:ind w:firstLine="0"/>
              <w:jc w:val="center"/>
              <w:rPr>
                <w:szCs w:val="24"/>
              </w:rPr>
            </w:pPr>
            <w:r w:rsidRPr="00240C29">
              <w:rPr>
                <w:szCs w:val="24"/>
              </w:rPr>
              <w:t>40 gr</w:t>
            </w:r>
          </w:p>
        </w:tc>
      </w:tr>
      <w:tr w:rsidR="00F678CC" w:rsidRPr="00240C29" w14:paraId="5A988B6D" w14:textId="77777777">
        <w:trPr>
          <w:jc w:val="center"/>
        </w:trPr>
        <w:tc>
          <w:tcPr>
            <w:tcW w:w="850" w:type="dxa"/>
            <w:tcMar>
              <w:top w:w="80" w:type="dxa"/>
              <w:left w:w="90" w:type="dxa"/>
              <w:bottom w:w="80" w:type="dxa"/>
              <w:right w:w="90" w:type="dxa"/>
            </w:tcMar>
            <w:vAlign w:val="center"/>
          </w:tcPr>
          <w:p w14:paraId="1E83FCB2" w14:textId="77777777" w:rsidR="00F678CC" w:rsidRPr="00240C29" w:rsidRDefault="00F678CC" w:rsidP="004B15D2">
            <w:pPr>
              <w:ind w:firstLine="0"/>
              <w:jc w:val="center"/>
              <w:rPr>
                <w:szCs w:val="24"/>
              </w:rPr>
            </w:pPr>
            <w:r w:rsidRPr="00240C29">
              <w:rPr>
                <w:szCs w:val="24"/>
              </w:rPr>
              <w:t>19</w:t>
            </w:r>
          </w:p>
        </w:tc>
        <w:tc>
          <w:tcPr>
            <w:tcW w:w="7087" w:type="dxa"/>
            <w:tcMar>
              <w:top w:w="80" w:type="dxa"/>
              <w:left w:w="90" w:type="dxa"/>
              <w:bottom w:w="80" w:type="dxa"/>
              <w:right w:w="90" w:type="dxa"/>
            </w:tcMar>
            <w:vAlign w:val="center"/>
          </w:tcPr>
          <w:p w14:paraId="4881F847" w14:textId="77777777" w:rsidR="00F678CC" w:rsidRPr="00240C29" w:rsidRDefault="00F678CC" w:rsidP="004B15D2">
            <w:pPr>
              <w:ind w:firstLine="0"/>
              <w:rPr>
                <w:szCs w:val="24"/>
              </w:rPr>
            </w:pPr>
            <w:proofErr w:type="spellStart"/>
            <w:r w:rsidRPr="00240C29">
              <w:rPr>
                <w:szCs w:val="24"/>
              </w:rPr>
              <w:t>Icre</w:t>
            </w:r>
            <w:proofErr w:type="spellEnd"/>
          </w:p>
        </w:tc>
        <w:tc>
          <w:tcPr>
            <w:tcW w:w="1701" w:type="dxa"/>
            <w:tcMar>
              <w:top w:w="80" w:type="dxa"/>
              <w:left w:w="90" w:type="dxa"/>
              <w:bottom w:w="80" w:type="dxa"/>
              <w:right w:w="90" w:type="dxa"/>
            </w:tcMar>
            <w:vAlign w:val="center"/>
          </w:tcPr>
          <w:p w14:paraId="3D1E9DCD" w14:textId="77777777" w:rsidR="00F678CC" w:rsidRPr="00240C29" w:rsidRDefault="00F678CC" w:rsidP="004B15D2">
            <w:pPr>
              <w:ind w:firstLine="0"/>
              <w:jc w:val="center"/>
              <w:rPr>
                <w:szCs w:val="24"/>
              </w:rPr>
            </w:pPr>
            <w:r w:rsidRPr="00240C29">
              <w:rPr>
                <w:szCs w:val="24"/>
              </w:rPr>
              <w:t>40 gr</w:t>
            </w:r>
          </w:p>
        </w:tc>
      </w:tr>
      <w:tr w:rsidR="00F678CC" w:rsidRPr="00240C29" w14:paraId="1235F0C9" w14:textId="77777777">
        <w:trPr>
          <w:jc w:val="center"/>
        </w:trPr>
        <w:tc>
          <w:tcPr>
            <w:tcW w:w="850" w:type="dxa"/>
            <w:tcMar>
              <w:top w:w="80" w:type="dxa"/>
              <w:left w:w="90" w:type="dxa"/>
              <w:bottom w:w="80" w:type="dxa"/>
              <w:right w:w="90" w:type="dxa"/>
            </w:tcMar>
            <w:vAlign w:val="center"/>
          </w:tcPr>
          <w:p w14:paraId="2929B927" w14:textId="77777777" w:rsidR="00F678CC" w:rsidRPr="00240C29" w:rsidRDefault="00F678CC" w:rsidP="004B15D2">
            <w:pPr>
              <w:ind w:firstLine="0"/>
              <w:jc w:val="center"/>
              <w:rPr>
                <w:szCs w:val="24"/>
              </w:rPr>
            </w:pPr>
            <w:r w:rsidRPr="00240C29">
              <w:rPr>
                <w:szCs w:val="24"/>
              </w:rPr>
              <w:t>20</w:t>
            </w:r>
          </w:p>
        </w:tc>
        <w:tc>
          <w:tcPr>
            <w:tcW w:w="7087" w:type="dxa"/>
            <w:tcMar>
              <w:top w:w="80" w:type="dxa"/>
              <w:left w:w="90" w:type="dxa"/>
              <w:bottom w:w="80" w:type="dxa"/>
              <w:right w:w="90" w:type="dxa"/>
            </w:tcMar>
            <w:vAlign w:val="center"/>
          </w:tcPr>
          <w:p w14:paraId="40B0DDDE" w14:textId="77777777" w:rsidR="00F678CC" w:rsidRPr="00240C29" w:rsidRDefault="00F678CC" w:rsidP="004B15D2">
            <w:pPr>
              <w:ind w:firstLine="0"/>
              <w:rPr>
                <w:szCs w:val="24"/>
              </w:rPr>
            </w:pPr>
            <w:proofErr w:type="spellStart"/>
            <w:r w:rsidRPr="00240C29">
              <w:rPr>
                <w:szCs w:val="24"/>
              </w:rPr>
              <w:t>Mustar</w:t>
            </w:r>
            <w:proofErr w:type="spellEnd"/>
          </w:p>
        </w:tc>
        <w:tc>
          <w:tcPr>
            <w:tcW w:w="1701" w:type="dxa"/>
            <w:tcMar>
              <w:top w:w="80" w:type="dxa"/>
              <w:left w:w="90" w:type="dxa"/>
              <w:bottom w:w="80" w:type="dxa"/>
              <w:right w:w="90" w:type="dxa"/>
            </w:tcMar>
            <w:vAlign w:val="center"/>
          </w:tcPr>
          <w:p w14:paraId="5C3C592D" w14:textId="77777777" w:rsidR="00F678CC" w:rsidRPr="00240C29" w:rsidRDefault="00F678CC" w:rsidP="004B15D2">
            <w:pPr>
              <w:ind w:firstLine="0"/>
              <w:jc w:val="center"/>
              <w:rPr>
                <w:szCs w:val="24"/>
              </w:rPr>
            </w:pPr>
            <w:r w:rsidRPr="00240C29">
              <w:rPr>
                <w:szCs w:val="24"/>
              </w:rPr>
              <w:t>5 gr</w:t>
            </w:r>
          </w:p>
        </w:tc>
      </w:tr>
      <w:tr w:rsidR="00F678CC" w:rsidRPr="00240C29" w14:paraId="2CF1A499" w14:textId="77777777">
        <w:trPr>
          <w:jc w:val="center"/>
        </w:trPr>
        <w:tc>
          <w:tcPr>
            <w:tcW w:w="850" w:type="dxa"/>
            <w:tcMar>
              <w:top w:w="80" w:type="dxa"/>
              <w:left w:w="90" w:type="dxa"/>
              <w:bottom w:w="80" w:type="dxa"/>
              <w:right w:w="90" w:type="dxa"/>
            </w:tcMar>
            <w:vAlign w:val="center"/>
          </w:tcPr>
          <w:p w14:paraId="3A6315E7" w14:textId="77777777" w:rsidR="00F678CC" w:rsidRPr="00240C29" w:rsidRDefault="00F678CC" w:rsidP="004B15D2">
            <w:pPr>
              <w:ind w:firstLine="0"/>
              <w:jc w:val="center"/>
              <w:rPr>
                <w:szCs w:val="24"/>
              </w:rPr>
            </w:pPr>
            <w:r w:rsidRPr="00240C29">
              <w:rPr>
                <w:szCs w:val="24"/>
              </w:rPr>
              <w:lastRenderedPageBreak/>
              <w:t>21</w:t>
            </w:r>
          </w:p>
        </w:tc>
        <w:tc>
          <w:tcPr>
            <w:tcW w:w="7087" w:type="dxa"/>
            <w:tcMar>
              <w:top w:w="80" w:type="dxa"/>
              <w:left w:w="90" w:type="dxa"/>
              <w:bottom w:w="80" w:type="dxa"/>
              <w:right w:w="90" w:type="dxa"/>
            </w:tcMar>
            <w:vAlign w:val="center"/>
          </w:tcPr>
          <w:p w14:paraId="064C1251" w14:textId="77777777" w:rsidR="00F678CC" w:rsidRPr="00240C29" w:rsidRDefault="00F678CC" w:rsidP="004B15D2">
            <w:pPr>
              <w:ind w:firstLine="0"/>
              <w:rPr>
                <w:szCs w:val="24"/>
              </w:rPr>
            </w:pPr>
            <w:r w:rsidRPr="00240C29">
              <w:rPr>
                <w:szCs w:val="24"/>
              </w:rPr>
              <w:t>Masline</w:t>
            </w:r>
          </w:p>
        </w:tc>
        <w:tc>
          <w:tcPr>
            <w:tcW w:w="1701" w:type="dxa"/>
            <w:tcMar>
              <w:top w:w="80" w:type="dxa"/>
              <w:left w:w="90" w:type="dxa"/>
              <w:bottom w:w="80" w:type="dxa"/>
              <w:right w:w="90" w:type="dxa"/>
            </w:tcMar>
            <w:vAlign w:val="center"/>
          </w:tcPr>
          <w:p w14:paraId="2F676746" w14:textId="77777777" w:rsidR="00F678CC" w:rsidRPr="00240C29" w:rsidRDefault="00F678CC" w:rsidP="004B15D2">
            <w:pPr>
              <w:ind w:firstLine="0"/>
              <w:jc w:val="center"/>
              <w:rPr>
                <w:szCs w:val="24"/>
              </w:rPr>
            </w:pPr>
            <w:r w:rsidRPr="00240C29">
              <w:rPr>
                <w:szCs w:val="24"/>
              </w:rPr>
              <w:t>40 gr</w:t>
            </w:r>
          </w:p>
        </w:tc>
      </w:tr>
      <w:tr w:rsidR="00F678CC" w:rsidRPr="00240C29" w14:paraId="393085E9" w14:textId="77777777">
        <w:trPr>
          <w:jc w:val="center"/>
        </w:trPr>
        <w:tc>
          <w:tcPr>
            <w:tcW w:w="850" w:type="dxa"/>
            <w:tcMar>
              <w:top w:w="80" w:type="dxa"/>
              <w:left w:w="90" w:type="dxa"/>
              <w:bottom w:w="80" w:type="dxa"/>
              <w:right w:w="90" w:type="dxa"/>
            </w:tcMar>
            <w:vAlign w:val="center"/>
          </w:tcPr>
          <w:p w14:paraId="4D4455F3" w14:textId="77777777" w:rsidR="00F678CC" w:rsidRPr="00240C29" w:rsidRDefault="00F678CC" w:rsidP="004B15D2">
            <w:pPr>
              <w:ind w:firstLine="0"/>
              <w:jc w:val="center"/>
              <w:rPr>
                <w:szCs w:val="24"/>
              </w:rPr>
            </w:pPr>
            <w:r w:rsidRPr="00240C29">
              <w:rPr>
                <w:szCs w:val="24"/>
              </w:rPr>
              <w:t>22</w:t>
            </w:r>
          </w:p>
        </w:tc>
        <w:tc>
          <w:tcPr>
            <w:tcW w:w="7087" w:type="dxa"/>
            <w:tcMar>
              <w:top w:w="80" w:type="dxa"/>
              <w:left w:w="90" w:type="dxa"/>
              <w:bottom w:w="80" w:type="dxa"/>
              <w:right w:w="90" w:type="dxa"/>
            </w:tcMar>
            <w:vAlign w:val="center"/>
          </w:tcPr>
          <w:p w14:paraId="51A23959" w14:textId="77777777" w:rsidR="00F678CC" w:rsidRPr="00240C29" w:rsidRDefault="00F678CC" w:rsidP="004B15D2">
            <w:pPr>
              <w:ind w:firstLine="0"/>
              <w:rPr>
                <w:szCs w:val="24"/>
              </w:rPr>
            </w:pPr>
            <w:r w:rsidRPr="00240C29">
              <w:rPr>
                <w:szCs w:val="24"/>
              </w:rPr>
              <w:t>Zaharina</w:t>
            </w:r>
          </w:p>
        </w:tc>
        <w:tc>
          <w:tcPr>
            <w:tcW w:w="1701" w:type="dxa"/>
            <w:tcMar>
              <w:top w:w="80" w:type="dxa"/>
              <w:left w:w="90" w:type="dxa"/>
              <w:bottom w:w="80" w:type="dxa"/>
              <w:right w:w="90" w:type="dxa"/>
            </w:tcMar>
            <w:vAlign w:val="center"/>
          </w:tcPr>
          <w:p w14:paraId="577EDEA7" w14:textId="77777777" w:rsidR="00F678CC" w:rsidRPr="00240C29" w:rsidRDefault="00F678CC" w:rsidP="004B15D2">
            <w:pPr>
              <w:ind w:firstLine="0"/>
              <w:jc w:val="center"/>
              <w:rPr>
                <w:szCs w:val="24"/>
              </w:rPr>
            </w:pPr>
            <w:r w:rsidRPr="00240C29">
              <w:rPr>
                <w:szCs w:val="24"/>
              </w:rPr>
              <w:t>10 gr</w:t>
            </w:r>
          </w:p>
        </w:tc>
      </w:tr>
      <w:tr w:rsidR="00F678CC" w:rsidRPr="00240C29" w14:paraId="6349B1E1" w14:textId="77777777">
        <w:trPr>
          <w:jc w:val="center"/>
        </w:trPr>
        <w:tc>
          <w:tcPr>
            <w:tcW w:w="850" w:type="dxa"/>
            <w:tcMar>
              <w:top w:w="80" w:type="dxa"/>
              <w:left w:w="90" w:type="dxa"/>
              <w:bottom w:w="80" w:type="dxa"/>
              <w:right w:w="90" w:type="dxa"/>
            </w:tcMar>
            <w:vAlign w:val="center"/>
          </w:tcPr>
          <w:p w14:paraId="158DFBF0" w14:textId="77777777" w:rsidR="00F678CC" w:rsidRPr="00240C29" w:rsidRDefault="00F678CC" w:rsidP="004B15D2">
            <w:pPr>
              <w:ind w:firstLine="0"/>
              <w:jc w:val="center"/>
              <w:rPr>
                <w:szCs w:val="24"/>
              </w:rPr>
            </w:pPr>
            <w:r w:rsidRPr="00240C29">
              <w:rPr>
                <w:szCs w:val="24"/>
              </w:rPr>
              <w:t>23</w:t>
            </w:r>
          </w:p>
        </w:tc>
        <w:tc>
          <w:tcPr>
            <w:tcW w:w="7087" w:type="dxa"/>
            <w:tcMar>
              <w:top w:w="80" w:type="dxa"/>
              <w:left w:w="90" w:type="dxa"/>
              <w:bottom w:w="80" w:type="dxa"/>
              <w:right w:w="90" w:type="dxa"/>
            </w:tcMar>
            <w:vAlign w:val="center"/>
          </w:tcPr>
          <w:p w14:paraId="0306D3D3" w14:textId="77777777" w:rsidR="00F678CC" w:rsidRPr="00240C29" w:rsidRDefault="00F678CC" w:rsidP="004B15D2">
            <w:pPr>
              <w:ind w:firstLine="0"/>
              <w:rPr>
                <w:szCs w:val="24"/>
              </w:rPr>
            </w:pPr>
            <w:proofErr w:type="spellStart"/>
            <w:r w:rsidRPr="00240C29">
              <w:rPr>
                <w:szCs w:val="24"/>
              </w:rPr>
              <w:t>Crenwusti</w:t>
            </w:r>
            <w:proofErr w:type="spellEnd"/>
          </w:p>
        </w:tc>
        <w:tc>
          <w:tcPr>
            <w:tcW w:w="1701" w:type="dxa"/>
            <w:tcMar>
              <w:top w:w="80" w:type="dxa"/>
              <w:left w:w="90" w:type="dxa"/>
              <w:bottom w:w="80" w:type="dxa"/>
              <w:right w:w="90" w:type="dxa"/>
            </w:tcMar>
            <w:vAlign w:val="center"/>
          </w:tcPr>
          <w:p w14:paraId="37F8EA85" w14:textId="77777777" w:rsidR="00F678CC" w:rsidRPr="00240C29" w:rsidRDefault="00F678CC" w:rsidP="004B15D2">
            <w:pPr>
              <w:ind w:firstLine="0"/>
              <w:jc w:val="center"/>
              <w:rPr>
                <w:szCs w:val="24"/>
              </w:rPr>
            </w:pPr>
            <w:r w:rsidRPr="00240C29">
              <w:rPr>
                <w:szCs w:val="24"/>
              </w:rPr>
              <w:t>60 gr</w:t>
            </w:r>
          </w:p>
        </w:tc>
      </w:tr>
      <w:tr w:rsidR="00F678CC" w:rsidRPr="00240C29" w14:paraId="09DC0C0D" w14:textId="77777777">
        <w:trPr>
          <w:jc w:val="center"/>
        </w:trPr>
        <w:tc>
          <w:tcPr>
            <w:tcW w:w="850" w:type="dxa"/>
            <w:tcMar>
              <w:top w:w="80" w:type="dxa"/>
              <w:left w:w="90" w:type="dxa"/>
              <w:bottom w:w="80" w:type="dxa"/>
              <w:right w:w="90" w:type="dxa"/>
            </w:tcMar>
            <w:vAlign w:val="center"/>
          </w:tcPr>
          <w:p w14:paraId="1D39F31C" w14:textId="77777777" w:rsidR="00F678CC" w:rsidRPr="00240C29" w:rsidRDefault="00F678CC" w:rsidP="004B15D2">
            <w:pPr>
              <w:ind w:firstLine="0"/>
              <w:jc w:val="center"/>
              <w:rPr>
                <w:szCs w:val="24"/>
              </w:rPr>
            </w:pPr>
            <w:r w:rsidRPr="00240C29">
              <w:rPr>
                <w:szCs w:val="24"/>
              </w:rPr>
              <w:t>24</w:t>
            </w:r>
          </w:p>
        </w:tc>
        <w:tc>
          <w:tcPr>
            <w:tcW w:w="7087" w:type="dxa"/>
            <w:tcMar>
              <w:top w:w="80" w:type="dxa"/>
              <w:left w:w="90" w:type="dxa"/>
              <w:bottom w:w="80" w:type="dxa"/>
              <w:right w:w="90" w:type="dxa"/>
            </w:tcMar>
            <w:vAlign w:val="center"/>
          </w:tcPr>
          <w:p w14:paraId="53304200" w14:textId="77777777" w:rsidR="00F678CC" w:rsidRPr="00240C29" w:rsidRDefault="00F678CC" w:rsidP="004B15D2">
            <w:pPr>
              <w:ind w:firstLine="0"/>
              <w:rPr>
                <w:szCs w:val="24"/>
              </w:rPr>
            </w:pPr>
            <w:r w:rsidRPr="00240C29">
              <w:rPr>
                <w:szCs w:val="24"/>
              </w:rPr>
              <w:t xml:space="preserve">Ou </w:t>
            </w:r>
            <w:proofErr w:type="spellStart"/>
            <w:r w:rsidRPr="00240C29">
              <w:rPr>
                <w:szCs w:val="24"/>
              </w:rPr>
              <w:t>fiert</w:t>
            </w:r>
            <w:proofErr w:type="spellEnd"/>
          </w:p>
        </w:tc>
        <w:tc>
          <w:tcPr>
            <w:tcW w:w="1701" w:type="dxa"/>
            <w:tcMar>
              <w:top w:w="80" w:type="dxa"/>
              <w:left w:w="90" w:type="dxa"/>
              <w:bottom w:w="80" w:type="dxa"/>
              <w:right w:w="90" w:type="dxa"/>
            </w:tcMar>
            <w:vAlign w:val="center"/>
          </w:tcPr>
          <w:p w14:paraId="7D60E91D" w14:textId="77777777" w:rsidR="00F678CC" w:rsidRPr="00240C29" w:rsidRDefault="00F678CC" w:rsidP="004B15D2">
            <w:pPr>
              <w:ind w:firstLine="0"/>
              <w:jc w:val="center"/>
              <w:rPr>
                <w:szCs w:val="24"/>
              </w:rPr>
            </w:pPr>
            <w:r w:rsidRPr="00240C29">
              <w:rPr>
                <w:szCs w:val="24"/>
              </w:rPr>
              <w:t xml:space="preserve">1 </w:t>
            </w:r>
            <w:proofErr w:type="spellStart"/>
            <w:r w:rsidRPr="00240C29">
              <w:rPr>
                <w:szCs w:val="24"/>
              </w:rPr>
              <w:t>buc</w:t>
            </w:r>
            <w:proofErr w:type="spellEnd"/>
            <w:r w:rsidRPr="00240C29">
              <w:rPr>
                <w:szCs w:val="24"/>
              </w:rPr>
              <w:t>...</w:t>
            </w:r>
          </w:p>
        </w:tc>
      </w:tr>
      <w:tr w:rsidR="004B15D2" w:rsidRPr="00240C29" w14:paraId="6B6F3A05" w14:textId="77777777" w:rsidTr="006B3867">
        <w:trPr>
          <w:jc w:val="center"/>
        </w:trPr>
        <w:tc>
          <w:tcPr>
            <w:tcW w:w="850" w:type="dxa"/>
            <w:tcMar>
              <w:top w:w="80" w:type="dxa"/>
              <w:left w:w="90" w:type="dxa"/>
              <w:bottom w:w="80" w:type="dxa"/>
              <w:right w:w="90" w:type="dxa"/>
            </w:tcMar>
            <w:vAlign w:val="center"/>
          </w:tcPr>
          <w:p w14:paraId="5C23337C" w14:textId="33A52A53" w:rsidR="004B15D2" w:rsidRPr="00240C29" w:rsidRDefault="004B15D2" w:rsidP="004B15D2">
            <w:pPr>
              <w:ind w:firstLine="0"/>
              <w:jc w:val="center"/>
              <w:rPr>
                <w:szCs w:val="24"/>
              </w:rPr>
            </w:pPr>
            <w:r>
              <w:rPr>
                <w:szCs w:val="24"/>
              </w:rPr>
              <w:t>25</w:t>
            </w:r>
          </w:p>
        </w:tc>
        <w:tc>
          <w:tcPr>
            <w:tcW w:w="7087" w:type="dxa"/>
            <w:tcMar>
              <w:top w:w="80" w:type="dxa"/>
              <w:left w:w="90" w:type="dxa"/>
              <w:bottom w:w="80" w:type="dxa"/>
              <w:right w:w="90" w:type="dxa"/>
            </w:tcMar>
          </w:tcPr>
          <w:p w14:paraId="4D7B09D1" w14:textId="5D6E4889" w:rsidR="004B15D2" w:rsidRPr="00240C29" w:rsidRDefault="004B15D2" w:rsidP="004B15D2">
            <w:pPr>
              <w:ind w:firstLine="0"/>
              <w:rPr>
                <w:szCs w:val="24"/>
              </w:rPr>
            </w:pPr>
            <w:proofErr w:type="spellStart"/>
            <w:r w:rsidRPr="00D54237">
              <w:t>Omleta</w:t>
            </w:r>
            <w:proofErr w:type="spellEnd"/>
            <w:r w:rsidRPr="00D54237">
              <w:t xml:space="preserve"> cu </w:t>
            </w:r>
            <w:proofErr w:type="spellStart"/>
            <w:r w:rsidRPr="00D54237">
              <w:t>spanac</w:t>
            </w:r>
            <w:proofErr w:type="spellEnd"/>
            <w:r w:rsidRPr="00D54237">
              <w:t xml:space="preserve">/ </w:t>
            </w:r>
            <w:proofErr w:type="spellStart"/>
            <w:r w:rsidRPr="00D54237">
              <w:t>ciuperci</w:t>
            </w:r>
            <w:proofErr w:type="spellEnd"/>
            <w:r w:rsidRPr="00D54237">
              <w:t xml:space="preserve">/ </w:t>
            </w:r>
            <w:proofErr w:type="spellStart"/>
            <w:r w:rsidRPr="00D54237">
              <w:t>rosii</w:t>
            </w:r>
            <w:proofErr w:type="spellEnd"/>
          </w:p>
        </w:tc>
        <w:tc>
          <w:tcPr>
            <w:tcW w:w="1701" w:type="dxa"/>
            <w:tcMar>
              <w:top w:w="80" w:type="dxa"/>
              <w:left w:w="90" w:type="dxa"/>
              <w:bottom w:w="80" w:type="dxa"/>
              <w:right w:w="90" w:type="dxa"/>
            </w:tcMar>
          </w:tcPr>
          <w:p w14:paraId="043474BD" w14:textId="6AE19479" w:rsidR="004B15D2" w:rsidRPr="00240C29" w:rsidRDefault="004B15D2" w:rsidP="004B15D2">
            <w:pPr>
              <w:ind w:firstLine="0"/>
              <w:jc w:val="center"/>
              <w:rPr>
                <w:szCs w:val="24"/>
              </w:rPr>
            </w:pPr>
            <w:r w:rsidRPr="00D54237">
              <w:t>100 gr</w:t>
            </w:r>
          </w:p>
        </w:tc>
      </w:tr>
    </w:tbl>
    <w:p w14:paraId="59C714C8" w14:textId="77777777" w:rsidR="00F678CC" w:rsidRPr="00240C29" w:rsidRDefault="00F678CC" w:rsidP="006B3867">
      <w:pPr>
        <w:rPr>
          <w:szCs w:val="24"/>
        </w:rPr>
      </w:pPr>
    </w:p>
    <w:p w14:paraId="45751020" w14:textId="77777777" w:rsidR="00F678CC" w:rsidRPr="00240C29" w:rsidRDefault="00F678CC" w:rsidP="006B3867">
      <w:pPr>
        <w:rPr>
          <w:szCs w:val="24"/>
        </w:rPr>
      </w:pPr>
      <w:r w:rsidRPr="00240C29">
        <w:rPr>
          <w:b/>
          <w:szCs w:val="24"/>
        </w:rPr>
        <w:t>MINUTURI</w:t>
      </w:r>
    </w:p>
    <w:tbl>
      <w:tblPr>
        <w:tblStyle w:val="TableGrid"/>
        <w:tblW w:w="0" w:type="auto"/>
        <w:jc w:val="center"/>
        <w:tblLook w:val="04A0" w:firstRow="1" w:lastRow="0" w:firstColumn="1" w:lastColumn="0" w:noHBand="0" w:noVBand="1"/>
      </w:tblPr>
      <w:tblGrid>
        <w:gridCol w:w="850"/>
        <w:gridCol w:w="7087"/>
        <w:gridCol w:w="1701"/>
      </w:tblGrid>
      <w:tr w:rsidR="00F678CC" w:rsidRPr="00240C29" w14:paraId="34F14318" w14:textId="77777777">
        <w:trPr>
          <w:tblHeader/>
          <w:jc w:val="center"/>
        </w:trPr>
        <w:tc>
          <w:tcPr>
            <w:tcW w:w="850" w:type="dxa"/>
            <w:shd w:val="clear" w:color="auto" w:fill="D9D9D9"/>
            <w:tcMar>
              <w:top w:w="80" w:type="dxa"/>
              <w:left w:w="90" w:type="dxa"/>
              <w:bottom w:w="80" w:type="dxa"/>
              <w:right w:w="90" w:type="dxa"/>
            </w:tcMar>
            <w:vAlign w:val="center"/>
          </w:tcPr>
          <w:p w14:paraId="36F882CD" w14:textId="77777777" w:rsidR="00F678CC" w:rsidRPr="00240C29" w:rsidRDefault="00F678CC" w:rsidP="004B15D2">
            <w:pPr>
              <w:ind w:firstLine="0"/>
              <w:jc w:val="center"/>
              <w:rPr>
                <w:szCs w:val="24"/>
              </w:rPr>
            </w:pPr>
            <w:r w:rsidRPr="00240C29">
              <w:rPr>
                <w:b/>
                <w:szCs w:val="24"/>
              </w:rPr>
              <w:t xml:space="preserve">Nr. </w:t>
            </w:r>
            <w:proofErr w:type="spellStart"/>
            <w:r w:rsidRPr="00240C29">
              <w:rPr>
                <w:b/>
                <w:szCs w:val="24"/>
              </w:rPr>
              <w:t>crt</w:t>
            </w:r>
            <w:proofErr w:type="spellEnd"/>
            <w:r w:rsidRPr="00240C29">
              <w:rPr>
                <w:b/>
                <w:szCs w:val="24"/>
              </w:rPr>
              <w:t>.</w:t>
            </w:r>
          </w:p>
        </w:tc>
        <w:tc>
          <w:tcPr>
            <w:tcW w:w="7087" w:type="dxa"/>
            <w:shd w:val="clear" w:color="auto" w:fill="D9D9D9"/>
            <w:tcMar>
              <w:top w:w="80" w:type="dxa"/>
              <w:left w:w="90" w:type="dxa"/>
              <w:bottom w:w="80" w:type="dxa"/>
              <w:right w:w="90" w:type="dxa"/>
            </w:tcMar>
            <w:vAlign w:val="center"/>
          </w:tcPr>
          <w:p w14:paraId="76BED0E1" w14:textId="77777777" w:rsidR="00F678CC" w:rsidRPr="00240C29" w:rsidRDefault="00F678CC" w:rsidP="004B15D2">
            <w:pPr>
              <w:ind w:firstLine="0"/>
              <w:jc w:val="center"/>
              <w:rPr>
                <w:szCs w:val="24"/>
              </w:rPr>
            </w:pPr>
            <w:proofErr w:type="spellStart"/>
            <w:r w:rsidRPr="00240C29">
              <w:rPr>
                <w:b/>
                <w:szCs w:val="24"/>
              </w:rPr>
              <w:t>Denumirea</w:t>
            </w:r>
            <w:proofErr w:type="spellEnd"/>
            <w:r w:rsidRPr="00240C29">
              <w:rPr>
                <w:b/>
                <w:szCs w:val="24"/>
              </w:rPr>
              <w:t xml:space="preserve"> </w:t>
            </w:r>
            <w:proofErr w:type="spellStart"/>
            <w:r w:rsidRPr="00240C29">
              <w:rPr>
                <w:b/>
                <w:szCs w:val="24"/>
              </w:rPr>
              <w:t>preparatului</w:t>
            </w:r>
            <w:proofErr w:type="spellEnd"/>
          </w:p>
        </w:tc>
        <w:tc>
          <w:tcPr>
            <w:tcW w:w="1701" w:type="dxa"/>
            <w:shd w:val="clear" w:color="auto" w:fill="D9D9D9"/>
            <w:tcMar>
              <w:top w:w="80" w:type="dxa"/>
              <w:left w:w="90" w:type="dxa"/>
              <w:bottom w:w="80" w:type="dxa"/>
              <w:right w:w="90" w:type="dxa"/>
            </w:tcMar>
            <w:vAlign w:val="center"/>
          </w:tcPr>
          <w:p w14:paraId="116042D9" w14:textId="77777777" w:rsidR="00F678CC" w:rsidRPr="00240C29" w:rsidRDefault="00F678CC" w:rsidP="004B15D2">
            <w:pPr>
              <w:ind w:firstLine="0"/>
              <w:jc w:val="center"/>
              <w:rPr>
                <w:szCs w:val="24"/>
              </w:rPr>
            </w:pPr>
            <w:proofErr w:type="spellStart"/>
            <w:r w:rsidRPr="00240C29">
              <w:rPr>
                <w:b/>
                <w:szCs w:val="24"/>
              </w:rPr>
              <w:t>Cantitate</w:t>
            </w:r>
            <w:proofErr w:type="spellEnd"/>
            <w:r w:rsidRPr="00240C29">
              <w:rPr>
                <w:b/>
                <w:szCs w:val="24"/>
              </w:rPr>
              <w:t xml:space="preserve"> pe </w:t>
            </w:r>
            <w:proofErr w:type="spellStart"/>
            <w:r w:rsidRPr="00240C29">
              <w:rPr>
                <w:b/>
                <w:szCs w:val="24"/>
              </w:rPr>
              <w:t>portie</w:t>
            </w:r>
            <w:proofErr w:type="spellEnd"/>
          </w:p>
        </w:tc>
      </w:tr>
      <w:tr w:rsidR="00F678CC" w:rsidRPr="00240C29" w14:paraId="0A989CDA" w14:textId="77777777">
        <w:trPr>
          <w:jc w:val="center"/>
        </w:trPr>
        <w:tc>
          <w:tcPr>
            <w:tcW w:w="850" w:type="dxa"/>
            <w:tcMar>
              <w:top w:w="80" w:type="dxa"/>
              <w:left w:w="90" w:type="dxa"/>
              <w:bottom w:w="80" w:type="dxa"/>
              <w:right w:w="90" w:type="dxa"/>
            </w:tcMar>
            <w:vAlign w:val="center"/>
          </w:tcPr>
          <w:p w14:paraId="26A7B567" w14:textId="77777777" w:rsidR="00F678CC" w:rsidRPr="00240C29" w:rsidRDefault="00F678CC" w:rsidP="004B15D2">
            <w:pPr>
              <w:ind w:firstLine="0"/>
              <w:jc w:val="center"/>
              <w:rPr>
                <w:szCs w:val="24"/>
              </w:rPr>
            </w:pPr>
            <w:r w:rsidRPr="00240C29">
              <w:rPr>
                <w:szCs w:val="24"/>
              </w:rPr>
              <w:t>1</w:t>
            </w:r>
          </w:p>
        </w:tc>
        <w:tc>
          <w:tcPr>
            <w:tcW w:w="7087" w:type="dxa"/>
            <w:tcMar>
              <w:top w:w="80" w:type="dxa"/>
              <w:left w:w="90" w:type="dxa"/>
              <w:bottom w:w="80" w:type="dxa"/>
              <w:right w:w="90" w:type="dxa"/>
            </w:tcMar>
            <w:vAlign w:val="center"/>
          </w:tcPr>
          <w:p w14:paraId="0AE7076A" w14:textId="77777777" w:rsidR="00F678CC" w:rsidRPr="00240C29" w:rsidRDefault="00F678CC" w:rsidP="004B15D2">
            <w:pPr>
              <w:ind w:firstLine="0"/>
              <w:rPr>
                <w:szCs w:val="24"/>
              </w:rPr>
            </w:pPr>
            <w:r w:rsidRPr="00240C29">
              <w:rPr>
                <w:szCs w:val="24"/>
              </w:rPr>
              <w:t xml:space="preserve">Branza cu </w:t>
            </w:r>
            <w:proofErr w:type="spellStart"/>
            <w:r w:rsidRPr="00240C29">
              <w:rPr>
                <w:szCs w:val="24"/>
              </w:rPr>
              <w:t>smantana</w:t>
            </w:r>
            <w:proofErr w:type="spellEnd"/>
          </w:p>
        </w:tc>
        <w:tc>
          <w:tcPr>
            <w:tcW w:w="1701" w:type="dxa"/>
            <w:tcMar>
              <w:top w:w="80" w:type="dxa"/>
              <w:left w:w="90" w:type="dxa"/>
              <w:bottom w:w="80" w:type="dxa"/>
              <w:right w:w="90" w:type="dxa"/>
            </w:tcMar>
            <w:vAlign w:val="center"/>
          </w:tcPr>
          <w:p w14:paraId="5C141C90" w14:textId="77777777" w:rsidR="00F678CC" w:rsidRPr="00240C29" w:rsidRDefault="00F678CC" w:rsidP="004B15D2">
            <w:pPr>
              <w:ind w:firstLine="0"/>
              <w:jc w:val="center"/>
              <w:rPr>
                <w:szCs w:val="24"/>
              </w:rPr>
            </w:pPr>
            <w:r w:rsidRPr="00240C29">
              <w:rPr>
                <w:szCs w:val="24"/>
              </w:rPr>
              <w:t>200 gr</w:t>
            </w:r>
          </w:p>
        </w:tc>
      </w:tr>
      <w:tr w:rsidR="00F678CC" w:rsidRPr="00240C29" w14:paraId="1BEE22D3" w14:textId="77777777">
        <w:trPr>
          <w:jc w:val="center"/>
        </w:trPr>
        <w:tc>
          <w:tcPr>
            <w:tcW w:w="850" w:type="dxa"/>
            <w:tcMar>
              <w:top w:w="80" w:type="dxa"/>
              <w:left w:w="90" w:type="dxa"/>
              <w:bottom w:w="80" w:type="dxa"/>
              <w:right w:w="90" w:type="dxa"/>
            </w:tcMar>
            <w:vAlign w:val="center"/>
          </w:tcPr>
          <w:p w14:paraId="1BC61730" w14:textId="77777777" w:rsidR="00F678CC" w:rsidRPr="00240C29" w:rsidRDefault="00F678CC" w:rsidP="004B15D2">
            <w:pPr>
              <w:ind w:firstLine="0"/>
              <w:jc w:val="center"/>
              <w:rPr>
                <w:szCs w:val="24"/>
              </w:rPr>
            </w:pPr>
            <w:r w:rsidRPr="00240C29">
              <w:rPr>
                <w:szCs w:val="24"/>
              </w:rPr>
              <w:t>2</w:t>
            </w:r>
          </w:p>
        </w:tc>
        <w:tc>
          <w:tcPr>
            <w:tcW w:w="7087" w:type="dxa"/>
            <w:tcMar>
              <w:top w:w="80" w:type="dxa"/>
              <w:left w:w="90" w:type="dxa"/>
              <w:bottom w:w="80" w:type="dxa"/>
              <w:right w:w="90" w:type="dxa"/>
            </w:tcMar>
            <w:vAlign w:val="center"/>
          </w:tcPr>
          <w:p w14:paraId="19744490" w14:textId="77777777" w:rsidR="00F678CC" w:rsidRPr="00240C29" w:rsidRDefault="00F678CC" w:rsidP="004B15D2">
            <w:pPr>
              <w:ind w:firstLine="0"/>
              <w:rPr>
                <w:szCs w:val="24"/>
              </w:rPr>
            </w:pPr>
            <w:proofErr w:type="spellStart"/>
            <w:r w:rsidRPr="00240C29">
              <w:rPr>
                <w:szCs w:val="24"/>
              </w:rPr>
              <w:t>Cascaval</w:t>
            </w:r>
            <w:proofErr w:type="spellEnd"/>
            <w:r w:rsidRPr="00240C29">
              <w:rPr>
                <w:szCs w:val="24"/>
              </w:rPr>
              <w:t xml:space="preserve"> pane</w:t>
            </w:r>
          </w:p>
        </w:tc>
        <w:tc>
          <w:tcPr>
            <w:tcW w:w="1701" w:type="dxa"/>
            <w:tcMar>
              <w:top w:w="80" w:type="dxa"/>
              <w:left w:w="90" w:type="dxa"/>
              <w:bottom w:w="80" w:type="dxa"/>
              <w:right w:w="90" w:type="dxa"/>
            </w:tcMar>
            <w:vAlign w:val="center"/>
          </w:tcPr>
          <w:p w14:paraId="1C76FDAA" w14:textId="77777777" w:rsidR="00F678CC" w:rsidRPr="00240C29" w:rsidRDefault="00F678CC" w:rsidP="004B15D2">
            <w:pPr>
              <w:ind w:firstLine="0"/>
              <w:jc w:val="center"/>
              <w:rPr>
                <w:szCs w:val="24"/>
              </w:rPr>
            </w:pPr>
            <w:r w:rsidRPr="00240C29">
              <w:rPr>
                <w:szCs w:val="24"/>
              </w:rPr>
              <w:t>130 gr</w:t>
            </w:r>
          </w:p>
        </w:tc>
      </w:tr>
      <w:tr w:rsidR="00F678CC" w:rsidRPr="00240C29" w14:paraId="17B3EFAD" w14:textId="77777777">
        <w:trPr>
          <w:jc w:val="center"/>
        </w:trPr>
        <w:tc>
          <w:tcPr>
            <w:tcW w:w="850" w:type="dxa"/>
            <w:tcMar>
              <w:top w:w="80" w:type="dxa"/>
              <w:left w:w="90" w:type="dxa"/>
              <w:bottom w:w="80" w:type="dxa"/>
              <w:right w:w="90" w:type="dxa"/>
            </w:tcMar>
            <w:vAlign w:val="center"/>
          </w:tcPr>
          <w:p w14:paraId="19BAB7BF" w14:textId="77777777" w:rsidR="00F678CC" w:rsidRPr="00240C29" w:rsidRDefault="00F678CC" w:rsidP="004B15D2">
            <w:pPr>
              <w:ind w:firstLine="0"/>
              <w:jc w:val="center"/>
              <w:rPr>
                <w:szCs w:val="24"/>
              </w:rPr>
            </w:pPr>
            <w:r w:rsidRPr="00240C29">
              <w:rPr>
                <w:szCs w:val="24"/>
              </w:rPr>
              <w:t>3</w:t>
            </w:r>
          </w:p>
        </w:tc>
        <w:tc>
          <w:tcPr>
            <w:tcW w:w="7087" w:type="dxa"/>
            <w:tcMar>
              <w:top w:w="80" w:type="dxa"/>
              <w:left w:w="90" w:type="dxa"/>
              <w:bottom w:w="80" w:type="dxa"/>
              <w:right w:w="90" w:type="dxa"/>
            </w:tcMar>
            <w:vAlign w:val="center"/>
          </w:tcPr>
          <w:p w14:paraId="2B27CB9E" w14:textId="77777777" w:rsidR="00F678CC" w:rsidRPr="00240C29" w:rsidRDefault="00F678CC" w:rsidP="004B15D2">
            <w:pPr>
              <w:ind w:firstLine="0"/>
              <w:rPr>
                <w:szCs w:val="24"/>
              </w:rPr>
            </w:pPr>
            <w:r w:rsidRPr="00240C29">
              <w:rPr>
                <w:szCs w:val="24"/>
              </w:rPr>
              <w:t xml:space="preserve">Carnati de </w:t>
            </w:r>
            <w:proofErr w:type="spellStart"/>
            <w:r w:rsidRPr="00240C29">
              <w:rPr>
                <w:szCs w:val="24"/>
              </w:rPr>
              <w:t>porc</w:t>
            </w:r>
            <w:proofErr w:type="spellEnd"/>
            <w:r w:rsidRPr="00240C29">
              <w:rPr>
                <w:szCs w:val="24"/>
              </w:rPr>
              <w:t xml:space="preserve"> </w:t>
            </w:r>
            <w:proofErr w:type="spellStart"/>
            <w:r w:rsidRPr="00240C29">
              <w:rPr>
                <w:szCs w:val="24"/>
              </w:rPr>
              <w:t>proaspeti</w:t>
            </w:r>
            <w:proofErr w:type="spellEnd"/>
          </w:p>
        </w:tc>
        <w:tc>
          <w:tcPr>
            <w:tcW w:w="1701" w:type="dxa"/>
            <w:tcMar>
              <w:top w:w="80" w:type="dxa"/>
              <w:left w:w="90" w:type="dxa"/>
              <w:bottom w:w="80" w:type="dxa"/>
              <w:right w:w="90" w:type="dxa"/>
            </w:tcMar>
            <w:vAlign w:val="center"/>
          </w:tcPr>
          <w:p w14:paraId="30BB2CD7" w14:textId="77777777" w:rsidR="00F678CC" w:rsidRPr="00240C29" w:rsidRDefault="00F678CC" w:rsidP="004B15D2">
            <w:pPr>
              <w:ind w:firstLine="0"/>
              <w:jc w:val="center"/>
              <w:rPr>
                <w:szCs w:val="24"/>
              </w:rPr>
            </w:pPr>
            <w:r w:rsidRPr="00240C29">
              <w:rPr>
                <w:szCs w:val="24"/>
              </w:rPr>
              <w:t>85 gr</w:t>
            </w:r>
          </w:p>
        </w:tc>
      </w:tr>
      <w:tr w:rsidR="00F678CC" w:rsidRPr="00240C29" w14:paraId="5D5F0E23" w14:textId="77777777">
        <w:trPr>
          <w:jc w:val="center"/>
        </w:trPr>
        <w:tc>
          <w:tcPr>
            <w:tcW w:w="850" w:type="dxa"/>
            <w:tcMar>
              <w:top w:w="80" w:type="dxa"/>
              <w:left w:w="90" w:type="dxa"/>
              <w:bottom w:w="80" w:type="dxa"/>
              <w:right w:w="90" w:type="dxa"/>
            </w:tcMar>
            <w:vAlign w:val="center"/>
          </w:tcPr>
          <w:p w14:paraId="6CFE82D5" w14:textId="77777777" w:rsidR="00F678CC" w:rsidRPr="00240C29" w:rsidRDefault="00F678CC" w:rsidP="004B15D2">
            <w:pPr>
              <w:ind w:firstLine="0"/>
              <w:jc w:val="center"/>
              <w:rPr>
                <w:szCs w:val="24"/>
              </w:rPr>
            </w:pPr>
            <w:r w:rsidRPr="00240C29">
              <w:rPr>
                <w:szCs w:val="24"/>
              </w:rPr>
              <w:t>4</w:t>
            </w:r>
          </w:p>
        </w:tc>
        <w:tc>
          <w:tcPr>
            <w:tcW w:w="7087" w:type="dxa"/>
            <w:tcMar>
              <w:top w:w="80" w:type="dxa"/>
              <w:left w:w="90" w:type="dxa"/>
              <w:bottom w:w="80" w:type="dxa"/>
              <w:right w:w="90" w:type="dxa"/>
            </w:tcMar>
            <w:vAlign w:val="center"/>
          </w:tcPr>
          <w:p w14:paraId="7AEE0E0D" w14:textId="77777777" w:rsidR="00F678CC" w:rsidRPr="00240C29" w:rsidRDefault="00F678CC" w:rsidP="004B15D2">
            <w:pPr>
              <w:ind w:firstLine="0"/>
              <w:rPr>
                <w:szCs w:val="24"/>
              </w:rPr>
            </w:pPr>
            <w:r w:rsidRPr="00240C29">
              <w:rPr>
                <w:szCs w:val="24"/>
              </w:rPr>
              <w:t xml:space="preserve">Mamaliga </w:t>
            </w:r>
            <w:proofErr w:type="spellStart"/>
            <w:r w:rsidRPr="00240C29">
              <w:rPr>
                <w:szCs w:val="24"/>
              </w:rPr>
              <w:t>simpla</w:t>
            </w:r>
            <w:proofErr w:type="spellEnd"/>
          </w:p>
        </w:tc>
        <w:tc>
          <w:tcPr>
            <w:tcW w:w="1701" w:type="dxa"/>
            <w:tcMar>
              <w:top w:w="80" w:type="dxa"/>
              <w:left w:w="90" w:type="dxa"/>
              <w:bottom w:w="80" w:type="dxa"/>
              <w:right w:w="90" w:type="dxa"/>
            </w:tcMar>
            <w:vAlign w:val="center"/>
          </w:tcPr>
          <w:p w14:paraId="199DFF7D" w14:textId="77777777" w:rsidR="00F678CC" w:rsidRPr="00240C29" w:rsidRDefault="00F678CC" w:rsidP="004B15D2">
            <w:pPr>
              <w:ind w:firstLine="0"/>
              <w:jc w:val="center"/>
              <w:rPr>
                <w:szCs w:val="24"/>
              </w:rPr>
            </w:pPr>
            <w:r w:rsidRPr="00240C29">
              <w:rPr>
                <w:szCs w:val="24"/>
              </w:rPr>
              <w:t>200 gr</w:t>
            </w:r>
          </w:p>
        </w:tc>
      </w:tr>
      <w:tr w:rsidR="00F678CC" w:rsidRPr="00240C29" w14:paraId="459A2D92" w14:textId="77777777">
        <w:trPr>
          <w:jc w:val="center"/>
        </w:trPr>
        <w:tc>
          <w:tcPr>
            <w:tcW w:w="850" w:type="dxa"/>
            <w:tcMar>
              <w:top w:w="80" w:type="dxa"/>
              <w:left w:w="90" w:type="dxa"/>
              <w:bottom w:w="80" w:type="dxa"/>
              <w:right w:w="90" w:type="dxa"/>
            </w:tcMar>
            <w:vAlign w:val="center"/>
          </w:tcPr>
          <w:p w14:paraId="22AE499B" w14:textId="77777777" w:rsidR="00F678CC" w:rsidRPr="00240C29" w:rsidRDefault="00F678CC" w:rsidP="004B15D2">
            <w:pPr>
              <w:ind w:firstLine="0"/>
              <w:jc w:val="center"/>
              <w:rPr>
                <w:szCs w:val="24"/>
              </w:rPr>
            </w:pPr>
            <w:r w:rsidRPr="00240C29">
              <w:rPr>
                <w:szCs w:val="24"/>
              </w:rPr>
              <w:t>5</w:t>
            </w:r>
          </w:p>
        </w:tc>
        <w:tc>
          <w:tcPr>
            <w:tcW w:w="7087" w:type="dxa"/>
            <w:tcMar>
              <w:top w:w="80" w:type="dxa"/>
              <w:left w:w="90" w:type="dxa"/>
              <w:bottom w:w="80" w:type="dxa"/>
              <w:right w:w="90" w:type="dxa"/>
            </w:tcMar>
            <w:vAlign w:val="center"/>
          </w:tcPr>
          <w:p w14:paraId="134A8093" w14:textId="77777777" w:rsidR="00F678CC" w:rsidRPr="00240C29" w:rsidRDefault="00F678CC" w:rsidP="004B15D2">
            <w:pPr>
              <w:ind w:firstLine="0"/>
              <w:rPr>
                <w:szCs w:val="24"/>
              </w:rPr>
            </w:pPr>
            <w:proofErr w:type="spellStart"/>
            <w:r w:rsidRPr="00240C29">
              <w:rPr>
                <w:szCs w:val="24"/>
              </w:rPr>
              <w:t>Ochiuri</w:t>
            </w:r>
            <w:proofErr w:type="spellEnd"/>
            <w:r w:rsidRPr="00240C29">
              <w:rPr>
                <w:szCs w:val="24"/>
              </w:rPr>
              <w:t xml:space="preserve"> </w:t>
            </w:r>
            <w:proofErr w:type="spellStart"/>
            <w:r w:rsidRPr="00240C29">
              <w:rPr>
                <w:szCs w:val="24"/>
              </w:rPr>
              <w:t>romanesti</w:t>
            </w:r>
            <w:proofErr w:type="spellEnd"/>
            <w:r w:rsidRPr="00240C29">
              <w:rPr>
                <w:szCs w:val="24"/>
              </w:rPr>
              <w:t xml:space="preserve"> cu </w:t>
            </w:r>
            <w:proofErr w:type="spellStart"/>
            <w:r w:rsidRPr="00240C29">
              <w:rPr>
                <w:szCs w:val="24"/>
              </w:rPr>
              <w:t>mamaliguta</w:t>
            </w:r>
            <w:proofErr w:type="spellEnd"/>
          </w:p>
        </w:tc>
        <w:tc>
          <w:tcPr>
            <w:tcW w:w="1701" w:type="dxa"/>
            <w:tcMar>
              <w:top w:w="80" w:type="dxa"/>
              <w:left w:w="90" w:type="dxa"/>
              <w:bottom w:w="80" w:type="dxa"/>
              <w:right w:w="90" w:type="dxa"/>
            </w:tcMar>
            <w:vAlign w:val="center"/>
          </w:tcPr>
          <w:p w14:paraId="2C3342E6" w14:textId="77777777" w:rsidR="00F678CC" w:rsidRPr="00240C29" w:rsidRDefault="00F678CC" w:rsidP="004B15D2">
            <w:pPr>
              <w:ind w:firstLine="0"/>
              <w:jc w:val="center"/>
              <w:rPr>
                <w:szCs w:val="24"/>
              </w:rPr>
            </w:pPr>
            <w:r w:rsidRPr="00240C29">
              <w:rPr>
                <w:szCs w:val="24"/>
              </w:rPr>
              <w:t>300 gr</w:t>
            </w:r>
          </w:p>
        </w:tc>
      </w:tr>
      <w:tr w:rsidR="00F678CC" w:rsidRPr="00240C29" w14:paraId="50B2AA4B" w14:textId="77777777">
        <w:trPr>
          <w:jc w:val="center"/>
        </w:trPr>
        <w:tc>
          <w:tcPr>
            <w:tcW w:w="850" w:type="dxa"/>
            <w:tcMar>
              <w:top w:w="80" w:type="dxa"/>
              <w:left w:w="90" w:type="dxa"/>
              <w:bottom w:w="80" w:type="dxa"/>
              <w:right w:w="90" w:type="dxa"/>
            </w:tcMar>
            <w:vAlign w:val="center"/>
          </w:tcPr>
          <w:p w14:paraId="46D326D6" w14:textId="77777777" w:rsidR="00F678CC" w:rsidRPr="00240C29" w:rsidRDefault="00F678CC" w:rsidP="004B15D2">
            <w:pPr>
              <w:ind w:firstLine="0"/>
              <w:jc w:val="center"/>
              <w:rPr>
                <w:szCs w:val="24"/>
              </w:rPr>
            </w:pPr>
            <w:r w:rsidRPr="00240C29">
              <w:rPr>
                <w:szCs w:val="24"/>
              </w:rPr>
              <w:t>6</w:t>
            </w:r>
          </w:p>
        </w:tc>
        <w:tc>
          <w:tcPr>
            <w:tcW w:w="7087" w:type="dxa"/>
            <w:tcMar>
              <w:top w:w="80" w:type="dxa"/>
              <w:left w:w="90" w:type="dxa"/>
              <w:bottom w:w="80" w:type="dxa"/>
              <w:right w:w="90" w:type="dxa"/>
            </w:tcMar>
            <w:vAlign w:val="center"/>
          </w:tcPr>
          <w:p w14:paraId="2D85AFB1" w14:textId="77777777" w:rsidR="00F678CC" w:rsidRPr="00240C29" w:rsidRDefault="00F678CC" w:rsidP="004B15D2">
            <w:pPr>
              <w:ind w:firstLine="0"/>
              <w:rPr>
                <w:szCs w:val="24"/>
              </w:rPr>
            </w:pPr>
            <w:proofErr w:type="spellStart"/>
            <w:r w:rsidRPr="00240C29">
              <w:rPr>
                <w:szCs w:val="24"/>
              </w:rPr>
              <w:t>Omleta</w:t>
            </w:r>
            <w:proofErr w:type="spellEnd"/>
            <w:r w:rsidRPr="00240C29">
              <w:rPr>
                <w:szCs w:val="24"/>
              </w:rPr>
              <w:t xml:space="preserve"> cu </w:t>
            </w:r>
            <w:proofErr w:type="spellStart"/>
            <w:r w:rsidRPr="00240C29">
              <w:rPr>
                <w:szCs w:val="24"/>
              </w:rPr>
              <w:t>ficatei</w:t>
            </w:r>
            <w:proofErr w:type="spellEnd"/>
            <w:r w:rsidRPr="00240C29">
              <w:rPr>
                <w:szCs w:val="24"/>
              </w:rPr>
              <w:t xml:space="preserve"> de </w:t>
            </w:r>
            <w:proofErr w:type="spellStart"/>
            <w:r w:rsidRPr="00240C29">
              <w:rPr>
                <w:szCs w:val="24"/>
              </w:rPr>
              <w:t>pasare</w:t>
            </w:r>
            <w:proofErr w:type="spellEnd"/>
          </w:p>
        </w:tc>
        <w:tc>
          <w:tcPr>
            <w:tcW w:w="1701" w:type="dxa"/>
            <w:tcMar>
              <w:top w:w="80" w:type="dxa"/>
              <w:left w:w="90" w:type="dxa"/>
              <w:bottom w:w="80" w:type="dxa"/>
              <w:right w:w="90" w:type="dxa"/>
            </w:tcMar>
            <w:vAlign w:val="center"/>
          </w:tcPr>
          <w:p w14:paraId="7CB1EBDE" w14:textId="77777777" w:rsidR="00F678CC" w:rsidRPr="00240C29" w:rsidRDefault="00F678CC" w:rsidP="004B15D2">
            <w:pPr>
              <w:ind w:firstLine="0"/>
              <w:jc w:val="center"/>
              <w:rPr>
                <w:szCs w:val="24"/>
              </w:rPr>
            </w:pPr>
            <w:r w:rsidRPr="00240C29">
              <w:rPr>
                <w:szCs w:val="24"/>
              </w:rPr>
              <w:t>140 gr</w:t>
            </w:r>
          </w:p>
        </w:tc>
      </w:tr>
      <w:tr w:rsidR="00F678CC" w:rsidRPr="00240C29" w14:paraId="77AD739C" w14:textId="77777777">
        <w:trPr>
          <w:jc w:val="center"/>
        </w:trPr>
        <w:tc>
          <w:tcPr>
            <w:tcW w:w="850" w:type="dxa"/>
            <w:tcMar>
              <w:top w:w="80" w:type="dxa"/>
              <w:left w:w="90" w:type="dxa"/>
              <w:bottom w:w="80" w:type="dxa"/>
              <w:right w:w="90" w:type="dxa"/>
            </w:tcMar>
            <w:vAlign w:val="center"/>
          </w:tcPr>
          <w:p w14:paraId="713BE8D1" w14:textId="77777777" w:rsidR="00F678CC" w:rsidRPr="00240C29" w:rsidRDefault="00F678CC" w:rsidP="004B15D2">
            <w:pPr>
              <w:ind w:firstLine="0"/>
              <w:jc w:val="center"/>
              <w:rPr>
                <w:szCs w:val="24"/>
              </w:rPr>
            </w:pPr>
            <w:r w:rsidRPr="00240C29">
              <w:rPr>
                <w:szCs w:val="24"/>
              </w:rPr>
              <w:t>7</w:t>
            </w:r>
          </w:p>
        </w:tc>
        <w:tc>
          <w:tcPr>
            <w:tcW w:w="7087" w:type="dxa"/>
            <w:tcMar>
              <w:top w:w="80" w:type="dxa"/>
              <w:left w:w="90" w:type="dxa"/>
              <w:bottom w:w="80" w:type="dxa"/>
              <w:right w:w="90" w:type="dxa"/>
            </w:tcMar>
            <w:vAlign w:val="center"/>
          </w:tcPr>
          <w:p w14:paraId="225F9782" w14:textId="77777777" w:rsidR="00F678CC" w:rsidRPr="00240C29" w:rsidRDefault="00F678CC" w:rsidP="004B15D2">
            <w:pPr>
              <w:ind w:firstLine="0"/>
              <w:rPr>
                <w:szCs w:val="24"/>
              </w:rPr>
            </w:pPr>
            <w:proofErr w:type="spellStart"/>
            <w:r w:rsidRPr="00240C29">
              <w:rPr>
                <w:szCs w:val="24"/>
              </w:rPr>
              <w:t>Omleta</w:t>
            </w:r>
            <w:proofErr w:type="spellEnd"/>
            <w:r w:rsidRPr="00240C29">
              <w:rPr>
                <w:szCs w:val="24"/>
              </w:rPr>
              <w:t xml:space="preserve"> </w:t>
            </w:r>
            <w:proofErr w:type="spellStart"/>
            <w:r w:rsidRPr="00240C29">
              <w:rPr>
                <w:szCs w:val="24"/>
              </w:rPr>
              <w:t>simpla</w:t>
            </w:r>
            <w:proofErr w:type="spellEnd"/>
          </w:p>
        </w:tc>
        <w:tc>
          <w:tcPr>
            <w:tcW w:w="1701" w:type="dxa"/>
            <w:tcMar>
              <w:top w:w="80" w:type="dxa"/>
              <w:left w:w="90" w:type="dxa"/>
              <w:bottom w:w="80" w:type="dxa"/>
              <w:right w:w="90" w:type="dxa"/>
            </w:tcMar>
            <w:vAlign w:val="center"/>
          </w:tcPr>
          <w:p w14:paraId="48441A30" w14:textId="77777777" w:rsidR="00F678CC" w:rsidRPr="00240C29" w:rsidRDefault="00F678CC" w:rsidP="004B15D2">
            <w:pPr>
              <w:ind w:firstLine="0"/>
              <w:jc w:val="center"/>
              <w:rPr>
                <w:szCs w:val="24"/>
              </w:rPr>
            </w:pPr>
            <w:r w:rsidRPr="00240C29">
              <w:rPr>
                <w:szCs w:val="24"/>
              </w:rPr>
              <w:t>80 gr</w:t>
            </w:r>
          </w:p>
        </w:tc>
      </w:tr>
      <w:tr w:rsidR="00F678CC" w:rsidRPr="00240C29" w14:paraId="2DF909F4" w14:textId="77777777">
        <w:trPr>
          <w:jc w:val="center"/>
        </w:trPr>
        <w:tc>
          <w:tcPr>
            <w:tcW w:w="850" w:type="dxa"/>
            <w:tcMar>
              <w:top w:w="80" w:type="dxa"/>
              <w:left w:w="90" w:type="dxa"/>
              <w:bottom w:w="80" w:type="dxa"/>
              <w:right w:w="90" w:type="dxa"/>
            </w:tcMar>
            <w:vAlign w:val="center"/>
          </w:tcPr>
          <w:p w14:paraId="54390F26" w14:textId="77777777" w:rsidR="00F678CC" w:rsidRPr="00240C29" w:rsidRDefault="00F678CC" w:rsidP="004B15D2">
            <w:pPr>
              <w:ind w:firstLine="0"/>
              <w:jc w:val="center"/>
              <w:rPr>
                <w:szCs w:val="24"/>
              </w:rPr>
            </w:pPr>
            <w:r w:rsidRPr="00240C29">
              <w:rPr>
                <w:szCs w:val="24"/>
              </w:rPr>
              <w:t>8</w:t>
            </w:r>
          </w:p>
        </w:tc>
        <w:tc>
          <w:tcPr>
            <w:tcW w:w="7087" w:type="dxa"/>
            <w:tcMar>
              <w:top w:w="80" w:type="dxa"/>
              <w:left w:w="90" w:type="dxa"/>
              <w:bottom w:w="80" w:type="dxa"/>
              <w:right w:w="90" w:type="dxa"/>
            </w:tcMar>
            <w:vAlign w:val="center"/>
          </w:tcPr>
          <w:p w14:paraId="2C06F8CD" w14:textId="77777777" w:rsidR="00F678CC" w:rsidRPr="00240C29" w:rsidRDefault="00F678CC" w:rsidP="004B15D2">
            <w:pPr>
              <w:ind w:firstLine="0"/>
              <w:rPr>
                <w:szCs w:val="24"/>
              </w:rPr>
            </w:pPr>
            <w:proofErr w:type="spellStart"/>
            <w:r w:rsidRPr="00240C29">
              <w:rPr>
                <w:szCs w:val="24"/>
              </w:rPr>
              <w:t>Omleta</w:t>
            </w:r>
            <w:proofErr w:type="spellEnd"/>
            <w:r w:rsidRPr="00240C29">
              <w:rPr>
                <w:szCs w:val="24"/>
              </w:rPr>
              <w:t xml:space="preserve"> cu </w:t>
            </w:r>
            <w:proofErr w:type="spellStart"/>
            <w:r w:rsidRPr="00240C29">
              <w:rPr>
                <w:szCs w:val="24"/>
              </w:rPr>
              <w:t>muschi</w:t>
            </w:r>
            <w:proofErr w:type="spellEnd"/>
            <w:r w:rsidRPr="00240C29">
              <w:rPr>
                <w:szCs w:val="24"/>
              </w:rPr>
              <w:t xml:space="preserve"> </w:t>
            </w:r>
            <w:proofErr w:type="spellStart"/>
            <w:r w:rsidRPr="00240C29">
              <w:rPr>
                <w:szCs w:val="24"/>
              </w:rPr>
              <w:t>tiganesc</w:t>
            </w:r>
            <w:proofErr w:type="spellEnd"/>
          </w:p>
        </w:tc>
        <w:tc>
          <w:tcPr>
            <w:tcW w:w="1701" w:type="dxa"/>
            <w:tcMar>
              <w:top w:w="80" w:type="dxa"/>
              <w:left w:w="90" w:type="dxa"/>
              <w:bottom w:w="80" w:type="dxa"/>
              <w:right w:w="90" w:type="dxa"/>
            </w:tcMar>
            <w:vAlign w:val="center"/>
          </w:tcPr>
          <w:p w14:paraId="22839BB4" w14:textId="77777777" w:rsidR="00F678CC" w:rsidRPr="00240C29" w:rsidRDefault="00F678CC" w:rsidP="004B15D2">
            <w:pPr>
              <w:ind w:firstLine="0"/>
              <w:jc w:val="center"/>
              <w:rPr>
                <w:szCs w:val="24"/>
              </w:rPr>
            </w:pPr>
            <w:r w:rsidRPr="00240C29">
              <w:rPr>
                <w:szCs w:val="24"/>
              </w:rPr>
              <w:t>100 gr</w:t>
            </w:r>
          </w:p>
        </w:tc>
      </w:tr>
      <w:tr w:rsidR="00F678CC" w:rsidRPr="00240C29" w14:paraId="6ECE6A4F" w14:textId="77777777">
        <w:trPr>
          <w:jc w:val="center"/>
        </w:trPr>
        <w:tc>
          <w:tcPr>
            <w:tcW w:w="850" w:type="dxa"/>
            <w:tcMar>
              <w:top w:w="80" w:type="dxa"/>
              <w:left w:w="90" w:type="dxa"/>
              <w:bottom w:w="80" w:type="dxa"/>
              <w:right w:w="90" w:type="dxa"/>
            </w:tcMar>
            <w:vAlign w:val="center"/>
          </w:tcPr>
          <w:p w14:paraId="45FFAD02" w14:textId="77777777" w:rsidR="00F678CC" w:rsidRPr="00240C29" w:rsidRDefault="00F678CC" w:rsidP="004B15D2">
            <w:pPr>
              <w:ind w:firstLine="0"/>
              <w:jc w:val="center"/>
              <w:rPr>
                <w:szCs w:val="24"/>
              </w:rPr>
            </w:pPr>
            <w:r w:rsidRPr="00240C29">
              <w:rPr>
                <w:szCs w:val="24"/>
              </w:rPr>
              <w:t>9</w:t>
            </w:r>
          </w:p>
        </w:tc>
        <w:tc>
          <w:tcPr>
            <w:tcW w:w="7087" w:type="dxa"/>
            <w:tcMar>
              <w:top w:w="80" w:type="dxa"/>
              <w:left w:w="90" w:type="dxa"/>
              <w:bottom w:w="80" w:type="dxa"/>
              <w:right w:w="90" w:type="dxa"/>
            </w:tcMar>
            <w:vAlign w:val="center"/>
          </w:tcPr>
          <w:p w14:paraId="7C9CF79F" w14:textId="77777777" w:rsidR="00F678CC" w:rsidRPr="00240C29" w:rsidRDefault="00F678CC" w:rsidP="004B15D2">
            <w:pPr>
              <w:ind w:firstLine="0"/>
              <w:rPr>
                <w:szCs w:val="24"/>
              </w:rPr>
            </w:pPr>
            <w:proofErr w:type="spellStart"/>
            <w:r w:rsidRPr="00240C29">
              <w:rPr>
                <w:szCs w:val="24"/>
              </w:rPr>
              <w:t>Oua</w:t>
            </w:r>
            <w:proofErr w:type="spellEnd"/>
            <w:r w:rsidRPr="00240C29">
              <w:rPr>
                <w:szCs w:val="24"/>
              </w:rPr>
              <w:t xml:space="preserve"> </w:t>
            </w:r>
            <w:proofErr w:type="spellStart"/>
            <w:r w:rsidRPr="00240C29">
              <w:rPr>
                <w:szCs w:val="24"/>
              </w:rPr>
              <w:t>surpriza</w:t>
            </w:r>
            <w:proofErr w:type="spellEnd"/>
            <w:r w:rsidRPr="00240C29">
              <w:rPr>
                <w:szCs w:val="24"/>
              </w:rPr>
              <w:t xml:space="preserve"> -</w:t>
            </w:r>
            <w:proofErr w:type="spellStart"/>
            <w:r w:rsidRPr="00240C29">
              <w:rPr>
                <w:szCs w:val="24"/>
              </w:rPr>
              <w:t>reci</w:t>
            </w:r>
            <w:proofErr w:type="spellEnd"/>
          </w:p>
        </w:tc>
        <w:tc>
          <w:tcPr>
            <w:tcW w:w="1701" w:type="dxa"/>
            <w:tcMar>
              <w:top w:w="80" w:type="dxa"/>
              <w:left w:w="90" w:type="dxa"/>
              <w:bottom w:w="80" w:type="dxa"/>
              <w:right w:w="90" w:type="dxa"/>
            </w:tcMar>
            <w:vAlign w:val="center"/>
          </w:tcPr>
          <w:p w14:paraId="2CD47D0F" w14:textId="77777777" w:rsidR="00F678CC" w:rsidRPr="00240C29" w:rsidRDefault="00F678CC" w:rsidP="004B15D2">
            <w:pPr>
              <w:ind w:firstLine="0"/>
              <w:jc w:val="center"/>
              <w:rPr>
                <w:szCs w:val="24"/>
              </w:rPr>
            </w:pPr>
            <w:r w:rsidRPr="00240C29">
              <w:rPr>
                <w:szCs w:val="24"/>
              </w:rPr>
              <w:t>70 gr</w:t>
            </w:r>
          </w:p>
        </w:tc>
      </w:tr>
      <w:tr w:rsidR="00F678CC" w:rsidRPr="00240C29" w14:paraId="1F1AF0B0" w14:textId="77777777">
        <w:trPr>
          <w:jc w:val="center"/>
        </w:trPr>
        <w:tc>
          <w:tcPr>
            <w:tcW w:w="850" w:type="dxa"/>
            <w:tcMar>
              <w:top w:w="80" w:type="dxa"/>
              <w:left w:w="90" w:type="dxa"/>
              <w:bottom w:w="80" w:type="dxa"/>
              <w:right w:w="90" w:type="dxa"/>
            </w:tcMar>
            <w:vAlign w:val="center"/>
          </w:tcPr>
          <w:p w14:paraId="7FD14BEF" w14:textId="77777777" w:rsidR="00F678CC" w:rsidRPr="00240C29" w:rsidRDefault="00F678CC" w:rsidP="004B15D2">
            <w:pPr>
              <w:ind w:firstLine="0"/>
              <w:jc w:val="center"/>
              <w:rPr>
                <w:szCs w:val="24"/>
              </w:rPr>
            </w:pPr>
            <w:r w:rsidRPr="00240C29">
              <w:rPr>
                <w:szCs w:val="24"/>
              </w:rPr>
              <w:t>10</w:t>
            </w:r>
          </w:p>
        </w:tc>
        <w:tc>
          <w:tcPr>
            <w:tcW w:w="7087" w:type="dxa"/>
            <w:tcMar>
              <w:top w:w="80" w:type="dxa"/>
              <w:left w:w="90" w:type="dxa"/>
              <w:bottom w:w="80" w:type="dxa"/>
              <w:right w:w="90" w:type="dxa"/>
            </w:tcMar>
            <w:vAlign w:val="center"/>
          </w:tcPr>
          <w:p w14:paraId="1B5B1E1E" w14:textId="77777777" w:rsidR="00F678CC" w:rsidRPr="00240C29" w:rsidRDefault="00F678CC" w:rsidP="004B15D2">
            <w:pPr>
              <w:ind w:firstLine="0"/>
              <w:rPr>
                <w:szCs w:val="24"/>
              </w:rPr>
            </w:pPr>
            <w:proofErr w:type="spellStart"/>
            <w:r w:rsidRPr="00240C29">
              <w:rPr>
                <w:szCs w:val="24"/>
              </w:rPr>
              <w:t>Omleta</w:t>
            </w:r>
            <w:proofErr w:type="spellEnd"/>
            <w:r w:rsidRPr="00240C29">
              <w:rPr>
                <w:szCs w:val="24"/>
              </w:rPr>
              <w:t xml:space="preserve"> cu legume</w:t>
            </w:r>
          </w:p>
        </w:tc>
        <w:tc>
          <w:tcPr>
            <w:tcW w:w="1701" w:type="dxa"/>
            <w:tcMar>
              <w:top w:w="80" w:type="dxa"/>
              <w:left w:w="90" w:type="dxa"/>
              <w:bottom w:w="80" w:type="dxa"/>
              <w:right w:w="90" w:type="dxa"/>
            </w:tcMar>
            <w:vAlign w:val="center"/>
          </w:tcPr>
          <w:p w14:paraId="119F15FB" w14:textId="77777777" w:rsidR="00F678CC" w:rsidRPr="00240C29" w:rsidRDefault="00F678CC" w:rsidP="004B15D2">
            <w:pPr>
              <w:ind w:firstLine="0"/>
              <w:jc w:val="center"/>
              <w:rPr>
                <w:szCs w:val="24"/>
              </w:rPr>
            </w:pPr>
            <w:r w:rsidRPr="00240C29">
              <w:rPr>
                <w:szCs w:val="24"/>
              </w:rPr>
              <w:t>100 gr</w:t>
            </w:r>
          </w:p>
        </w:tc>
      </w:tr>
    </w:tbl>
    <w:p w14:paraId="679053BF" w14:textId="77777777" w:rsidR="00F678CC" w:rsidRPr="00240C29" w:rsidRDefault="00F678CC" w:rsidP="006B3867">
      <w:pPr>
        <w:rPr>
          <w:szCs w:val="24"/>
        </w:rPr>
      </w:pPr>
    </w:p>
    <w:p w14:paraId="12188F8E" w14:textId="77777777" w:rsidR="00F678CC" w:rsidRDefault="00F678CC" w:rsidP="00F678CC">
      <w:pPr>
        <w:pStyle w:val="Body"/>
      </w:pPr>
    </w:p>
    <w:p w14:paraId="08FAB3B2" w14:textId="77777777" w:rsidR="00F678CC" w:rsidRPr="0025334A" w:rsidRDefault="00F678CC" w:rsidP="00F678CC">
      <w:pPr>
        <w:pStyle w:val="Body"/>
      </w:pPr>
    </w:p>
    <w:p w14:paraId="7DB2B9FF" w14:textId="77777777" w:rsidR="00D0046B" w:rsidRPr="00D0046B" w:rsidRDefault="00D0046B" w:rsidP="00D0046B">
      <w:pPr>
        <w:ind w:firstLine="0"/>
        <w:contextualSpacing/>
        <w:rPr>
          <w:rFonts w:cs="Times New Roman"/>
          <w:szCs w:val="24"/>
        </w:rPr>
      </w:pPr>
      <w:bookmarkStart w:id="88" w:name="_Hlk242966519"/>
      <w:r w:rsidRPr="00D0046B">
        <w:rPr>
          <w:rFonts w:cs="Times New Roman"/>
          <w:szCs w:val="24"/>
        </w:rPr>
        <w:t>Director General Adjunct,</w:t>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t>Director General Adjunct</w:t>
      </w:r>
    </w:p>
    <w:p w14:paraId="4C9661A6" w14:textId="77777777" w:rsidR="00D0046B" w:rsidRPr="00D0046B" w:rsidRDefault="00D0046B" w:rsidP="00D0046B">
      <w:pPr>
        <w:ind w:firstLine="0"/>
        <w:rPr>
          <w:rFonts w:cs="Times New Roman"/>
          <w:szCs w:val="24"/>
        </w:rPr>
      </w:pPr>
      <w:proofErr w:type="spellStart"/>
      <w:r w:rsidRPr="00D0046B">
        <w:rPr>
          <w:rFonts w:cs="Times New Roman"/>
          <w:szCs w:val="24"/>
        </w:rPr>
        <w:t>Avornicitei</w:t>
      </w:r>
      <w:proofErr w:type="spellEnd"/>
      <w:r w:rsidRPr="00D0046B">
        <w:rPr>
          <w:rFonts w:cs="Times New Roman"/>
          <w:szCs w:val="24"/>
        </w:rPr>
        <w:t xml:space="preserve"> Irina</w:t>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r>
      <w:r w:rsidRPr="00D0046B">
        <w:rPr>
          <w:rFonts w:cs="Times New Roman"/>
          <w:szCs w:val="24"/>
        </w:rPr>
        <w:tab/>
        <w:t>Popa Ciprian</w:t>
      </w:r>
    </w:p>
    <w:p w14:paraId="402CFA71" w14:textId="77777777" w:rsidR="00D0046B" w:rsidRPr="00D0046B" w:rsidRDefault="00D0046B" w:rsidP="00D0046B">
      <w:pPr>
        <w:ind w:firstLine="0"/>
        <w:rPr>
          <w:rFonts w:cs="Times New Roman"/>
          <w:szCs w:val="24"/>
        </w:rPr>
      </w:pPr>
    </w:p>
    <w:p w14:paraId="1890926D" w14:textId="77777777" w:rsidR="00D0046B" w:rsidRPr="00D0046B" w:rsidRDefault="00D0046B" w:rsidP="00D0046B">
      <w:pPr>
        <w:ind w:firstLine="0"/>
        <w:rPr>
          <w:rFonts w:cs="Times New Roman"/>
          <w:szCs w:val="24"/>
        </w:rPr>
      </w:pPr>
    </w:p>
    <w:p w14:paraId="7D4E1D1C" w14:textId="77777777" w:rsidR="00D0046B" w:rsidRPr="00D0046B" w:rsidRDefault="00D0046B" w:rsidP="00D0046B">
      <w:pPr>
        <w:ind w:firstLine="0"/>
        <w:rPr>
          <w:rFonts w:cs="Times New Roman"/>
          <w:szCs w:val="24"/>
          <w:lang w:val="ro-RO"/>
        </w:rPr>
      </w:pPr>
      <w:r w:rsidRPr="00D0046B">
        <w:rPr>
          <w:rFonts w:cs="Times New Roman"/>
          <w:szCs w:val="24"/>
          <w:lang w:val="ro-RO"/>
        </w:rPr>
        <w:t>Sef Serviciu Achiziţii Publice,</w:t>
      </w:r>
      <w:r w:rsidRPr="00D0046B">
        <w:rPr>
          <w:rFonts w:cs="Times New Roman"/>
          <w:szCs w:val="24"/>
          <w:lang w:val="ro-RO"/>
        </w:rPr>
        <w:tab/>
      </w:r>
      <w:r w:rsidRPr="00D0046B">
        <w:rPr>
          <w:rFonts w:cs="Times New Roman"/>
          <w:szCs w:val="24"/>
          <w:lang w:val="ro-RO"/>
        </w:rPr>
        <w:tab/>
      </w:r>
      <w:r w:rsidRPr="00D0046B">
        <w:rPr>
          <w:rFonts w:cs="Times New Roman"/>
          <w:szCs w:val="24"/>
          <w:lang w:val="ro-RO"/>
        </w:rPr>
        <w:tab/>
      </w:r>
      <w:r w:rsidRPr="00D0046B">
        <w:rPr>
          <w:rFonts w:cs="Times New Roman"/>
          <w:szCs w:val="24"/>
          <w:lang w:val="ro-RO"/>
        </w:rPr>
        <w:tab/>
      </w:r>
      <w:r w:rsidRPr="00D0046B">
        <w:rPr>
          <w:rFonts w:cs="Times New Roman"/>
          <w:szCs w:val="24"/>
          <w:lang w:val="ro-RO"/>
        </w:rPr>
        <w:tab/>
      </w:r>
    </w:p>
    <w:p w14:paraId="38BFC03F" w14:textId="77777777" w:rsidR="00D0046B" w:rsidRPr="00D0046B" w:rsidRDefault="00D0046B" w:rsidP="00D0046B">
      <w:pPr>
        <w:ind w:firstLine="0"/>
        <w:rPr>
          <w:rFonts w:cs="Times New Roman"/>
          <w:szCs w:val="24"/>
          <w:lang w:val="ro-RO"/>
        </w:rPr>
      </w:pPr>
      <w:r w:rsidRPr="00D0046B">
        <w:rPr>
          <w:rFonts w:cs="Times New Roman"/>
          <w:szCs w:val="24"/>
          <w:lang w:val="ro-RO"/>
        </w:rPr>
        <w:t xml:space="preserve">Capătă Loredana Ionela </w:t>
      </w:r>
    </w:p>
    <w:p w14:paraId="2F3EFB24" w14:textId="77777777" w:rsidR="00D0046B" w:rsidRPr="00D0046B" w:rsidRDefault="00D0046B" w:rsidP="00D0046B">
      <w:pPr>
        <w:ind w:firstLine="0"/>
        <w:rPr>
          <w:rFonts w:cs="Times New Roman"/>
          <w:szCs w:val="24"/>
          <w:lang w:val="ro-RO"/>
        </w:rPr>
      </w:pPr>
      <w:r w:rsidRPr="00D0046B">
        <w:rPr>
          <w:rFonts w:cs="Times New Roman"/>
          <w:szCs w:val="24"/>
          <w:lang w:val="ro-RO"/>
        </w:rPr>
        <w:t xml:space="preserve">                                </w:t>
      </w:r>
    </w:p>
    <w:p w14:paraId="1E356E25" w14:textId="77777777" w:rsidR="00D0046B" w:rsidRPr="00D0046B" w:rsidRDefault="00D0046B" w:rsidP="00D0046B">
      <w:pPr>
        <w:ind w:firstLine="0"/>
        <w:rPr>
          <w:rFonts w:cs="Times New Roman"/>
          <w:szCs w:val="24"/>
          <w:lang w:val="ro-RO"/>
        </w:rPr>
      </w:pPr>
    </w:p>
    <w:p w14:paraId="02CF41A9" w14:textId="77777777" w:rsidR="00D0046B" w:rsidRPr="00D0046B" w:rsidRDefault="00D0046B" w:rsidP="00D0046B">
      <w:pPr>
        <w:ind w:firstLine="0"/>
        <w:rPr>
          <w:rFonts w:cs="Times New Roman"/>
          <w:szCs w:val="24"/>
          <w:lang w:val="ro-RO"/>
        </w:rPr>
      </w:pPr>
      <w:r w:rsidRPr="00D0046B">
        <w:rPr>
          <w:rFonts w:cs="Times New Roman"/>
          <w:szCs w:val="24"/>
          <w:lang w:val="ro-RO"/>
        </w:rPr>
        <w:t>Întocmit,</w:t>
      </w:r>
    </w:p>
    <w:p w14:paraId="6416970E" w14:textId="77777777" w:rsidR="00D0046B" w:rsidRPr="00D0046B" w:rsidRDefault="00D0046B" w:rsidP="00D0046B">
      <w:pPr>
        <w:ind w:firstLine="0"/>
        <w:rPr>
          <w:rFonts w:cs="Times New Roman"/>
          <w:szCs w:val="24"/>
          <w:lang w:val="ro-RO"/>
        </w:rPr>
      </w:pPr>
      <w:r w:rsidRPr="00D0046B">
        <w:rPr>
          <w:rFonts w:cs="Times New Roman"/>
          <w:szCs w:val="24"/>
          <w:lang w:val="ro-RO"/>
        </w:rPr>
        <w:t xml:space="preserve">Serviciul Achizitii Publice </w:t>
      </w:r>
    </w:p>
    <w:p w14:paraId="51ADE9CD" w14:textId="77777777" w:rsidR="00D0046B" w:rsidRPr="00D0046B" w:rsidRDefault="00D0046B" w:rsidP="00D0046B">
      <w:pPr>
        <w:ind w:firstLine="0"/>
        <w:rPr>
          <w:rFonts w:cs="Times New Roman"/>
          <w:szCs w:val="24"/>
          <w:lang w:val="ro-RO"/>
        </w:rPr>
      </w:pPr>
      <w:r w:rsidRPr="00D0046B">
        <w:rPr>
          <w:rFonts w:cs="Times New Roman"/>
          <w:szCs w:val="24"/>
        </w:rPr>
        <w:t>Gradinaru Ana Maria</w:t>
      </w:r>
    </w:p>
    <w:bookmarkEnd w:id="88"/>
    <w:p w14:paraId="7FBBF12E" w14:textId="77777777" w:rsidR="004E746A" w:rsidRPr="0025334A" w:rsidRDefault="004E746A"/>
    <w:sectPr w:rsidR="004E746A" w:rsidRPr="0025334A" w:rsidSect="00034616">
      <w:headerReference w:type="default" r:id="rId8"/>
      <w:footerReference w:type="default" r:id="rId9"/>
      <w:pgSz w:w="11906" w:h="16838"/>
      <w:pgMar w:top="964" w:right="1020" w:bottom="907" w:left="1134" w:header="142"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33EF" w14:textId="77777777" w:rsidR="00A52B77" w:rsidRDefault="00A52B77">
      <w:r>
        <w:separator/>
      </w:r>
    </w:p>
  </w:endnote>
  <w:endnote w:type="continuationSeparator" w:id="0">
    <w:p w14:paraId="397CEFE9" w14:textId="77777777" w:rsidR="00A52B77" w:rsidRDefault="00A52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Roman-R">
    <w:altName w:val="Times New Roman"/>
    <w:charset w:val="00"/>
    <w:family w:val="swiss"/>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A885" w14:textId="77777777" w:rsidR="00A52B77" w:rsidRDefault="00A52B77">
    <w:pPr>
      <w:pStyle w:val="Footer"/>
      <w:jc w:val="center"/>
    </w:pPr>
    <w:proofErr w:type="spellStart"/>
    <w:r>
      <w:rPr>
        <w:sz w:val="18"/>
      </w:rPr>
      <w:t>Pagina</w:t>
    </w:r>
    <w:proofErr w:type="spellEnd"/>
    <w:r>
      <w:rPr>
        <w:sz w:val="18"/>
      </w:rPr>
      <w:t xml:space="preserve"> </w:t>
    </w:r>
    <w:r>
      <w:fldChar w:fldCharType="begin"/>
    </w:r>
    <w:r>
      <w:instrText>PAGE</w:instrText>
    </w:r>
    <w:r>
      <w:fldChar w:fldCharType="separate"/>
    </w:r>
    <w:r w:rsidR="00902813">
      <w:rPr>
        <w:noProof/>
      </w:rPr>
      <w:t>21</w:t>
    </w:r>
    <w:r>
      <w:fldChar w:fldCharType="end"/>
    </w:r>
    <w:r>
      <w:rPr>
        <w:sz w:val="18"/>
      </w:rPr>
      <w:t xml:space="preserve"> din </w:t>
    </w:r>
    <w:r>
      <w:fldChar w:fldCharType="begin"/>
    </w:r>
    <w:r>
      <w:instrText>NUMPAGES</w:instrText>
    </w:r>
    <w:r>
      <w:fldChar w:fldCharType="separate"/>
    </w:r>
    <w:r w:rsidR="00902813">
      <w:rPr>
        <w:noProof/>
      </w:rPr>
      <w:t>66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47CB" w14:textId="77777777" w:rsidR="00A52B77" w:rsidRDefault="00A52B77">
      <w:r>
        <w:separator/>
      </w:r>
    </w:p>
  </w:footnote>
  <w:footnote w:type="continuationSeparator" w:id="0">
    <w:p w14:paraId="5CDB618A" w14:textId="77777777" w:rsidR="00A52B77" w:rsidRDefault="00A52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69CEF" w14:textId="77777777" w:rsidR="00A52B77" w:rsidRDefault="00A52B77">
    <w:pPr>
      <w:pStyle w:val="Header"/>
      <w:ind w:firstLine="0"/>
      <w:jc w:val="center"/>
    </w:pPr>
    <w:r>
      <w:rPr>
        <w:noProof/>
      </w:rPr>
      <w:drawing>
        <wp:inline distT="0" distB="0" distL="0" distR="0" wp14:anchorId="168E5913" wp14:editId="6DFBDCBB">
          <wp:extent cx="6192000" cy="78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caiet.png"/>
                  <pic:cNvPicPr/>
                </pic:nvPicPr>
                <pic:blipFill>
                  <a:blip r:embed="rId1"/>
                  <a:stretch>
                    <a:fillRect/>
                  </a:stretch>
                </pic:blipFill>
                <pic:spPr>
                  <a:xfrm>
                    <a:off x="0" y="0"/>
                    <a:ext cx="6192000" cy="78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4E670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271B4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141D8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Aria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Aria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0" w15:restartNumberingAfterBreak="0">
    <w:nsid w:val="06FB07CD"/>
    <w:multiLevelType w:val="hybridMultilevel"/>
    <w:tmpl w:val="F7AC2B4A"/>
    <w:lvl w:ilvl="0" w:tplc="99724156">
      <w:start w:val="1"/>
      <w:numFmt w:val="lowerLetter"/>
      <w:lvlText w:val="%1)"/>
      <w:lvlJc w:val="left"/>
      <w:pPr>
        <w:ind w:left="1040" w:hanging="360"/>
      </w:pPr>
      <w:rPr>
        <w:rFonts w:cs="Times New Roman" w:hint="default"/>
      </w:rPr>
    </w:lvl>
    <w:lvl w:ilvl="1" w:tplc="04180019" w:tentative="1">
      <w:start w:val="1"/>
      <w:numFmt w:val="lowerLetter"/>
      <w:lvlText w:val="%2."/>
      <w:lvlJc w:val="left"/>
      <w:pPr>
        <w:ind w:left="1760" w:hanging="360"/>
      </w:pPr>
    </w:lvl>
    <w:lvl w:ilvl="2" w:tplc="0418001B" w:tentative="1">
      <w:start w:val="1"/>
      <w:numFmt w:val="lowerRoman"/>
      <w:lvlText w:val="%3."/>
      <w:lvlJc w:val="right"/>
      <w:pPr>
        <w:ind w:left="2480" w:hanging="180"/>
      </w:pPr>
    </w:lvl>
    <w:lvl w:ilvl="3" w:tplc="0418000F" w:tentative="1">
      <w:start w:val="1"/>
      <w:numFmt w:val="decimal"/>
      <w:lvlText w:val="%4."/>
      <w:lvlJc w:val="left"/>
      <w:pPr>
        <w:ind w:left="3200" w:hanging="360"/>
      </w:pPr>
    </w:lvl>
    <w:lvl w:ilvl="4" w:tplc="04180019" w:tentative="1">
      <w:start w:val="1"/>
      <w:numFmt w:val="lowerLetter"/>
      <w:lvlText w:val="%5."/>
      <w:lvlJc w:val="left"/>
      <w:pPr>
        <w:ind w:left="3920" w:hanging="360"/>
      </w:pPr>
    </w:lvl>
    <w:lvl w:ilvl="5" w:tplc="0418001B" w:tentative="1">
      <w:start w:val="1"/>
      <w:numFmt w:val="lowerRoman"/>
      <w:lvlText w:val="%6."/>
      <w:lvlJc w:val="right"/>
      <w:pPr>
        <w:ind w:left="4640" w:hanging="180"/>
      </w:pPr>
    </w:lvl>
    <w:lvl w:ilvl="6" w:tplc="0418000F" w:tentative="1">
      <w:start w:val="1"/>
      <w:numFmt w:val="decimal"/>
      <w:lvlText w:val="%7."/>
      <w:lvlJc w:val="left"/>
      <w:pPr>
        <w:ind w:left="5360" w:hanging="360"/>
      </w:pPr>
    </w:lvl>
    <w:lvl w:ilvl="7" w:tplc="04180019" w:tentative="1">
      <w:start w:val="1"/>
      <w:numFmt w:val="lowerLetter"/>
      <w:lvlText w:val="%8."/>
      <w:lvlJc w:val="left"/>
      <w:pPr>
        <w:ind w:left="6080" w:hanging="360"/>
      </w:pPr>
    </w:lvl>
    <w:lvl w:ilvl="8" w:tplc="0418001B" w:tentative="1">
      <w:start w:val="1"/>
      <w:numFmt w:val="lowerRoman"/>
      <w:lvlText w:val="%9."/>
      <w:lvlJc w:val="right"/>
      <w:pPr>
        <w:ind w:left="6800" w:hanging="180"/>
      </w:pPr>
    </w:lvl>
  </w:abstractNum>
  <w:abstractNum w:abstractNumId="11" w15:restartNumberingAfterBreak="0">
    <w:nsid w:val="08607D17"/>
    <w:multiLevelType w:val="hybridMultilevel"/>
    <w:tmpl w:val="4580C94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D6C1B6E"/>
    <w:multiLevelType w:val="hybridMultilevel"/>
    <w:tmpl w:val="E53AA014"/>
    <w:lvl w:ilvl="0" w:tplc="04090017">
      <w:start w:val="1"/>
      <w:numFmt w:val="lowerLetter"/>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13" w15:restartNumberingAfterBreak="0">
    <w:nsid w:val="0FDE586A"/>
    <w:multiLevelType w:val="hybridMultilevel"/>
    <w:tmpl w:val="C23ACE9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11940E2C"/>
    <w:multiLevelType w:val="hybridMultilevel"/>
    <w:tmpl w:val="D992761E"/>
    <w:lvl w:ilvl="0" w:tplc="6F08294E">
      <w:start w:val="3"/>
      <w:numFmt w:val="bullet"/>
      <w:lvlText w:val="-"/>
      <w:lvlJc w:val="left"/>
      <w:pPr>
        <w:ind w:left="1400" w:hanging="360"/>
      </w:pPr>
      <w:rPr>
        <w:rFonts w:ascii="Times New Roman" w:eastAsia="Times New Roman" w:hAnsi="Times New Roman" w:cs="Times New Roman" w:hint="default"/>
      </w:rPr>
    </w:lvl>
    <w:lvl w:ilvl="1" w:tplc="04180003" w:tentative="1">
      <w:start w:val="1"/>
      <w:numFmt w:val="bullet"/>
      <w:lvlText w:val="o"/>
      <w:lvlJc w:val="left"/>
      <w:pPr>
        <w:ind w:left="2120" w:hanging="360"/>
      </w:pPr>
      <w:rPr>
        <w:rFonts w:ascii="Courier New" w:hAnsi="Courier New" w:cs="Courier New" w:hint="default"/>
      </w:rPr>
    </w:lvl>
    <w:lvl w:ilvl="2" w:tplc="04180005" w:tentative="1">
      <w:start w:val="1"/>
      <w:numFmt w:val="bullet"/>
      <w:lvlText w:val=""/>
      <w:lvlJc w:val="left"/>
      <w:pPr>
        <w:ind w:left="2840" w:hanging="360"/>
      </w:pPr>
      <w:rPr>
        <w:rFonts w:ascii="Wingdings" w:hAnsi="Wingdings" w:hint="default"/>
      </w:rPr>
    </w:lvl>
    <w:lvl w:ilvl="3" w:tplc="04180001" w:tentative="1">
      <w:start w:val="1"/>
      <w:numFmt w:val="bullet"/>
      <w:lvlText w:val=""/>
      <w:lvlJc w:val="left"/>
      <w:pPr>
        <w:ind w:left="3560" w:hanging="360"/>
      </w:pPr>
      <w:rPr>
        <w:rFonts w:ascii="Symbol" w:hAnsi="Symbol" w:hint="default"/>
      </w:rPr>
    </w:lvl>
    <w:lvl w:ilvl="4" w:tplc="04180003" w:tentative="1">
      <w:start w:val="1"/>
      <w:numFmt w:val="bullet"/>
      <w:lvlText w:val="o"/>
      <w:lvlJc w:val="left"/>
      <w:pPr>
        <w:ind w:left="4280" w:hanging="360"/>
      </w:pPr>
      <w:rPr>
        <w:rFonts w:ascii="Courier New" w:hAnsi="Courier New" w:cs="Courier New" w:hint="default"/>
      </w:rPr>
    </w:lvl>
    <w:lvl w:ilvl="5" w:tplc="04180005" w:tentative="1">
      <w:start w:val="1"/>
      <w:numFmt w:val="bullet"/>
      <w:lvlText w:val=""/>
      <w:lvlJc w:val="left"/>
      <w:pPr>
        <w:ind w:left="5000" w:hanging="360"/>
      </w:pPr>
      <w:rPr>
        <w:rFonts w:ascii="Wingdings" w:hAnsi="Wingdings" w:hint="default"/>
      </w:rPr>
    </w:lvl>
    <w:lvl w:ilvl="6" w:tplc="04180001" w:tentative="1">
      <w:start w:val="1"/>
      <w:numFmt w:val="bullet"/>
      <w:lvlText w:val=""/>
      <w:lvlJc w:val="left"/>
      <w:pPr>
        <w:ind w:left="5720" w:hanging="360"/>
      </w:pPr>
      <w:rPr>
        <w:rFonts w:ascii="Symbol" w:hAnsi="Symbol" w:hint="default"/>
      </w:rPr>
    </w:lvl>
    <w:lvl w:ilvl="7" w:tplc="04180003" w:tentative="1">
      <w:start w:val="1"/>
      <w:numFmt w:val="bullet"/>
      <w:lvlText w:val="o"/>
      <w:lvlJc w:val="left"/>
      <w:pPr>
        <w:ind w:left="6440" w:hanging="360"/>
      </w:pPr>
      <w:rPr>
        <w:rFonts w:ascii="Courier New" w:hAnsi="Courier New" w:cs="Courier New" w:hint="default"/>
      </w:rPr>
    </w:lvl>
    <w:lvl w:ilvl="8" w:tplc="04180005" w:tentative="1">
      <w:start w:val="1"/>
      <w:numFmt w:val="bullet"/>
      <w:lvlText w:val=""/>
      <w:lvlJc w:val="left"/>
      <w:pPr>
        <w:ind w:left="7160" w:hanging="360"/>
      </w:pPr>
      <w:rPr>
        <w:rFonts w:ascii="Wingdings" w:hAnsi="Wingdings" w:hint="default"/>
      </w:rPr>
    </w:lvl>
  </w:abstractNum>
  <w:abstractNum w:abstractNumId="15" w15:restartNumberingAfterBreak="0">
    <w:nsid w:val="19C84FDB"/>
    <w:multiLevelType w:val="hybridMultilevel"/>
    <w:tmpl w:val="029A34D4"/>
    <w:lvl w:ilvl="0" w:tplc="04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B84563C"/>
    <w:multiLevelType w:val="hybridMultilevel"/>
    <w:tmpl w:val="4F7A4C5A"/>
    <w:lvl w:ilvl="0" w:tplc="04090001">
      <w:start w:val="1"/>
      <w:numFmt w:val="decimal"/>
      <w:pStyle w:val="listenumrobis"/>
      <w:lvlText w:val="%1)"/>
      <w:lvlJc w:val="left"/>
      <w:pPr>
        <w:ind w:left="502" w:hanging="360"/>
      </w:pPr>
      <w:rPr>
        <w:rFonts w:hint="default"/>
      </w:rPr>
    </w:lvl>
    <w:lvl w:ilvl="1" w:tplc="04090003" w:tentative="1">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7" w15:restartNumberingAfterBreak="0">
    <w:nsid w:val="1E4E5179"/>
    <w:multiLevelType w:val="hybridMultilevel"/>
    <w:tmpl w:val="9526641A"/>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19" w15:restartNumberingAfterBreak="0">
    <w:nsid w:val="24DF26C8"/>
    <w:multiLevelType w:val="hybridMultilevel"/>
    <w:tmpl w:val="C70803CC"/>
    <w:lvl w:ilvl="0" w:tplc="0418001B">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29B12E1F"/>
    <w:multiLevelType w:val="hybridMultilevel"/>
    <w:tmpl w:val="2864E378"/>
    <w:lvl w:ilvl="0" w:tplc="0409001B">
      <w:start w:val="1"/>
      <w:numFmt w:val="lowerRoman"/>
      <w:lvlText w:val="%1."/>
      <w:lvlJc w:val="right"/>
      <w:pPr>
        <w:ind w:left="1400" w:hanging="360"/>
      </w:pPr>
    </w:lvl>
    <w:lvl w:ilvl="1" w:tplc="04180019" w:tentative="1">
      <w:start w:val="1"/>
      <w:numFmt w:val="lowerLetter"/>
      <w:lvlText w:val="%2."/>
      <w:lvlJc w:val="left"/>
      <w:pPr>
        <w:ind w:left="2120" w:hanging="360"/>
      </w:pPr>
    </w:lvl>
    <w:lvl w:ilvl="2" w:tplc="0418001B" w:tentative="1">
      <w:start w:val="1"/>
      <w:numFmt w:val="lowerRoman"/>
      <w:lvlText w:val="%3."/>
      <w:lvlJc w:val="right"/>
      <w:pPr>
        <w:ind w:left="2840" w:hanging="180"/>
      </w:pPr>
    </w:lvl>
    <w:lvl w:ilvl="3" w:tplc="0418000F" w:tentative="1">
      <w:start w:val="1"/>
      <w:numFmt w:val="decimal"/>
      <w:lvlText w:val="%4."/>
      <w:lvlJc w:val="left"/>
      <w:pPr>
        <w:ind w:left="3560" w:hanging="360"/>
      </w:pPr>
    </w:lvl>
    <w:lvl w:ilvl="4" w:tplc="04180019" w:tentative="1">
      <w:start w:val="1"/>
      <w:numFmt w:val="lowerLetter"/>
      <w:lvlText w:val="%5."/>
      <w:lvlJc w:val="left"/>
      <w:pPr>
        <w:ind w:left="4280" w:hanging="360"/>
      </w:pPr>
    </w:lvl>
    <w:lvl w:ilvl="5" w:tplc="0418001B" w:tentative="1">
      <w:start w:val="1"/>
      <w:numFmt w:val="lowerRoman"/>
      <w:lvlText w:val="%6."/>
      <w:lvlJc w:val="right"/>
      <w:pPr>
        <w:ind w:left="5000" w:hanging="180"/>
      </w:pPr>
    </w:lvl>
    <w:lvl w:ilvl="6" w:tplc="0418000F" w:tentative="1">
      <w:start w:val="1"/>
      <w:numFmt w:val="decimal"/>
      <w:lvlText w:val="%7."/>
      <w:lvlJc w:val="left"/>
      <w:pPr>
        <w:ind w:left="5720" w:hanging="360"/>
      </w:pPr>
    </w:lvl>
    <w:lvl w:ilvl="7" w:tplc="04180019" w:tentative="1">
      <w:start w:val="1"/>
      <w:numFmt w:val="lowerLetter"/>
      <w:lvlText w:val="%8."/>
      <w:lvlJc w:val="left"/>
      <w:pPr>
        <w:ind w:left="6440" w:hanging="360"/>
      </w:pPr>
    </w:lvl>
    <w:lvl w:ilvl="8" w:tplc="0418001B" w:tentative="1">
      <w:start w:val="1"/>
      <w:numFmt w:val="lowerRoman"/>
      <w:lvlText w:val="%9."/>
      <w:lvlJc w:val="right"/>
      <w:pPr>
        <w:ind w:left="7160" w:hanging="180"/>
      </w:pPr>
    </w:lvl>
  </w:abstractNum>
  <w:abstractNum w:abstractNumId="21" w15:restartNumberingAfterBreak="0">
    <w:nsid w:val="2DF13ECF"/>
    <w:multiLevelType w:val="hybridMultilevel"/>
    <w:tmpl w:val="BC709CA0"/>
    <w:lvl w:ilvl="0" w:tplc="6CB616F0">
      <w:start w:val="2"/>
      <w:numFmt w:val="bullet"/>
      <w:lvlText w:val="-"/>
      <w:lvlJc w:val="left"/>
      <w:pPr>
        <w:tabs>
          <w:tab w:val="num" w:pos="840"/>
        </w:tabs>
        <w:ind w:left="840" w:hanging="360"/>
      </w:pPr>
      <w:rPr>
        <w:rFonts w:ascii="Times New Roman" w:eastAsia="Times New Roman" w:hAnsi="Times New Roman" w:cs="Times New Roman" w:hint="default"/>
      </w:rPr>
    </w:lvl>
    <w:lvl w:ilvl="1" w:tplc="75BAEAC0" w:tentative="1">
      <w:start w:val="1"/>
      <w:numFmt w:val="bullet"/>
      <w:lvlText w:val="o"/>
      <w:lvlJc w:val="left"/>
      <w:pPr>
        <w:ind w:left="1440" w:hanging="360"/>
      </w:pPr>
      <w:rPr>
        <w:rFonts w:ascii="Courier New" w:hAnsi="Courier New" w:cs="Courier New" w:hint="default"/>
      </w:rPr>
    </w:lvl>
    <w:lvl w:ilvl="2" w:tplc="7F58F57A" w:tentative="1">
      <w:start w:val="1"/>
      <w:numFmt w:val="bullet"/>
      <w:lvlText w:val=""/>
      <w:lvlJc w:val="left"/>
      <w:pPr>
        <w:ind w:left="2160" w:hanging="360"/>
      </w:pPr>
      <w:rPr>
        <w:rFonts w:ascii="Wingdings" w:hAnsi="Wingdings" w:hint="default"/>
      </w:rPr>
    </w:lvl>
    <w:lvl w:ilvl="3" w:tplc="09AC48A2" w:tentative="1">
      <w:start w:val="1"/>
      <w:numFmt w:val="bullet"/>
      <w:lvlText w:val=""/>
      <w:lvlJc w:val="left"/>
      <w:pPr>
        <w:ind w:left="2880" w:hanging="360"/>
      </w:pPr>
      <w:rPr>
        <w:rFonts w:ascii="Symbol" w:hAnsi="Symbol" w:hint="default"/>
      </w:rPr>
    </w:lvl>
    <w:lvl w:ilvl="4" w:tplc="C116F5F2" w:tentative="1">
      <w:start w:val="1"/>
      <w:numFmt w:val="bullet"/>
      <w:lvlText w:val="o"/>
      <w:lvlJc w:val="left"/>
      <w:pPr>
        <w:ind w:left="3600" w:hanging="360"/>
      </w:pPr>
      <w:rPr>
        <w:rFonts w:ascii="Courier New" w:hAnsi="Courier New" w:cs="Courier New" w:hint="default"/>
      </w:rPr>
    </w:lvl>
    <w:lvl w:ilvl="5" w:tplc="C5CEE292" w:tentative="1">
      <w:start w:val="1"/>
      <w:numFmt w:val="bullet"/>
      <w:lvlText w:val=""/>
      <w:lvlJc w:val="left"/>
      <w:pPr>
        <w:ind w:left="4320" w:hanging="360"/>
      </w:pPr>
      <w:rPr>
        <w:rFonts w:ascii="Wingdings" w:hAnsi="Wingdings" w:hint="default"/>
      </w:rPr>
    </w:lvl>
    <w:lvl w:ilvl="6" w:tplc="B14E6F48" w:tentative="1">
      <w:start w:val="1"/>
      <w:numFmt w:val="bullet"/>
      <w:lvlText w:val=""/>
      <w:lvlJc w:val="left"/>
      <w:pPr>
        <w:ind w:left="5040" w:hanging="360"/>
      </w:pPr>
      <w:rPr>
        <w:rFonts w:ascii="Symbol" w:hAnsi="Symbol" w:hint="default"/>
      </w:rPr>
    </w:lvl>
    <w:lvl w:ilvl="7" w:tplc="74F0895E" w:tentative="1">
      <w:start w:val="1"/>
      <w:numFmt w:val="bullet"/>
      <w:lvlText w:val="o"/>
      <w:lvlJc w:val="left"/>
      <w:pPr>
        <w:ind w:left="5760" w:hanging="360"/>
      </w:pPr>
      <w:rPr>
        <w:rFonts w:ascii="Courier New" w:hAnsi="Courier New" w:cs="Courier New" w:hint="default"/>
      </w:rPr>
    </w:lvl>
    <w:lvl w:ilvl="8" w:tplc="6E1CB116" w:tentative="1">
      <w:start w:val="1"/>
      <w:numFmt w:val="bullet"/>
      <w:lvlText w:val=""/>
      <w:lvlJc w:val="left"/>
      <w:pPr>
        <w:ind w:left="6480" w:hanging="360"/>
      </w:pPr>
      <w:rPr>
        <w:rFonts w:ascii="Wingdings" w:hAnsi="Wingdings" w:hint="default"/>
      </w:rPr>
    </w:lvl>
  </w:abstractNum>
  <w:abstractNum w:abstractNumId="22" w15:restartNumberingAfterBreak="0">
    <w:nsid w:val="32413755"/>
    <w:multiLevelType w:val="multilevel"/>
    <w:tmpl w:val="CC8C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D870E6"/>
    <w:multiLevelType w:val="hybridMultilevel"/>
    <w:tmpl w:val="93186D2E"/>
    <w:lvl w:ilvl="0" w:tplc="23DE6B44">
      <w:start w:val="1"/>
      <w:numFmt w:val="decimal"/>
      <w:lvlText w:val="%1."/>
      <w:lvlJc w:val="left"/>
      <w:pPr>
        <w:ind w:left="1040" w:hanging="360"/>
      </w:pPr>
      <w:rPr>
        <w:rFonts w:hint="default"/>
      </w:rPr>
    </w:lvl>
    <w:lvl w:ilvl="1" w:tplc="04180019" w:tentative="1">
      <w:start w:val="1"/>
      <w:numFmt w:val="lowerLetter"/>
      <w:lvlText w:val="%2."/>
      <w:lvlJc w:val="left"/>
      <w:pPr>
        <w:ind w:left="1760" w:hanging="360"/>
      </w:pPr>
    </w:lvl>
    <w:lvl w:ilvl="2" w:tplc="0418001B" w:tentative="1">
      <w:start w:val="1"/>
      <w:numFmt w:val="lowerRoman"/>
      <w:lvlText w:val="%3."/>
      <w:lvlJc w:val="right"/>
      <w:pPr>
        <w:ind w:left="2480" w:hanging="180"/>
      </w:pPr>
    </w:lvl>
    <w:lvl w:ilvl="3" w:tplc="0418000F" w:tentative="1">
      <w:start w:val="1"/>
      <w:numFmt w:val="decimal"/>
      <w:lvlText w:val="%4."/>
      <w:lvlJc w:val="left"/>
      <w:pPr>
        <w:ind w:left="3200" w:hanging="360"/>
      </w:pPr>
    </w:lvl>
    <w:lvl w:ilvl="4" w:tplc="04180019" w:tentative="1">
      <w:start w:val="1"/>
      <w:numFmt w:val="lowerLetter"/>
      <w:lvlText w:val="%5."/>
      <w:lvlJc w:val="left"/>
      <w:pPr>
        <w:ind w:left="3920" w:hanging="360"/>
      </w:pPr>
    </w:lvl>
    <w:lvl w:ilvl="5" w:tplc="0418001B" w:tentative="1">
      <w:start w:val="1"/>
      <w:numFmt w:val="lowerRoman"/>
      <w:lvlText w:val="%6."/>
      <w:lvlJc w:val="right"/>
      <w:pPr>
        <w:ind w:left="4640" w:hanging="180"/>
      </w:pPr>
    </w:lvl>
    <w:lvl w:ilvl="6" w:tplc="0418000F" w:tentative="1">
      <w:start w:val="1"/>
      <w:numFmt w:val="decimal"/>
      <w:lvlText w:val="%7."/>
      <w:lvlJc w:val="left"/>
      <w:pPr>
        <w:ind w:left="5360" w:hanging="360"/>
      </w:pPr>
    </w:lvl>
    <w:lvl w:ilvl="7" w:tplc="04180019" w:tentative="1">
      <w:start w:val="1"/>
      <w:numFmt w:val="lowerLetter"/>
      <w:lvlText w:val="%8."/>
      <w:lvlJc w:val="left"/>
      <w:pPr>
        <w:ind w:left="6080" w:hanging="360"/>
      </w:pPr>
    </w:lvl>
    <w:lvl w:ilvl="8" w:tplc="0418001B" w:tentative="1">
      <w:start w:val="1"/>
      <w:numFmt w:val="lowerRoman"/>
      <w:lvlText w:val="%9."/>
      <w:lvlJc w:val="right"/>
      <w:pPr>
        <w:ind w:left="6800" w:hanging="180"/>
      </w:pPr>
    </w:lvl>
  </w:abstractNum>
  <w:abstractNum w:abstractNumId="24" w15:restartNumberingAfterBreak="0">
    <w:nsid w:val="40FB2FC6"/>
    <w:multiLevelType w:val="hybridMultilevel"/>
    <w:tmpl w:val="3266D0F0"/>
    <w:lvl w:ilvl="0" w:tplc="AC98D8C6">
      <w:start w:val="2"/>
      <w:numFmt w:val="bullet"/>
      <w:lvlText w:val="-"/>
      <w:lvlJc w:val="left"/>
      <w:pPr>
        <w:ind w:left="1080" w:hanging="360"/>
      </w:pPr>
      <w:rPr>
        <w:rFonts w:ascii="Calibri" w:eastAsia="Times New Roman" w:hAnsi="Calibr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44C50224"/>
    <w:multiLevelType w:val="hybridMultilevel"/>
    <w:tmpl w:val="0DCEFAAA"/>
    <w:lvl w:ilvl="0" w:tplc="6F08294E">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4FE0830"/>
    <w:multiLevelType w:val="hybridMultilevel"/>
    <w:tmpl w:val="565A410A"/>
    <w:lvl w:ilvl="0" w:tplc="0409000F">
      <w:start w:val="1"/>
      <w:numFmt w:val="bullet"/>
      <w:pStyle w:val="tiret"/>
      <w:lvlText w:val="-"/>
      <w:lvlJc w:val="left"/>
      <w:pPr>
        <w:ind w:left="1353" w:hanging="360"/>
      </w:pPr>
      <w:rPr>
        <w:rFonts w:ascii="Courier New" w:hAnsi="Courier New"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 w15:restartNumberingAfterBreak="0">
    <w:nsid w:val="5093F6D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15D152B"/>
    <w:multiLevelType w:val="hybridMultilevel"/>
    <w:tmpl w:val="74D2FBE0"/>
    <w:lvl w:ilvl="0" w:tplc="6F08294E">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18A095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1" w15:restartNumberingAfterBreak="0">
    <w:nsid w:val="569B3563"/>
    <w:multiLevelType w:val="hybridMultilevel"/>
    <w:tmpl w:val="92DC89C0"/>
    <w:lvl w:ilvl="0" w:tplc="04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B5E70B2"/>
    <w:multiLevelType w:val="multilevel"/>
    <w:tmpl w:val="7F008B1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BEC460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D234611"/>
    <w:multiLevelType w:val="hybridMultilevel"/>
    <w:tmpl w:val="8EFE2B80"/>
    <w:lvl w:ilvl="0" w:tplc="6F08294E">
      <w:start w:val="3"/>
      <w:numFmt w:val="bullet"/>
      <w:lvlText w:val="-"/>
      <w:lvlJc w:val="left"/>
      <w:pPr>
        <w:ind w:left="1400" w:hanging="360"/>
      </w:pPr>
      <w:rPr>
        <w:rFonts w:ascii="Times New Roman" w:eastAsia="Times New Roman" w:hAnsi="Times New Roman" w:cs="Times New Roman" w:hint="default"/>
      </w:rPr>
    </w:lvl>
    <w:lvl w:ilvl="1" w:tplc="04180003" w:tentative="1">
      <w:start w:val="1"/>
      <w:numFmt w:val="bullet"/>
      <w:lvlText w:val="o"/>
      <w:lvlJc w:val="left"/>
      <w:pPr>
        <w:ind w:left="2120" w:hanging="360"/>
      </w:pPr>
      <w:rPr>
        <w:rFonts w:ascii="Courier New" w:hAnsi="Courier New" w:cs="Courier New" w:hint="default"/>
      </w:rPr>
    </w:lvl>
    <w:lvl w:ilvl="2" w:tplc="04180005" w:tentative="1">
      <w:start w:val="1"/>
      <w:numFmt w:val="bullet"/>
      <w:lvlText w:val=""/>
      <w:lvlJc w:val="left"/>
      <w:pPr>
        <w:ind w:left="2840" w:hanging="360"/>
      </w:pPr>
      <w:rPr>
        <w:rFonts w:ascii="Wingdings" w:hAnsi="Wingdings" w:hint="default"/>
      </w:rPr>
    </w:lvl>
    <w:lvl w:ilvl="3" w:tplc="04180001" w:tentative="1">
      <w:start w:val="1"/>
      <w:numFmt w:val="bullet"/>
      <w:lvlText w:val=""/>
      <w:lvlJc w:val="left"/>
      <w:pPr>
        <w:ind w:left="3560" w:hanging="360"/>
      </w:pPr>
      <w:rPr>
        <w:rFonts w:ascii="Symbol" w:hAnsi="Symbol" w:hint="default"/>
      </w:rPr>
    </w:lvl>
    <w:lvl w:ilvl="4" w:tplc="04180003" w:tentative="1">
      <w:start w:val="1"/>
      <w:numFmt w:val="bullet"/>
      <w:lvlText w:val="o"/>
      <w:lvlJc w:val="left"/>
      <w:pPr>
        <w:ind w:left="4280" w:hanging="360"/>
      </w:pPr>
      <w:rPr>
        <w:rFonts w:ascii="Courier New" w:hAnsi="Courier New" w:cs="Courier New" w:hint="default"/>
      </w:rPr>
    </w:lvl>
    <w:lvl w:ilvl="5" w:tplc="04180005" w:tentative="1">
      <w:start w:val="1"/>
      <w:numFmt w:val="bullet"/>
      <w:lvlText w:val=""/>
      <w:lvlJc w:val="left"/>
      <w:pPr>
        <w:ind w:left="5000" w:hanging="360"/>
      </w:pPr>
      <w:rPr>
        <w:rFonts w:ascii="Wingdings" w:hAnsi="Wingdings" w:hint="default"/>
      </w:rPr>
    </w:lvl>
    <w:lvl w:ilvl="6" w:tplc="04180001" w:tentative="1">
      <w:start w:val="1"/>
      <w:numFmt w:val="bullet"/>
      <w:lvlText w:val=""/>
      <w:lvlJc w:val="left"/>
      <w:pPr>
        <w:ind w:left="5720" w:hanging="360"/>
      </w:pPr>
      <w:rPr>
        <w:rFonts w:ascii="Symbol" w:hAnsi="Symbol" w:hint="default"/>
      </w:rPr>
    </w:lvl>
    <w:lvl w:ilvl="7" w:tplc="04180003" w:tentative="1">
      <w:start w:val="1"/>
      <w:numFmt w:val="bullet"/>
      <w:lvlText w:val="o"/>
      <w:lvlJc w:val="left"/>
      <w:pPr>
        <w:ind w:left="6440" w:hanging="360"/>
      </w:pPr>
      <w:rPr>
        <w:rFonts w:ascii="Courier New" w:hAnsi="Courier New" w:cs="Courier New" w:hint="default"/>
      </w:rPr>
    </w:lvl>
    <w:lvl w:ilvl="8" w:tplc="04180005" w:tentative="1">
      <w:start w:val="1"/>
      <w:numFmt w:val="bullet"/>
      <w:lvlText w:val=""/>
      <w:lvlJc w:val="left"/>
      <w:pPr>
        <w:ind w:left="7160" w:hanging="360"/>
      </w:pPr>
      <w:rPr>
        <w:rFonts w:ascii="Wingdings" w:hAnsi="Wingdings" w:hint="default"/>
      </w:rPr>
    </w:lvl>
  </w:abstractNum>
  <w:abstractNum w:abstractNumId="35" w15:restartNumberingAfterBreak="0">
    <w:nsid w:val="5DA24FD2"/>
    <w:multiLevelType w:val="multilevel"/>
    <w:tmpl w:val="0F0CC4D2"/>
    <w:lvl w:ilvl="0">
      <w:start w:val="1"/>
      <w:numFmt w:val="decimal"/>
      <w:lvlText w:val="%1."/>
      <w:lvlJc w:val="left"/>
      <w:pPr>
        <w:ind w:left="1440" w:hanging="360"/>
      </w:pPr>
    </w:lvl>
    <w:lvl w:ilvl="1">
      <w:start w:val="1"/>
      <w:numFmt w:val="decimal"/>
      <w:isLgl/>
      <w:lvlText w:val="%1.%2"/>
      <w:lvlJc w:val="left"/>
      <w:pPr>
        <w:ind w:left="1665" w:hanging="585"/>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36" w15:restartNumberingAfterBreak="0">
    <w:nsid w:val="5FDE0260"/>
    <w:multiLevelType w:val="hybridMultilevel"/>
    <w:tmpl w:val="CD3AE314"/>
    <w:lvl w:ilvl="0" w:tplc="5898283C">
      <w:start w:val="1"/>
      <w:numFmt w:val="lowerLetter"/>
      <w:lvlText w:val="%1)"/>
      <w:lvlJc w:val="left"/>
      <w:pPr>
        <w:ind w:left="1040" w:hanging="360"/>
      </w:pPr>
      <w:rPr>
        <w:rFonts w:hint="default"/>
      </w:rPr>
    </w:lvl>
    <w:lvl w:ilvl="1" w:tplc="04180019" w:tentative="1">
      <w:start w:val="1"/>
      <w:numFmt w:val="lowerLetter"/>
      <w:lvlText w:val="%2."/>
      <w:lvlJc w:val="left"/>
      <w:pPr>
        <w:ind w:left="1760" w:hanging="360"/>
      </w:pPr>
    </w:lvl>
    <w:lvl w:ilvl="2" w:tplc="0418001B" w:tentative="1">
      <w:start w:val="1"/>
      <w:numFmt w:val="lowerRoman"/>
      <w:lvlText w:val="%3."/>
      <w:lvlJc w:val="right"/>
      <w:pPr>
        <w:ind w:left="2480" w:hanging="180"/>
      </w:pPr>
    </w:lvl>
    <w:lvl w:ilvl="3" w:tplc="0418000F" w:tentative="1">
      <w:start w:val="1"/>
      <w:numFmt w:val="decimal"/>
      <w:lvlText w:val="%4."/>
      <w:lvlJc w:val="left"/>
      <w:pPr>
        <w:ind w:left="3200" w:hanging="360"/>
      </w:pPr>
    </w:lvl>
    <w:lvl w:ilvl="4" w:tplc="04180019" w:tentative="1">
      <w:start w:val="1"/>
      <w:numFmt w:val="lowerLetter"/>
      <w:lvlText w:val="%5."/>
      <w:lvlJc w:val="left"/>
      <w:pPr>
        <w:ind w:left="3920" w:hanging="360"/>
      </w:pPr>
    </w:lvl>
    <w:lvl w:ilvl="5" w:tplc="0418001B" w:tentative="1">
      <w:start w:val="1"/>
      <w:numFmt w:val="lowerRoman"/>
      <w:lvlText w:val="%6."/>
      <w:lvlJc w:val="right"/>
      <w:pPr>
        <w:ind w:left="4640" w:hanging="180"/>
      </w:pPr>
    </w:lvl>
    <w:lvl w:ilvl="6" w:tplc="0418000F" w:tentative="1">
      <w:start w:val="1"/>
      <w:numFmt w:val="decimal"/>
      <w:lvlText w:val="%7."/>
      <w:lvlJc w:val="left"/>
      <w:pPr>
        <w:ind w:left="5360" w:hanging="360"/>
      </w:pPr>
    </w:lvl>
    <w:lvl w:ilvl="7" w:tplc="04180019" w:tentative="1">
      <w:start w:val="1"/>
      <w:numFmt w:val="lowerLetter"/>
      <w:lvlText w:val="%8."/>
      <w:lvlJc w:val="left"/>
      <w:pPr>
        <w:ind w:left="6080" w:hanging="360"/>
      </w:pPr>
    </w:lvl>
    <w:lvl w:ilvl="8" w:tplc="0418001B" w:tentative="1">
      <w:start w:val="1"/>
      <w:numFmt w:val="lowerRoman"/>
      <w:lvlText w:val="%9."/>
      <w:lvlJc w:val="right"/>
      <w:pPr>
        <w:ind w:left="6800" w:hanging="180"/>
      </w:pPr>
    </w:lvl>
  </w:abstractNum>
  <w:abstractNum w:abstractNumId="37" w15:restartNumberingAfterBreak="0">
    <w:nsid w:val="654557A8"/>
    <w:multiLevelType w:val="hybridMultilevel"/>
    <w:tmpl w:val="1F624314"/>
    <w:lvl w:ilvl="0" w:tplc="6F08294E">
      <w:start w:val="3"/>
      <w:numFmt w:val="bullet"/>
      <w:lvlText w:val="-"/>
      <w:lvlJc w:val="left"/>
      <w:pPr>
        <w:ind w:left="1400" w:hanging="360"/>
      </w:pPr>
      <w:rPr>
        <w:rFonts w:ascii="Times New Roman" w:eastAsia="Times New Roman" w:hAnsi="Times New Roman" w:cs="Times New Roman" w:hint="default"/>
      </w:rPr>
    </w:lvl>
    <w:lvl w:ilvl="1" w:tplc="04180003" w:tentative="1">
      <w:start w:val="1"/>
      <w:numFmt w:val="bullet"/>
      <w:lvlText w:val="o"/>
      <w:lvlJc w:val="left"/>
      <w:pPr>
        <w:ind w:left="2120" w:hanging="360"/>
      </w:pPr>
      <w:rPr>
        <w:rFonts w:ascii="Courier New" w:hAnsi="Courier New" w:cs="Courier New" w:hint="default"/>
      </w:rPr>
    </w:lvl>
    <w:lvl w:ilvl="2" w:tplc="04180005" w:tentative="1">
      <w:start w:val="1"/>
      <w:numFmt w:val="bullet"/>
      <w:lvlText w:val=""/>
      <w:lvlJc w:val="left"/>
      <w:pPr>
        <w:ind w:left="2840" w:hanging="360"/>
      </w:pPr>
      <w:rPr>
        <w:rFonts w:ascii="Wingdings" w:hAnsi="Wingdings" w:hint="default"/>
      </w:rPr>
    </w:lvl>
    <w:lvl w:ilvl="3" w:tplc="04180001" w:tentative="1">
      <w:start w:val="1"/>
      <w:numFmt w:val="bullet"/>
      <w:lvlText w:val=""/>
      <w:lvlJc w:val="left"/>
      <w:pPr>
        <w:ind w:left="3560" w:hanging="360"/>
      </w:pPr>
      <w:rPr>
        <w:rFonts w:ascii="Symbol" w:hAnsi="Symbol" w:hint="default"/>
      </w:rPr>
    </w:lvl>
    <w:lvl w:ilvl="4" w:tplc="04180003" w:tentative="1">
      <w:start w:val="1"/>
      <w:numFmt w:val="bullet"/>
      <w:lvlText w:val="o"/>
      <w:lvlJc w:val="left"/>
      <w:pPr>
        <w:ind w:left="4280" w:hanging="360"/>
      </w:pPr>
      <w:rPr>
        <w:rFonts w:ascii="Courier New" w:hAnsi="Courier New" w:cs="Courier New" w:hint="default"/>
      </w:rPr>
    </w:lvl>
    <w:lvl w:ilvl="5" w:tplc="04180005" w:tentative="1">
      <w:start w:val="1"/>
      <w:numFmt w:val="bullet"/>
      <w:lvlText w:val=""/>
      <w:lvlJc w:val="left"/>
      <w:pPr>
        <w:ind w:left="5000" w:hanging="360"/>
      </w:pPr>
      <w:rPr>
        <w:rFonts w:ascii="Wingdings" w:hAnsi="Wingdings" w:hint="default"/>
      </w:rPr>
    </w:lvl>
    <w:lvl w:ilvl="6" w:tplc="04180001" w:tentative="1">
      <w:start w:val="1"/>
      <w:numFmt w:val="bullet"/>
      <w:lvlText w:val=""/>
      <w:lvlJc w:val="left"/>
      <w:pPr>
        <w:ind w:left="5720" w:hanging="360"/>
      </w:pPr>
      <w:rPr>
        <w:rFonts w:ascii="Symbol" w:hAnsi="Symbol" w:hint="default"/>
      </w:rPr>
    </w:lvl>
    <w:lvl w:ilvl="7" w:tplc="04180003" w:tentative="1">
      <w:start w:val="1"/>
      <w:numFmt w:val="bullet"/>
      <w:lvlText w:val="o"/>
      <w:lvlJc w:val="left"/>
      <w:pPr>
        <w:ind w:left="6440" w:hanging="360"/>
      </w:pPr>
      <w:rPr>
        <w:rFonts w:ascii="Courier New" w:hAnsi="Courier New" w:cs="Courier New" w:hint="default"/>
      </w:rPr>
    </w:lvl>
    <w:lvl w:ilvl="8" w:tplc="04180005" w:tentative="1">
      <w:start w:val="1"/>
      <w:numFmt w:val="bullet"/>
      <w:lvlText w:val=""/>
      <w:lvlJc w:val="left"/>
      <w:pPr>
        <w:ind w:left="7160" w:hanging="360"/>
      </w:pPr>
      <w:rPr>
        <w:rFonts w:ascii="Wingdings" w:hAnsi="Wingdings" w:hint="default"/>
      </w:rPr>
    </w:lvl>
  </w:abstractNum>
  <w:abstractNum w:abstractNumId="38" w15:restartNumberingAfterBreak="0">
    <w:nsid w:val="67AD1450"/>
    <w:multiLevelType w:val="hybridMultilevel"/>
    <w:tmpl w:val="416E637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97878F0"/>
    <w:multiLevelType w:val="hybridMultilevel"/>
    <w:tmpl w:val="C23ACE98"/>
    <w:lvl w:ilvl="0" w:tplc="E4089024">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40" w15:restartNumberingAfterBreak="0">
    <w:nsid w:val="6B2C49AE"/>
    <w:multiLevelType w:val="multilevel"/>
    <w:tmpl w:val="960CAE3A"/>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815CDE"/>
    <w:multiLevelType w:val="hybridMultilevel"/>
    <w:tmpl w:val="02A61598"/>
    <w:lvl w:ilvl="0" w:tplc="04090017">
      <w:start w:val="1"/>
      <w:numFmt w:val="lowerLetter"/>
      <w:lvlText w:val="%1)"/>
      <w:lvlJc w:val="left"/>
      <w:pPr>
        <w:ind w:left="1400" w:hanging="360"/>
      </w:pPr>
    </w:lvl>
    <w:lvl w:ilvl="1" w:tplc="04180019" w:tentative="1">
      <w:start w:val="1"/>
      <w:numFmt w:val="lowerLetter"/>
      <w:lvlText w:val="%2."/>
      <w:lvlJc w:val="left"/>
      <w:pPr>
        <w:ind w:left="2120" w:hanging="360"/>
      </w:pPr>
    </w:lvl>
    <w:lvl w:ilvl="2" w:tplc="0418001B" w:tentative="1">
      <w:start w:val="1"/>
      <w:numFmt w:val="lowerRoman"/>
      <w:lvlText w:val="%3."/>
      <w:lvlJc w:val="right"/>
      <w:pPr>
        <w:ind w:left="2840" w:hanging="180"/>
      </w:pPr>
    </w:lvl>
    <w:lvl w:ilvl="3" w:tplc="0418000F" w:tentative="1">
      <w:start w:val="1"/>
      <w:numFmt w:val="decimal"/>
      <w:lvlText w:val="%4."/>
      <w:lvlJc w:val="left"/>
      <w:pPr>
        <w:ind w:left="3560" w:hanging="360"/>
      </w:pPr>
    </w:lvl>
    <w:lvl w:ilvl="4" w:tplc="04180019" w:tentative="1">
      <w:start w:val="1"/>
      <w:numFmt w:val="lowerLetter"/>
      <w:lvlText w:val="%5."/>
      <w:lvlJc w:val="left"/>
      <w:pPr>
        <w:ind w:left="4280" w:hanging="360"/>
      </w:pPr>
    </w:lvl>
    <w:lvl w:ilvl="5" w:tplc="0418001B" w:tentative="1">
      <w:start w:val="1"/>
      <w:numFmt w:val="lowerRoman"/>
      <w:lvlText w:val="%6."/>
      <w:lvlJc w:val="right"/>
      <w:pPr>
        <w:ind w:left="5000" w:hanging="180"/>
      </w:pPr>
    </w:lvl>
    <w:lvl w:ilvl="6" w:tplc="0418000F" w:tentative="1">
      <w:start w:val="1"/>
      <w:numFmt w:val="decimal"/>
      <w:lvlText w:val="%7."/>
      <w:lvlJc w:val="left"/>
      <w:pPr>
        <w:ind w:left="5720" w:hanging="360"/>
      </w:pPr>
    </w:lvl>
    <w:lvl w:ilvl="7" w:tplc="04180019" w:tentative="1">
      <w:start w:val="1"/>
      <w:numFmt w:val="lowerLetter"/>
      <w:lvlText w:val="%8."/>
      <w:lvlJc w:val="left"/>
      <w:pPr>
        <w:ind w:left="6440" w:hanging="360"/>
      </w:pPr>
    </w:lvl>
    <w:lvl w:ilvl="8" w:tplc="0418001B" w:tentative="1">
      <w:start w:val="1"/>
      <w:numFmt w:val="lowerRoman"/>
      <w:lvlText w:val="%9."/>
      <w:lvlJc w:val="right"/>
      <w:pPr>
        <w:ind w:left="7160" w:hanging="180"/>
      </w:pPr>
    </w:lvl>
  </w:abstractNum>
  <w:abstractNum w:abstractNumId="42" w15:restartNumberingAfterBreak="0">
    <w:nsid w:val="73DB6624"/>
    <w:multiLevelType w:val="hybridMultilevel"/>
    <w:tmpl w:val="6936D038"/>
    <w:lvl w:ilvl="0" w:tplc="386E4F3E">
      <w:start w:val="11"/>
      <w:numFmt w:val="bullet"/>
      <w:lvlText w:val=""/>
      <w:lvlJc w:val="left"/>
      <w:pPr>
        <w:ind w:left="1040" w:hanging="360"/>
      </w:pPr>
      <w:rPr>
        <w:rFonts w:ascii="Times New Roman" w:eastAsia="Times New Roman" w:hAnsi="Times New Roman" w:cs="Times New Roman" w:hint="default"/>
      </w:rPr>
    </w:lvl>
    <w:lvl w:ilvl="1" w:tplc="04180003" w:tentative="1">
      <w:start w:val="1"/>
      <w:numFmt w:val="bullet"/>
      <w:lvlText w:val="o"/>
      <w:lvlJc w:val="left"/>
      <w:pPr>
        <w:ind w:left="1760" w:hanging="360"/>
      </w:pPr>
      <w:rPr>
        <w:rFonts w:ascii="Courier New" w:hAnsi="Courier New" w:cs="Courier New" w:hint="default"/>
      </w:rPr>
    </w:lvl>
    <w:lvl w:ilvl="2" w:tplc="04180005" w:tentative="1">
      <w:start w:val="1"/>
      <w:numFmt w:val="bullet"/>
      <w:lvlText w:val=""/>
      <w:lvlJc w:val="left"/>
      <w:pPr>
        <w:ind w:left="2480" w:hanging="360"/>
      </w:pPr>
      <w:rPr>
        <w:rFonts w:ascii="Wingdings" w:hAnsi="Wingdings" w:hint="default"/>
      </w:rPr>
    </w:lvl>
    <w:lvl w:ilvl="3" w:tplc="04180001" w:tentative="1">
      <w:start w:val="1"/>
      <w:numFmt w:val="bullet"/>
      <w:lvlText w:val=""/>
      <w:lvlJc w:val="left"/>
      <w:pPr>
        <w:ind w:left="3200" w:hanging="360"/>
      </w:pPr>
      <w:rPr>
        <w:rFonts w:ascii="Symbol" w:hAnsi="Symbol" w:hint="default"/>
      </w:rPr>
    </w:lvl>
    <w:lvl w:ilvl="4" w:tplc="04180003" w:tentative="1">
      <w:start w:val="1"/>
      <w:numFmt w:val="bullet"/>
      <w:lvlText w:val="o"/>
      <w:lvlJc w:val="left"/>
      <w:pPr>
        <w:ind w:left="3920" w:hanging="360"/>
      </w:pPr>
      <w:rPr>
        <w:rFonts w:ascii="Courier New" w:hAnsi="Courier New" w:cs="Courier New" w:hint="default"/>
      </w:rPr>
    </w:lvl>
    <w:lvl w:ilvl="5" w:tplc="04180005" w:tentative="1">
      <w:start w:val="1"/>
      <w:numFmt w:val="bullet"/>
      <w:lvlText w:val=""/>
      <w:lvlJc w:val="left"/>
      <w:pPr>
        <w:ind w:left="4640" w:hanging="360"/>
      </w:pPr>
      <w:rPr>
        <w:rFonts w:ascii="Wingdings" w:hAnsi="Wingdings" w:hint="default"/>
      </w:rPr>
    </w:lvl>
    <w:lvl w:ilvl="6" w:tplc="04180001" w:tentative="1">
      <w:start w:val="1"/>
      <w:numFmt w:val="bullet"/>
      <w:lvlText w:val=""/>
      <w:lvlJc w:val="left"/>
      <w:pPr>
        <w:ind w:left="5360" w:hanging="360"/>
      </w:pPr>
      <w:rPr>
        <w:rFonts w:ascii="Symbol" w:hAnsi="Symbol" w:hint="default"/>
      </w:rPr>
    </w:lvl>
    <w:lvl w:ilvl="7" w:tplc="04180003" w:tentative="1">
      <w:start w:val="1"/>
      <w:numFmt w:val="bullet"/>
      <w:lvlText w:val="o"/>
      <w:lvlJc w:val="left"/>
      <w:pPr>
        <w:ind w:left="6080" w:hanging="360"/>
      </w:pPr>
      <w:rPr>
        <w:rFonts w:ascii="Courier New" w:hAnsi="Courier New" w:cs="Courier New" w:hint="default"/>
      </w:rPr>
    </w:lvl>
    <w:lvl w:ilvl="8" w:tplc="04180005" w:tentative="1">
      <w:start w:val="1"/>
      <w:numFmt w:val="bullet"/>
      <w:lvlText w:val=""/>
      <w:lvlJc w:val="left"/>
      <w:pPr>
        <w:ind w:left="6800" w:hanging="360"/>
      </w:pPr>
      <w:rPr>
        <w:rFonts w:ascii="Wingdings" w:hAnsi="Wingdings" w:hint="default"/>
      </w:rPr>
    </w:lvl>
  </w:abstractNum>
  <w:abstractNum w:abstractNumId="43" w15:restartNumberingAfterBreak="0">
    <w:nsid w:val="782BFA7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D1E3BC4"/>
    <w:multiLevelType w:val="multilevel"/>
    <w:tmpl w:val="213E8BFC"/>
    <w:lvl w:ilvl="0">
      <w:start w:val="1"/>
      <w:numFmt w:val="bullet"/>
      <w:lvlText w:val=""/>
      <w:lvlJc w:val="left"/>
      <w:pPr>
        <w:tabs>
          <w:tab w:val="num" w:pos="720"/>
        </w:tabs>
        <w:ind w:left="720" w:hanging="360"/>
      </w:pPr>
      <w:rPr>
        <w:rFonts w:ascii="Symbol" w:hAnsi="Symbol" w:cs="Arial"/>
      </w:rPr>
    </w:lvl>
    <w:lvl w:ilvl="1">
      <w:start w:val="3"/>
      <w:numFmt w:val="bullet"/>
      <w:lvlText w:val="-"/>
      <w:lvlJc w:val="left"/>
      <w:pPr>
        <w:ind w:left="72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Aria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Aria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5" w15:restartNumberingAfterBreak="0">
    <w:nsid w:val="7D41FE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12911123">
    <w:abstractNumId w:val="8"/>
  </w:num>
  <w:num w:numId="2" w16cid:durableId="1609047393">
    <w:abstractNumId w:val="6"/>
  </w:num>
  <w:num w:numId="3" w16cid:durableId="1265108888">
    <w:abstractNumId w:val="5"/>
  </w:num>
  <w:num w:numId="4" w16cid:durableId="1328290426">
    <w:abstractNumId w:val="7"/>
  </w:num>
  <w:num w:numId="5" w16cid:durableId="961695107">
    <w:abstractNumId w:val="4"/>
  </w:num>
  <w:num w:numId="6" w16cid:durableId="2003192829">
    <w:abstractNumId w:val="3"/>
  </w:num>
  <w:num w:numId="7" w16cid:durableId="212696962">
    <w:abstractNumId w:val="28"/>
  </w:num>
  <w:num w:numId="8" w16cid:durableId="1159887593">
    <w:abstractNumId w:val="35"/>
  </w:num>
  <w:num w:numId="9" w16cid:durableId="265424501">
    <w:abstractNumId w:val="25"/>
  </w:num>
  <w:num w:numId="10" w16cid:durableId="1857036810">
    <w:abstractNumId w:val="12"/>
  </w:num>
  <w:num w:numId="11" w16cid:durableId="238950653">
    <w:abstractNumId w:val="40"/>
  </w:num>
  <w:num w:numId="12" w16cid:durableId="1084034478">
    <w:abstractNumId w:val="11"/>
  </w:num>
  <w:num w:numId="13" w16cid:durableId="729116996">
    <w:abstractNumId w:val="37"/>
  </w:num>
  <w:num w:numId="14" w16cid:durableId="514536075">
    <w:abstractNumId w:val="38"/>
  </w:num>
  <w:num w:numId="15" w16cid:durableId="1158695724">
    <w:abstractNumId w:val="17"/>
  </w:num>
  <w:num w:numId="16" w16cid:durableId="1455949720">
    <w:abstractNumId w:val="39"/>
  </w:num>
  <w:num w:numId="17" w16cid:durableId="1886139148">
    <w:abstractNumId w:val="13"/>
  </w:num>
  <w:num w:numId="18" w16cid:durableId="1345013607">
    <w:abstractNumId w:val="44"/>
  </w:num>
  <w:num w:numId="19" w16cid:durableId="501431129">
    <w:abstractNumId w:val="24"/>
  </w:num>
  <w:num w:numId="20" w16cid:durableId="1257639373">
    <w:abstractNumId w:val="21"/>
  </w:num>
  <w:num w:numId="21" w16cid:durableId="1788811442">
    <w:abstractNumId w:val="15"/>
  </w:num>
  <w:num w:numId="22" w16cid:durableId="228881283">
    <w:abstractNumId w:val="42"/>
  </w:num>
  <w:num w:numId="23" w16cid:durableId="543827865">
    <w:abstractNumId w:val="41"/>
  </w:num>
  <w:num w:numId="24" w16cid:durableId="653334416">
    <w:abstractNumId w:val="19"/>
  </w:num>
  <w:num w:numId="25" w16cid:durableId="1619608489">
    <w:abstractNumId w:val="18"/>
  </w:num>
  <w:num w:numId="26" w16cid:durableId="863984897">
    <w:abstractNumId w:val="16"/>
  </w:num>
  <w:num w:numId="27" w16cid:durableId="880173466">
    <w:abstractNumId w:val="26"/>
  </w:num>
  <w:num w:numId="28" w16cid:durableId="1187596135">
    <w:abstractNumId w:val="30"/>
  </w:num>
  <w:num w:numId="29" w16cid:durableId="285048829">
    <w:abstractNumId w:val="32"/>
  </w:num>
  <w:num w:numId="30" w16cid:durableId="640043145">
    <w:abstractNumId w:val="23"/>
  </w:num>
  <w:num w:numId="31" w16cid:durableId="1343781583">
    <w:abstractNumId w:val="20"/>
  </w:num>
  <w:num w:numId="32" w16cid:durableId="1389643027">
    <w:abstractNumId w:val="22"/>
  </w:num>
  <w:num w:numId="33" w16cid:durableId="497813712">
    <w:abstractNumId w:val="10"/>
  </w:num>
  <w:num w:numId="34" w16cid:durableId="2008436691">
    <w:abstractNumId w:val="2"/>
  </w:num>
  <w:num w:numId="35" w16cid:durableId="1180243061">
    <w:abstractNumId w:val="45"/>
  </w:num>
  <w:num w:numId="36" w16cid:durableId="1564368324">
    <w:abstractNumId w:val="33"/>
  </w:num>
  <w:num w:numId="37" w16cid:durableId="817503278">
    <w:abstractNumId w:val="43"/>
  </w:num>
  <w:num w:numId="38" w16cid:durableId="126431399">
    <w:abstractNumId w:val="27"/>
  </w:num>
  <w:num w:numId="39" w16cid:durableId="653726016">
    <w:abstractNumId w:val="29"/>
  </w:num>
  <w:num w:numId="40" w16cid:durableId="1654528023">
    <w:abstractNumId w:val="0"/>
  </w:num>
  <w:num w:numId="41" w16cid:durableId="225848572">
    <w:abstractNumId w:val="34"/>
  </w:num>
  <w:num w:numId="42" w16cid:durableId="1090082775">
    <w:abstractNumId w:val="14"/>
  </w:num>
  <w:num w:numId="43" w16cid:durableId="1619750269">
    <w:abstractNumId w:val="31"/>
  </w:num>
  <w:num w:numId="44" w16cid:durableId="1948583961">
    <w:abstractNumId w:val="1"/>
  </w:num>
  <w:num w:numId="45" w16cid:durableId="320698811">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595"/>
    <w:rsid w:val="0003459E"/>
    <w:rsid w:val="00034616"/>
    <w:rsid w:val="00036CFE"/>
    <w:rsid w:val="0006063C"/>
    <w:rsid w:val="0008632F"/>
    <w:rsid w:val="000C4CB5"/>
    <w:rsid w:val="000D2543"/>
    <w:rsid w:val="000D7A12"/>
    <w:rsid w:val="001272D1"/>
    <w:rsid w:val="0015074B"/>
    <w:rsid w:val="00175DC4"/>
    <w:rsid w:val="00182BDB"/>
    <w:rsid w:val="0019689E"/>
    <w:rsid w:val="001C1130"/>
    <w:rsid w:val="001E4108"/>
    <w:rsid w:val="001F051E"/>
    <w:rsid w:val="00213777"/>
    <w:rsid w:val="00223355"/>
    <w:rsid w:val="00242C28"/>
    <w:rsid w:val="002459A2"/>
    <w:rsid w:val="00250439"/>
    <w:rsid w:val="0025334A"/>
    <w:rsid w:val="00272945"/>
    <w:rsid w:val="00282797"/>
    <w:rsid w:val="0029639D"/>
    <w:rsid w:val="002A24C2"/>
    <w:rsid w:val="002C1F43"/>
    <w:rsid w:val="002D011C"/>
    <w:rsid w:val="002D3144"/>
    <w:rsid w:val="002D67C1"/>
    <w:rsid w:val="002F52F0"/>
    <w:rsid w:val="003135E1"/>
    <w:rsid w:val="00326F90"/>
    <w:rsid w:val="00330EFD"/>
    <w:rsid w:val="00371A16"/>
    <w:rsid w:val="00387AFC"/>
    <w:rsid w:val="003A1367"/>
    <w:rsid w:val="003C4B28"/>
    <w:rsid w:val="003D42A0"/>
    <w:rsid w:val="003D5FC8"/>
    <w:rsid w:val="003D6AB2"/>
    <w:rsid w:val="003F1BFA"/>
    <w:rsid w:val="003F38EE"/>
    <w:rsid w:val="00416389"/>
    <w:rsid w:val="00456318"/>
    <w:rsid w:val="0045689A"/>
    <w:rsid w:val="0046654C"/>
    <w:rsid w:val="00466787"/>
    <w:rsid w:val="00491C25"/>
    <w:rsid w:val="00492B36"/>
    <w:rsid w:val="004B15D2"/>
    <w:rsid w:val="004D4570"/>
    <w:rsid w:val="004E746A"/>
    <w:rsid w:val="0055374F"/>
    <w:rsid w:val="005939B7"/>
    <w:rsid w:val="005D09BA"/>
    <w:rsid w:val="00625C6E"/>
    <w:rsid w:val="00677625"/>
    <w:rsid w:val="0069761A"/>
    <w:rsid w:val="006B1011"/>
    <w:rsid w:val="006B3867"/>
    <w:rsid w:val="006B7BC5"/>
    <w:rsid w:val="006C4A75"/>
    <w:rsid w:val="006E4A09"/>
    <w:rsid w:val="00701494"/>
    <w:rsid w:val="00702F98"/>
    <w:rsid w:val="00726C49"/>
    <w:rsid w:val="007324AF"/>
    <w:rsid w:val="0075332A"/>
    <w:rsid w:val="00757C41"/>
    <w:rsid w:val="007600AE"/>
    <w:rsid w:val="00795B23"/>
    <w:rsid w:val="007B096E"/>
    <w:rsid w:val="008409E5"/>
    <w:rsid w:val="00842100"/>
    <w:rsid w:val="008468E7"/>
    <w:rsid w:val="008506A3"/>
    <w:rsid w:val="0085666B"/>
    <w:rsid w:val="00861B20"/>
    <w:rsid w:val="00896D6B"/>
    <w:rsid w:val="008A39F7"/>
    <w:rsid w:val="008B623F"/>
    <w:rsid w:val="008F31B7"/>
    <w:rsid w:val="00902813"/>
    <w:rsid w:val="00916F14"/>
    <w:rsid w:val="00950877"/>
    <w:rsid w:val="00981541"/>
    <w:rsid w:val="009B58E3"/>
    <w:rsid w:val="009D79E6"/>
    <w:rsid w:val="009E2959"/>
    <w:rsid w:val="009F46E9"/>
    <w:rsid w:val="00A52B77"/>
    <w:rsid w:val="00A661EF"/>
    <w:rsid w:val="00A868FA"/>
    <w:rsid w:val="00AA1D8D"/>
    <w:rsid w:val="00AC1239"/>
    <w:rsid w:val="00AC2573"/>
    <w:rsid w:val="00AD64C0"/>
    <w:rsid w:val="00B10651"/>
    <w:rsid w:val="00B47730"/>
    <w:rsid w:val="00B63E89"/>
    <w:rsid w:val="00B84401"/>
    <w:rsid w:val="00BA2D2D"/>
    <w:rsid w:val="00BE5687"/>
    <w:rsid w:val="00BF6ADA"/>
    <w:rsid w:val="00C12BC7"/>
    <w:rsid w:val="00C56061"/>
    <w:rsid w:val="00C6265A"/>
    <w:rsid w:val="00C65317"/>
    <w:rsid w:val="00C850DD"/>
    <w:rsid w:val="00CA14FF"/>
    <w:rsid w:val="00CB0664"/>
    <w:rsid w:val="00CB6D78"/>
    <w:rsid w:val="00CB730F"/>
    <w:rsid w:val="00CC52A4"/>
    <w:rsid w:val="00CD31E2"/>
    <w:rsid w:val="00CD4A62"/>
    <w:rsid w:val="00CD4EEA"/>
    <w:rsid w:val="00CE529E"/>
    <w:rsid w:val="00D0046B"/>
    <w:rsid w:val="00D134DF"/>
    <w:rsid w:val="00D23C0D"/>
    <w:rsid w:val="00D44180"/>
    <w:rsid w:val="00D534BE"/>
    <w:rsid w:val="00D74455"/>
    <w:rsid w:val="00D74C5D"/>
    <w:rsid w:val="00D95DB9"/>
    <w:rsid w:val="00DC45E4"/>
    <w:rsid w:val="00DD310B"/>
    <w:rsid w:val="00DE2AD7"/>
    <w:rsid w:val="00E034FE"/>
    <w:rsid w:val="00E04FEA"/>
    <w:rsid w:val="00E05183"/>
    <w:rsid w:val="00E1781E"/>
    <w:rsid w:val="00E2134C"/>
    <w:rsid w:val="00E23360"/>
    <w:rsid w:val="00E46D2E"/>
    <w:rsid w:val="00E93791"/>
    <w:rsid w:val="00EA4E43"/>
    <w:rsid w:val="00EA7A22"/>
    <w:rsid w:val="00EE6D3A"/>
    <w:rsid w:val="00F0138D"/>
    <w:rsid w:val="00F14F60"/>
    <w:rsid w:val="00F634CF"/>
    <w:rsid w:val="00F678CC"/>
    <w:rsid w:val="00FA2616"/>
    <w:rsid w:val="00FA30E6"/>
    <w:rsid w:val="00FC693F"/>
    <w:rsid w:val="00FD1018"/>
    <w:rsid w:val="00FD1F17"/>
    <w:rsid w:val="00FD4BD3"/>
    <w:rsid w:val="00FF0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4E79CF"/>
  <w14:defaultImageDpi w14:val="300"/>
  <w15:docId w15:val="{B1CD3226-E163-4FD2-9FEC-A8FCBB3F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6"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30F"/>
    <w:pPr>
      <w:spacing w:after="0" w:line="240" w:lineRule="auto"/>
      <w:ind w:firstLine="680"/>
      <w:jc w:val="both"/>
    </w:pPr>
    <w:rPr>
      <w:rFonts w:ascii="Times New Roman" w:eastAsia="Times New Roman" w:hAnsi="Times New Roman"/>
      <w:sz w:val="24"/>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uiPriority w:val="9"/>
    <w:qFormat/>
    <w:rsid w:val="0025334A"/>
    <w:pPr>
      <w:keepNext/>
      <w:keepLines/>
      <w:spacing w:before="240" w:after="60"/>
      <w:ind w:firstLine="0"/>
      <w:jc w:val="left"/>
      <w:outlineLvl w:val="0"/>
    </w:pPr>
    <w:rPr>
      <w:rFonts w:eastAsiaTheme="majorEastAsia" w:cstheme="majorBidi"/>
      <w:b/>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iPriority w:val="9"/>
    <w:unhideWhenUsed/>
    <w:qFormat/>
    <w:rsid w:val="0025334A"/>
    <w:pPr>
      <w:keepNext/>
      <w:keepLines/>
      <w:spacing w:before="120" w:after="60"/>
      <w:ind w:firstLine="0"/>
      <w:outlineLvl w:val="1"/>
    </w:pPr>
    <w:rPr>
      <w:rFonts w:eastAsiaTheme="majorEastAsia" w:cstheme="majorBidi"/>
      <w:b/>
      <w:color w:val="4F81BD" w:themeColor="accent1"/>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FC693F"/>
    <w:pPr>
      <w:keepNext/>
      <w:keepLines/>
      <w:spacing w:before="120"/>
      <w:ind w:firstLine="0"/>
      <w:outlineLvl w:val="2"/>
    </w:pPr>
    <w:rPr>
      <w:rFonts w:asciiTheme="majorHAnsi" w:eastAsiaTheme="majorEastAsia" w:hAnsiTheme="majorHAnsi" w:cstheme="majorBidi"/>
      <w:b/>
      <w:bCs/>
      <w:color w:val="4F81BD" w:themeColor="accent1"/>
    </w:rPr>
  </w:style>
  <w:style w:type="paragraph" w:styleId="Heading4">
    <w:name w:val="heading 4"/>
    <w:aliases w:val="H4"/>
    <w:basedOn w:val="Normal"/>
    <w:next w:val="Normal"/>
    <w:link w:val="Heading4Char"/>
    <w:uiPriority w:val="9"/>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Heading 7 (do not use)"/>
    <w:basedOn w:val="Normal"/>
    <w:next w:val="Normal"/>
    <w:link w:val="Heading7Char"/>
    <w:uiPriority w:val="9"/>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aliases w:val="Heading 9 (do not use)"/>
    <w:basedOn w:val="Normal"/>
    <w:next w:val="Normal"/>
    <w:link w:val="Heading9Char"/>
    <w:uiPriority w:val="9"/>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25334A"/>
    <w:rPr>
      <w:rFonts w:ascii="Times New Roman" w:eastAsiaTheme="majorEastAsia" w:hAnsi="Times New Roman" w:cstheme="majorBidi"/>
      <w:b/>
      <w:sz w:val="24"/>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uiPriority w:val="9"/>
    <w:rsid w:val="0025334A"/>
    <w:rPr>
      <w:rFonts w:ascii="Times New Roman" w:eastAsiaTheme="majorEastAsia" w:hAnsi="Times New Roman" w:cstheme="majorBidi"/>
      <w:b/>
      <w:color w:val="4F81BD" w:themeColor="accent1"/>
      <w:sz w:val="24"/>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68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Forth level,Akapit z listą BS,Outlines a.b.c.,List_Paragraph,Multilevel para_II,Akapit z lista BS,List Paragraph1,List Paragraph11"/>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qFormat/>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H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C693F"/>
    <w:rPr>
      <w:rFonts w:asciiTheme="majorHAnsi" w:eastAsiaTheme="majorEastAsia" w:hAnsiTheme="majorHAnsi" w:cstheme="majorBidi"/>
      <w:i/>
      <w:iCs/>
      <w:color w:val="243F60" w:themeColor="accent1" w:themeShade="7F"/>
    </w:rPr>
  </w:style>
  <w:style w:type="character" w:customStyle="1" w:styleId="Heading7Char">
    <w:name w:val="Heading 7 Char"/>
    <w:aliases w:val="Heading 7 (do not use) Char"/>
    <w:basedOn w:val="DefaultParagraphFont"/>
    <w:link w:val="Heading7"/>
    <w:uiPriority w:val="9"/>
    <w:rsid w:val="00FC693F"/>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FC693F"/>
    <w:rPr>
      <w:rFonts w:asciiTheme="majorHAnsi" w:eastAsiaTheme="majorEastAsia" w:hAnsiTheme="majorHAnsi" w:cstheme="majorBidi"/>
      <w:color w:val="4F81BD" w:themeColor="accent1"/>
      <w:sz w:val="20"/>
      <w:szCs w:val="20"/>
    </w:rPr>
  </w:style>
  <w:style w:type="character" w:customStyle="1" w:styleId="Heading9Char">
    <w:name w:val="Heading 9 Char"/>
    <w:aliases w:val="Heading 9 (do not use) Char"/>
    <w:basedOn w:val="DefaultParagraphFont"/>
    <w:link w:val="Heading9"/>
    <w:uiPriority w:val="9"/>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GTitle">
    <w:name w:val="DG Title"/>
    <w:pPr>
      <w:keepNext/>
      <w:spacing w:before="360" w:after="20" w:line="240" w:lineRule="auto"/>
      <w:jc w:val="center"/>
    </w:pPr>
    <w:rPr>
      <w:rFonts w:ascii="Times New Roman" w:eastAsia="Times New Roman" w:hAnsi="Times New Roman"/>
      <w:b/>
      <w:sz w:val="32"/>
    </w:rPr>
  </w:style>
  <w:style w:type="paragraph" w:customStyle="1" w:styleId="DGSubtitle">
    <w:name w:val="DG Subtitle"/>
    <w:pPr>
      <w:keepNext/>
      <w:spacing w:after="240" w:line="240" w:lineRule="auto"/>
      <w:jc w:val="center"/>
    </w:pPr>
    <w:rPr>
      <w:rFonts w:ascii="Times New Roman" w:eastAsia="Times New Roman" w:hAnsi="Times New Roman"/>
      <w:b/>
      <w:sz w:val="24"/>
    </w:rPr>
  </w:style>
  <w:style w:type="paragraph" w:customStyle="1" w:styleId="DGH1">
    <w:name w:val="DG H1"/>
    <w:pPr>
      <w:keepNext/>
      <w:spacing w:before="160" w:after="40" w:line="240" w:lineRule="auto"/>
    </w:pPr>
    <w:rPr>
      <w:rFonts w:ascii="Times New Roman" w:eastAsia="Times New Roman" w:hAnsi="Times New Roman"/>
      <w:b/>
      <w:sz w:val="24"/>
    </w:rPr>
  </w:style>
  <w:style w:type="paragraph" w:customStyle="1" w:styleId="DGH2">
    <w:name w:val="DG H2"/>
    <w:pPr>
      <w:keepNext/>
      <w:spacing w:before="80" w:after="20" w:line="240" w:lineRule="auto"/>
    </w:pPr>
    <w:rPr>
      <w:rFonts w:ascii="Times New Roman" w:eastAsia="Times New Roman" w:hAnsi="Times New Roman"/>
      <w:b/>
      <w:sz w:val="24"/>
    </w:rPr>
  </w:style>
  <w:style w:type="paragraph" w:customStyle="1" w:styleId="DGSmall">
    <w:name w:val="DG Small"/>
    <w:pPr>
      <w:spacing w:after="0" w:line="240" w:lineRule="auto"/>
    </w:pPr>
    <w:rPr>
      <w:rFonts w:ascii="Times New Roman" w:eastAsia="Times New Roman" w:hAnsi="Times New Roman"/>
    </w:rPr>
  </w:style>
  <w:style w:type="paragraph" w:styleId="TOC1">
    <w:name w:val="toc 1"/>
    <w:basedOn w:val="Normal"/>
    <w:next w:val="Normal"/>
    <w:autoRedefine/>
    <w:uiPriority w:val="39"/>
    <w:unhideWhenUsed/>
    <w:qFormat/>
    <w:rsid w:val="00E1781E"/>
    <w:pPr>
      <w:tabs>
        <w:tab w:val="left" w:pos="360"/>
        <w:tab w:val="right" w:leader="dot" w:pos="9360"/>
      </w:tabs>
      <w:spacing w:before="120" w:after="120"/>
      <w:ind w:left="360" w:hanging="360"/>
      <w:jc w:val="left"/>
    </w:pPr>
    <w:rPr>
      <w:rFonts w:ascii="Calibri" w:hAnsi="Calibri" w:cs="Times New Roman"/>
      <w:b/>
      <w:bCs/>
      <w:caps/>
      <w:szCs w:val="20"/>
    </w:rPr>
  </w:style>
  <w:style w:type="paragraph" w:styleId="TOC2">
    <w:name w:val="toc 2"/>
    <w:basedOn w:val="Normal"/>
    <w:next w:val="Normal"/>
    <w:autoRedefine/>
    <w:uiPriority w:val="39"/>
    <w:unhideWhenUsed/>
    <w:qFormat/>
    <w:rsid w:val="00E1781E"/>
    <w:pPr>
      <w:tabs>
        <w:tab w:val="left" w:pos="880"/>
        <w:tab w:val="right" w:leader="dot" w:pos="9360"/>
      </w:tabs>
      <w:ind w:left="220" w:firstLine="0"/>
      <w:jc w:val="left"/>
    </w:pPr>
    <w:rPr>
      <w:rFonts w:ascii="Calibri" w:hAnsi="Calibri" w:cs="Calibri"/>
      <w:smallCaps/>
      <w:noProof/>
      <w:szCs w:val="24"/>
      <w:lang w:val="ro-RO"/>
    </w:rPr>
  </w:style>
  <w:style w:type="paragraph" w:styleId="TOC3">
    <w:name w:val="toc 3"/>
    <w:basedOn w:val="Normal"/>
    <w:next w:val="Normal"/>
    <w:autoRedefine/>
    <w:uiPriority w:val="39"/>
    <w:unhideWhenUsed/>
    <w:qFormat/>
    <w:rsid w:val="00E1781E"/>
    <w:pPr>
      <w:ind w:left="440" w:firstLine="0"/>
      <w:jc w:val="left"/>
    </w:pPr>
    <w:rPr>
      <w:rFonts w:cs="Times New Roman"/>
      <w:i/>
      <w:iCs/>
      <w:sz w:val="20"/>
      <w:szCs w:val="20"/>
    </w:rPr>
  </w:style>
  <w:style w:type="paragraph" w:styleId="TOC4">
    <w:name w:val="toc 4"/>
    <w:basedOn w:val="Normal"/>
    <w:next w:val="Normal"/>
    <w:autoRedefine/>
    <w:uiPriority w:val="39"/>
    <w:unhideWhenUsed/>
    <w:rsid w:val="00E1781E"/>
    <w:pPr>
      <w:ind w:left="660" w:firstLine="0"/>
      <w:jc w:val="left"/>
    </w:pPr>
    <w:rPr>
      <w:rFonts w:cs="Times New Roman"/>
      <w:sz w:val="18"/>
      <w:szCs w:val="18"/>
    </w:rPr>
  </w:style>
  <w:style w:type="paragraph" w:styleId="TOC5">
    <w:name w:val="toc 5"/>
    <w:basedOn w:val="Normal"/>
    <w:next w:val="Normal"/>
    <w:autoRedefine/>
    <w:uiPriority w:val="39"/>
    <w:unhideWhenUsed/>
    <w:rsid w:val="00E1781E"/>
    <w:pPr>
      <w:ind w:left="880" w:firstLine="0"/>
      <w:jc w:val="left"/>
    </w:pPr>
    <w:rPr>
      <w:rFonts w:cs="Times New Roman"/>
      <w:sz w:val="18"/>
      <w:szCs w:val="18"/>
    </w:rPr>
  </w:style>
  <w:style w:type="paragraph" w:styleId="TOC6">
    <w:name w:val="toc 6"/>
    <w:basedOn w:val="Normal"/>
    <w:next w:val="Normal"/>
    <w:autoRedefine/>
    <w:uiPriority w:val="39"/>
    <w:unhideWhenUsed/>
    <w:rsid w:val="00E1781E"/>
    <w:pPr>
      <w:ind w:left="1100" w:firstLine="0"/>
      <w:jc w:val="left"/>
    </w:pPr>
    <w:rPr>
      <w:rFonts w:cs="Times New Roman"/>
      <w:sz w:val="18"/>
      <w:szCs w:val="18"/>
    </w:rPr>
  </w:style>
  <w:style w:type="paragraph" w:styleId="TOC7">
    <w:name w:val="toc 7"/>
    <w:basedOn w:val="Normal"/>
    <w:next w:val="Normal"/>
    <w:autoRedefine/>
    <w:uiPriority w:val="39"/>
    <w:unhideWhenUsed/>
    <w:rsid w:val="00E1781E"/>
    <w:pPr>
      <w:ind w:left="1320" w:firstLine="0"/>
      <w:jc w:val="left"/>
    </w:pPr>
    <w:rPr>
      <w:rFonts w:cs="Times New Roman"/>
      <w:sz w:val="18"/>
      <w:szCs w:val="18"/>
    </w:rPr>
  </w:style>
  <w:style w:type="paragraph" w:styleId="TOC8">
    <w:name w:val="toc 8"/>
    <w:basedOn w:val="Normal"/>
    <w:next w:val="Normal"/>
    <w:autoRedefine/>
    <w:uiPriority w:val="39"/>
    <w:unhideWhenUsed/>
    <w:rsid w:val="00E1781E"/>
    <w:pPr>
      <w:ind w:left="1540" w:firstLine="0"/>
      <w:jc w:val="left"/>
    </w:pPr>
    <w:rPr>
      <w:rFonts w:cs="Times New Roman"/>
      <w:sz w:val="18"/>
      <w:szCs w:val="18"/>
    </w:rPr>
  </w:style>
  <w:style w:type="paragraph" w:styleId="TOC9">
    <w:name w:val="toc 9"/>
    <w:basedOn w:val="Normal"/>
    <w:next w:val="Normal"/>
    <w:autoRedefine/>
    <w:uiPriority w:val="39"/>
    <w:unhideWhenUsed/>
    <w:rsid w:val="00E1781E"/>
    <w:pPr>
      <w:ind w:left="1760" w:firstLine="0"/>
      <w:jc w:val="left"/>
    </w:pPr>
    <w:rPr>
      <w:rFonts w:cs="Times New Roman"/>
      <w:sz w:val="18"/>
      <w:szCs w:val="18"/>
    </w:rPr>
  </w:style>
  <w:style w:type="character" w:styleId="Hyperlink">
    <w:name w:val="Hyperlink"/>
    <w:basedOn w:val="DefaultParagraphFont"/>
    <w:uiPriority w:val="99"/>
    <w:unhideWhenUsed/>
    <w:rsid w:val="00E1781E"/>
    <w:rPr>
      <w:color w:val="0000FF" w:themeColor="hyperlink"/>
      <w:u w:val="single"/>
    </w:rPr>
  </w:style>
  <w:style w:type="character" w:styleId="CommentReference">
    <w:name w:val="annotation reference"/>
    <w:basedOn w:val="DefaultParagraphFont"/>
    <w:uiPriority w:val="99"/>
    <w:semiHidden/>
    <w:unhideWhenUsed/>
    <w:rsid w:val="00E1781E"/>
    <w:rPr>
      <w:sz w:val="16"/>
      <w:szCs w:val="16"/>
    </w:rPr>
  </w:style>
  <w:style w:type="paragraph" w:styleId="CommentText">
    <w:name w:val="annotation text"/>
    <w:basedOn w:val="Normal"/>
    <w:link w:val="CommentTextChar"/>
    <w:uiPriority w:val="99"/>
    <w:unhideWhenUsed/>
    <w:rsid w:val="00E1781E"/>
    <w:pPr>
      <w:ind w:firstLine="0"/>
      <w:jc w:val="left"/>
    </w:pPr>
    <w:rPr>
      <w:rFonts w:cs="Times New Roman"/>
      <w:sz w:val="20"/>
      <w:szCs w:val="20"/>
    </w:rPr>
  </w:style>
  <w:style w:type="character" w:customStyle="1" w:styleId="CommentTextChar">
    <w:name w:val="Comment Text Char"/>
    <w:basedOn w:val="DefaultParagraphFont"/>
    <w:link w:val="CommentText"/>
    <w:uiPriority w:val="99"/>
    <w:rsid w:val="00E1781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781E"/>
    <w:rPr>
      <w:b/>
      <w:bCs/>
    </w:rPr>
  </w:style>
  <w:style w:type="character" w:customStyle="1" w:styleId="CommentSubjectChar">
    <w:name w:val="Comment Subject Char"/>
    <w:basedOn w:val="CommentTextChar"/>
    <w:link w:val="CommentSubject"/>
    <w:uiPriority w:val="99"/>
    <w:semiHidden/>
    <w:rsid w:val="00E1781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1781E"/>
    <w:pPr>
      <w:ind w:firstLine="0"/>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81E"/>
    <w:rPr>
      <w:rFonts w:ascii="Segoe UI" w:eastAsia="Times New Roman" w:hAnsi="Segoe UI" w:cs="Segoe UI"/>
      <w:sz w:val="18"/>
      <w:szCs w:val="18"/>
    </w:rPr>
  </w:style>
  <w:style w:type="paragraph" w:styleId="NormalWeb">
    <w:name w:val="Normal (Web)"/>
    <w:basedOn w:val="Normal"/>
    <w:uiPriority w:val="99"/>
    <w:semiHidden/>
    <w:unhideWhenUsed/>
    <w:rsid w:val="00E1781E"/>
    <w:pPr>
      <w:spacing w:before="100" w:beforeAutospacing="1" w:after="100" w:afterAutospacing="1"/>
      <w:ind w:firstLine="0"/>
      <w:jc w:val="left"/>
    </w:pPr>
    <w:rPr>
      <w:rFonts w:cs="Times New Roman"/>
      <w:szCs w:val="24"/>
      <w:lang w:val="en-GB" w:eastAsia="en-GB"/>
    </w:rPr>
  </w:style>
  <w:style w:type="paragraph" w:styleId="Revision">
    <w:name w:val="Revision"/>
    <w:hidden/>
    <w:uiPriority w:val="99"/>
    <w:semiHidden/>
    <w:rsid w:val="00E1781E"/>
    <w:pPr>
      <w:spacing w:after="0" w:line="240" w:lineRule="auto"/>
    </w:pPr>
    <w:rPr>
      <w:lang w:val="ro-RO" w:eastAsia="en-SG"/>
    </w:rPr>
  </w:style>
  <w:style w:type="paragraph" w:styleId="HTMLPreformatted">
    <w:name w:val="HTML Preformatted"/>
    <w:basedOn w:val="Normal"/>
    <w:link w:val="HTMLPreformattedChar"/>
    <w:uiPriority w:val="99"/>
    <w:semiHidden/>
    <w:unhideWhenUsed/>
    <w:rsid w:val="00E17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E1781E"/>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E1781E"/>
    <w:rPr>
      <w:color w:val="808080"/>
    </w:rPr>
  </w:style>
  <w:style w:type="paragraph" w:customStyle="1" w:styleId="Body">
    <w:name w:val="Body"/>
    <w:basedOn w:val="Normal"/>
    <w:link w:val="BodyChar"/>
    <w:qFormat/>
    <w:rsid w:val="00E1781E"/>
    <w:pPr>
      <w:spacing w:before="120" w:line="240" w:lineRule="exact"/>
      <w:ind w:firstLine="0"/>
    </w:pPr>
    <w:rPr>
      <w:rFonts w:ascii="Trebuchet MS" w:hAnsi="Trebuchet MS" w:cs="Arial"/>
      <w:sz w:val="20"/>
      <w:szCs w:val="24"/>
    </w:rPr>
  </w:style>
  <w:style w:type="character" w:customStyle="1" w:styleId="BodyChar">
    <w:name w:val="Body Char"/>
    <w:basedOn w:val="DefaultParagraphFont"/>
    <w:link w:val="Body"/>
    <w:rsid w:val="00E1781E"/>
    <w:rPr>
      <w:rFonts w:ascii="Trebuchet MS" w:eastAsia="Times New Roman" w:hAnsi="Trebuchet MS" w:cs="Arial"/>
      <w:sz w:val="20"/>
      <w:szCs w:val="24"/>
    </w:rPr>
  </w:style>
  <w:style w:type="paragraph" w:customStyle="1" w:styleId="Bulet">
    <w:name w:val="Bulet"/>
    <w:basedOn w:val="Normal"/>
    <w:next w:val="Body"/>
    <w:link w:val="BuletChar"/>
    <w:qFormat/>
    <w:rsid w:val="00E1781E"/>
    <w:pPr>
      <w:numPr>
        <w:numId w:val="24"/>
      </w:numPr>
      <w:spacing w:line="240" w:lineRule="exact"/>
    </w:pPr>
    <w:rPr>
      <w:rFonts w:ascii="Trebuchet MS" w:hAnsi="Trebuchet MS" w:cs="Arial"/>
      <w:sz w:val="20"/>
      <w:szCs w:val="24"/>
    </w:rPr>
  </w:style>
  <w:style w:type="character" w:customStyle="1" w:styleId="BuletChar">
    <w:name w:val="Bulet Char"/>
    <w:basedOn w:val="BodyChar"/>
    <w:link w:val="Bulet"/>
    <w:rsid w:val="00E1781E"/>
    <w:rPr>
      <w:rFonts w:ascii="Trebuchet MS" w:eastAsia="Times New Roman" w:hAnsi="Trebuchet MS" w:cs="Arial"/>
      <w:sz w:val="20"/>
      <w:szCs w:val="24"/>
    </w:rPr>
  </w:style>
  <w:style w:type="paragraph" w:customStyle="1" w:styleId="Norm">
    <w:name w:val="Norm"/>
    <w:basedOn w:val="Normal"/>
    <w:qFormat/>
    <w:rsid w:val="00E1781E"/>
    <w:pPr>
      <w:framePr w:hSpace="1701" w:wrap="around" w:vAnchor="text" w:hAnchor="page" w:x="1708" w:y="1"/>
      <w:spacing w:line="240" w:lineRule="exact"/>
      <w:ind w:firstLine="0"/>
      <w:suppressOverlap/>
    </w:pPr>
    <w:rPr>
      <w:rFonts w:ascii="Trebuchet MS" w:hAnsi="Trebuchet MS" w:cs="Arial"/>
      <w:sz w:val="20"/>
      <w:szCs w:val="24"/>
    </w:rPr>
  </w:style>
  <w:style w:type="paragraph" w:customStyle="1" w:styleId="Capitol">
    <w:name w:val="Capitol"/>
    <w:basedOn w:val="Body"/>
    <w:next w:val="Body"/>
    <w:qFormat/>
    <w:rsid w:val="00E1781E"/>
    <w:pPr>
      <w:numPr>
        <w:numId w:val="25"/>
      </w:numPr>
      <w:tabs>
        <w:tab w:val="num" w:pos="360"/>
        <w:tab w:val="num" w:pos="1440"/>
      </w:tabs>
      <w:spacing w:before="840" w:after="240" w:line="320" w:lineRule="exact"/>
      <w:ind w:left="1440" w:hanging="426"/>
    </w:pPr>
    <w:rPr>
      <w:b/>
      <w:caps/>
      <w:color w:val="0070C0"/>
      <w:sz w:val="28"/>
      <w:szCs w:val="28"/>
    </w:rPr>
  </w:style>
  <w:style w:type="paragraph" w:customStyle="1" w:styleId="SubCap">
    <w:name w:val="SubCap"/>
    <w:basedOn w:val="Body"/>
    <w:next w:val="Body"/>
    <w:qFormat/>
    <w:rsid w:val="00E1781E"/>
    <w:pPr>
      <w:numPr>
        <w:ilvl w:val="2"/>
        <w:numId w:val="25"/>
      </w:numPr>
      <w:tabs>
        <w:tab w:val="num" w:pos="360"/>
        <w:tab w:val="num" w:pos="1440"/>
      </w:tabs>
      <w:spacing w:before="480" w:after="120" w:line="280" w:lineRule="exact"/>
      <w:ind w:left="1440" w:hanging="360"/>
    </w:pPr>
    <w:rPr>
      <w:b/>
      <w:color w:val="0070C0"/>
      <w:sz w:val="26"/>
      <w:szCs w:val="26"/>
    </w:rPr>
  </w:style>
  <w:style w:type="paragraph" w:customStyle="1" w:styleId="UnderCap">
    <w:name w:val="UnderCap"/>
    <w:basedOn w:val="SubCap"/>
    <w:next w:val="Body"/>
    <w:qFormat/>
    <w:rsid w:val="00E1781E"/>
    <w:pPr>
      <w:numPr>
        <w:ilvl w:val="3"/>
      </w:numPr>
      <w:shd w:val="clear" w:color="auto" w:fill="FFFFFF"/>
      <w:tabs>
        <w:tab w:val="num" w:pos="360"/>
        <w:tab w:val="num" w:pos="1440"/>
      </w:tabs>
      <w:spacing w:line="360" w:lineRule="exact"/>
      <w:ind w:left="144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E1781E"/>
    <w:pPr>
      <w:keepLines w:val="0"/>
      <w:numPr>
        <w:ilvl w:val="2"/>
      </w:numPr>
      <w:spacing w:before="60" w:after="120"/>
      <w:ind w:left="1916" w:hanging="839"/>
      <w:jc w:val="left"/>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E1781E"/>
  </w:style>
  <w:style w:type="paragraph" w:customStyle="1" w:styleId="Text2">
    <w:name w:val="Text 2"/>
    <w:basedOn w:val="Normal"/>
    <w:link w:val="Text2Char"/>
    <w:rsid w:val="00E1781E"/>
    <w:pPr>
      <w:tabs>
        <w:tab w:val="left" w:pos="2161"/>
      </w:tabs>
      <w:spacing w:after="240"/>
      <w:ind w:left="1077" w:firstLine="0"/>
    </w:pPr>
    <w:rPr>
      <w:rFonts w:cs="Times New Roman"/>
      <w:szCs w:val="20"/>
    </w:rPr>
  </w:style>
  <w:style w:type="character" w:customStyle="1" w:styleId="Text2Char">
    <w:name w:val="Text 2 Char"/>
    <w:link w:val="Text2"/>
    <w:rsid w:val="00E1781E"/>
    <w:rPr>
      <w:rFonts w:ascii="Times New Roman" w:eastAsia="Times New Roman" w:hAnsi="Times New Roman" w:cs="Times New Roman"/>
      <w:sz w:val="24"/>
      <w:szCs w:val="20"/>
    </w:rPr>
  </w:style>
  <w:style w:type="paragraph" w:customStyle="1" w:styleId="Default">
    <w:name w:val="Default"/>
    <w:rsid w:val="00E1781E"/>
    <w:pPr>
      <w:autoSpaceDE w:val="0"/>
      <w:autoSpaceDN w:val="0"/>
      <w:adjustRightInd w:val="0"/>
      <w:spacing w:after="0" w:line="240" w:lineRule="auto"/>
    </w:pPr>
    <w:rPr>
      <w:rFonts w:ascii="Andes" w:hAnsi="Andes" w:cs="Andes"/>
      <w:color w:val="000000"/>
      <w:sz w:val="24"/>
      <w:szCs w:val="24"/>
      <w:lang w:val="ro-RO" w:eastAsia="en-SG"/>
    </w:rPr>
  </w:style>
  <w:style w:type="character" w:customStyle="1" w:styleId="Bodytext0">
    <w:name w:val="Body text_"/>
    <w:basedOn w:val="DefaultParagraphFont"/>
    <w:link w:val="BodyText10"/>
    <w:rsid w:val="00E1781E"/>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0"/>
    <w:rsid w:val="00E1781E"/>
    <w:pPr>
      <w:widowControl w:val="0"/>
      <w:shd w:val="clear" w:color="auto" w:fill="FFFFFF"/>
      <w:spacing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0"/>
    <w:rsid w:val="00E1781E"/>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0"/>
    <w:rsid w:val="00E1781E"/>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0">
    <w:name w:val="Body Text2"/>
    <w:basedOn w:val="Normal"/>
    <w:rsid w:val="00E1781E"/>
    <w:pPr>
      <w:widowControl w:val="0"/>
      <w:shd w:val="clear" w:color="auto" w:fill="FFFFFF"/>
      <w:spacing w:line="0" w:lineRule="atLeast"/>
      <w:ind w:hanging="360"/>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E1781E"/>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E1781E"/>
    <w:pPr>
      <w:widowControl w:val="0"/>
      <w:shd w:val="clear" w:color="auto" w:fill="FFFFFF"/>
      <w:spacing w:line="383" w:lineRule="exact"/>
      <w:ind w:firstLine="0"/>
    </w:pPr>
    <w:rPr>
      <w:rFonts w:ascii="Segoe UI" w:eastAsia="Segoe UI" w:hAnsi="Segoe UI" w:cs="Segoe UI"/>
      <w:b/>
      <w:bCs/>
      <w:sz w:val="26"/>
      <w:szCs w:val="26"/>
    </w:rPr>
  </w:style>
  <w:style w:type="character" w:customStyle="1" w:styleId="BodytextArialItalic">
    <w:name w:val="Body text + Arial;Italic"/>
    <w:basedOn w:val="Bodytext0"/>
    <w:rsid w:val="00E1781E"/>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styleId="FootnoteText">
    <w:name w:val="footnote text"/>
    <w:basedOn w:val="Normal"/>
    <w:link w:val="FootnoteTextChar"/>
    <w:unhideWhenUsed/>
    <w:rsid w:val="00E1781E"/>
    <w:pPr>
      <w:ind w:firstLine="0"/>
      <w:jc w:val="left"/>
    </w:pPr>
    <w:rPr>
      <w:rFonts w:cs="Times New Roman"/>
      <w:sz w:val="20"/>
      <w:szCs w:val="20"/>
    </w:rPr>
  </w:style>
  <w:style w:type="character" w:customStyle="1" w:styleId="FootnoteTextChar">
    <w:name w:val="Footnote Text Char"/>
    <w:basedOn w:val="DefaultParagraphFont"/>
    <w:link w:val="FootnoteText"/>
    <w:rsid w:val="00E1781E"/>
    <w:rPr>
      <w:rFonts w:ascii="Times New Roman" w:eastAsia="Times New Roman" w:hAnsi="Times New Roman" w:cs="Times New Roman"/>
      <w:sz w:val="20"/>
      <w:szCs w:val="20"/>
    </w:rPr>
  </w:style>
  <w:style w:type="character" w:styleId="FootnoteReference">
    <w:name w:val="footnote reference"/>
    <w:basedOn w:val="DefaultParagraphFont"/>
    <w:unhideWhenUsed/>
    <w:rsid w:val="00E1781E"/>
    <w:rPr>
      <w:vertAlign w:val="superscript"/>
    </w:rPr>
  </w:style>
  <w:style w:type="paragraph" w:customStyle="1" w:styleId="Heading1EIB">
    <w:name w:val="Heading 1 EIB"/>
    <w:basedOn w:val="Heading1"/>
    <w:autoRedefine/>
    <w:qFormat/>
    <w:rsid w:val="00E1781E"/>
    <w:pPr>
      <w:keepNext w:val="0"/>
      <w:keepLines w:val="0"/>
      <w:tabs>
        <w:tab w:val="num" w:pos="360"/>
      </w:tabs>
      <w:spacing w:before="0" w:after="200"/>
      <w:ind w:left="284"/>
      <w:contextualSpacing/>
      <w:outlineLvl w:val="9"/>
    </w:pPr>
    <w:rPr>
      <w:bCs/>
      <w:color w:val="000000" w:themeColor="text1"/>
      <w:szCs w:val="20"/>
      <w:lang w:val="en-GB"/>
    </w:rPr>
  </w:style>
  <w:style w:type="paragraph" w:customStyle="1" w:styleId="Heading2EIB">
    <w:name w:val="Heading 2 EIB"/>
    <w:basedOn w:val="Heading2"/>
    <w:autoRedefine/>
    <w:qFormat/>
    <w:rsid w:val="00E1781E"/>
    <w:pPr>
      <w:spacing w:before="40" w:after="120" w:line="300" w:lineRule="atLeast"/>
      <w:ind w:left="674"/>
      <w:jc w:val="left"/>
    </w:pPr>
    <w:rPr>
      <w:bCs/>
      <w:color w:val="auto"/>
      <w:sz w:val="22"/>
      <w:lang w:val="ro-RO"/>
    </w:rPr>
  </w:style>
  <w:style w:type="paragraph" w:customStyle="1" w:styleId="Heading3EIB">
    <w:name w:val="Heading 3 EIB"/>
    <w:basedOn w:val="Heading3"/>
    <w:autoRedefine/>
    <w:qFormat/>
    <w:rsid w:val="00E1781E"/>
    <w:pPr>
      <w:tabs>
        <w:tab w:val="num" w:pos="360"/>
      </w:tabs>
      <w:spacing w:after="120" w:line="300" w:lineRule="atLeast"/>
      <w:ind w:left="284"/>
      <w:jc w:val="left"/>
    </w:pPr>
    <w:rPr>
      <w:rFonts w:ascii="Times New Roman" w:hAnsi="Times New Roman" w:cs="Times New Roman"/>
      <w:bCs w:val="0"/>
      <w:color w:val="000000" w:themeColor="text1"/>
      <w:szCs w:val="24"/>
      <w:lang w:val="en-GB"/>
    </w:rPr>
  </w:style>
  <w:style w:type="character" w:customStyle="1" w:styleId="ListParagraphChar">
    <w:name w:val="List Paragraph Char"/>
    <w:aliases w:val="Forth level Char,Akapit z listą BS Char,Outlines a.b.c. Char,List_Paragraph Char,Multilevel para_II Char,Akapit z lista BS Char,List Paragraph1 Char,List Paragraph11 Char"/>
    <w:link w:val="ListParagraph"/>
    <w:uiPriority w:val="7"/>
    <w:locked/>
    <w:rsid w:val="00E1781E"/>
    <w:rPr>
      <w:rFonts w:ascii="Times New Roman" w:eastAsia="Times New Roman" w:hAnsi="Times New Roman"/>
      <w:sz w:val="24"/>
    </w:rPr>
  </w:style>
  <w:style w:type="character" w:customStyle="1" w:styleId="A16">
    <w:name w:val="A16"/>
    <w:uiPriority w:val="99"/>
    <w:rsid w:val="00E1781E"/>
    <w:rPr>
      <w:rFonts w:cs="Myriad"/>
      <w:color w:val="211D1E"/>
      <w:sz w:val="22"/>
      <w:szCs w:val="22"/>
    </w:rPr>
  </w:style>
  <w:style w:type="paragraph" w:customStyle="1" w:styleId="normalpropostasChar">
    <w:name w:val="normal_propostas Char"/>
    <w:basedOn w:val="Normal"/>
    <w:rsid w:val="00E1781E"/>
    <w:pPr>
      <w:suppressAutoHyphens/>
      <w:spacing w:after="120" w:line="288" w:lineRule="auto"/>
      <w:ind w:firstLine="0"/>
    </w:pPr>
    <w:rPr>
      <w:rFonts w:ascii="Arial" w:hAnsi="Arial" w:cs="Calibri"/>
      <w:szCs w:val="24"/>
      <w:lang w:eastAsia="ar-SA"/>
    </w:rPr>
  </w:style>
  <w:style w:type="character" w:customStyle="1" w:styleId="tli1">
    <w:name w:val="tli1"/>
    <w:basedOn w:val="DefaultParagraphFont"/>
    <w:rsid w:val="00E1781E"/>
  </w:style>
  <w:style w:type="character" w:customStyle="1" w:styleId="UnresolvedMention1">
    <w:name w:val="Unresolved Mention1"/>
    <w:basedOn w:val="DefaultParagraphFont"/>
    <w:uiPriority w:val="99"/>
    <w:semiHidden/>
    <w:unhideWhenUsed/>
    <w:rsid w:val="00E1781E"/>
    <w:rPr>
      <w:color w:val="605E5C"/>
      <w:shd w:val="clear" w:color="auto" w:fill="E1DFDD"/>
    </w:rPr>
  </w:style>
  <w:style w:type="character" w:styleId="FollowedHyperlink">
    <w:name w:val="FollowedHyperlink"/>
    <w:basedOn w:val="DefaultParagraphFont"/>
    <w:uiPriority w:val="99"/>
    <w:semiHidden/>
    <w:unhideWhenUsed/>
    <w:rsid w:val="00E1781E"/>
    <w:rPr>
      <w:color w:val="800080" w:themeColor="followedHyperlink"/>
      <w:u w:val="single"/>
    </w:rPr>
  </w:style>
  <w:style w:type="character" w:styleId="LineNumber">
    <w:name w:val="line number"/>
    <w:basedOn w:val="DefaultParagraphFont"/>
    <w:uiPriority w:val="99"/>
    <w:semiHidden/>
    <w:unhideWhenUsed/>
    <w:rsid w:val="00E1781E"/>
  </w:style>
  <w:style w:type="character" w:customStyle="1" w:styleId="Other">
    <w:name w:val="Other_"/>
    <w:basedOn w:val="DefaultParagraphFont"/>
    <w:link w:val="Other0"/>
    <w:rsid w:val="00E1781E"/>
    <w:rPr>
      <w:rFonts w:ascii="Times New Roman" w:eastAsia="Times New Roman" w:hAnsi="Times New Roman" w:cs="Times New Roman"/>
    </w:rPr>
  </w:style>
  <w:style w:type="paragraph" w:customStyle="1" w:styleId="Other0">
    <w:name w:val="Other"/>
    <w:basedOn w:val="Normal"/>
    <w:link w:val="Other"/>
    <w:rsid w:val="00E1781E"/>
    <w:pPr>
      <w:widowControl w:val="0"/>
      <w:spacing w:line="262" w:lineRule="auto"/>
      <w:ind w:firstLine="40"/>
    </w:pPr>
    <w:rPr>
      <w:rFonts w:cs="Times New Roman"/>
      <w:sz w:val="22"/>
    </w:rPr>
  </w:style>
  <w:style w:type="paragraph" w:customStyle="1" w:styleId="listenumrobis">
    <w:name w:val="liste numéro bis"/>
    <w:rsid w:val="00E1781E"/>
    <w:pPr>
      <w:numPr>
        <w:numId w:val="26"/>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rsid w:val="00E1781E"/>
    <w:pPr>
      <w:numPr>
        <w:numId w:val="27"/>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E1781E"/>
    <w:pPr>
      <w:numPr>
        <w:numId w:val="28"/>
      </w:numPr>
    </w:pPr>
  </w:style>
  <w:style w:type="character" w:customStyle="1" w:styleId="BodyTextChar1">
    <w:name w:val="Body Text Char1"/>
    <w:basedOn w:val="DefaultParagraphFont"/>
    <w:uiPriority w:val="99"/>
    <w:semiHidden/>
    <w:rsid w:val="00E1781E"/>
    <w:rPr>
      <w:lang w:val="ro-RO"/>
    </w:rPr>
  </w:style>
  <w:style w:type="character" w:customStyle="1" w:styleId="Heading20">
    <w:name w:val="Heading #2_"/>
    <w:basedOn w:val="DefaultParagraphFont"/>
    <w:link w:val="Heading21"/>
    <w:rsid w:val="00E1781E"/>
    <w:rPr>
      <w:rFonts w:ascii="Arial" w:eastAsia="Arial" w:hAnsi="Arial" w:cs="Arial"/>
      <w:b/>
      <w:bCs/>
      <w:sz w:val="20"/>
      <w:szCs w:val="20"/>
    </w:rPr>
  </w:style>
  <w:style w:type="paragraph" w:customStyle="1" w:styleId="Heading21">
    <w:name w:val="Heading #2"/>
    <w:basedOn w:val="Normal"/>
    <w:link w:val="Heading20"/>
    <w:rsid w:val="00E1781E"/>
    <w:pPr>
      <w:widowControl w:val="0"/>
      <w:spacing w:after="120" w:line="283" w:lineRule="auto"/>
      <w:ind w:firstLine="0"/>
      <w:outlineLvl w:val="1"/>
    </w:pPr>
    <w:rPr>
      <w:rFonts w:ascii="Arial" w:eastAsia="Arial" w:hAnsi="Arial" w:cs="Arial"/>
      <w:b/>
      <w:bCs/>
      <w:sz w:val="20"/>
      <w:szCs w:val="20"/>
    </w:rPr>
  </w:style>
  <w:style w:type="character" w:customStyle="1" w:styleId="Bodytext21">
    <w:name w:val="Body text (2)_"/>
    <w:basedOn w:val="DefaultParagraphFont"/>
    <w:link w:val="Bodytext22"/>
    <w:rsid w:val="00E1781E"/>
    <w:rPr>
      <w:rFonts w:ascii="Times New Roman" w:eastAsia="Times New Roman" w:hAnsi="Times New Roman" w:cs="Times New Roman"/>
      <w:sz w:val="28"/>
      <w:szCs w:val="28"/>
    </w:rPr>
  </w:style>
  <w:style w:type="paragraph" w:customStyle="1" w:styleId="Bodytext22">
    <w:name w:val="Body text (2)"/>
    <w:basedOn w:val="Normal"/>
    <w:link w:val="Bodytext21"/>
    <w:rsid w:val="00E1781E"/>
    <w:pPr>
      <w:widowControl w:val="0"/>
      <w:ind w:firstLine="0"/>
    </w:pPr>
    <w:rPr>
      <w:rFonts w:cs="Times New Roman"/>
      <w:sz w:val="28"/>
      <w:szCs w:val="28"/>
    </w:rPr>
  </w:style>
  <w:style w:type="character" w:customStyle="1" w:styleId="do">
    <w:name w:val="do"/>
    <w:basedOn w:val="DefaultParagraphFont"/>
    <w:rsid w:val="00E1781E"/>
  </w:style>
  <w:style w:type="character" w:customStyle="1" w:styleId="Heading10">
    <w:name w:val="Heading #1_"/>
    <w:basedOn w:val="DefaultParagraphFont"/>
    <w:link w:val="Heading11"/>
    <w:rsid w:val="00E1781E"/>
    <w:rPr>
      <w:rFonts w:ascii="Times New Roman" w:eastAsia="Times New Roman" w:hAnsi="Times New Roman" w:cs="Times New Roman"/>
      <w:b/>
      <w:bCs/>
      <w:u w:val="single"/>
    </w:rPr>
  </w:style>
  <w:style w:type="paragraph" w:customStyle="1" w:styleId="Heading11">
    <w:name w:val="Heading #1"/>
    <w:basedOn w:val="Normal"/>
    <w:link w:val="Heading10"/>
    <w:rsid w:val="00E1781E"/>
    <w:pPr>
      <w:widowControl w:val="0"/>
      <w:spacing w:line="283" w:lineRule="auto"/>
      <w:ind w:firstLine="670"/>
      <w:outlineLvl w:val="0"/>
    </w:pPr>
    <w:rPr>
      <w:rFonts w:cs="Times New Roman"/>
      <w:b/>
      <w:bCs/>
      <w:sz w:val="22"/>
      <w:u w:val="single"/>
    </w:rPr>
  </w:style>
  <w:style w:type="paragraph" w:customStyle="1" w:styleId="BodyText1">
    <w:name w:val="Body Text1"/>
    <w:basedOn w:val="Normal"/>
    <w:rsid w:val="00E1781E"/>
    <w:pPr>
      <w:widowControl w:val="0"/>
      <w:spacing w:line="382" w:lineRule="auto"/>
      <w:ind w:firstLine="400"/>
    </w:pPr>
    <w:rPr>
      <w:rFonts w:cs="Times New Roman"/>
      <w:iCs/>
      <w:szCs w:val="24"/>
      <w:lang w:val="en-GB" w:eastAsia="ro-RO"/>
    </w:rPr>
  </w:style>
  <w:style w:type="character" w:styleId="PageNumber">
    <w:name w:val="page number"/>
    <w:uiPriority w:val="6"/>
    <w:rsid w:val="00E1781E"/>
  </w:style>
  <w:style w:type="character" w:customStyle="1" w:styleId="DefaultParagraphFont1">
    <w:name w:val="Default Paragraph Font1"/>
    <w:uiPriority w:val="6"/>
    <w:rsid w:val="00E1781E"/>
  </w:style>
  <w:style w:type="character" w:customStyle="1" w:styleId="WW8Num1z0">
    <w:name w:val="WW8Num1z0"/>
    <w:uiPriority w:val="3"/>
    <w:rsid w:val="00E1781E"/>
  </w:style>
  <w:style w:type="character" w:customStyle="1" w:styleId="WW8Num1z1">
    <w:name w:val="WW8Num1z1"/>
    <w:uiPriority w:val="3"/>
    <w:rsid w:val="00E1781E"/>
    <w:rPr>
      <w:lang w:val="it-IT"/>
    </w:rPr>
  </w:style>
  <w:style w:type="character" w:customStyle="1" w:styleId="WW8Num1z2">
    <w:name w:val="WW8Num1z2"/>
    <w:uiPriority w:val="3"/>
    <w:rsid w:val="00E1781E"/>
  </w:style>
  <w:style w:type="character" w:customStyle="1" w:styleId="WW8Num1z3">
    <w:name w:val="WW8Num1z3"/>
    <w:uiPriority w:val="3"/>
    <w:rsid w:val="00E1781E"/>
  </w:style>
  <w:style w:type="character" w:customStyle="1" w:styleId="WW8Num1z4">
    <w:name w:val="WW8Num1z4"/>
    <w:uiPriority w:val="3"/>
    <w:rsid w:val="00E1781E"/>
  </w:style>
  <w:style w:type="character" w:customStyle="1" w:styleId="WW8Num1z5">
    <w:name w:val="WW8Num1z5"/>
    <w:uiPriority w:val="3"/>
    <w:rsid w:val="00E1781E"/>
  </w:style>
  <w:style w:type="character" w:customStyle="1" w:styleId="WW8Num1z6">
    <w:name w:val="WW8Num1z6"/>
    <w:uiPriority w:val="3"/>
    <w:rsid w:val="00E1781E"/>
  </w:style>
  <w:style w:type="character" w:customStyle="1" w:styleId="WW8Num1z7">
    <w:name w:val="WW8Num1z7"/>
    <w:uiPriority w:val="3"/>
    <w:rsid w:val="00E1781E"/>
  </w:style>
  <w:style w:type="character" w:customStyle="1" w:styleId="WW8Num1z8">
    <w:name w:val="WW8Num1z8"/>
    <w:uiPriority w:val="3"/>
    <w:rsid w:val="00E1781E"/>
  </w:style>
  <w:style w:type="character" w:customStyle="1" w:styleId="WW8Num2z0">
    <w:name w:val="WW8Num2z0"/>
    <w:uiPriority w:val="3"/>
    <w:rsid w:val="00E1781E"/>
    <w:rPr>
      <w:rFonts w:ascii="Arial" w:eastAsia="Times New Roman" w:hAnsi="Arial" w:cs="Arial" w:hint="default"/>
    </w:rPr>
  </w:style>
  <w:style w:type="character" w:customStyle="1" w:styleId="WW8Num2z1">
    <w:name w:val="WW8Num2z1"/>
    <w:uiPriority w:val="3"/>
    <w:rsid w:val="00E1781E"/>
  </w:style>
  <w:style w:type="character" w:customStyle="1" w:styleId="WW8Num2z2">
    <w:name w:val="WW8Num2z2"/>
    <w:uiPriority w:val="3"/>
    <w:rsid w:val="00E1781E"/>
  </w:style>
  <w:style w:type="character" w:customStyle="1" w:styleId="WW8Num2z3">
    <w:name w:val="WW8Num2z3"/>
    <w:uiPriority w:val="3"/>
    <w:rsid w:val="00E1781E"/>
  </w:style>
  <w:style w:type="character" w:customStyle="1" w:styleId="WW8Num2z4">
    <w:name w:val="WW8Num2z4"/>
    <w:uiPriority w:val="3"/>
    <w:rsid w:val="00E1781E"/>
  </w:style>
  <w:style w:type="character" w:customStyle="1" w:styleId="WW8Num2z5">
    <w:name w:val="WW8Num2z5"/>
    <w:uiPriority w:val="3"/>
    <w:rsid w:val="00E1781E"/>
  </w:style>
  <w:style w:type="character" w:customStyle="1" w:styleId="WW8Num2z6">
    <w:name w:val="WW8Num2z6"/>
    <w:uiPriority w:val="3"/>
    <w:rsid w:val="00E1781E"/>
  </w:style>
  <w:style w:type="character" w:customStyle="1" w:styleId="WW8Num2z7">
    <w:name w:val="WW8Num2z7"/>
    <w:uiPriority w:val="3"/>
    <w:rsid w:val="00E1781E"/>
  </w:style>
  <w:style w:type="character" w:customStyle="1" w:styleId="WW8Num2z8">
    <w:name w:val="WW8Num2z8"/>
    <w:uiPriority w:val="3"/>
    <w:rsid w:val="00E1781E"/>
  </w:style>
  <w:style w:type="character" w:customStyle="1" w:styleId="WW8Num3z0">
    <w:name w:val="WW8Num3z0"/>
    <w:uiPriority w:val="3"/>
    <w:rsid w:val="00E1781E"/>
    <w:rPr>
      <w:rFonts w:hint="default"/>
      <w:b/>
      <w:lang w:val="it-IT"/>
    </w:rPr>
  </w:style>
  <w:style w:type="character" w:customStyle="1" w:styleId="WW8Num3z1">
    <w:name w:val="WW8Num3z1"/>
    <w:uiPriority w:val="3"/>
    <w:rsid w:val="00E1781E"/>
  </w:style>
  <w:style w:type="character" w:customStyle="1" w:styleId="WW8Num3z2">
    <w:name w:val="WW8Num3z2"/>
    <w:uiPriority w:val="3"/>
    <w:rsid w:val="00E1781E"/>
  </w:style>
  <w:style w:type="character" w:customStyle="1" w:styleId="WW8Num3z3">
    <w:name w:val="WW8Num3z3"/>
    <w:uiPriority w:val="3"/>
    <w:rsid w:val="00E1781E"/>
  </w:style>
  <w:style w:type="character" w:customStyle="1" w:styleId="WW8Num3z4">
    <w:name w:val="WW8Num3z4"/>
    <w:uiPriority w:val="3"/>
    <w:rsid w:val="00E1781E"/>
  </w:style>
  <w:style w:type="character" w:customStyle="1" w:styleId="WW8Num3z5">
    <w:name w:val="WW8Num3z5"/>
    <w:uiPriority w:val="3"/>
    <w:rsid w:val="00E1781E"/>
  </w:style>
  <w:style w:type="character" w:customStyle="1" w:styleId="WW8Num3z6">
    <w:name w:val="WW8Num3z6"/>
    <w:uiPriority w:val="3"/>
    <w:rsid w:val="00E1781E"/>
  </w:style>
  <w:style w:type="character" w:customStyle="1" w:styleId="WW8Num3z7">
    <w:name w:val="WW8Num3z7"/>
    <w:uiPriority w:val="3"/>
    <w:rsid w:val="00E1781E"/>
  </w:style>
  <w:style w:type="character" w:customStyle="1" w:styleId="WW8Num3z8">
    <w:name w:val="WW8Num3z8"/>
    <w:uiPriority w:val="3"/>
    <w:rsid w:val="00E1781E"/>
  </w:style>
  <w:style w:type="character" w:customStyle="1" w:styleId="WW8Num4z0">
    <w:name w:val="WW8Num4z0"/>
    <w:uiPriority w:val="3"/>
    <w:rsid w:val="00E1781E"/>
    <w:rPr>
      <w:rFonts w:hint="default"/>
      <w:u w:val="none"/>
    </w:rPr>
  </w:style>
  <w:style w:type="character" w:customStyle="1" w:styleId="WW8Num4z1">
    <w:name w:val="WW8Num4z1"/>
    <w:uiPriority w:val="3"/>
    <w:rsid w:val="00E1781E"/>
  </w:style>
  <w:style w:type="character" w:customStyle="1" w:styleId="WW8Num4z2">
    <w:name w:val="WW8Num4z2"/>
    <w:uiPriority w:val="3"/>
    <w:rsid w:val="00E1781E"/>
  </w:style>
  <w:style w:type="character" w:customStyle="1" w:styleId="WW8Num4z3">
    <w:name w:val="WW8Num4z3"/>
    <w:uiPriority w:val="3"/>
    <w:rsid w:val="00E1781E"/>
  </w:style>
  <w:style w:type="character" w:customStyle="1" w:styleId="WW8Num4z4">
    <w:name w:val="WW8Num4z4"/>
    <w:uiPriority w:val="3"/>
    <w:rsid w:val="00E1781E"/>
  </w:style>
  <w:style w:type="character" w:customStyle="1" w:styleId="WW8Num4z5">
    <w:name w:val="WW8Num4z5"/>
    <w:uiPriority w:val="3"/>
    <w:rsid w:val="00E1781E"/>
  </w:style>
  <w:style w:type="character" w:customStyle="1" w:styleId="WW8Num4z6">
    <w:name w:val="WW8Num4z6"/>
    <w:uiPriority w:val="3"/>
    <w:rsid w:val="00E1781E"/>
  </w:style>
  <w:style w:type="character" w:customStyle="1" w:styleId="WW8Num4z7">
    <w:name w:val="WW8Num4z7"/>
    <w:uiPriority w:val="3"/>
    <w:rsid w:val="00E1781E"/>
  </w:style>
  <w:style w:type="character" w:customStyle="1" w:styleId="WW8Num4z8">
    <w:name w:val="WW8Num4z8"/>
    <w:uiPriority w:val="3"/>
    <w:rsid w:val="00E1781E"/>
  </w:style>
  <w:style w:type="character" w:customStyle="1" w:styleId="WW8Num5z0">
    <w:name w:val="WW8Num5z0"/>
    <w:uiPriority w:val="3"/>
    <w:rsid w:val="00E1781E"/>
    <w:rPr>
      <w:rFonts w:ascii="Times New Roman" w:eastAsia="Times New Roman" w:hAnsi="Times New Roman" w:cs="Times New Roman" w:hint="default"/>
      <w:lang w:val="it-IT"/>
    </w:rPr>
  </w:style>
  <w:style w:type="character" w:customStyle="1" w:styleId="WW8Num5z1">
    <w:name w:val="WW8Num5z1"/>
    <w:uiPriority w:val="3"/>
    <w:rsid w:val="00E1781E"/>
    <w:rPr>
      <w:rFonts w:ascii="Courier New" w:hAnsi="Courier New" w:cs="Courier New" w:hint="default"/>
    </w:rPr>
  </w:style>
  <w:style w:type="character" w:customStyle="1" w:styleId="WW8Num5z2">
    <w:name w:val="WW8Num5z2"/>
    <w:uiPriority w:val="3"/>
    <w:rsid w:val="00E1781E"/>
    <w:rPr>
      <w:rFonts w:ascii="Wingdings" w:hAnsi="Wingdings" w:cs="Wingdings" w:hint="default"/>
    </w:rPr>
  </w:style>
  <w:style w:type="character" w:customStyle="1" w:styleId="WW8Num5z3">
    <w:name w:val="WW8Num5z3"/>
    <w:uiPriority w:val="3"/>
    <w:rsid w:val="00E1781E"/>
    <w:rPr>
      <w:rFonts w:ascii="Symbol" w:hAnsi="Symbol" w:cs="Symbol" w:hint="default"/>
    </w:rPr>
  </w:style>
  <w:style w:type="character" w:customStyle="1" w:styleId="WW8Num6z0">
    <w:name w:val="WW8Num6z0"/>
    <w:uiPriority w:val="3"/>
    <w:rsid w:val="00E1781E"/>
    <w:rPr>
      <w:strike w:val="0"/>
      <w:dstrike w:val="0"/>
      <w:u w:val="none"/>
    </w:rPr>
  </w:style>
  <w:style w:type="character" w:customStyle="1" w:styleId="WW8Num6z1">
    <w:name w:val="WW8Num6z1"/>
    <w:uiPriority w:val="3"/>
    <w:rsid w:val="00E1781E"/>
  </w:style>
  <w:style w:type="character" w:customStyle="1" w:styleId="WW8Num6z2">
    <w:name w:val="WW8Num6z2"/>
    <w:uiPriority w:val="3"/>
    <w:rsid w:val="00E1781E"/>
  </w:style>
  <w:style w:type="character" w:customStyle="1" w:styleId="WW8Num6z3">
    <w:name w:val="WW8Num6z3"/>
    <w:uiPriority w:val="3"/>
    <w:rsid w:val="00E1781E"/>
  </w:style>
  <w:style w:type="character" w:customStyle="1" w:styleId="WW8Num6z4">
    <w:name w:val="WW8Num6z4"/>
    <w:uiPriority w:val="3"/>
    <w:rsid w:val="00E1781E"/>
  </w:style>
  <w:style w:type="character" w:customStyle="1" w:styleId="WW8Num6z5">
    <w:name w:val="WW8Num6z5"/>
    <w:uiPriority w:val="3"/>
    <w:rsid w:val="00E1781E"/>
  </w:style>
  <w:style w:type="character" w:customStyle="1" w:styleId="WW8Num6z6">
    <w:name w:val="WW8Num6z6"/>
    <w:uiPriority w:val="3"/>
    <w:rsid w:val="00E1781E"/>
  </w:style>
  <w:style w:type="character" w:customStyle="1" w:styleId="WW8Num6z7">
    <w:name w:val="WW8Num6z7"/>
    <w:uiPriority w:val="3"/>
    <w:rsid w:val="00E1781E"/>
  </w:style>
  <w:style w:type="character" w:customStyle="1" w:styleId="WW8Num6z8">
    <w:name w:val="WW8Num6z8"/>
    <w:uiPriority w:val="3"/>
    <w:rsid w:val="00E1781E"/>
  </w:style>
  <w:style w:type="character" w:customStyle="1" w:styleId="WW8Num7z0">
    <w:name w:val="WW8Num7z0"/>
    <w:uiPriority w:val="3"/>
    <w:rsid w:val="00E1781E"/>
    <w:rPr>
      <w:rFonts w:ascii="Verdana" w:eastAsia="Times New Roman" w:hAnsi="Verdana" w:cs="Times New Roman" w:hint="default"/>
      <w:lang w:val="it-IT"/>
    </w:rPr>
  </w:style>
  <w:style w:type="character" w:customStyle="1" w:styleId="WW8Num7z1">
    <w:name w:val="WW8Num7z1"/>
    <w:uiPriority w:val="3"/>
    <w:rsid w:val="00E1781E"/>
  </w:style>
  <w:style w:type="character" w:customStyle="1" w:styleId="WW8Num7z2">
    <w:name w:val="WW8Num7z2"/>
    <w:uiPriority w:val="3"/>
    <w:rsid w:val="00E1781E"/>
  </w:style>
  <w:style w:type="character" w:customStyle="1" w:styleId="WW8Num7z3">
    <w:name w:val="WW8Num7z3"/>
    <w:uiPriority w:val="3"/>
    <w:rsid w:val="00E1781E"/>
  </w:style>
  <w:style w:type="character" w:customStyle="1" w:styleId="WW8Num7z4">
    <w:name w:val="WW8Num7z4"/>
    <w:uiPriority w:val="3"/>
    <w:rsid w:val="00E1781E"/>
  </w:style>
  <w:style w:type="character" w:customStyle="1" w:styleId="WW8Num7z5">
    <w:name w:val="WW8Num7z5"/>
    <w:uiPriority w:val="3"/>
    <w:rsid w:val="00E1781E"/>
  </w:style>
  <w:style w:type="character" w:customStyle="1" w:styleId="WW8Num7z6">
    <w:name w:val="WW8Num7z6"/>
    <w:uiPriority w:val="3"/>
    <w:rsid w:val="00E1781E"/>
  </w:style>
  <w:style w:type="character" w:customStyle="1" w:styleId="WW8Num7z7">
    <w:name w:val="WW8Num7z7"/>
    <w:uiPriority w:val="3"/>
    <w:rsid w:val="00E1781E"/>
  </w:style>
  <w:style w:type="character" w:customStyle="1" w:styleId="WW8Num7z8">
    <w:name w:val="WW8Num7z8"/>
    <w:uiPriority w:val="3"/>
    <w:rsid w:val="00E1781E"/>
  </w:style>
  <w:style w:type="character" w:customStyle="1" w:styleId="WW8Num8z0">
    <w:name w:val="WW8Num8z0"/>
    <w:uiPriority w:val="3"/>
    <w:rsid w:val="00E1781E"/>
    <w:rPr>
      <w:rFonts w:ascii="Symbol" w:hAnsi="Symbol" w:cs="Symbol" w:hint="default"/>
      <w:lang w:val="it-IT"/>
    </w:rPr>
  </w:style>
  <w:style w:type="character" w:customStyle="1" w:styleId="WW8Num8z1">
    <w:name w:val="WW8Num8z1"/>
    <w:uiPriority w:val="3"/>
    <w:rsid w:val="00E1781E"/>
  </w:style>
  <w:style w:type="character" w:customStyle="1" w:styleId="WW8Num8z2">
    <w:name w:val="WW8Num8z2"/>
    <w:uiPriority w:val="3"/>
    <w:rsid w:val="00E1781E"/>
  </w:style>
  <w:style w:type="character" w:customStyle="1" w:styleId="WW8Num8z3">
    <w:name w:val="WW8Num8z3"/>
    <w:uiPriority w:val="3"/>
    <w:rsid w:val="00E1781E"/>
  </w:style>
  <w:style w:type="character" w:customStyle="1" w:styleId="WW8Num8z4">
    <w:name w:val="WW8Num8z4"/>
    <w:uiPriority w:val="3"/>
    <w:rsid w:val="00E1781E"/>
  </w:style>
  <w:style w:type="character" w:customStyle="1" w:styleId="WW8Num8z5">
    <w:name w:val="WW8Num8z5"/>
    <w:uiPriority w:val="3"/>
    <w:rsid w:val="00E1781E"/>
  </w:style>
  <w:style w:type="character" w:customStyle="1" w:styleId="WW8Num8z6">
    <w:name w:val="WW8Num8z6"/>
    <w:uiPriority w:val="3"/>
    <w:rsid w:val="00E1781E"/>
  </w:style>
  <w:style w:type="character" w:customStyle="1" w:styleId="WW8Num8z7">
    <w:name w:val="WW8Num8z7"/>
    <w:uiPriority w:val="3"/>
    <w:rsid w:val="00E1781E"/>
  </w:style>
  <w:style w:type="character" w:customStyle="1" w:styleId="WW8Num8z8">
    <w:name w:val="WW8Num8z8"/>
    <w:uiPriority w:val="3"/>
    <w:rsid w:val="00E1781E"/>
  </w:style>
  <w:style w:type="character" w:customStyle="1" w:styleId="WW8Num9z0">
    <w:name w:val="WW8Num9z0"/>
    <w:uiPriority w:val="3"/>
    <w:rsid w:val="00E1781E"/>
    <w:rPr>
      <w:rFonts w:ascii="Symbol" w:eastAsia="Lucida Sans Unicode" w:hAnsi="Symbol" w:cs="Mangal" w:hint="default"/>
    </w:rPr>
  </w:style>
  <w:style w:type="character" w:customStyle="1" w:styleId="WW8Num9z1">
    <w:name w:val="WW8Num9z1"/>
    <w:uiPriority w:val="3"/>
    <w:rsid w:val="00E1781E"/>
    <w:rPr>
      <w:rFonts w:ascii="Courier New" w:hAnsi="Courier New" w:cs="Courier New" w:hint="default"/>
    </w:rPr>
  </w:style>
  <w:style w:type="character" w:customStyle="1" w:styleId="WW8Num9z2">
    <w:name w:val="WW8Num9z2"/>
    <w:uiPriority w:val="3"/>
    <w:rsid w:val="00E1781E"/>
    <w:rPr>
      <w:rFonts w:ascii="Wingdings" w:hAnsi="Wingdings" w:cs="Wingdings" w:hint="default"/>
    </w:rPr>
  </w:style>
  <w:style w:type="character" w:customStyle="1" w:styleId="WW8Num9z3">
    <w:name w:val="WW8Num9z3"/>
    <w:uiPriority w:val="3"/>
    <w:rsid w:val="00E1781E"/>
    <w:rPr>
      <w:rFonts w:ascii="Symbol" w:hAnsi="Symbol" w:cs="Symbol" w:hint="default"/>
    </w:rPr>
  </w:style>
  <w:style w:type="character" w:customStyle="1" w:styleId="WW8Num10z0">
    <w:name w:val="WW8Num10z0"/>
    <w:uiPriority w:val="3"/>
    <w:rsid w:val="00E1781E"/>
    <w:rPr>
      <w:rFonts w:ascii="Times New Roman" w:eastAsia="Times New Roman" w:hAnsi="Times New Roman" w:cs="Times New Roman" w:hint="default"/>
      <w:sz w:val="24"/>
    </w:rPr>
  </w:style>
  <w:style w:type="character" w:customStyle="1" w:styleId="WW8Num10z1">
    <w:name w:val="WW8Num10z1"/>
    <w:uiPriority w:val="3"/>
    <w:rsid w:val="00E1781E"/>
    <w:rPr>
      <w:rFonts w:ascii="Verdana" w:eastAsia="Times New Roman" w:hAnsi="Verdana" w:cs="Times New Roman" w:hint="default"/>
      <w:sz w:val="24"/>
      <w:lang w:val="it-IT"/>
    </w:rPr>
  </w:style>
  <w:style w:type="character" w:customStyle="1" w:styleId="WW8Num10z2">
    <w:name w:val="WW8Num10z2"/>
    <w:uiPriority w:val="3"/>
    <w:rsid w:val="00E1781E"/>
    <w:rPr>
      <w:rFonts w:ascii="Wingdings" w:hAnsi="Wingdings" w:cs="Wingdings" w:hint="default"/>
    </w:rPr>
  </w:style>
  <w:style w:type="character" w:customStyle="1" w:styleId="WW8Num10z3">
    <w:name w:val="WW8Num10z3"/>
    <w:uiPriority w:val="3"/>
    <w:rsid w:val="00E1781E"/>
    <w:rPr>
      <w:rFonts w:ascii="Symbol" w:hAnsi="Symbol" w:cs="Symbol" w:hint="default"/>
    </w:rPr>
  </w:style>
  <w:style w:type="character" w:customStyle="1" w:styleId="WW8Num10z4">
    <w:name w:val="WW8Num10z4"/>
    <w:uiPriority w:val="3"/>
    <w:rsid w:val="00E1781E"/>
    <w:rPr>
      <w:rFonts w:ascii="Courier New" w:hAnsi="Courier New" w:cs="Courier New" w:hint="default"/>
    </w:rPr>
  </w:style>
  <w:style w:type="character" w:customStyle="1" w:styleId="WW8Num11z0">
    <w:name w:val="WW8Num11z0"/>
    <w:uiPriority w:val="3"/>
    <w:rsid w:val="00E1781E"/>
    <w:rPr>
      <w:rFonts w:ascii="Symbol" w:hAnsi="Symbol" w:cs="Symbol" w:hint="default"/>
    </w:rPr>
  </w:style>
  <w:style w:type="character" w:customStyle="1" w:styleId="WW8Num11z1">
    <w:name w:val="WW8Num11z1"/>
    <w:uiPriority w:val="3"/>
    <w:rsid w:val="00E1781E"/>
    <w:rPr>
      <w:rFonts w:ascii="Courier New" w:hAnsi="Courier New" w:cs="Courier New" w:hint="default"/>
    </w:rPr>
  </w:style>
  <w:style w:type="character" w:customStyle="1" w:styleId="WW8Num11z2">
    <w:name w:val="WW8Num11z2"/>
    <w:uiPriority w:val="3"/>
    <w:rsid w:val="00E1781E"/>
    <w:rPr>
      <w:rFonts w:ascii="Wingdings" w:hAnsi="Wingdings" w:cs="Wingdings" w:hint="default"/>
    </w:rPr>
  </w:style>
  <w:style w:type="character" w:customStyle="1" w:styleId="WW8Num12z0">
    <w:name w:val="WW8Num12z0"/>
    <w:uiPriority w:val="3"/>
    <w:rsid w:val="00E1781E"/>
    <w:rPr>
      <w:strike w:val="0"/>
      <w:dstrike w:val="0"/>
      <w:u w:val="none"/>
    </w:rPr>
  </w:style>
  <w:style w:type="character" w:customStyle="1" w:styleId="WW8Num12z1">
    <w:name w:val="WW8Num12z1"/>
    <w:uiPriority w:val="3"/>
    <w:rsid w:val="00E1781E"/>
  </w:style>
  <w:style w:type="character" w:customStyle="1" w:styleId="WW8Num12z2">
    <w:name w:val="WW8Num12z2"/>
    <w:uiPriority w:val="3"/>
    <w:rsid w:val="00E1781E"/>
  </w:style>
  <w:style w:type="character" w:customStyle="1" w:styleId="WW8Num12z3">
    <w:name w:val="WW8Num12z3"/>
    <w:uiPriority w:val="3"/>
    <w:rsid w:val="00E1781E"/>
  </w:style>
  <w:style w:type="character" w:customStyle="1" w:styleId="WW8Num12z4">
    <w:name w:val="WW8Num12z4"/>
    <w:uiPriority w:val="3"/>
    <w:rsid w:val="00E1781E"/>
  </w:style>
  <w:style w:type="character" w:customStyle="1" w:styleId="WW8Num12z5">
    <w:name w:val="WW8Num12z5"/>
    <w:uiPriority w:val="3"/>
    <w:rsid w:val="00E1781E"/>
  </w:style>
  <w:style w:type="character" w:customStyle="1" w:styleId="WW8Num12z6">
    <w:name w:val="WW8Num12z6"/>
    <w:uiPriority w:val="3"/>
    <w:rsid w:val="00E1781E"/>
  </w:style>
  <w:style w:type="character" w:customStyle="1" w:styleId="WW8Num12z7">
    <w:name w:val="WW8Num12z7"/>
    <w:uiPriority w:val="3"/>
    <w:rsid w:val="00E1781E"/>
  </w:style>
  <w:style w:type="character" w:customStyle="1" w:styleId="WW8Num12z8">
    <w:name w:val="WW8Num12z8"/>
    <w:uiPriority w:val="3"/>
    <w:rsid w:val="00E1781E"/>
  </w:style>
  <w:style w:type="character" w:customStyle="1" w:styleId="WW8Num13z0">
    <w:name w:val="WW8Num13z0"/>
    <w:uiPriority w:val="3"/>
    <w:rsid w:val="00E1781E"/>
    <w:rPr>
      <w:rFonts w:hint="default"/>
      <w:b/>
      <w:bCs/>
      <w:lang w:val="it-IT"/>
    </w:rPr>
  </w:style>
  <w:style w:type="character" w:customStyle="1" w:styleId="WW8Num13z1">
    <w:name w:val="WW8Num13z1"/>
    <w:uiPriority w:val="3"/>
    <w:rsid w:val="00E1781E"/>
  </w:style>
  <w:style w:type="character" w:customStyle="1" w:styleId="WW8Num13z2">
    <w:name w:val="WW8Num13z2"/>
    <w:uiPriority w:val="3"/>
    <w:rsid w:val="00E1781E"/>
  </w:style>
  <w:style w:type="character" w:customStyle="1" w:styleId="WW8Num13z3">
    <w:name w:val="WW8Num13z3"/>
    <w:uiPriority w:val="3"/>
    <w:rsid w:val="00E1781E"/>
  </w:style>
  <w:style w:type="character" w:customStyle="1" w:styleId="WW8Num13z4">
    <w:name w:val="WW8Num13z4"/>
    <w:uiPriority w:val="3"/>
    <w:rsid w:val="00E1781E"/>
  </w:style>
  <w:style w:type="character" w:customStyle="1" w:styleId="WW8Num13z5">
    <w:name w:val="WW8Num13z5"/>
    <w:uiPriority w:val="3"/>
    <w:rsid w:val="00E1781E"/>
  </w:style>
  <w:style w:type="character" w:customStyle="1" w:styleId="WW8Num13z6">
    <w:name w:val="WW8Num13z6"/>
    <w:uiPriority w:val="3"/>
    <w:rsid w:val="00E1781E"/>
  </w:style>
  <w:style w:type="character" w:customStyle="1" w:styleId="WW8Num13z7">
    <w:name w:val="WW8Num13z7"/>
    <w:uiPriority w:val="3"/>
    <w:rsid w:val="00E1781E"/>
  </w:style>
  <w:style w:type="character" w:customStyle="1" w:styleId="WW8Num13z8">
    <w:name w:val="WW8Num13z8"/>
    <w:uiPriority w:val="3"/>
    <w:rsid w:val="00E1781E"/>
  </w:style>
  <w:style w:type="character" w:customStyle="1" w:styleId="WW8Num14z0">
    <w:name w:val="WW8Num14z0"/>
    <w:uiPriority w:val="3"/>
    <w:rsid w:val="00E1781E"/>
    <w:rPr>
      <w:rFonts w:ascii="Verdana" w:eastAsia="Times New Roman" w:hAnsi="Verdana" w:cs="Times New Roman" w:hint="default"/>
      <w:lang w:val="it-IT"/>
    </w:rPr>
  </w:style>
  <w:style w:type="character" w:customStyle="1" w:styleId="WW8Num14z1">
    <w:name w:val="WW8Num14z1"/>
    <w:uiPriority w:val="3"/>
    <w:rsid w:val="00E1781E"/>
  </w:style>
  <w:style w:type="character" w:customStyle="1" w:styleId="WW8Num14z2">
    <w:name w:val="WW8Num14z2"/>
    <w:uiPriority w:val="3"/>
    <w:rsid w:val="00E1781E"/>
  </w:style>
  <w:style w:type="character" w:customStyle="1" w:styleId="WW8Num14z3">
    <w:name w:val="WW8Num14z3"/>
    <w:uiPriority w:val="3"/>
    <w:rsid w:val="00E1781E"/>
  </w:style>
  <w:style w:type="character" w:customStyle="1" w:styleId="WW8Num14z4">
    <w:name w:val="WW8Num14z4"/>
    <w:uiPriority w:val="3"/>
    <w:rsid w:val="00E1781E"/>
  </w:style>
  <w:style w:type="character" w:customStyle="1" w:styleId="WW8Num14z5">
    <w:name w:val="WW8Num14z5"/>
    <w:uiPriority w:val="3"/>
    <w:rsid w:val="00E1781E"/>
  </w:style>
  <w:style w:type="character" w:customStyle="1" w:styleId="WW8Num14z6">
    <w:name w:val="WW8Num14z6"/>
    <w:uiPriority w:val="3"/>
    <w:rsid w:val="00E1781E"/>
  </w:style>
  <w:style w:type="character" w:customStyle="1" w:styleId="WW8Num14z7">
    <w:name w:val="WW8Num14z7"/>
    <w:uiPriority w:val="3"/>
    <w:rsid w:val="00E1781E"/>
  </w:style>
  <w:style w:type="character" w:customStyle="1" w:styleId="WW8Num14z8">
    <w:name w:val="WW8Num14z8"/>
    <w:uiPriority w:val="3"/>
    <w:rsid w:val="00E1781E"/>
  </w:style>
  <w:style w:type="character" w:customStyle="1" w:styleId="WW8Num15z0">
    <w:name w:val="WW8Num15z0"/>
    <w:uiPriority w:val="3"/>
    <w:rsid w:val="00E1781E"/>
    <w:rPr>
      <w:rFonts w:ascii="Symbol" w:hAnsi="Symbol" w:cs="Symbol" w:hint="default"/>
    </w:rPr>
  </w:style>
  <w:style w:type="character" w:customStyle="1" w:styleId="WW8Num15z1">
    <w:name w:val="WW8Num15z1"/>
    <w:uiPriority w:val="3"/>
    <w:rsid w:val="00E1781E"/>
    <w:rPr>
      <w:rFonts w:ascii="Courier New" w:hAnsi="Courier New" w:cs="Courier New" w:hint="default"/>
    </w:rPr>
  </w:style>
  <w:style w:type="character" w:customStyle="1" w:styleId="WW8Num15z2">
    <w:name w:val="WW8Num15z2"/>
    <w:uiPriority w:val="3"/>
    <w:rsid w:val="00E1781E"/>
    <w:rPr>
      <w:rFonts w:ascii="Wingdings" w:hAnsi="Wingdings" w:cs="Wingdings" w:hint="default"/>
    </w:rPr>
  </w:style>
  <w:style w:type="character" w:customStyle="1" w:styleId="CommentReference1">
    <w:name w:val="Comment Reference1"/>
    <w:uiPriority w:val="6"/>
    <w:rsid w:val="00E1781E"/>
    <w:rPr>
      <w:sz w:val="16"/>
      <w:szCs w:val="16"/>
    </w:rPr>
  </w:style>
  <w:style w:type="paragraph" w:customStyle="1" w:styleId="Stiltitlu">
    <w:name w:val="Stil titlu"/>
    <w:basedOn w:val="Normal"/>
    <w:next w:val="BodyText"/>
    <w:uiPriority w:val="6"/>
    <w:rsid w:val="00E1781E"/>
    <w:pPr>
      <w:keepNext/>
      <w:suppressAutoHyphens/>
      <w:spacing w:before="240" w:after="120"/>
      <w:ind w:firstLine="0"/>
    </w:pPr>
    <w:rPr>
      <w:rFonts w:ascii="Liberation Sans" w:eastAsia="Microsoft YaHei" w:hAnsi="Liberation Sans" w:cs="Arial"/>
      <w:iCs/>
      <w:sz w:val="28"/>
      <w:szCs w:val="28"/>
    </w:rPr>
  </w:style>
  <w:style w:type="paragraph" w:customStyle="1" w:styleId="Index">
    <w:name w:val="Index"/>
    <w:basedOn w:val="Normal"/>
    <w:uiPriority w:val="6"/>
    <w:rsid w:val="00E1781E"/>
    <w:pPr>
      <w:suppressLineNumbers/>
      <w:suppressAutoHyphens/>
      <w:ind w:firstLine="0"/>
    </w:pPr>
    <w:rPr>
      <w:rFonts w:cs="Arial"/>
      <w:iCs/>
      <w:szCs w:val="24"/>
    </w:rPr>
  </w:style>
  <w:style w:type="paragraph" w:customStyle="1" w:styleId="BalloonText1">
    <w:name w:val="Balloon Text1"/>
    <w:basedOn w:val="Normal"/>
    <w:uiPriority w:val="6"/>
    <w:rsid w:val="00E1781E"/>
    <w:pPr>
      <w:suppressAutoHyphens/>
      <w:ind w:firstLine="0"/>
    </w:pPr>
    <w:rPr>
      <w:rFonts w:ascii="Tahoma" w:hAnsi="Tahoma" w:cs="Tahoma"/>
      <w:iCs/>
      <w:sz w:val="16"/>
      <w:szCs w:val="16"/>
    </w:rPr>
  </w:style>
  <w:style w:type="paragraph" w:customStyle="1" w:styleId="CommentText1">
    <w:name w:val="Comment Text1"/>
    <w:basedOn w:val="Normal"/>
    <w:uiPriority w:val="6"/>
    <w:rsid w:val="00E1781E"/>
    <w:pPr>
      <w:suppressAutoHyphens/>
      <w:ind w:firstLine="0"/>
    </w:pPr>
    <w:rPr>
      <w:rFonts w:cs="Times New Roman"/>
      <w:iCs/>
      <w:szCs w:val="24"/>
    </w:rPr>
  </w:style>
  <w:style w:type="paragraph" w:customStyle="1" w:styleId="CommentSubject1">
    <w:name w:val="Comment Subject1"/>
    <w:basedOn w:val="CommentText1"/>
    <w:next w:val="CommentText1"/>
    <w:uiPriority w:val="6"/>
    <w:rsid w:val="00E1781E"/>
    <w:rPr>
      <w:b/>
      <w:bCs/>
    </w:rPr>
  </w:style>
  <w:style w:type="paragraph" w:customStyle="1" w:styleId="HeaderandFooter">
    <w:name w:val="Header and Footer"/>
    <w:basedOn w:val="Normal"/>
    <w:uiPriority w:val="6"/>
    <w:rsid w:val="00E1781E"/>
    <w:pPr>
      <w:suppressLineNumbers/>
      <w:tabs>
        <w:tab w:val="center" w:pos="4819"/>
        <w:tab w:val="right" w:pos="9638"/>
      </w:tabs>
      <w:suppressAutoHyphens/>
      <w:ind w:firstLine="0"/>
    </w:pPr>
    <w:rPr>
      <w:rFonts w:cs="Times New Roman"/>
      <w:iCs/>
      <w:szCs w:val="24"/>
    </w:rPr>
  </w:style>
  <w:style w:type="paragraph" w:customStyle="1" w:styleId="TableContents">
    <w:name w:val="Table Contents"/>
    <w:basedOn w:val="Normal"/>
    <w:uiPriority w:val="6"/>
    <w:rsid w:val="00E1781E"/>
    <w:pPr>
      <w:widowControl w:val="0"/>
      <w:suppressLineNumbers/>
      <w:suppressAutoHyphens/>
      <w:ind w:firstLine="0"/>
    </w:pPr>
    <w:rPr>
      <w:rFonts w:eastAsia="Lucida Sans Unicode" w:cs="Mangal"/>
      <w:iCs/>
      <w:kern w:val="2"/>
      <w:szCs w:val="24"/>
      <w:lang w:eastAsia="hi-IN" w:bidi="hi-IN"/>
    </w:rPr>
  </w:style>
  <w:style w:type="paragraph" w:customStyle="1" w:styleId="NoSpacing1">
    <w:name w:val="No Spacing1"/>
    <w:uiPriority w:val="2"/>
    <w:rsid w:val="00E1781E"/>
    <w:pPr>
      <w:suppressAutoHyphens/>
      <w:spacing w:after="0" w:line="240" w:lineRule="auto"/>
    </w:pPr>
    <w:rPr>
      <w:rFonts w:ascii="Times New Roman" w:eastAsia="Times New Roman" w:hAnsi="Times New Roman" w:cs="Times New Roman"/>
      <w:sz w:val="24"/>
      <w:szCs w:val="24"/>
    </w:rPr>
  </w:style>
  <w:style w:type="paragraph" w:customStyle="1" w:styleId="Coninuttabel">
    <w:name w:val="Conținut tabel"/>
    <w:basedOn w:val="Normal"/>
    <w:uiPriority w:val="6"/>
    <w:rsid w:val="00E1781E"/>
    <w:pPr>
      <w:suppressLineNumbers/>
      <w:suppressAutoHyphens/>
      <w:ind w:firstLine="0"/>
    </w:pPr>
    <w:rPr>
      <w:rFonts w:cs="Times New Roman"/>
      <w:iCs/>
      <w:szCs w:val="24"/>
    </w:rPr>
  </w:style>
  <w:style w:type="paragraph" w:customStyle="1" w:styleId="Titludetabel">
    <w:name w:val="Titlu de tabel"/>
    <w:basedOn w:val="Coninuttabel"/>
    <w:uiPriority w:val="7"/>
    <w:rsid w:val="00E1781E"/>
    <w:pPr>
      <w:jc w:val="center"/>
    </w:pPr>
    <w:rPr>
      <w:b/>
      <w:bCs/>
    </w:rPr>
  </w:style>
  <w:style w:type="paragraph" w:customStyle="1" w:styleId="Coninutcadru">
    <w:name w:val="Conținut cadru"/>
    <w:basedOn w:val="Normal"/>
    <w:uiPriority w:val="6"/>
    <w:rsid w:val="00E1781E"/>
    <w:pPr>
      <w:suppressAutoHyphens/>
      <w:ind w:firstLine="0"/>
    </w:pPr>
    <w:rPr>
      <w:rFonts w:cs="Times New Roman"/>
      <w:iCs/>
      <w:szCs w:val="24"/>
    </w:rPr>
  </w:style>
  <w:style w:type="paragraph" w:customStyle="1" w:styleId="BodyText210">
    <w:name w:val="Body Text 21"/>
    <w:basedOn w:val="Normal"/>
    <w:uiPriority w:val="6"/>
    <w:rsid w:val="00E1781E"/>
    <w:pPr>
      <w:suppressAutoHyphens/>
      <w:ind w:firstLine="0"/>
    </w:pPr>
    <w:rPr>
      <w:rFonts w:ascii="Times-Roman-R" w:hAnsi="Times-Roman-R" w:cs="Times-Roman-R"/>
      <w:iCs/>
      <w:sz w:val="28"/>
      <w:szCs w:val="24"/>
      <w:lang w:val="en-GB"/>
    </w:rPr>
  </w:style>
  <w:style w:type="character" w:customStyle="1" w:styleId="Bodytext5">
    <w:name w:val="Body text (5)_"/>
    <w:basedOn w:val="DefaultParagraphFont"/>
    <w:link w:val="Bodytext50"/>
    <w:rsid w:val="00E1781E"/>
    <w:rPr>
      <w:rFonts w:ascii="Times New Roman" w:eastAsia="Times New Roman" w:hAnsi="Times New Roman" w:cs="Times New Roman"/>
      <w:i/>
      <w:iCs/>
      <w:sz w:val="20"/>
      <w:szCs w:val="20"/>
    </w:rPr>
  </w:style>
  <w:style w:type="paragraph" w:customStyle="1" w:styleId="Bodytext50">
    <w:name w:val="Body text (5)"/>
    <w:basedOn w:val="Normal"/>
    <w:link w:val="Bodytext5"/>
    <w:rsid w:val="00E1781E"/>
    <w:pPr>
      <w:widowControl w:val="0"/>
      <w:spacing w:line="286" w:lineRule="auto"/>
      <w:ind w:left="1780" w:firstLine="0"/>
    </w:pPr>
    <w:rPr>
      <w:rFonts w:cs="Times New Roman"/>
      <w:i/>
      <w:iCs/>
      <w:sz w:val="20"/>
      <w:szCs w:val="20"/>
    </w:rPr>
  </w:style>
  <w:style w:type="character" w:customStyle="1" w:styleId="NoSpacingChar">
    <w:name w:val="No Spacing Char"/>
    <w:basedOn w:val="DefaultParagraphFont"/>
    <w:link w:val="NoSpacing"/>
    <w:uiPriority w:val="1"/>
    <w:rsid w:val="00E1781E"/>
  </w:style>
  <w:style w:type="character" w:customStyle="1" w:styleId="Tableofcontents">
    <w:name w:val="Table of contents_"/>
    <w:basedOn w:val="DefaultParagraphFont"/>
    <w:link w:val="Tableofcontents0"/>
    <w:rsid w:val="00E1781E"/>
    <w:rPr>
      <w:rFonts w:ascii="Times New Roman" w:eastAsia="Times New Roman" w:hAnsi="Times New Roman" w:cs="Times New Roman"/>
    </w:rPr>
  </w:style>
  <w:style w:type="paragraph" w:customStyle="1" w:styleId="Tableofcontents0">
    <w:name w:val="Table of contents"/>
    <w:basedOn w:val="Normal"/>
    <w:link w:val="Tableofcontents"/>
    <w:rsid w:val="00E1781E"/>
    <w:pPr>
      <w:widowControl w:val="0"/>
      <w:spacing w:after="110" w:line="221" w:lineRule="auto"/>
      <w:ind w:left="1080" w:firstLine="0"/>
    </w:pPr>
    <w:rPr>
      <w:rFonts w:cs="Times New Roman"/>
      <w:sz w:val="22"/>
    </w:rPr>
  </w:style>
  <w:style w:type="character" w:customStyle="1" w:styleId="UnresolvedMention2">
    <w:name w:val="Unresolved Mention2"/>
    <w:basedOn w:val="DefaultParagraphFont"/>
    <w:uiPriority w:val="99"/>
    <w:semiHidden/>
    <w:unhideWhenUsed/>
    <w:rsid w:val="00E04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315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A2F01-F78B-42C7-9717-508DAB385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66</Pages>
  <Words>22909</Words>
  <Characters>132877</Characters>
  <Application>Microsoft Office Word</Application>
  <DocSecurity>0</DocSecurity>
  <Lines>1107</Lines>
  <Paragraphs>310</Paragraphs>
  <ScaleCrop>false</ScaleCrop>
  <HeadingPairs>
    <vt:vector size="2" baseType="variant">
      <vt:variant>
        <vt:lpstr>Title</vt:lpstr>
      </vt:variant>
      <vt:variant>
        <vt:i4>1</vt:i4>
      </vt:variant>
    </vt:vector>
  </HeadingPairs>
  <TitlesOfParts>
    <vt:vector size="1" baseType="lpstr">
      <vt:lpstr>Caiet de sarcini – Servicii de catering și servicii conexe – DGASPC Bacău</vt:lpstr>
    </vt:vector>
  </TitlesOfParts>
  <Manager/>
  <Company/>
  <LinksUpToDate>false</LinksUpToDate>
  <CharactersWithSpaces>155476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 de sarcini – Servicii de catering și servicii conexe – DGASPC Bacău</dc:title>
  <dc:subject>Catering 2026 – documentație de atribuire</dc:subject>
  <dc:creator>python-docx</dc:creator>
  <cp:keywords>DGASPC Bacău, catering, caiet de sarcini, 2026</cp:keywords>
  <dc:description>generated by python-docx</dc:description>
  <cp:lastModifiedBy>Gradinaru Ana</cp:lastModifiedBy>
  <cp:revision>34</cp:revision>
  <cp:lastPrinted>2026-10-15T11:11:00Z</cp:lastPrinted>
  <dcterms:created xsi:type="dcterms:W3CDTF">2026-09-15T08:46:00Z</dcterms:created>
  <dcterms:modified xsi:type="dcterms:W3CDTF">2026-10-15T11:21:00Z</dcterms:modified>
  <cp:category/>
</cp:coreProperties>
</file>